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4934250" cy="8640000"/>
            <wp:docPr id="1" name="Picture 1"/>
            <wp:cNvGraphicFramePr>
              <a:graphicFrameLocks noChangeAspect="1"/>
            </wp:cNvGraphicFramePr>
            <a:graphic>
              <a:graphicData uri="http://schemas.openxmlformats.org/drawingml/2006/picture">
                <pic:pic>
                  <pic:nvPicPr>
                    <pic:cNvPr id="0" name="image1.jpg"/>
                    <pic:cNvPicPr/>
                  </pic:nvPicPr>
                  <pic:blipFill>
                    <a:blip r:embed="rId9"/>
                    <a:stretch>
                      <a:fillRect/>
                    </a:stretch>
                  </pic:blipFill>
                  <pic:spPr>
                    <a:xfrm>
                      <a:off x="0" y="0"/>
                      <a:ext cx="4934250" cy="8640000"/>
                    </a:xfrm>
                    <a:prstGeom prst="rect"/>
                  </pic:spPr>
                </pic:pic>
              </a:graphicData>
            </a:graphic>
          </wp:inline>
        </w:drawing>
      </w:r>
    </w:p>
    <w:p>
      <w:pPr>
        <w:pageBreakBefore/>
      </w:pPr>
      <w:r>
        <w:t>Андрей Карпекин</w:t>
      </w:r>
    </w:p>
    <w:p>
      <w:pPr>
        <w:pStyle w:val="Title"/>
      </w:pPr>
      <w:r>
        <w:t>Весть к Лаодикии</w:t>
      </w:r>
    </w:p>
    <w:p>
      <w:r>
        <w:rPr/>
        <w:t xml:space="preserve">"Блажен человек, который снискал мудрость, и человек, который приобрёл разум, — потому что приобретение её лучше приобретения серебра, и прибыли от нее больше, нежели от </w:t>
      </w:r>
      <w:r>
        <w:rPr/>
        <w:t>золота: она</w:t>
      </w:r>
      <w:r>
        <w:rPr/>
        <w:t xml:space="preserve"> дороже драгоценных камней; и ничто из желаемого тобою не сравнится с нею. Долгоденствие — в правой руке её, </w:t>
      </w:r>
      <w:r>
        <w:rPr>
          <w:b/>
        </w:rPr>
        <w:t xml:space="preserve">а в левой у нее — богатство и </w:t>
      </w:r>
      <w:r>
        <w:rPr>
          <w:b/>
        </w:rPr>
        <w:t>слава</w:t>
      </w:r>
      <w:r>
        <w:rPr/>
        <w:t>; пути</w:t>
      </w:r>
      <w:r>
        <w:rPr/>
        <w:t xml:space="preserve"> её — пути приятные, и все стези её — мирные. Она — древо жизни для тех, которые приобретают её, — и блаженны, которые сохраняют её!" Притчи 3:13-18.</w:t>
      </w:r>
    </w:p>
    <w:p>
      <w:r>
        <w:rPr/>
        <w:t>Эта книга составлена по материалам «Школы Любви Агапэ».</w:t>
      </w:r>
    </w:p>
    <w:p>
      <w:r>
        <w:rPr/>
      </w:r>
      <w:r>
        <w:rPr/>
        <w:t>Андрей Карпекин. 2025.</w:t>
      </w:r>
    </w:p>
    <w:p>
      <w:r>
        <w:rPr/>
        <w:t>Разрешается распространение этой книги без согласования с автором</w:t>
      </w:r>
    </w:p>
    <w:p>
      <w:pPr>
        <w:pStyle w:val="Heading1"/>
        <w:pageBreakBefore/>
      </w:pPr>
      <w:r>
        <w:t>Содержание</w:t>
      </w:r>
    </w:p>
    <w:p>
      <w:r>
        <w:t>1. Весть, вызывающая просеивание</w:t>
      </w:r>
    </w:p>
    <w:p>
      <w:r>
        <w:t>2. Чтобы тебе обогатиться</w:t>
      </w:r>
    </w:p>
    <w:p>
      <w:r>
        <w:t>3. План Любви Агапэ</w:t>
      </w:r>
    </w:p>
    <w:p>
      <w:r>
        <w:t>4. Любовь обогащает</w:t>
      </w:r>
    </w:p>
    <w:p>
      <w:r>
        <w:t>5. Разные ценности</w:t>
      </w:r>
    </w:p>
    <w:p>
      <w:r>
        <w:t>6. Небесная торговля</w:t>
      </w:r>
    </w:p>
    <w:p>
      <w:r>
        <w:t>7. «Пойдите лучше к продающим и купите себе»</w:t>
      </w:r>
    </w:p>
    <w:p>
      <w:r>
        <w:t>8. Особенности Лаодикии</w:t>
      </w:r>
    </w:p>
    <w:p>
      <w:r>
        <w:t>9. Иисус любит Лаодикию</w:t>
      </w:r>
    </w:p>
    <w:p>
      <w:r>
        <w:t>10. Наука для Лаодикии</w:t>
      </w:r>
    </w:p>
    <w:p>
      <w:r>
        <w:t>11. Лаодикийский капкан</w:t>
      </w:r>
    </w:p>
    <w:p>
      <w:r>
        <w:t>12. Золото, огнём очищенное</w:t>
      </w:r>
    </w:p>
    <w:p>
      <w:r>
        <w:t>13. Белая одежда</w:t>
      </w:r>
    </w:p>
    <w:p>
      <w:r>
        <w:t>14. Глазная мазь</w:t>
      </w:r>
    </w:p>
    <w:p>
      <w:r>
        <w:t>15. Заходи, Иисус!</w:t>
      </w:r>
    </w:p>
    <w:p>
      <w:r>
        <w:t>16. Могу Я войти в эту комнату?</w:t>
      </w:r>
    </w:p>
    <w:p>
      <w:r>
        <w:t>17. Что там, в твоей тарелке?</w:t>
      </w:r>
    </w:p>
    <w:p>
      <w:r>
        <w:t>18. Могу Я посмотреть твой гардероб?</w:t>
      </w:r>
    </w:p>
    <w:p>
      <w:r>
        <w:t>19. Я стучал, а ты не слышал</w:t>
      </w:r>
    </w:p>
    <w:p>
      <w:r>
        <w:t>20. Если ты откроешь Мне, то Я открою тебе</w:t>
      </w:r>
    </w:p>
    <w:p>
      <w:r>
        <w:t>21. Победитель</w:t>
      </w:r>
    </w:p>
    <w:p>
      <w:r>
        <w:t>22. Побеждающий лаодикиец</w:t>
      </w:r>
    </w:p>
    <w:p>
      <w:r>
        <w:t>23. Трезвый взгляд на любовь</w:t>
      </w:r>
    </w:p>
    <w:p>
      <w:r>
        <w:t>24. Наш мир</w:t>
      </w:r>
    </w:p>
    <w:p>
      <w:r>
        <w:t>25. Время кризиса</w:t>
      </w:r>
    </w:p>
    <w:p>
      <w:r>
        <w:t>26. Надо просить</w:t>
      </w:r>
    </w:p>
    <w:p>
      <w:r>
        <w:t>27. Открыть или оставить?</w:t>
      </w:r>
    </w:p>
    <w:p>
      <w:r>
        <w:t>28. Ты этого даже и не знаешь</w:t>
      </w:r>
    </w:p>
    <w:p>
      <w:r>
        <w:t>29. Золотое масло</w:t>
      </w:r>
    </w:p>
    <w:p>
      <w:r>
        <w:t>30. А что у вас главное?</w:t>
      </w:r>
    </w:p>
    <w:p>
      <w:r>
        <w:t>31. А как ты это понимаешь?</w:t>
      </w:r>
    </w:p>
    <w:p>
      <w:r>
        <w:t>32. Не впадайте в крайности</w:t>
      </w:r>
    </w:p>
    <w:p>
      <w:r>
        <w:t>33. 3:18</w:t>
      </w:r>
    </w:p>
    <w:p>
      <w:r>
        <w:t>34. Для чего вам нужно масло?</w:t>
      </w:r>
    </w:p>
    <w:p>
      <w:r>
        <w:t>35. Правильный ответ</w:t>
      </w:r>
    </w:p>
    <w:p>
      <w:r>
        <w:t>36. Мой светильник</w:t>
      </w:r>
    </w:p>
    <w:p>
      <w:r>
        <w:t>37. Свет в светильнике</w:t>
      </w:r>
    </w:p>
    <w:p>
      <w:r>
        <w:t>38. Свет во тьме</w:t>
      </w:r>
    </w:p>
    <w:p>
      <w:r>
        <w:t>39. Сто сорок четыре тысячи</w:t>
      </w:r>
    </w:p>
    <w:p>
      <w:r>
        <w:t>40. Кто такие 144.000?</w:t>
      </w:r>
    </w:p>
    <w:p>
      <w:r>
        <w:t>41. Почему все девы уснули?</w:t>
      </w:r>
    </w:p>
    <w:p>
      <w:r>
        <w:t>42. Какое у вас масло?</w:t>
      </w:r>
    </w:p>
    <w:p>
      <w:r>
        <w:t>43. Печальные притчи</w:t>
      </w:r>
    </w:p>
    <w:p>
      <w:r>
        <w:t>44. Пустая комната</w:t>
      </w:r>
    </w:p>
    <w:p>
      <w:r>
        <w:t>45. Хватит прыгать!</w:t>
      </w:r>
    </w:p>
    <w:p>
      <w:r>
        <w:t>46. Реальность Лаодикии</w:t>
      </w:r>
    </w:p>
    <w:p>
      <w:r>
        <w:t>47. Заключительный перелёт</w:t>
      </w:r>
    </w:p>
    <w:p>
      <w:r>
        <w:t>48. Нет времени, чтобы спастись</w:t>
      </w:r>
    </w:p>
    <w:p>
      <w:r>
        <w:t>49. Просеивание</w:t>
      </w:r>
    </w:p>
    <w:p>
      <w:r>
        <w:t>50. Мудрые и неразумные</w:t>
      </w:r>
    </w:p>
    <w:p>
      <w:r>
        <w:t>51. В ожидании уснули</w:t>
      </w:r>
    </w:p>
    <w:p>
      <w:r>
        <w:t>52. Я всё это знаю</w:t>
      </w:r>
    </w:p>
    <w:p>
      <w:r>
        <w:t>53. Вечная торговля</w:t>
      </w:r>
    </w:p>
    <w:p>
      <w:r>
        <w:t>54. Сетевой маркетинг</w:t>
      </w:r>
    </w:p>
    <w:p>
      <w:r>
        <w:t>55. Небесный маркетинг</w:t>
      </w:r>
    </w:p>
    <w:p>
      <w:r>
        <w:t>56. Давайте подумаем</w:t>
      </w:r>
    </w:p>
    <w:p>
      <w:r>
        <w:t>57. Иметь Бога в разуме</w:t>
      </w:r>
    </w:p>
    <w:p>
      <w:r>
        <w:t>58. Для чего Ты пришёл?</w:t>
      </w:r>
    </w:p>
    <w:p>
      <w:r>
        <w:t>59. Очистятся и убелятся</w:t>
      </w:r>
    </w:p>
    <w:p>
      <w:r>
        <w:t>60. Суровое предупреждение</w:t>
      </w:r>
    </w:p>
    <w:p>
      <w:r>
        <w:t>61. Спичка и фитиль</w:t>
      </w:r>
    </w:p>
    <w:p>
      <w:r>
        <w:t>62. Особенности победы</w:t>
      </w:r>
    </w:p>
    <w:p>
      <w:r>
        <w:t>63. Нужные советы</w:t>
      </w:r>
    </w:p>
    <w:p>
      <w:r>
        <w:t>64. Руки Вавилона</w:t>
      </w:r>
    </w:p>
    <w:p>
      <w:r>
        <w:t>65. Игра в любовь</w:t>
      </w:r>
    </w:p>
    <w:p>
      <w:r>
        <w:t>66. Духовная слепота</w:t>
      </w:r>
    </w:p>
    <w:p>
      <w:r>
        <w:t>67. Духовная нагота</w:t>
      </w:r>
    </w:p>
    <w:p>
      <w:r>
        <w:t>68. Ты нищий</w:t>
      </w:r>
    </w:p>
    <w:p>
      <w:r>
        <w:t>69. Ты жалок</w:t>
      </w:r>
    </w:p>
    <w:p>
      <w:r>
        <w:t>70. Ты такой несчастный</w:t>
      </w:r>
    </w:p>
    <w:p>
      <w:r>
        <w:t>71. Почему они уснули?</w:t>
      </w:r>
    </w:p>
    <w:p>
      <w:r>
        <w:t>72. Отличие мудрости</w:t>
      </w:r>
    </w:p>
    <w:p>
      <w:r>
        <w:t>73. Впустить, чтобы выйти</w:t>
      </w:r>
    </w:p>
    <w:p>
      <w:r>
        <w:t>74. Пророческая школа</w:t>
      </w:r>
    </w:p>
    <w:p>
      <w:r>
        <w:t>75. Весть любви Христа</w:t>
      </w:r>
    </w:p>
    <w:p>
      <w:r>
        <w:t>76. Жертвы самообмана</w:t>
      </w:r>
    </w:p>
    <w:p>
      <w:r>
        <w:t>77. Я здесь</w:t>
      </w:r>
    </w:p>
    <w:p>
      <w:r>
        <w:t>78. Экзамен</w:t>
      </w:r>
    </w:p>
    <w:p>
      <w:r>
        <w:t>79. Всеоружие победителя</w:t>
      </w:r>
    </w:p>
    <w:p>
      <w:r>
        <w:t>80. Золото, очищенное огнём</w:t>
      </w:r>
    </w:p>
    <w:p>
      <w:r>
        <w:t>81. Информационная война</w:t>
      </w:r>
    </w:p>
    <w:p>
      <w:r>
        <w:t>82. Песня песней</w:t>
      </w:r>
    </w:p>
    <w:p>
      <w:r>
        <w:t>83. Какая у вас весть?</w:t>
      </w:r>
    </w:p>
    <w:p>
      <w:r>
        <w:t>84. Кто даёт покаяние?</w:t>
      </w:r>
    </w:p>
    <w:p>
      <w:r>
        <w:t>85. А почему не бесплатно?</w:t>
      </w:r>
    </w:p>
    <w:p>
      <w:r>
        <w:t>86. У тебя есть, чем платить</w:t>
      </w:r>
    </w:p>
    <w:p>
      <w:r>
        <w:t>87. Вменяемая и наделяемая любовь</w:t>
      </w:r>
    </w:p>
    <w:p>
      <w:r>
        <w:t>88. Обогащение любовью</w:t>
      </w:r>
    </w:p>
    <w:p>
      <w:r>
        <w:t>89. Отношения</w:t>
      </w:r>
    </w:p>
    <w:p>
      <w:r>
        <w:t>90. Убегающая невеста</w:t>
      </w:r>
    </w:p>
    <w:p>
      <w:r>
        <w:t>91. Слово Бога</w:t>
      </w:r>
    </w:p>
    <w:p>
      <w:r>
        <w:t>92. Лаодикийское просеивание</w:t>
      </w:r>
    </w:p>
    <w:p>
      <w:r>
        <w:t>93. Весть, вызывающая просеивание</w:t>
      </w:r>
    </w:p>
    <w:p>
      <w:r>
        <w:t>94. Помним о главном</w:t>
      </w:r>
    </w:p>
    <w:p>
      <w:r>
        <w:t>95. Простота Послания к Лаодикии</w:t>
      </w:r>
    </w:p>
    <w:p>
      <w:r>
        <w:t>96. Красота Послания к Лаодикии</w:t>
      </w:r>
    </w:p>
    <w:p>
      <w:r>
        <w:t>97. Цель Вести к Лаодикии</w:t>
      </w:r>
    </w:p>
    <w:p>
      <w:r>
        <w:t>98. Званые и избранные</w:t>
      </w:r>
    </w:p>
    <w:p>
      <w:r>
        <w:t>99. Благословение Вести к Лаодикии</w:t>
      </w:r>
    </w:p>
    <w:p>
      <w:r>
        <w:t>100. Проклятие Лаодикии</w:t>
      </w:r>
    </w:p>
    <w:p>
      <w:r>
        <w:t>101. Лаодикийская любовь</w:t>
      </w:r>
    </w:p>
    <w:p>
      <w:r>
        <w:t>102. Полнота Вести к Лаодикии</w:t>
      </w:r>
    </w:p>
    <w:p>
      <w:r>
        <w:t>103. Планирование победы</w:t>
      </w:r>
    </w:p>
    <w:p>
      <w:r>
        <w:t>104. Пророческое оружие победы</w:t>
      </w:r>
    </w:p>
    <w:p>
      <w:r>
        <w:t>105. Почему именно любовь?</w:t>
      </w:r>
    </w:p>
    <w:p>
      <w:r>
        <w:t>106. Удивительный статус Лаодикии</w:t>
      </w:r>
    </w:p>
    <w:p>
      <w:r>
        <w:t>107. Закрытая Богом территория</w:t>
      </w:r>
    </w:p>
    <w:p>
      <w:r>
        <w:t>108. Сколько стоит «бесплатно»?</w:t>
      </w:r>
    </w:p>
    <w:p>
      <w:r>
        <w:t>109. На что взираем, в то и преображаемся</w:t>
      </w:r>
    </w:p>
    <w:p>
      <w:r>
        <w:t>110. Престол Божий</w:t>
      </w:r>
    </w:p>
    <w:p>
      <w:r>
        <w:t>111. Свидетель Верный и Истинный</w:t>
      </w:r>
    </w:p>
    <w:p>
      <w:r>
        <w:t>112. Обычный лаодикиец</w:t>
      </w:r>
    </w:p>
    <w:p>
      <w:r>
        <w:t>113. Пустота</w:t>
      </w:r>
    </w:p>
    <w:p>
      <w:r>
        <w:t>114. Полнота</w:t>
      </w:r>
    </w:p>
    <w:p>
      <w:r>
        <w:t>115. Свидетельство Верного Свидетеля</w:t>
      </w:r>
    </w:p>
    <w:p>
      <w:r>
        <w:t>116. Кем является невеста Христа?</w:t>
      </w:r>
    </w:p>
    <w:p>
      <w:r>
        <w:t>117. Духовная неверность</w:t>
      </w:r>
    </w:p>
    <w:p>
      <w:r>
        <w:t>118. Не хватило 40 сантиметров</w:t>
      </w:r>
    </w:p>
    <w:p>
      <w:pPr>
        <w:pStyle w:val="Heading2"/>
        <w:pageBreakBefore/>
      </w:pPr>
      <w:r>
        <w:t>Глава 1</w:t>
      </w:r>
    </w:p>
    <w:p>
      <w:pPr>
        <w:pStyle w:val="Heading1"/>
      </w:pPr>
      <w:r>
        <w:t>Весть, вызывающая просеивание</w:t>
      </w:r>
    </w:p>
    <w:p>
      <w:r>
        <w:rPr/>
        <w:t>Если я решу получить в Германии высшее образование, то мне будет недостаточно выбрать учебное заведение и поступить туда. Есть определённые правила, регламентирующие порядок поступления.</w:t>
      </w:r>
    </w:p>
    <w:p>
      <w:r>
        <w:rPr/>
        <w:t>У меня есть два средних профессиональных образования, но этого мало для поступления в любой вуз. Мне необходимо дополнительно окончить ещё пару классов гимназии или техникума, и только потом мои документы примут на рассмотрение.</w:t>
      </w:r>
    </w:p>
    <w:p>
      <w:r>
        <w:rPr/>
        <w:t>Если я решу стать пастором или проповедником в этой стране, то, несмотря на мой стаж членства в церкви, меня не поставят на это служение и не доверят мне кафедру. Право на это получают лишь те, кто окончил немецкую семинарию, отучившись или переучившись в ней минимум два года.</w:t>
      </w:r>
    </w:p>
    <w:p>
      <w:r>
        <w:rPr/>
        <w:t>Я понимаю, что подобные меры нужны для того, чтобы сохранить учение церкви в чистоте. И перешагнуть эти правила достаточно сложно. Но образование не гарантирует посвящённость служителя. И если кто-то видит в этом лишь хорошее место работы, то мне его жаль.</w:t>
      </w:r>
    </w:p>
    <w:p>
      <w:r>
        <w:rPr/>
        <w:t>Господь послал Своей церкви последнего времени особую весть, которую можно найти в книге Откр.3:14-22. Весть к Лаодикии довольно последовательна, и её невозможно принимать с середины или с конца. Каждый последующий стих вытекает из предыдущего. И я не могу получить благословение стиха 21, если не получил благословение стиха 18. Никто не придёт к моей двери и не будет стучать и звать, если я перепрыгнул все предыдущие советы и обличения.</w:t>
      </w:r>
    </w:p>
    <w:p>
      <w:r>
        <w:rPr/>
        <w:t xml:space="preserve">В вести к Лаодикии детально изложен план для победителя. Мы с друзьями уже очень долго и досконально, более </w:t>
      </w:r>
      <w:r>
        <w:rPr/>
        <w:t xml:space="preserve">7 </w:t>
      </w:r>
      <w:r>
        <w:rPr/>
        <w:t>лет, изучаем эту весть и понимаем, что её глубина нам ещё не до конца открылась. Мы поняли, что в этом послании последовательно описывается программа по подготовке особой группы людей, которая по всем своим качествам характера подходит загадочному числу 144.000.</w:t>
      </w:r>
    </w:p>
    <w:p>
      <w:r>
        <w:rPr/>
        <w:t>В</w:t>
      </w:r>
      <w:r>
        <w:rPr/>
        <w:t xml:space="preserve"> уроках Школы </w:t>
      </w:r>
      <w:r>
        <w:rPr/>
        <w:t xml:space="preserve">Любви Агапэ </w:t>
      </w:r>
      <w:r>
        <w:rPr/>
        <w:t>нам уже достаточно открылось значение всех символов этой вести, всё же этого недостаточно, чтобы быть победителем. Нас впереди ожидает огонь, через который нам ещё предстоит пройти. Частично мы уже переживаем различные испытания, которые готовят нас к основному экзамену. И такое время когда-то настанет.</w:t>
      </w:r>
    </w:p>
    <w:p>
      <w:r>
        <w:rPr/>
        <w:t>Сердце горит от желания поделиться важностью смысла этой вести, и приходится постоянно повторять многим людям одно и то же, чтобы хоть как-то заинтересовать их в деле приготовления.</w:t>
      </w:r>
    </w:p>
    <w:p>
      <w:r>
        <w:rPr/>
        <w:t>Раньше я ждал, что будет излит Поздний Дождь, который каким-то чудесным образом приготовит меня к запечатлению. И единственное, чего я хотел, — это получить крещение Святым Духом. Это очень важное событие, но у Бога есть план подготовки к нему, который я не могу обойти или перепрыгнуть.</w:t>
      </w:r>
    </w:p>
    <w:p>
      <w:r>
        <w:rPr/>
        <w:t xml:space="preserve">Если жених предлагает своей невесте обручиться с ним и провести в совместных отношениях некоторое время до свадьбы, чтобы лучше узнать друг друга, а невеста его просто игнорирует, решая встретиться на самой свадьбе, то что </w:t>
      </w:r>
      <w:r>
        <w:rPr/>
        <w:t>должен делать жених? Скорее всего, он потеряет интерес к той, которой он неинтересен.</w:t>
      </w:r>
    </w:p>
    <w:p>
      <w:r>
        <w:rPr/>
        <w:t>Если я не понимаю важности плана победителя, то Господь сделает всё возможное, чтобы его мне представить и разъяснить. Но если мне неинтересно, что Он мне советует сделать и принять, то это мне очень напоминает хулу на Святого Духа.</w:t>
      </w:r>
    </w:p>
    <w:p>
      <w:r>
        <w:rPr/>
        <w:t>Изучая весть к Лаодикии, невольно приходишь к тому, что эта весть должна вызвать просеивание среди Божьего народа. Мне не хочется этим заниматься и делить церковь на избранных и потерянных. Но Библия учит, что это произойдёт независимо от меня. Не вечно быть Богу и Его Духу пренебрегаемыми.</w:t>
      </w:r>
    </w:p>
    <w:p>
      <w:r>
        <w:rPr/>
        <w:t>Глядя на то, что происходит в мире, я понимаю, что Бог тоже что-то уже совершает и что-то ожидает от Своего народа, предлагая нам выход из тёплого состояния. Многие Библейские истины хороши сами по себе, но сейчас важно понимать истину для настоящего времени, о том, что мне нужно делать в это время. Мне хочется понять отличие мудрых дев от неразумных из притчи от Мат.25:1-12.</w:t>
      </w:r>
    </w:p>
    <w:p>
      <w:r>
        <w:rPr/>
        <w:t>Меня интересует всё, что поможет мне лучше понять план Бога для меня на это время, потому что я не хочу потерять спасение по своему невежеству. И Господь открывает ищущим и молящимся всё, что им нужно знать.</w:t>
      </w:r>
    </w:p>
    <w:p>
      <w:r>
        <w:rPr/>
        <w:t>В книге «Ранние произведения» от Елены Уайт есть глава «Просеивание», которую я настоятельно рекомендую всем прочитать. За 170 лет Господь предсказал нам через эту вестницу о том, на что нам следует обратить внимание и что вызовет просеивание. Приведу цитату из этой главы:</w:t>
      </w:r>
    </w:p>
    <w:p>
      <w:r>
        <w:rPr/>
        <w:t>«Я спросила о значении увиденного мной просеивания, и мне было показано, что это действие будет вызвано достоверным свидетельством, вдохновлённым тем советом, который дал Лаодикийской церкви Свидетель верный и истинный. Оно тронет сердца тех, кто примет его, и побудит их высоко поднять знамя истины и твёрдо провозглашать её. Не все будут возвещать это достоверное свидетельство. Кое-кто восстанет против него, и именно это станет причиной просеивания в среде народа Божьего.</w:t>
      </w:r>
    </w:p>
    <w:p>
      <w:r>
        <w:rPr/>
        <w:t>Я видела, что свидетельству истинного Свидетеля не придаётся и половины того значения, которого оно заслуживает. Священное свидетельство, от которого зависит судьба Церкви, не оценивается по достоинству, а порой им и вовсе пренебрегают. Это свидетельство должно вызвать глубокое покаяние; все, кто по-настоящему примут его, покорятся ему и будут очищены». – {РП 270.3}</w:t>
      </w:r>
    </w:p>
    <w:p>
      <w:r>
        <w:rPr/>
        <w:t>Раньше я много раз читал эту книгу и не видел того, чем здесь поделился. Но, изучая послание к Лаодикии, я пришёл самостоятельно к такому же заключению, а потом об этом ещё и прочитал.</w:t>
      </w:r>
    </w:p>
    <w:p>
      <w:r>
        <w:rPr/>
        <w:t>И у меня вопросы к тебе, друг: «Понимаешь ли ты важность Вести к Лаодикии для тебя? Веришь ли ты в то, что эта весть обращена к тебе? Есть ли у тебя желание изучить, понять и принять всё то, что предлагает Свидетель Верный и Истинный?» Ответь сам себе на это и следуй своему ответу.</w:t>
      </w:r>
    </w:p>
    <w:p>
      <w:r>
        <w:rPr/>
        <w:t xml:space="preserve">Даже сейчас, прочитывая бегло это послание, я хоть и понимаю значение написанного, но всё равно оно для меня покрыто тайной, в которую я пытаюсь вникнуть. И это после </w:t>
      </w:r>
      <w:r>
        <w:rPr/>
        <w:t>семи</w:t>
      </w:r>
      <w:r>
        <w:rPr/>
        <w:t xml:space="preserve"> лет изучения и размышления! А что поймут те, кто открывают его впервые? Но есть добрая весть: Ищите и найдёте, просите и дано </w:t>
      </w:r>
      <w:r>
        <w:rPr/>
        <w:t>будет вам. Бог больше нас заинтересован в нашем спасении и первый выходит на поиски каждого. Он не оставит никого, кто изберёт Его и будет стараться изо всех сил понять покрытое тайной.</w:t>
      </w:r>
    </w:p>
    <w:p>
      <w:r>
        <w:rPr/>
        <w:t xml:space="preserve">Послание к Лаодикии содержит в себе весть и о принятии Божьей любви-агапэ как золота, очищенного огнём. И соблюдение заповеди о любви друг к другу также является Божьим планом для последнего времени. Мы имеем такие простые слова от Небесного </w:t>
      </w:r>
      <w:r>
        <w:rPr/>
        <w:t>К</w:t>
      </w:r>
      <w:r>
        <w:rPr/>
        <w:t>упца, а какого глубокого смысла они полны!</w:t>
      </w:r>
    </w:p>
    <w:p>
      <w:r>
        <w:rPr/>
        <w:t>Любовь-агапэ — это не какой-то товар, который мне пытаются навязать, а Вечное благословение, счастливый дух, радость во всякое время, дружелюбие и постоянный восторг от Божьего присутствия в моём сердце. Это много друзей, которых ты любишь. Это счастье с утра до вечера. Это нескончаемая благодарность Богу за то, что Он теперь твой навсегда, и за то, что Он тебе даёт навечно.</w:t>
      </w:r>
    </w:p>
    <w:p>
      <w:pPr>
        <w:pStyle w:val="Heading2"/>
      </w:pPr>
      <w:r>
        <w:t>Вопросы к размышлению над этой главой</w:t>
      </w:r>
    </w:p>
    <w:p>
      <w:r>
        <w:rPr/>
        <w:t xml:space="preserve">1. Прочитайте, пожалуйста, Еф.5:15-18; Откр.3:14-22; Мат.25:1-12; Лук.11:9-10; Дан.12:10; Ис.60:1-3; Рим.12:1-3; Флп.1:6; Ам.3:7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Понимаете ли вы важность послания к Лаодикии, и о чём оно?</w:t>
      </w:r>
    </w:p>
    <w:p>
      <w:r>
        <w:rPr/>
        <w:t>5. Если Бог предлагает мне личные отношения, то стоит ли это принять и понять, что от меня ожидается и как это развивать?</w:t>
      </w:r>
    </w:p>
    <w:p>
      <w:r>
        <w:rPr/>
        <w:t>6. У вас есть друзья, с которыми вы смогли бы начать изучение послания к Лаодикии?</w:t>
      </w:r>
    </w:p>
    <w:p>
      <w:r>
        <w:rPr/>
        <w:t>7. Как вы думаете, что будет с теми, кто так и не обратит внимания на весть Верного Свидетеля?</w:t>
      </w:r>
    </w:p>
    <w:p>
      <w:r>
        <w:rPr/>
        <w:t>8. Если мне непонятна весть к Лаодикии, то стоит ли её изучать? Если да, то для чего?</w:t>
      </w:r>
    </w:p>
    <w:p>
      <w:r>
        <w:rPr/>
        <w:t>9. О каких победителях идёт речь в этом послании? Что или кого они должны победить?</w:t>
      </w:r>
    </w:p>
    <w:p>
      <w:r>
        <w:rPr/>
        <w:t>10. Почему эта весть непопулярна даже среди Божьего народа?</w:t>
      </w:r>
    </w:p>
    <w:p>
      <w:r>
        <w:rPr/>
        <w:t>11. Что предлагает нам Иисус в этой вести?</w:t>
      </w:r>
    </w:p>
    <w:p>
      <w:r>
        <w:rPr/>
        <w:t>12. Какие благословения получит тот, кто последует совету Иисуса и купит то, что Господь предлагает?</w:t>
      </w:r>
    </w:p>
    <w:p>
      <w:r>
        <w:rPr/>
        <w:t>13. Почему Господь не дарит, а продаёт Свои товары?</w:t>
      </w:r>
    </w:p>
    <w:p>
      <w:r>
        <w:rPr/>
        <w:t>14. Когда начнётся просеивание Божьего народа?</w:t>
      </w:r>
    </w:p>
    <w:p>
      <w:r>
        <w:rPr/>
        <w:t>15. Как полюбить эту весть, если у меня нет к ней интереса, и я её не понимаю?</w:t>
      </w:r>
    </w:p>
    <w:p>
      <w:pPr>
        <w:pStyle w:val="Heading2"/>
        <w:pageBreakBefore/>
      </w:pPr>
      <w:r>
        <w:t>Глава 2</w:t>
      </w:r>
    </w:p>
    <w:p>
      <w:pPr>
        <w:pStyle w:val="Heading1"/>
      </w:pPr>
      <w:r>
        <w:t>Чтобы тебе обогатиться</w:t>
      </w:r>
    </w:p>
    <w:p>
      <w:r>
        <w:rPr/>
        <w:t>Билл решил пройтись по городу пешком. Давно он не позволял себе такой роскоши. Оставив свой роллс-ройс на одной из своих вилл, Билл переоделся в спортивный костюм и уверенно направился в район своего детства, надеясь встретить в нём кого-то из школьных друзей. Уже много лет прошло со дня последнего звонка, и за это время Билл успел основать свой бизнес с миллиардной прибылью и учредить по всей стране множество дочерних предприятий, входящих в структуру его компании.</w:t>
      </w:r>
    </w:p>
    <w:p>
      <w:r>
        <w:rPr/>
        <w:t>Проходя мимо супермаркета, Билл обратил внимание на мужчину, который рылся в мусорном баке и, доставая оттуда разные штуки, складывал их в свою корзину. В этом бродяге наш миллиардер узнал своего одноклассника Тима и подошёл его поприветствовать. Они обнялись. Тим расплылся в улыбке и решил угостить своего старого друга, приглашая его к себе в гости. Билл согласился, пытаясь понять, как это будет выглядеть. Они пошли на окраину города к помойке и, дойдя до свалки мусора, Тим оставил свою тележку и позвал Билла идти за собой. Они осторожно передвигались от кучи к куче и, наконец, добрались до странного строения из мебельных досок и картона, обтянутого плёнкой. Внутри этого дома было довольно просторно, стояла старая кухонная мебель, было много полок, заваленных разными вещами. Тим пригласил Билла сесть за стол и начал свой рассказ о жизни. Оказалось, что после колледжа Тим создал семью, а через 10 лет жена развелась с ним и забрала всё имущество, выставив мужа на улицу, навесив на него долги и невыплаченные кредиты. Все эти новые проблемы и заботы сломили Тима, и он пошёл куда глаза глядят, познакомился с местными бродягами и в их компании обрёл покой.</w:t>
      </w:r>
    </w:p>
    <w:p>
      <w:r>
        <w:rPr/>
        <w:t>Со временем Тим стал королём помойки, применяя свои профессиональные знания для организации жизнедеятельности всех бродяг, живущих на городской свалке. Он изучил расписание приезжающих машин с мусором и то, какой ассортимент они привозят в разное время. Нашёл скупщиков цветного металла и ценных вещей в обмен на необходимые медикаменты и алкоголь. Он знал, в какое время привозят просроченные продукты, и умело распределял их среди жителей помойки.</w:t>
      </w:r>
    </w:p>
    <w:p>
      <w:r>
        <w:rPr/>
        <w:t>Билл слушал восторженные рассказы своего одноклассника, а потом спросил: «А не хотел бы ты иметь свою фирму с годовым оборотом в несколько миллионов?» На что получил ответ, что его друг и так очень богат, разбогател и ни в чём не имеет нужды. Тим стал показывать свои «сокровища», вынимая из коробок разные приборы и устройства, открывал шкафы и хвастался тем, сколько у него разной одежды на любую погоду. Хоть в доме и не было электричества, но в самодельной плите можно было сжигать горючий мусор для приготовления пищи и обогрева.</w:t>
      </w:r>
    </w:p>
    <w:p>
      <w:r>
        <w:rPr/>
        <w:t>Жизнь на помойке была благоустроена с максимумом удобств. Питьевую воду привозили скупщики металла, а для душа и мытья посуды были придуманы контейнеры для сбора дождевой воды.</w:t>
      </w:r>
    </w:p>
    <w:p>
      <w:r>
        <w:rPr/>
        <w:t>Тим раскрыл склад своих пищевых запасов и стал щедро угощать своего друга различными просроченными деликатесами, рассказывая о том, что многие из жителей помойки страдают от переедания и ожирения.</w:t>
      </w:r>
    </w:p>
    <w:p>
      <w:r>
        <w:rPr/>
        <w:t>Билл с опаской взирал на предлагаемые угощения и спросил Тима, не желает ли он каждый вечер ужинать вместе с ним в ресторане Билла. На это мужчина только рассмеялся, заявляя, что у него отменная кухня, и никакой ресторан не сможет с ней сравниться.</w:t>
      </w:r>
    </w:p>
    <w:p>
      <w:r>
        <w:rPr/>
        <w:t>Билл с осторожностью сказал: «Тим, а ты даже не знаешь, насколько ты несчастен и жалок, и нищ, и слеп, и наг. Советую тебе связаться со мной, и я тебе помогу выйти в высший свет общества и достичь тех вершин знаний, о которых ты даже не мечтал. В обмен на твоё барахло я дам тебе истинное богатство и лучшую одежду, и ты станешь очень мудрым в ведении бизнеса. Мои учителя откроют тебе тайну денег, и ты получишь доступ к истинным сокровищам и неимоверным ресурсам. Я оплачу все твои прошлые долги и дам тебе столько средств, чтобы ты смог начать своё дело и процветать в нём. Мы вступим в вечные торговые отношения, в которых будем взаимно обогащать друг друга».</w:t>
      </w:r>
    </w:p>
    <w:p>
      <w:r>
        <w:rPr/>
        <w:t>Тим с сожалением смотрел на своего друга, грустно улыбаясь: «Билл, ты хоть понимаешь, кто я? Я — король помойки!!! В моём подчинении находятся все бомжи этого города! Если мне будет нужно, то я могу даже не выходить из дома, и мне всё принесут сюда, будут носить меня на руках и обслуживать все мои нужды! А ты мне предлагаешь какие-то сказки, на которые я должен тратить своё драгоценное время? Жизнь и так коротка, чтобы вступать с тобой в торговлю и тратить на тебя самое ценное, что у меня есть. А моя одежда, хоть и грязна, но связывает меня с прошлым и греет мою душу воспоминаниями о былых сражениях. И если тебе, Билл, станет очень плохо в твоём бизнесе, то двери моего дома всегда открыты для тебя, я выделю тебе лучшее место на свалке и помогу построить свой дом».</w:t>
      </w:r>
    </w:p>
    <w:p>
      <w:r>
        <w:rPr/>
        <w:t>Билл ответил: «Тим, если ты примешь мой совет, то у тебя всё изменится, ты станешь победителем во всех тендерах, и я дам тебе место на бизнес-форуме рядом с собой, и ты получишь ту же власть, что и я, став моим партнёром. Тим, ты даже не представляешь, кто я такой, и каких высот ты сможешь достигнуть в наших торговых отношениях. На твоей помойке можно найти только мусор, а я тебе советую купить у меня истинное богатство, которое ценится как на твоей помойке, так и в том мире, где живу я. Твоя новая одежда, которую ты приобретёшь у меня, будет говорить о твоём особом статусе, и все будут узнавать, что ты мой друг, что ты находишься со мной в особых отношениях. Твои глаза сейчас не видят дальше твоей помойки, но, поверь мне, ты станешь зрячим и сможешь отличать мусор от истинного золота. Ты будешь с ужасом вспоминать свою теперешнюю жизнь, и тебе будет стыдно за то, каким ты был. А я лично буду приходить к тебе в гости каждый вечер, чтобы поужинать с тобой в твоём новом прекрасном доме и обсудить дальнейшие шаги в нашей совместной торговле».</w:t>
      </w:r>
    </w:p>
    <w:p>
      <w:r>
        <w:rPr/>
        <w:t xml:space="preserve">Тим внимательно слушал, пытаясь понять, насколько правдиво выглядит то, что предлагает Билл. Он смотрел на стены своего дома, на свою удобную мебель, на свои «сокровища», накопленные за многие годы, которые он уже имел в изобилии, и не представлял, как можно со всем этим расстаться ради какой-то </w:t>
      </w:r>
      <w:r>
        <w:rPr/>
        <w:t>абстрактной мечты, которую его друг представлял как реальность. Уж очень убедительно говорит Билл, хоть и не выглядит миллиардером. А вдруг он обманет и завладеет всеми богатствами с помойки, не дав взамен обещанное? Начинать всё с нуля Тиму никак не хотелось. Где гарантия того, что там будет лучше? Как понять, что предлагаемое на самом деле ценное?</w:t>
      </w:r>
    </w:p>
    <w:p>
      <w:r>
        <w:rPr/>
        <w:t>В сердце Тима шла борьба. Он понимал, что если он даст согласие на отношения с Биллом, то в его жизни начнутся большие перемены. Оглядывая сквозь плёночное окно безграничные просторы своей помойки, Тим с глубокой тоской размышлял о том, что всё это придётся оставить навсегда ради того, что не совсем понятно? Кто бы показал ему будущее? А так приходится только верить и надеяться, что Билл не обманывает. На подвох речи друга тоже не были похожи. Поменять помойку на что-то другое?! Разум Тима не мог это вместить. Он решил подумать.</w:t>
      </w:r>
    </w:p>
    <w:p>
      <w:pPr>
        <w:pStyle w:val="Heading2"/>
      </w:pPr>
      <w:r>
        <w:t>Вопросы к размышлению над этой главой</w:t>
      </w:r>
    </w:p>
    <w:p>
      <w:r>
        <w:rPr/>
        <w:t xml:space="preserve">1. Прочитайте, пожалуйста, Мат.25:29; Откр.3:14-22; Прит.23:23; Мат.25:1-13; Еф.5:4-18; Ис.1:2-31; 55:1-2; 60:1-5; 1Кор.13:1-3; Ос.4:6 </w:t>
      </w:r>
      <w:r>
        <w:rPr/>
        <w:t>в свете этой главы</w:t>
      </w:r>
      <w:r>
        <w:rPr/>
        <w:t>.</w:t>
      </w:r>
    </w:p>
    <w:p>
      <w:r>
        <w:rPr/>
        <w:t xml:space="preserve">2. </w:t>
      </w:r>
      <w:r>
        <w:rPr/>
        <w:t>Что вы поняли из этой главы</w:t>
      </w:r>
      <w:r>
        <w:rPr/>
        <w:t>?</w:t>
      </w:r>
    </w:p>
    <w:p>
      <w:r>
        <w:rPr/>
        <w:t>3. Какая мысль, описанная в уроке, понравилась вам больше всего?</w:t>
      </w:r>
    </w:p>
    <w:p>
      <w:r>
        <w:rPr/>
        <w:t>4. Вы догадались, о ком написан этот урок?</w:t>
      </w:r>
    </w:p>
    <w:p>
      <w:r>
        <w:rPr/>
        <w:t>5. Как вы думаете, достаточно ли у Иисуса средств, чтобы покрыть все мои долги и обогатить меня?</w:t>
      </w:r>
    </w:p>
    <w:p>
      <w:r>
        <w:rPr/>
        <w:t>6. Что предлагается нам купить в послании к Лаодикии: вещи или отношения? Поясните свой ответ.</w:t>
      </w:r>
    </w:p>
    <w:p>
      <w:r>
        <w:rPr/>
        <w:t>7. Как вы думаете, что будет с теми, кто отвергнет совет Верного Свидетеля и не станет ничего у Него покупать?</w:t>
      </w:r>
    </w:p>
    <w:p>
      <w:r>
        <w:rPr/>
        <w:t>8. Почему Иисус не даёт Лаодикии ничего даром?</w:t>
      </w:r>
    </w:p>
    <w:p>
      <w:r>
        <w:rPr/>
        <w:t>9. Чем отличается совет от поведения и заповеди?</w:t>
      </w:r>
    </w:p>
    <w:p>
      <w:r>
        <w:rPr/>
        <w:t>10. Есть ли у Господа ещё какая-то весть для народа последнего времени, чтобы, соблюдая её, можно было игнорировать весть Верного Свидетеля?</w:t>
      </w:r>
    </w:p>
    <w:p>
      <w:r>
        <w:rPr/>
        <w:t>11. Почему в наше время так мало говорится о том, что так жизненно важно?</w:t>
      </w:r>
    </w:p>
    <w:p>
      <w:r>
        <w:rPr/>
        <w:t>12. Кем видит меня Иисус в моём нежелании покупать у Него товары и масло для светильника?</w:t>
      </w:r>
    </w:p>
    <w:p>
      <w:r>
        <w:rPr/>
        <w:t>13. Как вы думаете, изменится ли ваша жизнь, если вы последуете совету Верного Свидетеля?</w:t>
      </w:r>
    </w:p>
    <w:p>
      <w:r>
        <w:rPr/>
        <w:t>14. Будет ли победителем тот, кто не принимает весть Верного Свидетеля?</w:t>
      </w:r>
    </w:p>
    <w:p>
      <w:r>
        <w:rPr/>
        <w:t>1</w:t>
      </w:r>
      <w:r>
        <w:rPr/>
        <w:t>5</w:t>
      </w:r>
      <w:r>
        <w:rPr/>
        <w:t>. Стоит ли менять мои видимые достижения на абстрактные обещания и советы?</w:t>
      </w:r>
    </w:p>
    <w:p>
      <w:pPr>
        <w:pStyle w:val="Heading2"/>
        <w:pageBreakBefore/>
      </w:pPr>
      <w:r>
        <w:t>Глава 3</w:t>
      </w:r>
    </w:p>
    <w:p>
      <w:pPr>
        <w:pStyle w:val="Heading1"/>
      </w:pPr>
      <w:r>
        <w:t>План Любви Агапэ</w:t>
      </w:r>
    </w:p>
    <w:p>
      <w:r>
        <w:rPr/>
        <w:t>Перед вознесением Иисус сказал Своим ученикам очень интересное и важное слово. Читаем Мат 28:18: "... Дана Мне всякая власть на небе и на земле."</w:t>
      </w:r>
    </w:p>
    <w:p>
      <w:r>
        <w:rPr/>
        <w:t>То дело, которое Иисус совершил на Земле, имело очень большое значение и для Неба. В свете Голгофы всей Вселенной открылась истинная Божья любовь. Если до жертвы Христа, возможно, и были у некоторых небожителей какие-то вопросы и сомнения относительно Божьего характера, методов Его правления и претензий сатаны на верховную власть Бога, то после смерти Иисуса на все эти вопросы был найден правильный ответ, и все сомнения и недоразумения были рассеяны.</w:t>
      </w:r>
    </w:p>
    <w:p>
      <w:r>
        <w:rPr/>
        <w:t>Голгофа очень ясно показала всему видимому и невидимому миру, что Бог есть любовь. На кресте была явлена абсолютная Божья милость к грешным и падшим людям и абсолютная Божья справедливость в отношении беззакония. Была принесена великая Жертва, Которая утвердила значение всех условных жертв, принесённых с верою до Голгофы, и явила путь спасения для всех, кто примет Христа после Голгофы. Была открыта новая дверь спасения для всего человечества, дверь по имени Иисус Христос. Греху и его сподвижникам был вынесен смертный приговор.</w:t>
      </w:r>
    </w:p>
    <w:p>
      <w:r>
        <w:rPr/>
        <w:t>Но, по Божьему провидению, людям ещё было дано время, чтобы все желающие имели возможность услышать весть о спасении, весть о лучшей жизни и о любящем характере Бога. Ещё не исполнились все пророчества, указывающие на борьбу последнего времени и время начала суда. Враг человека получил особую силу — губить и соблазнять всех живущих на земле, не имея при этом полной власти над Божьими детьми.</w:t>
      </w:r>
    </w:p>
    <w:p>
      <w:r>
        <w:rPr/>
        <w:t>Бог предсказал все периоды развития христианства, дал особые откровения через апостола Иоанна, установил времена и сроки в Своей власти.</w:t>
      </w:r>
    </w:p>
    <w:p>
      <w:r>
        <w:rPr/>
        <w:t>И вот сейчас, в наше время, все сроки исполнились, все знамения указывают на близкую кульминацию заключительных событий истории. И что-то жизненно важное должно произойти на нашей Земле.</w:t>
      </w:r>
    </w:p>
    <w:p>
      <w:r>
        <w:rPr/>
        <w:t>Иисус обладает особой властью действовать в это время, производя нечто очень важное в нашем мире и в наших душах. Свет уже во всей полноте излился на каждого обитателя Земли. Знания и открытия во всех областях жизни людей превзошли человеческие возможности, грех полностью раскрыл свою отвратительную сущность, обольщения сатаны стали непреодолимо сильными и искусными. Весь мир лежит во зле, а Господь ещё не пришёл. Иисус желает иметь особый народ, который в своей жизни во всей полноте откроет миру подлинный характер Бога и Его красоту. Как это возможно? У Господа есть план.</w:t>
      </w:r>
    </w:p>
    <w:p>
      <w:r>
        <w:rPr/>
        <w:t>Притча о десяти девах повествует о том, что и как будет происходить. Она даёт понять, насколько важно готовиться к предстоящим событиям. А обращение Христа к Лаодикии указывает Божьему народу на то, что необходимо будет понять, принять и сделать в это последнее время. Это не мой, а Божий план, и Бог жаждет воплотить его в моей и вашей жизни.</w:t>
      </w:r>
    </w:p>
    <w:p>
      <w:r>
        <w:rPr/>
        <w:t>Я имею следующие возможности для реализации этого плана:</w:t>
      </w:r>
    </w:p>
    <w:p>
      <w:r>
        <w:rPr/>
        <w:t>1. Я задумываюсь, начинаю исследовать и открывать для себя значение Божьих символов и следовать тем указаниям, которые мне даны. Я начинаю получать всё то, что Бог желает мне вручить и продать.</w:t>
      </w:r>
    </w:p>
    <w:p>
      <w:r>
        <w:rPr/>
        <w:t>2. Я задумываюсь и начинаю исследовать данный вопрос, но даю насущным заботам поглотить моё внимание и отложить реализацию Божьих планов на неопределённое будущее. Однако я твёрдо верю в то, что этому вопросу необходимо посвятить своё время и, изучив его, воплотить в своей жизни. А пока есть дела поважнее.</w:t>
      </w:r>
    </w:p>
    <w:p>
      <w:r>
        <w:rPr/>
        <w:t>3. Я услышал, поверил, порадовался, но не придал этой вести особого значения, поэтому не стал уделять ей время. И я не собираюсь этим заниматься в ближайшем будущем.</w:t>
      </w:r>
    </w:p>
    <w:p>
      <w:r>
        <w:rPr/>
        <w:t>4. Я считаю, что все эти вести — один из многочисленных потоков информации, и они ничего не изменят в моей жизни, поэтому не стоит в это даже и вникать.</w:t>
      </w:r>
    </w:p>
    <w:p>
      <w:r>
        <w:rPr/>
        <w:t>В нашей школе любви принято решение следовать первым путём. Мы стремимся разобраться в том, что предлагает нам Бог, вникнуть в суть символов и пророчеств, принять Божий план, купить Небесные истинные ценности и ждать дальнейшего исполнения Божьих благословений и обещаний в нашей жизни. Времени совсем мало. И мировые события со всех сторон громко призывают нас понять, что конец всему очень близок и пора просыпаться.</w:t>
      </w:r>
    </w:p>
    <w:p>
      <w:r>
        <w:rPr/>
        <w:t>А Иисус очень спокойно и нежно учит нас Своей любви. У Него нет ни спешки, ни промедления в этом вопросе. Он готовит народ, желая представить его чистым и непорочным перед всей Вселенной и показать всему видимому и невидимому миру, что может сделать власть Любви с теми, кто её ищет, находит и принимает.</w:t>
      </w:r>
    </w:p>
    <w:p>
      <w:r>
        <w:rPr/>
        <w:t>Бог не упразднит Свои пророчества и не станет менять Свои планы, чтобы достичь незаинтересованных людей. Но в определённое время всё исполнится. Божья любовь найдёт трепещущие и ищущие сердца и утвердится в них навсегда, чтобы сформировать из этих людей особенный народ для последних событий.</w:t>
      </w:r>
    </w:p>
    <w:p>
      <w:r>
        <w:rPr/>
        <w:t>Всё, что сейчас происходит в моём сознании, имеет для меня вечные последствия. Именно в настоящее время каждый из нас выбирает тот самый путь, по которому идти дальше. Бог указал на узкий путь и сделал всё со Своей стороны, чтобы каждый мог по нему идти и развиваться. Господь не станет менять Свои планы, но будет искать и привлекать тех, через кого Он сможет их осуществить. И этот план приводит меня к полному принятию любви Того, Кто является её воплощением. Все символы и призывы указывают на это.</w:t>
      </w:r>
    </w:p>
    <w:p>
      <w:r>
        <w:rPr/>
        <w:t>Власть любви безгранична. Она больше, сильнее и мудрее всего, она доступна всем, но даётся избранным. Её обретают те, кто её ищет, кто её понимает и желает иметь.</w:t>
      </w:r>
    </w:p>
    <w:p>
      <w:r>
        <w:rPr/>
        <w:t>Удивительно, насколько, с одной стороны, просты и доступны Божьи планы, а с другой — полны тайн и глубин, в которые невозможно проникнуть при поверхностном изучении.</w:t>
      </w:r>
    </w:p>
    <w:p>
      <w:r>
        <w:rPr/>
        <w:t xml:space="preserve">Мы ожидаем излития Святого Духа. А что Он изменит в равнодушном сердце того, кто слышал призывы, но не реагировал на них? Думаю, что ничего особенного не произойдёт в такой душе. Когда семя посеяно, тогда дождь его только лишь взращивает и наполняет силой, чтобы появился плод, но он не меняет состав и природу семени. Конечно, если я не успел приобрести хорошее семя, то я ещё </w:t>
      </w:r>
      <w:r>
        <w:rPr/>
        <w:t>смогу его купить, если знаю, где, но времени на его взращивание может уже и не остаться.</w:t>
      </w:r>
    </w:p>
    <w:p>
      <w:r>
        <w:rPr/>
        <w:t>Любви невозможно научиться за мгновение. Это процесс, имеющий свою длительность и законы. Начало положено в этом мире, а в Вечности обучение продолжится, но мне необходимо войти в этот процесс уже сейчас, познавая основы и закономерности Божьей любви. В таком случае этот дар станет моим и принесёт много плода. А ранний дождь Святого Духа укрепит это семя, взрастит его и приготовит к жатве.</w:t>
      </w:r>
    </w:p>
    <w:p>
      <w:r>
        <w:rPr/>
        <w:t>Бог любит нас. И Он не оставит в неведении ни одну ищущую душу. Он дал Свой план не для того, чтобы подразнить нас и спрятать в недоступное место, но чтобы открыть и воплотить его во мне и в вас.</w:t>
      </w:r>
    </w:p>
    <w:p>
      <w:r>
        <w:rPr/>
        <w:t>У Христа достаточно власти, чтобы утвердить Божью волю в моей жизни и осуществить всё, что Он задумал. Своим «да» и дальнейшим желанием я позволяю своей и Божьей воле слиться в единство целей. Тогда Божий план начинает своё осуществление в моей жизни. И, начав во мне это доброе дело, Бог продолжит его до дня Своего славного Пришествия.</w:t>
      </w:r>
    </w:p>
    <w:p>
      <w:r>
        <w:rPr/>
        <w:t>Любовь Христа станет моей жизнью, Божий характер преобразует моё сердце, моя воля будет покоиться на Божьих принципах. Единство мыслей и чувств со Христом скрепит нас вечными узами любви.</w:t>
      </w:r>
    </w:p>
    <w:p>
      <w:pPr>
        <w:pStyle w:val="Heading2"/>
      </w:pPr>
      <w:r>
        <w:t>Вопросы к размышлению над этой главой</w:t>
      </w:r>
    </w:p>
    <w:p>
      <w:r>
        <w:rPr/>
        <w:t xml:space="preserve">1. Прочитайте, пожалуйста, Ам.3:7; Ос.4:6; Втор.29:29; Откр.22:18-19; Дан.12:4, </w:t>
      </w:r>
      <w:r>
        <w:rPr/>
        <w:t>в свете этой главы</w:t>
      </w:r>
      <w:r>
        <w:rPr/>
        <w:t>.</w:t>
      </w:r>
    </w:p>
    <w:p>
      <w:r>
        <w:rPr/>
        <w:t>2. Что вам открылось в это</w:t>
      </w:r>
      <w:r>
        <w:rPr/>
        <w:t>й главе</w:t>
      </w:r>
      <w:r>
        <w:rPr/>
        <w:t>?</w:t>
      </w:r>
    </w:p>
    <w:p>
      <w:r>
        <w:rPr/>
        <w:t>3. Есть ли у вас желание исследовать Божий план, изложенный в обращении к Лаодикии?</w:t>
      </w:r>
    </w:p>
    <w:p>
      <w:r>
        <w:rPr/>
        <w:t>4. Есть ли у вас время на занятия в этой школе?</w:t>
      </w:r>
    </w:p>
    <w:p>
      <w:r>
        <w:rPr/>
        <w:t>5. Интересно ли вам изучать уроки и сравнивать их со своей жизнью?</w:t>
      </w:r>
    </w:p>
    <w:p>
      <w:r>
        <w:rPr/>
        <w:t>6. Открывается ли вам в этой школе Божий план для вашего будущего? Видите ли вы Божью Руку в наших уроках?</w:t>
      </w:r>
    </w:p>
    <w:p>
      <w:r>
        <w:rPr/>
        <w:t>7. Понимаете ли вы, какая именно любовь вам будет дана в процессе обучения?</w:t>
      </w:r>
    </w:p>
    <w:p>
      <w:pPr>
        <w:pStyle w:val="Heading2"/>
        <w:pageBreakBefore/>
      </w:pPr>
      <w:r>
        <w:t>Глава 4</w:t>
      </w:r>
    </w:p>
    <w:p>
      <w:pPr>
        <w:pStyle w:val="Heading1"/>
      </w:pPr>
      <w:r>
        <w:t>Любовь обогащает</w:t>
      </w:r>
    </w:p>
    <w:p>
      <w:r>
        <w:rPr/>
        <w:t>Этот урок очень важен для понимания. Пожалуйста, вникните в него, и, если возможно, перечитайте его несколько раз, пока не поймёте, в чём состоит его значимость.</w:t>
      </w:r>
    </w:p>
    <w:p>
      <w:r>
        <w:rPr/>
        <w:t>В послании к Лаодикии наш Господь обращается к Своей церкви, описывая истинное состояние Своих детей этого периода. После Лаодикии уже нет никого. Иисус называет моё состояние своим именем. Он утверждает, что я тёплый, и что я даже не представляю, каков я в Его глазах. Откр 3:17: "Ибо ты говоришь: «я богат, разбогател и ни в чём не имею нужды»; а не знаешь, что ты несчастен, и жалок, и нищ, и слеп, и наг." Так оно и есть. Но одно лишь признание этой истины не решает проблему моего тёплого состояния. Что это такое? Я богат, а Иисус говорит, что я нищий. Ведь Он не ошибается.</w:t>
      </w:r>
    </w:p>
    <w:p>
      <w:r>
        <w:rPr/>
        <w:t>Дух Божий влечёт меня к происходящему на Голгофе, и в свете этих событий я вижу себя великим грешником, нуждающимся в Спасителе. У меня непомерный долг. Я каюсь и получаю прощение. Мой долг оплачен, я свободен. Господь, по богатству Своей милости и любви ко мне, оплатил мою вину и вывел меня из рабства греха. Я воистину стал свободным.</w:t>
      </w:r>
    </w:p>
    <w:p>
      <w:r>
        <w:rPr/>
        <w:t>Давайте попробуем это представить в иллюстрации. К примеру, в течение жизни я брал кредиты, чтобы оплачивать услуги этого мира. А чтобы погасить проценты и частично вернуть старые долги, я брал новые займы под большие проценты. Если вначале речь шла о маленьком миллионе, то с каждым годом сумма удваивалась, и впоследствии перевалила за миллиард. Если, имея хорошую работу, я бы и смог как-то в течение жизни вернуть миллион, то о долге в миллиард говорить уже не приходится. И тут я узнаю, что есть очень богатый человек, который готов погасить мой кредит. Я с ним знакомлюсь, и он, по своей любви, оплачивает все мои долги, ставя условие, чтобы и я простил всех своих должников. Я соглашаюсь. Из банка мне приходит уведомление о том, что мой долг оплачен, что я ничего не должен и на моем счёте 0. Какая радость!!! Я свободен!!! Я прощён!!! Мой долг погашен! Можно теперь свободно жить. На радостях приглашаю гостей, иду в магазин, чтобы купить праздничной еды, и на кассе узнаю, что у меня нет средств, чтобы оплатить покупку. Моего нуля на счёте оказалось недостаточно, чтобы им расплатиться. Звоню в банк и прошу выделить мне кредит на тысячу. Они с радостью соглашаются. Уж тысячу я смогу отработать. Счёт оплачен. Праздник состоялся. Гости разошлись, а я пошёл всем рассказывать о своём новом друге, который за меня выплатил такую огромную ссуду.</w:t>
      </w:r>
    </w:p>
    <w:p>
      <w:r>
        <w:rPr/>
        <w:t xml:space="preserve">Жизнь идёт, и надо делать новые покупки и оплачивать новые услуги. Я пашу как вол на двух работах, а этого не хватает, чтобы разбогатеть. Я привык жить в долг и тратить деньги, как считаю нужным, беря от жизни всё. Я решил вновь обратиться к своему другу за помощью, и он заверил меня, что покроет все мои долги, и что у него достаточно средств, чтобы мне помочь. Меня это успокоило, и я стал жить дальше, уже не думая о тратах. Мой светильник всегда горел, хоть я и </w:t>
      </w:r>
      <w:r>
        <w:rPr/>
        <w:t>видел, что масла в нём хватает лишь на недолгое время. Всегда приходилось брать в долг, чтобы поправить светильник. Однако меня это не смущало, ведь, имея такого богатого друга, мне не о чём было переживать. Я стал мудрее других. Моя жизнь наполнилась многими полезными знаниями, у меня появились разнообразные опыты, и, имея такое изобилие благословений, я выглядел очень богато по сравнению с другими людьми. Любая новая покупка не смущала меня. Я знал того, кто оплатит все мои долги, и потому смело шёл вперёд, рассказывая повсюду о своём богатом друге, который очень щедр ко всем бедным людям. Но я, глядя на своё имущество, уже не считал себя бедным. Шикарный дом, новый автомобиль, щит веры, сапоги готовности. Все эти вещи радовали моё сердце, и я, начиная с раннего утра и до самого вечера, славил и за всё благодарил своего друга.</w:t>
      </w:r>
    </w:p>
    <w:p>
      <w:r>
        <w:rPr/>
        <w:t>Иногда я задумывался о том, чем я поправлю свой светильник, если мой друг перестанет за меня платить, а банк откажется давать кредит. Я не смогу тогда ни купить, ни продать, мой светильник погаснет, и весь мой дом погрузится в ночное время во тьму. Задумался серьёзнее. Стало страшно. Вспомнил других людей, которые ушли из жизни, имея веру в моего друга, так и не став богатыми, но и не имея долгов. Все их счета были оплачены, а долги погашены. Но меня беспокоит надвигающийся кризис. Я понимаю, что как раньше уже не будет, а будущее таит в себе неизвестность. Тем более что от друга пришло предупреждение о том, чтобы я имел масло для светильника и запас масла на время кризиса. А это в кредит не дают. Друг предложил мне купить у него какие-то ценности, чтобы мне стать богатым и иметь личные средства, больше не живя в долг. Но у меня, к сожалению, просто нет времени, чтобы вникнуть и разобраться в том, что он желает продать, и чем я бы мог заплатить. А друг неоднозначно даёт мне понять, что в моём мышлении имеются серьёзные изъяны и что мне необходимо что-то изменить в жизни. И ещё он повадился приходить к моему дому и стучать в дверь, не понимая, что я занят и не могу его всякий раз впускать. Впрочем, иногда я ему открываю, мы ужинаем, и он мне рассказывает о том, как мне стать воистину богатым. Как он меня утомил своими наставлениями и советами! Впрочем, некоторые из них и не совсем плохие. Но не могу я его выгнать. Вдруг он обидится, а у меня такая перспектива развития, столько надо ещё сделать, и кто-то должен за это платить. Одно удручает, что, хоть я и богат, на моём счёте в банке самая большая цифра – это ноль.</w:t>
      </w:r>
    </w:p>
    <w:p>
      <w:r>
        <w:rPr/>
        <w:t>Иду к друзьям. А они сладко спят в своём богатстве. Но у многих светильники не гаснут, и, похоже, есть запасы масла на случай кризиса. Думаю, что и мне не мешало бы вздремнуть. И снова стук в дверь спальни. И снова советы что-то купить, чтобы стать богаче, чтобы одеться и прозреть. Так меня ещё никто не оскорблял! А может, на самом деле, стоит попробовать? Ищу советников. Одни говорят, что ничего страшного не происходит, другие убеждают внять советам друга. Но очень высокая цена назначена за эти товары. А почему бы их просто не подарить? Но где-то в сердце понимаю, что эта весть очень важна для меня. Мой друг говорит, что я очень тёплый и что мне нужно выйти из подобного состояния.</w:t>
      </w:r>
    </w:p>
    <w:p>
      <w:r>
        <w:rPr/>
        <w:t xml:space="preserve">Мои друзья рассказывают о золоте, которое их обогатило, и о том, как это прекрасно – быть воистину богатым. Я подумал, что так и на самом деле проще. </w:t>
      </w:r>
      <w:r>
        <w:rPr/>
        <w:t>Не надо жить в долгах. Всегда есть чем оплатить любую услугу. И при этом богатство исходит от того же друга, который гасит мои долги. Но перспектива истинного сокровища и чистой одежды влечёт за собой много испытаний. Мир и окружение, в котором я живу, меня просто не поймут. Надо мной и так смеются, а в этом случае совсем возненавидят. А мой друг заверяет меня в том, что будет рядом и поддержит, что у меня будет масло. Надо хорошенько подумать. Но я обязательно что-то решу.</w:t>
      </w:r>
    </w:p>
    <w:p>
      <w:r>
        <w:rPr/>
        <w:t>Мир влечёт своими товарами и услугами, но он стал для меня чужим. И я теперь не от мира сего. Кризис приближается, он неизбежен. Есть надежда на то, что я умру раньше этого скорбного времени, и не придётся особенно переживать. А вдруг и не умру? О, кто бы показал мне будущее. Я бы тогда знал, что мне делать. А так приходится только верить, полагаясь на слова друга и его обещания.</w:t>
      </w:r>
    </w:p>
    <w:p>
      <w:pPr>
        <w:pStyle w:val="Heading2"/>
      </w:pPr>
      <w:r>
        <w:t>Вопросы к размышлению над этой главой</w:t>
      </w:r>
    </w:p>
    <w:p>
      <w:r>
        <w:rPr/>
        <w:t>1. Прочитайте, пожалуйста, этот урок ещё раз в свете Откр. 3:14-22.</w:t>
      </w:r>
    </w:p>
    <w:p>
      <w:r>
        <w:rPr/>
        <w:t xml:space="preserve">2. </w:t>
      </w:r>
      <w:r>
        <w:rPr/>
        <w:t>Что вы поняли из этой главы</w:t>
      </w:r>
      <w:r>
        <w:rPr/>
        <w:t>?</w:t>
      </w:r>
    </w:p>
    <w:p>
      <w:r>
        <w:rPr/>
        <w:t>3. В каком состоянии вы находитесь?</w:t>
      </w:r>
    </w:p>
    <w:p>
      <w:r>
        <w:rPr/>
        <w:t>4. Считаете ли вы себя частью Лаодикии? Как вы понимаете этот символ?</w:t>
      </w:r>
    </w:p>
    <w:p>
      <w:r>
        <w:rPr/>
        <w:t>5. Направлено ли обращение Иисуса ко мне, в мой адрес?</w:t>
      </w:r>
    </w:p>
    <w:p>
      <w:r>
        <w:rPr/>
        <w:t>6. Что является истинным богатством?</w:t>
      </w:r>
    </w:p>
    <w:p>
      <w:r>
        <w:rPr/>
        <w:t>7. Что мне с этим делать?</w:t>
      </w:r>
    </w:p>
    <w:p>
      <w:pPr>
        <w:pStyle w:val="Heading2"/>
        <w:pageBreakBefore/>
      </w:pPr>
      <w:r>
        <w:t>Глава 5</w:t>
      </w:r>
    </w:p>
    <w:p>
      <w:pPr>
        <w:pStyle w:val="Heading1"/>
      </w:pPr>
      <w:r>
        <w:t>Разные ценности</w:t>
      </w:r>
    </w:p>
    <w:p>
      <w:r>
        <w:rPr/>
        <w:t>Я слышал историю о том, как в одном из городов Америки взломали магазин. Когда приехала полиция, решили установить, что пропало, что было украдено. Но, к всеобщему удивлению, обнаружилось, что все вещи на месте. Когда же наступил торговый день, покупатели с изумлением начали подходить к продавцам, интересуясь, почему дорогие товары отпускаются по низким ценам и, наоборот, то, что стоило дёшево, стало очень дорогим. При расследовании выяснилось, что грабители заменили на товарах все ценники, сделав самое дешёвое в разы дороже, а наиболее ценное низвели до минимальной стоимости.</w:t>
      </w:r>
    </w:p>
    <w:p>
      <w:r>
        <w:rPr/>
        <w:t>Эта иллюстрация очень наглядно показывает, насколько в нашем мире всё перевёрнуто с ног на голову. Грех возвеличили и установили на пьедестал почёта, а истинные ценности низвели до уровня неприличия, и люди насмехаются над теми, кто стремится их обрести.</w:t>
      </w:r>
    </w:p>
    <w:p>
      <w:r>
        <w:rPr/>
        <w:t>Что является ценным в мире сём? Какая валюта находится в обиходе?</w:t>
      </w:r>
    </w:p>
    <w:p>
      <w:r>
        <w:rPr/>
        <w:t>1. Смотри, что-то я имею.</w:t>
      </w:r>
    </w:p>
    <w:p>
      <w:r>
        <w:rPr/>
        <w:t>2. Смотри, что я умею.</w:t>
      </w:r>
    </w:p>
    <w:p>
      <w:r>
        <w:rPr/>
        <w:t>3. Смотри, что я знаю.</w:t>
      </w:r>
    </w:p>
    <w:p>
      <w:r>
        <w:rPr/>
        <w:t>4. Смотри, какой я.</w:t>
      </w:r>
    </w:p>
    <w:p>
      <w:r>
        <w:rPr/>
        <w:t>5. Смотри, где я был.</w:t>
      </w:r>
    </w:p>
    <w:p>
      <w:r>
        <w:rPr/>
        <w:t>6. Смотри, какой я сильный.</w:t>
      </w:r>
    </w:p>
    <w:p>
      <w:r>
        <w:rPr/>
        <w:t>И всё это возвышено до заветной цели жизни, к которой стоит стремиться и за которую нужно держаться, чтобы, достигнув её, получать аплодисменты и овации мира. И всё человечество находится в погоне за приобретением подобных ценностей. При этом люди жертвуют своим здоровьем, временем, своими личными потребностями и даже своей жизнью. Такой образ действий можно кратко охарактеризовать похотью плоти, похотью очей и гордостью житейскою. Владение упомянутыми ценностями весьма почётно.</w:t>
      </w:r>
    </w:p>
    <w:p>
      <w:r>
        <w:rPr/>
        <w:t>Если я во всеуслышание заявлю, что являюсь долларовым миллионером, который желает рассказать секреты своих достижений, то заинтересую некоторых людей. Но если я скажу, что я миллиардер, тогда весь мир обратит на меня внимание, и многим станет очень интересно узнать, как я достиг такого успеха, и в чём его секрет.</w:t>
      </w:r>
    </w:p>
    <w:p>
      <w:r>
        <w:rPr/>
        <w:t>Что такое миллиард? К примеру, у меня есть возможность каждый месяц откладывать 1.000 $ на книжку. Чтобы накопить миллиард, мне понадобится миллион месяцев, или 83.333 года. С миллионом чуть проще. Если каждый год я смогу откладывать миллион, то для накопления миллиарда мне необходима всего тысяча лет. Представили эту картину? Всё это является гонкой за ветром.</w:t>
      </w:r>
    </w:p>
    <w:p>
      <w:r>
        <w:rPr/>
        <w:t xml:space="preserve">Где-то в 2002 году в Тото-лото в Германии был накоплен главный приз-джекпот размером в 32.000.000 евро. За неделю продали 42 миллиона лотерейных билетов по 12 €. Все СМИ только и говорили об этом. И я попал под влияние этого обольщения, обсуждая с коллегами по работе то, как мы будем тратить </w:t>
      </w:r>
      <w:r>
        <w:rPr/>
        <w:t>выигранные деньги. Конечно, все становились очень щедрыми в своих мечтах и от широкой души дарили мне квартиры и машины. Даже я решил представить эту сумму у себя в кармане. И я сразу увидел, что потерял мир и покой, пытаясь сохранить и потратить эти деньги, которых у меня не было. Но я даже не собирался покупать билет, потому что считаю это сатанинским обманом и не участвую в подобных играх. Однако Божий мир покинул меня. И мне понадобилось много времени, прежде чем я смог удалить эту заразу из своего разума, чтобы просто не думать об этом. Божий мир вновь стал моим. И я спокойно трудился, зарабатывая хлеб своими руками.</w:t>
      </w:r>
    </w:p>
    <w:p>
      <w:r>
        <w:rPr/>
        <w:t>Но мир не остановился в своей гонке за ветром. У него есть цель и смысл, к которым он желает привести каждого человека.</w:t>
      </w:r>
    </w:p>
    <w:p>
      <w:r>
        <w:rPr/>
        <w:t>Что является ценным в глазах Неба, и какая валюта ходит между святыми существами сейчас и во всей Вечности?</w:t>
      </w:r>
    </w:p>
    <w:p>
      <w:r>
        <w:rPr/>
        <w:t>1. Смотри, как я тебя люблю!</w:t>
      </w:r>
    </w:p>
    <w:p>
      <w:r>
        <w:rPr/>
        <w:t>2. Смотри, сколько я знаю о Боге, Какой Он Любящий, Мудрый, Истинный, Милостивый и Справедливый, и это ещё не предел.</w:t>
      </w:r>
    </w:p>
    <w:p>
      <w:r>
        <w:rPr/>
        <w:t>3. Что я могу сделать для твоего счастья?</w:t>
      </w:r>
    </w:p>
    <w:p>
      <w:r>
        <w:rPr/>
        <w:t>Эти Небесные ценности востребованы уже сейчас. Но миром они низведены до уровня страстей и низменных похотей. Однако у Бога есть план, чтобы в конце времени восстановить Свои истинные ценности и показать всему видимому и невидимому миру, что на самом деле является жизненно важным, и какое это несёт благословение всем, даруя всему смысл и жизнь. И Бог уверенно воплощает Свой план в душах тех, чьи сердца открыты и жаждут принятия любви, дружбы и счастья.</w:t>
      </w:r>
    </w:p>
    <w:p>
      <w:r>
        <w:rPr/>
        <w:t>Иисус называет мои достижения, моё богатство и знания нищетой, бедностью и наготой. То, что я считаю великим, в Его глазах – мусор и грязная одежда. И Христос предлагает нечто по-настоящему ценное, чистое и белое. Я думаю, что я всё вижу и знаю, а Он называет меня слепцом, предлагая купить Своё видение и знание.</w:t>
      </w:r>
    </w:p>
    <w:p>
      <w:r>
        <w:rPr/>
        <w:t>Он желает, чтобы я ревновал о приобретении небесных ценностей и через дар покаяния смог изменить своё мышление.</w:t>
      </w:r>
    </w:p>
    <w:p>
      <w:r>
        <w:rPr/>
        <w:t>Что советует купить Иисус Лаодикии? Почему Он даёт совет? Обычно Он заповедует или предлагает, а в этом случае советует купить.</w:t>
      </w:r>
    </w:p>
    <w:p>
      <w:r>
        <w:rPr/>
        <w:t xml:space="preserve">Совет – это рекомендация или напутствие о том, что может быть правильным и полезным с моей точки зрения. Он не лишает человека свободы выбора, способности решить идти своим путём. Какая любовь и уважение со стороны Бога! Он предлагает мне жизненно важные ценности, без которых я не смогу выстоять в последнее время. Он даёт мне возможность самостоятельно выбрать то, что я считаю для себя нужным. И этот совет настолько скромно предлагается, что он просто затерялся как что-то незначительное и маловажное на страницах Библии среди сотен законов и предписаний. Когда я слышу слово Лаодикия, тогда у меня возникает ассоциация с тёплым состоянием. И я соглашаюсь с тем, что Иисус прав, при этом надеясь, что я всё же немножко горяч. И совсем непонятно то, что Он там советует. Даже библейские ценности в моём сознании получили свою значимость и приоритетность благодаря моей испорченности и </w:t>
      </w:r>
      <w:r>
        <w:rPr/>
        <w:t>поврежденности разума. Но Господь не оставит никого в неведении относительно истинных ценностей последнего времени. Он привлекает взоры людей к тому, что им поможет и что их обогатит.</w:t>
      </w:r>
    </w:p>
    <w:p>
      <w:r>
        <w:rPr/>
        <w:t>Что предлагает мужчина своей возлюбленной, когда дарит ей маленькое колечко в коробочке? Колечко или что-то большее? Думаю, что в этом даре он преподносит всего себя, своё время, свою свободу и любовь, своё имущество и власть. И, сделав это предложение, мужчина пристально наблюдает, следя за реакцией на свой подарок. Он очень внимателен к поведению и ответу своей избранницы. В этот особенный момент происходят самые важные решения, а после них начинается или процесс разлуки, или подготовка к свадебному торжеству.</w:t>
      </w:r>
    </w:p>
    <w:p>
      <w:r>
        <w:rPr/>
        <w:t>Иисус меня очень любит, и, советуя купить у Него разные товары, Он предлагает не какой-то небесный ассортимент на мой выбор, а Самого Себя. Хоть эти товары и имеют разные наименования, по сути они одно целое. Они находятся в одном пакете, который невозможно разделить. И в этот пакет вложено сердце Иисуса, которое Он желает вручить каждому, кто захочет его получить.</w:t>
      </w:r>
    </w:p>
    <w:p>
      <w:r>
        <w:rPr/>
        <w:t>Но как скромно Он это преподносит. Тихо советует, облекая Себя в символы, и больше нигде об этом не упоминает. Такое предложение подобно маленькому ключику от большого города, который на условиях вручается победителю на вечное владение для царствования в нём.</w:t>
      </w:r>
    </w:p>
    <w:p>
      <w:r>
        <w:rPr/>
        <w:t>Итак, Иисус даёт совет, предлагая выгодную сделку. И что мне с этим делать? Он ждёт моего решения и очень внимательно наблюдает за тем, как я к этому отнесусь, что я себе представлю, услышу ли я этот совет, и что я, в конце концов, решу.</w:t>
      </w:r>
    </w:p>
    <w:p>
      <w:r>
        <w:rPr/>
        <w:t>И Ему важно не то, что я скажу, а как я поступлю дальше.</w:t>
      </w:r>
    </w:p>
    <w:p>
      <w:pPr>
        <w:pStyle w:val="Heading2"/>
      </w:pPr>
      <w:r>
        <w:t>Вопросы к размышлению над этой главой</w:t>
      </w:r>
    </w:p>
    <w:p>
      <w:r>
        <w:rPr/>
        <w:t xml:space="preserve">1. Прочитайте, пожалуйста, Ин.17:2,3; 1Ин.5:11,12; Гал.5:6; Иов.23:10; Мал.3:2-4; Ис.1:25; Мф.22:11; Гал.3:27; Мф.6:22; Иак.1:23-25 и рассмотрите эти стихи </w:t>
      </w:r>
      <w:r>
        <w:rPr/>
        <w:t>в свете этой главы</w:t>
      </w:r>
      <w:r>
        <w:rPr/>
        <w:t>.</w:t>
      </w:r>
    </w:p>
    <w:p>
      <w:r>
        <w:rPr/>
        <w:t xml:space="preserve">2. </w:t>
      </w:r>
      <w:r>
        <w:rPr/>
        <w:t>Что вы поняли из этой главы</w:t>
      </w:r>
      <w:r>
        <w:rPr/>
        <w:t>?</w:t>
      </w:r>
    </w:p>
    <w:p>
      <w:r>
        <w:rPr/>
        <w:t>3. Что мешает Лаодикии принять весть от Бога?</w:t>
      </w:r>
    </w:p>
    <w:p>
      <w:r>
        <w:rPr/>
        <w:t>4. Почему символы «золото, огнём очищенное, белая одежда, глазная мазь» так названы?</w:t>
      </w:r>
    </w:p>
    <w:p>
      <w:r>
        <w:rPr/>
        <w:t>5. Какой ваш ответ на совет Иисуса?</w:t>
      </w:r>
    </w:p>
    <w:p>
      <w:r>
        <w:rPr/>
        <w:t>6. Чем я могу оплатить эту покупку?</w:t>
      </w:r>
    </w:p>
    <w:p>
      <w:pPr>
        <w:pStyle w:val="Heading2"/>
        <w:pageBreakBefore/>
      </w:pPr>
      <w:r>
        <w:t>Глава 6</w:t>
      </w:r>
    </w:p>
    <w:p>
      <w:pPr>
        <w:pStyle w:val="Heading1"/>
      </w:pPr>
      <w:r>
        <w:t>Небесная торговля</w:t>
      </w:r>
    </w:p>
    <w:p>
      <w:r>
        <w:rPr/>
        <w:t>Торговля – это обмен товарами или их приобретение по указанной или договорной стоимости. Данная сфера деятельности является промежуточным звеном между производителем и конечным потребителем. Торговля осуществляется в качестве обмена товара на товар равной стоимости – бартер, или обмен товара на установленный денежный эквивалент – покупка.</w:t>
      </w:r>
    </w:p>
    <w:p>
      <w:r>
        <w:rPr/>
        <w:t>Свидетель верный и истинный советует мне купить у Него некоторые товары. При этом сначала Он меня убеждает в том, что всё ценное и правильное в моих глазах в действительности является моей проблемой, вызывающей у Него отвращение. Более того, эту проблему я сам не в состоянии решить.</w:t>
      </w:r>
    </w:p>
    <w:p>
      <w:r>
        <w:rPr/>
        <w:t>И Господь не просто даёт определение моим ценностям, но и предлагает то, что имеет истинную значимость в Его глазах. Если я, даже не совсем разбираясь в том, что мне предлагается Иисусом, куплю это себе, то это будет лучше, чем если я, понимая своё истинное состояние, решу в нём остаться. Предостережение о том, что я буду исторгнут из уст Христа, когда-то осуществится. Господь сделает именно то, о чём говорит. До сих пор Его слово исполняло всё, для чего было сказано. И это важно учитывать.</w:t>
      </w:r>
    </w:p>
    <w:p>
      <w:r>
        <w:rPr/>
        <w:t>Несмотря на то, что мне всего лишь советуют совершить покупку, это вовсе не значит, что не будет последствий, если я ничего не приобрету. Нам предлагаются не безделушки для сбора пыли, а нечто весьма ценное для нашего спасения. Без этого мы не сможем быть оправданы Богом.</w:t>
      </w:r>
    </w:p>
    <w:p>
      <w:r>
        <w:rPr/>
        <w:t>И вот я, заинтересованный предложением, решил прислушаться к совету. Я подхожу к прилавку, и что я там вижу?</w:t>
      </w:r>
    </w:p>
    <w:p>
      <w:r>
        <w:rPr/>
        <w:t>Когда я услышал наименование товаров, тогда я решил, что на прилавке будет лежать небольшой слиток чистого золота, халат белого цвета и тюбик с мазью. Но увиденное очаровало меня и удивило. Вместо слитка перед моим взором предстал бескрайний океан из чистого золота с его бесконечными богатствами и возможностями. А вместо белого халатика я увидел несравненно яркие одеяния света из Небесной святости, исходящие от Престола благодати. Эти одеяния переливались всеми цветами радуги, ослепляя мой взор удивительной чистотой и белизной. На них не было ни одного тёмного пятнышка. И Сам Иисус был одет в такую одежду. И она отражала всю красоту Его характера и святости.</w:t>
      </w:r>
    </w:p>
    <w:p>
      <w:r>
        <w:rPr/>
        <w:t>Глазная мазь была подобна чистой реке, готовой живительными потоками сильного дождя излиться на моё сознание, чтобы своими прозрачными водами омыть мои очи, восстановить мой повреждённый разум и поднять меня над суетой этого мира, дав возможность увидеть все эти дела с высоты Божьего провидения.</w:t>
      </w:r>
    </w:p>
    <w:p>
      <w:r>
        <w:rPr/>
        <w:t>Я стою у прилавка, очарованный товарами Неба. И мой язык не в силах что-либо произнести. Но я осмеливаюсь спросить: «А сколько это стоит? Какую цену установил Ты, Господи, за этот товар?»</w:t>
      </w:r>
    </w:p>
    <w:p>
      <w:r>
        <w:rPr/>
        <w:t>Он смотрит мне в глаза и даёт понять, что Ценное Небесное можно приобрести лишь на самое ценное в моём сердце. Я начинаю «рыться по карманам», достаю оттуда похоть моей плоти, похоть моих очей и мою житейскую гордость. О, как мне стыдно это показывать! Куда бы спрятать от стыда глаза. Мне кажется, что я сейчас умру в присутствии чистого Бога. А Он радостно заявляет: «Вот это то, что Мне очень хотелось бы от тебя получить! А ещё твоя запачканная одежда будет очень хорошим дополнением к твоим ценностям. А если ты отдашь Мне ещё и всё своё время, то, думаю, сделка может состояться».</w:t>
      </w:r>
    </w:p>
    <w:p>
      <w:r>
        <w:rPr/>
        <w:t>А я считал, что сам установлю свои цены, и, схватив что-то с прилавка, убегу. Я не ожидал такого удара. В самое сердце. Он хочет сделать меня совершенно нищим, голым и беззащитным, так бессовестно раздевая меня. Впрочем, Небесные товары были довольно привлекательны. Я спросил: «А могу ли я себе оставить что-то своё, хотя бы чуть-чуть, на память?» Иисус с грустью посмотрел на меня, и я всё понял. Стою и решаю. Передо мной два пути: мир или Небо. И мне нужно определиться.</w:t>
      </w:r>
    </w:p>
    <w:p>
      <w:r>
        <w:rPr/>
        <w:t>Господь в этом предложении и совете обращается к моей воле, взывая к её разуму и сердцу, давая понять, что Он желает стать её мужем. В случае же отказа она будет женою другого мужа, который ей ближе по плоти.</w:t>
      </w:r>
    </w:p>
    <w:p>
      <w:r>
        <w:rPr/>
        <w:t>Я в отчаянии. Мой выбор определяет всё. Любая отсрочка или сомнение будут звучать как «нет». Прозвучит ли для меня ещё раз такой совет?</w:t>
      </w:r>
    </w:p>
    <w:p>
      <w:r>
        <w:rPr/>
        <w:t>Я понимаю, что моя связь с миром порвётся навсегда, хотя его соблазны и будут продолжать атаковать меня. Я осознаю, что Небо восполнит все мои нужды.</w:t>
      </w:r>
    </w:p>
    <w:p>
      <w:r>
        <w:rPr/>
        <w:t>Выбираю Иисуса и отдаю Ему всё, что Он желает получить.</w:t>
      </w:r>
    </w:p>
    <w:p>
      <w:r>
        <w:rPr/>
        <w:t>На Его лице появляется радостная улыбка. Он так счастлив, что даже не может этого скрыть. Иисус говорит, что если я останусь верным Ему, пока живу в этом мире, то Он разделит со мной ещё и Свой престол. Я не совсем понимаю, что это значит, но думаю, что это нечто хорошее, раз Он так радостно это предлагает.</w:t>
      </w:r>
    </w:p>
    <w:p>
      <w:r>
        <w:rPr/>
        <w:t>Раздеваться в присутствии всего мира и Неба было для меня очень больно. Я сгорал от стыда. Все увидели мою наготу. Но выбор сделан, и мне предстояло через это пройти. Моя гордость, моя похоть, моё время – всё это стало собственностью Христа. Моя грязная одежда украсила Его коллекцию, которую Он планирует сжечь.</w:t>
      </w:r>
    </w:p>
    <w:p>
      <w:r>
        <w:rPr/>
        <w:t>Теперь я принадлежу Иисусу. Моя воля находится в Его власти. Я всё продал, чтобы купить то, что мне советовали. Как это оказалось прекрасно! Я даже не ожидал такой жизни.</w:t>
      </w:r>
    </w:p>
    <w:p>
      <w:r>
        <w:rPr/>
        <w:t>Мир яростно обрушился на меня со своими соблазнами, а я плачу ему за его услуги небесными ценностями. Мой плотский человек лежит на лопатках под весом моего ежедневного выбора в пользу Неба. Моё ветхое «я» пытается поднять свою отвратительную голову. Я же не даю ему шансов.</w:t>
      </w:r>
    </w:p>
    <w:p>
      <w:r>
        <w:rPr/>
        <w:t>Иисус стал мне ещё ближе. Я понимаю, что все эти новые товары остаются очень необычными для меня, и мне необходимо научиться ими пользоваться. Но учить меня доставляет радость моему Господу. Он заверяет меня в том, что всё приобретённое мной является моей собственностью, и я всегда имею к этому доступ. Но, так как я привык жить иначе, мне ещё нужно время для того, чтобы привыкнуть к новым ценностям и научиться ими пользоваться для славы Божьей.</w:t>
      </w:r>
    </w:p>
    <w:p>
      <w:r>
        <w:rPr/>
        <w:t>Торговля закончилась. Сделка состоялась. Мои мысли полны восторга. Я захожу к себе домой, закрываю дверь, сажусь на диван и задумываюсь. А что произошло? Где я? Что делать дальше? Не похоже ли это на сон? Глаза всё видят, как и прежде, реальность всё та же, житейские заботы ничуть не изменились. Но внутри я стал другим. Во мне зажжён небесный огонь, который не даёт мне права на молчание. Молюсь о мудрости говорить, и она приходит. Начинаю свидетельствовать, а в ответ слышу насмешки и оскорбления. Такого противостояния я не ожидал. Но возвращаться назад не могу и не хочу. Прошу силу свыше, чтобы любить, и она приходит.</w:t>
      </w:r>
    </w:p>
    <w:p>
      <w:r>
        <w:rPr/>
        <w:t>Идя по жизни, я очень устаю от постоянной борьбы, но Господь укрепляет меня и даёт силу.</w:t>
      </w:r>
    </w:p>
    <w:p>
      <w:r>
        <w:rPr/>
        <w:t>Как радостно! Я купил Небо, я приобрёл Христа. Что же ждёт меня дальше? А Господь указывает мне на Голгофу и даёт понять, что мне ещё предстоит взглянуть на мир с её вершины, с высоты креста. Как интересно! И уже не страшно. Однако, понимая, что это великая награда для избранных, продолжаю готовиться к переезду, стараясь всё оставить в этом мире.</w:t>
      </w:r>
    </w:p>
    <w:p>
      <w:r>
        <w:rPr/>
        <w:t>Иисус нежно меня обнимает. Как приятно переживать эти минуты счастья в Его объятиях любви! Но Он отпускает меня, заверяет в Своём нежном отношении, говоря, что Он со мной во все дни до скончания века.</w:t>
      </w:r>
    </w:p>
    <w:p>
      <w:pPr>
        <w:pStyle w:val="Heading2"/>
      </w:pPr>
      <w:r>
        <w:t>Вопросы к размышлению над этой главой</w:t>
      </w:r>
    </w:p>
    <w:p>
      <w:r>
        <w:rPr/>
        <w:t xml:space="preserve">1. Расскажите, </w:t>
      </w:r>
      <w:r>
        <w:rPr/>
        <w:t>что вам открылось в этой главе</w:t>
      </w:r>
      <w:r>
        <w:rPr/>
        <w:t>? Какие откровения у вас были?</w:t>
      </w:r>
    </w:p>
    <w:p>
      <w:r>
        <w:rPr/>
        <w:t>2. Насколько актуален этот совет о покупке Небесных товаров для меня?</w:t>
      </w:r>
    </w:p>
    <w:p>
      <w:r>
        <w:rPr/>
        <w:t>3. Чем я могу оплатить эту покупку, и как это понимать в моей жизни?</w:t>
      </w:r>
    </w:p>
    <w:p>
      <w:r>
        <w:rPr/>
        <w:t>4. Важно ли моё непосредственное участие в этой сделке, или это задача пасторов?</w:t>
      </w:r>
    </w:p>
    <w:p>
      <w:r>
        <w:rPr/>
        <w:t>5. Что я приобретаю в результате покупки?</w:t>
      </w:r>
    </w:p>
    <w:p>
      <w:r>
        <w:rPr/>
        <w:t xml:space="preserve">6. Есть ли что-то общее </w:t>
      </w:r>
      <w:r>
        <w:rPr/>
        <w:t>в этой главе</w:t>
      </w:r>
      <w:r>
        <w:rPr/>
        <w:t xml:space="preserve"> со стихом Мф. 25:9?</w:t>
      </w:r>
    </w:p>
    <w:p>
      <w:r>
        <w:rPr/>
        <w:t>7. Какие библейские стихи пришли вам на память при изучении этого урока?</w:t>
      </w:r>
    </w:p>
    <w:p>
      <w:pPr>
        <w:pStyle w:val="Heading2"/>
        <w:pageBreakBefore/>
      </w:pPr>
      <w:r>
        <w:t>Глава 7</w:t>
      </w:r>
    </w:p>
    <w:p>
      <w:pPr>
        <w:pStyle w:val="Heading1"/>
      </w:pPr>
      <w:r>
        <w:t>«Пойдите лучше к продающим и купите себе»</w:t>
      </w:r>
    </w:p>
    <w:p>
      <w:r>
        <w:rPr/>
        <w:t>Читая притчу о десяти девах, мы видим совет мудрых дев, которые знали, где приобретается масло для светильника, и дружно сказали неразумным подругам, что им стоит, наконец-то, его купить. Но из дальнейшего повествования мы видим, что для этого было уже слишком поздно.</w:t>
      </w:r>
    </w:p>
    <w:p>
      <w:r>
        <w:rPr/>
        <w:t>Неразумные девушки знали, куда им нужно идти, но они не спешили, откладывая это мероприятие на будущее. И по странной случайности все девы уснули. Что это за сон? Судя по всему, произошло что-то не совсем правильное, и притом со всеми. Даже мудрые девы впали в это состояние. Но мудрые оказались дальновиднее и сделали себе запас, который вскоре им очень пригодился. Возможность купить масло была у всех, но некоторые ею пренебрегли, посчитав не столь важной и нужной. Призыв звучал постоянно, и это говорило девам о том, что так будет всегда, что не стоит торопиться, что есть ещё время. Однако притча показывает, что не все успели сделать это. Очень печальная история.</w:t>
      </w:r>
    </w:p>
    <w:p>
      <w:r>
        <w:rPr/>
        <w:t>Скажу честно, что я никогда не ассоциировал себя с неразумными девами, даже когда был таким. И сейчас мне не очень нравится их компания. Но мудрость определяется не тем, как я оцениваю своё положение, а наличием масла в моём светильнике и количеством этого вещества у меня в запасе.</w:t>
      </w:r>
    </w:p>
    <w:p>
      <w:r>
        <w:rPr/>
        <w:t>Я знаю, где продают масло. Мне известно, что это такое. Я понимаю, Кто мне советует его купить, и какие разновидности этого масла бывают. Я неоднократно слышал стук Продавца в закрытые двери своего сердца. И мне всё время казалось, что не стоит спешить, что это не самое важное. Ведь столько всего интересного и нужного, столько различных учений, служений, опытов с Богом, откровений, благословений. Я же нахожусь в истинной церкви и ясно это понимаю, и даже горжусь этим, считая других людей обманутыми. Звучало это примерно так: «Извини, Господи, мне столько много нужно для Тебя сделать, что у меня просто нету времени для Тебя». На что Он грустно отвечал, что прекрасно меня понимает и всегда интересовался, когда же Он сможет прийти. Я отлично помню Его грустные глаза, Его печальную улыбку. И придёт время, когда я обязательно пойму, что я упустил что-то ценное в своей жизни.</w:t>
      </w:r>
    </w:p>
    <w:p>
      <w:r>
        <w:rPr/>
        <w:t xml:space="preserve">А она продолжается. Со всех сторон доносятся прекрасные советы о том, как улучшить служение, как купить масло, как узнать ближе Продавца, как не уснуть, как .... И всё это в таком изобилии изливается на меня, что я не знаю, что делать. Да и Сам Продавец постоянно приходит и стучится. Я иногда Его впускаю в прихожую своего дома, а Он всегда намекает, что не прочь бы со мной поесть. Скажу прямо – масло у Него замечательное. Я иногда чуть-чуть покупаю, чтобы мой светильник не погас, но набирать про запас считаю неправильным. И это чуть-чуть ничего не стоит. Я получаю масло по Его милости в подарок. А вот запас масла очень дорогой. За него мне надо заплатить очень высокую цену, отдав все свои сокровища сердца, которые хранятся в тёмных комнатах дома моей души, </w:t>
      </w:r>
      <w:r>
        <w:rPr/>
        <w:t>куда всегда так хочет заглянуть Продавец. И я знаю, что там у меня не всё в порядке, но откладываю сделку на потом.</w:t>
      </w:r>
    </w:p>
    <w:p>
      <w:r>
        <w:rPr/>
        <w:t>Я знаю, где торгующие. Мне известно, где магазин. Я не совсем понимаю, что за товары мне предлагаются, но их наименования и ход сделки я выучил наизусть. Мир, в котором я тружусь, так прекрасен. В нём столько перспектив, столько учений о Продавце, столько возможностей для служения, что порою я не понимаю, зачем вообще нужно масло для светильника, когда всё и так ясно и понятно. Любое определение можно найти в Википедии, любой стих из Библии можно прочитать в разных переводах и на всех языках. На любую тему есть множество проповедей на ютьюбе. И всё это, как заправочные станции, для меня. И я не скажу, что я сплю. Мне некогда спать. На сон даже не хватает времени.</w:t>
      </w:r>
    </w:p>
    <w:p>
      <w:r>
        <w:rPr/>
        <w:t>А мудрые сёстры рассказывают о том, как они общаются с Продавцом, о том, что они купили у Него. Они говорят, как Он постоянно приходит к ним на ужин, и они вместе вечеряют. Я понимаю, что они знакомы очень близко, и это знакомство отражается на их характерах. Но мне достаточно рассказов сестёр, из которых я узнаю Продавца лучше. Во всех подробностях я осведомлён о Его особенностях, и для меня нет ничего сокрытого. Хоть Сам Продавец и знает меня и мой адрес, но я бы не сказал, что Он знает меня близко. Просто нет времени, чтобы Ему открываться. Ведь если Ему дашь мизинчик, то Он возьмёт и всю руку, а с нею и всего меня. И я понимаю, что Он желает владеть всем моим имуществом, давая взамен Свои товары. Но я потом займусь этим обменом, сейчас же необходимо сделать что-то важное, что-то особенное. У меня ещё так много времени, чтобы пойти и купить. Да и эти мудрые девы имеют достаточно масла в запасе, и они всегда смогут им поделиться, если вдруг появится нужда. Мы часто проводим время вместе, мы делимся опытами. Только эти умные постоянно рассказывают о золоте, очищенном в огне, хвалятся своими новыми белыми одеждами и кремом для глаз, как будто нет никаких других тем для общения. Порою это начинает даже раздражать. По любому вопросу они советуются с Продавцом, словно сами не могут что-либо решить. У этих дев лишь одно на уме: золото, одежда, мазь. И с ними сложно поспорить, ведь ты понимаешь, что тебе и не хватает того, о чём они говорят. Продавец называет этих мудрых дев постоянными клиентами и делает им хорошие скидки. Создаётся впечатление, что Он их всех очень хорошо знает, причём настолько близко, что они кажутся одной семьёй. Но и мне с ними интересно. Они меня искренне любят и постоянно об этом говорят. Думаю, что в этом масле есть что-то особенное. Да, я точно его куплю, но чуть позже. Да и с Продавцом, наверное, поближе познакомлюсь, уж много хорошего я о Нём слышал.</w:t>
      </w:r>
    </w:p>
    <w:p>
      <w:r>
        <w:rPr/>
        <w:t>А пока пойду посплю, вроде уже все уснули. Нужно время и на отдых. Сладок сон трудящегося. Спокойной ночи, дорогие друзья.</w:t>
      </w:r>
    </w:p>
    <w:p>
      <w:r>
        <w:rPr/>
        <w:t>Как люблю я тишину. Погружаюсь в мир сновидений.</w:t>
      </w:r>
    </w:p>
    <w:p>
      <w:r>
        <w:rPr/>
        <w:t>Что это за крик? Что за шум? Жених идёт? Почему так поздно? Ну да, Он говорил, что придёт, как тать ночью. Ну, наконец-то. Сейчас поправим светильники и пойдём навстречу. Так, мало масла, точнее его совсем нет. «Друзья, поделитесь со мной, пожалуйста, маслицем!!!»</w:t>
      </w:r>
    </w:p>
    <w:p>
      <w:r>
        <w:rPr/>
        <w:t>«Как не хватит самим? Надо было и обо мне подумать!»</w:t>
      </w:r>
    </w:p>
    <w:p>
      <w:r>
        <w:rPr/>
        <w:t>«Хорошо, сбегаю, быстро куплю. Скажите Жениху, чтобы подождал нас!»</w:t>
      </w:r>
    </w:p>
    <w:p>
      <w:r>
        <w:rPr/>
        <w:t>Успеть бы. Ну вот, как всегда, столько дел. И чего я это масло раньше не купил? А ведь была возможность. Ну ладно, прорвёмся, и не такое решали. Тем более что Жених – это свой Человек, добрый и терпеливый, подождёт, куда Он без нас денется, ведь мы носим Его имя, служим Ему и принадлежим Ему.</w:t>
      </w:r>
    </w:p>
    <w:p>
      <w:r>
        <w:rPr/>
        <w:t>Так, лавка закрыта. Продавца нет. Попробую у грузчиков что-то выпросить. Втридорога? Грабёж средь бела дня!!! Ну ладно, делать нечего, надо успеть на торжество, а то без светильника и брачной одежды не пустят. Какое оно красивое, это масло, и чего я раньше его не взял? Сейчас бы не бегал, как угорелый.</w:t>
      </w:r>
    </w:p>
    <w:p>
      <w:r>
        <w:rPr/>
        <w:t>Всё, запас есть, бегу навстречу Жениху.</w:t>
      </w:r>
    </w:p>
    <w:p>
      <w:r>
        <w:rPr/>
        <w:t>Вот, вижу начало торжества. Как там интересно! Жаль мне этот мир, что он не верил в это событие. А оно пришло. Как красиво! Мне радость, а миру ужас.</w:t>
      </w:r>
    </w:p>
    <w:p>
      <w:r>
        <w:rPr/>
        <w:t>Так, двери закрываются! «Стойте!!! Подождите!!!»</w:t>
      </w:r>
    </w:p>
    <w:p>
      <w:r>
        <w:rPr/>
        <w:t>Не пойму, почему закрыли? Отворите!!! Это я! Не знаешь меня? Господи, это же я!!!</w:t>
      </w:r>
    </w:p>
    <w:p>
      <w:r>
        <w:rPr/>
        <w:t>Как страшно! Такого развития событий я не ожидал. Что делать? Уже слишком поздно. Как так?</w:t>
      </w:r>
    </w:p>
    <w:p>
      <w:pPr>
        <w:pStyle w:val="Heading2"/>
      </w:pPr>
      <w:r>
        <w:t>Вопросы к размышлению над этой главой</w:t>
      </w:r>
    </w:p>
    <w:p>
      <w:r>
        <w:rPr/>
        <w:t xml:space="preserve">1. Прочитайте, пожалуйста, </w:t>
      </w:r>
      <w:r>
        <w:rPr/>
        <w:t>эту главу</w:t>
      </w:r>
      <w:r>
        <w:rPr/>
        <w:t xml:space="preserve"> и </w:t>
      </w:r>
      <w:r>
        <w:rPr/>
        <w:t>в свете этой главы</w:t>
      </w:r>
      <w:r>
        <w:rPr/>
        <w:t xml:space="preserve"> прочитайте Зах.1:3-4; Мф.7:22-23; Деян 19:2; Иер 25:4.</w:t>
      </w:r>
    </w:p>
    <w:p>
      <w:r>
        <w:rPr/>
        <w:t xml:space="preserve">2. </w:t>
      </w:r>
      <w:r>
        <w:rPr/>
        <w:t>Что вы поняли из этой главы</w:t>
      </w:r>
      <w:r>
        <w:rPr/>
        <w:t>?</w:t>
      </w:r>
    </w:p>
    <w:p>
      <w:r>
        <w:rPr/>
        <w:t>3. Кто такие девы? В какой группе дев я нахожусь? Что мне с этим делать?</w:t>
      </w:r>
    </w:p>
    <w:p>
      <w:r>
        <w:rPr/>
        <w:t>4. Понимаю ли я важность приготовления уже сейчас?</w:t>
      </w:r>
    </w:p>
    <w:p>
      <w:r>
        <w:rPr/>
        <w:t>5. Что ожидает меня, если я не успею приготовиться?</w:t>
      </w:r>
    </w:p>
    <w:p>
      <w:r>
        <w:rPr/>
        <w:t>6. Что означает масло в светильнике? И почему мне не могут его дать те, кто его имеет?</w:t>
      </w:r>
    </w:p>
    <w:p>
      <w:pPr>
        <w:pStyle w:val="Heading2"/>
        <w:pageBreakBefore/>
      </w:pPr>
      <w:r>
        <w:t>Глава 8</w:t>
      </w:r>
    </w:p>
    <w:p>
      <w:pPr>
        <w:pStyle w:val="Heading1"/>
      </w:pPr>
      <w:r>
        <w:t>Особенности Лаодикии</w:t>
      </w:r>
    </w:p>
    <w:p>
      <w:r>
        <w:rPr/>
        <w:t>Вторая и третья главы книги Откровение повествуют нам о том, что ожидает Божий народ в определённое время истории. Если посмотреть по карте, где находятся описанные города, то можно увидеть, что они расположены друг за другом. Ты не можешь попасть, к примеру, из первого в четвёртый, объехав второй и третий. И так далее. Особенности такого местоположения указывают на последовательность периодов, сменяющих друг друга. Лаодикия находится в самом конце, и после неё в пророчестве уже нет другого города. Поэтому стоит очень внимательно рассмотреть эту весть, ибо она имеет свои особенности, касающиеся последнего времени, в котором мы живём. Это послание направлено лично мне и всему Божьему народу, чтобы указать на те моменты, которые необходимо правильно понимать.</w:t>
      </w:r>
    </w:p>
    <w:p>
      <w:r>
        <w:rPr/>
        <w:t>Из всех предыдущих обращений Христа к Своим ученикам в разные периоды истории мы можем взять примеры и особенности той эпохи и применить к себе, улучшив своё понимание Божьей любви и заботы Творца по отношению к Своим детям. Но в вести к Лаодикии содержится информация, которой не было в других обращениях. И это важно учитывать.</w:t>
      </w:r>
    </w:p>
    <w:p>
      <w:r>
        <w:rPr/>
        <w:t>Спасение верующих в Иисуса всегда находилось в Его власти, и только Он решает, кто и как будет избавлен по Божьей милости. Но по мере умножения беззакония стала преизобиловать и благодать. Божий народ в каждую эпоху своего развития получал всё больше света, и, соответственно, ожидания и требования Бога возрастали вместе с ним. То, чего было достаточно для спасения раньше, сегодня, возможно, будет слишком мало. Если Бог разъяснил мне какую-то истину, с которой не были знакомы мои предшественники, то с меня Он спросит за её соблюдение, а с них нет, ибо им она ещё не была открыта. Мои предки будут судимы по тому свету, который они имели. Однако невежество не сможет послужить оправданием многим людям, у которых была возможность познать особую истину, но которые сознательно не изучали её, считая её ненужной, неважной или неинтересной для себя.</w:t>
      </w:r>
    </w:p>
    <w:p>
      <w:r>
        <w:rPr/>
        <w:t>Если раньше, во времена апостолов, было достаточно только веры в Иисуса, чтобы спастись, и верующие получали в залог особую силу Святого Духа, Который вёл их, совершал их руками чудеса и знамения и учил их всему, что им было открыто на то время, то сегодня Тот же Самый Дух направляет нас и разъясняет то, что открыл нам в наши дни. Он учит верующих исполнять истины для последнего времени, обретённые через Его откровения и Божьих вестников.</w:t>
      </w:r>
    </w:p>
    <w:p>
      <w:r>
        <w:rPr/>
        <w:t xml:space="preserve">Когда человек только приходит к Иисусу, он подобен ребёнку, который ещё ничего не знает и не умеет. Неправильно ожидать от него того, что ему ещё не открыто, чему он ещё не научился. Но, даже будучи грешником, по Божьей благодати такой человек объявляется праведным. Эта праведность вменяется ему условно, по вере в Иисуса. Когда же Божий человек начинает расти, тогда он познаёт истину, и от него уже ожидается сознательное послушание согласно </w:t>
      </w:r>
      <w:r>
        <w:rPr/>
        <w:t>полученному свету. И теперь верующий условно наделяется Божьей праведностью по вере в Иисуса Христа. Почему условно? По той причине, что он свободен в своём выборе и всегда может его изменить. Но пока человек верит в Иисуса и послушен открытому свету, это содействует его спасению по Божьей благодати.</w:t>
      </w:r>
    </w:p>
    <w:p>
      <w:r>
        <w:rPr/>
        <w:t>Лаодикия имеет особую весть, которая обладает силой и властью именно в наше время, и Бог ожидает моей заинтересованности в этой истине. Только в этом случае Он сможет открыть мне её.</w:t>
      </w:r>
    </w:p>
    <w:p>
      <w:r>
        <w:rPr/>
        <w:t>Во все другие периоды Господь заявлял о том, что Он скоро грядёт. К пяти церквям Он обратился с подобными словами. А в послании к Лаодикии Господь заявляет, что уже стоит у двери. Очевидно, что Он уже пришёл, и у Него есть нечто весьма важное, чем Он желает со мной поделиться. И Он ожидает ответных действий на это событие. Мы не рассуждаем о Втором Пришествии Иисуса ко всему миру. Послание учит нас тому, что Господь пришёл к Своему народу, чтобы особым образом подготовить верующих ко Второму Пришествию и к предваряющим его событиям. И всех предыдущих наставлений будет недостаточно, чтобы перенести грядущие испытания. Невежество в отношении настоящих советов не будет мне оправданием и защитой в день суда. Если Иисус что-то мне даёт, то Он глубоко заинтересован в том, чтобы я это взял и принял. Если я делаю такой шаг веры, то в этот момент все Божьи повеления, заповеди и обещания вступают в силу, а меня объявляют исполнителем закона. Мне вручается всё то, что обещано и предусмотрено для меня в таком случае. По вере в Иисуса, при условии послушания полученному свету, я становлюсь обладателем всех тех качеств и благословений, которые перечислены Господом в послании к Лаодикии. В случае моего несогласия или невежественного отказа от этой вести Иисус исторгнет меня из Своих уст, как и предупреждал. Божья любовь проявится в особой милости к послушным и в справедливости к нерадивым. Хочу я того или нет, но я поставлен перед выбором – принять весть и позволить Богу действовать в моей жизни, или отвергнуть её и закрыть своё сердце для Христа навсегда.</w:t>
      </w:r>
    </w:p>
    <w:p>
      <w:r>
        <w:rPr/>
        <w:t>Тот факт, что Иисус ненавязчиво предлагает, нежно советует, тихо стучит и спокойно зовёт, вовсе не свидетельствует о том, что Его вестью можно пренебречь и получить при этом другие благословения для преодоления соблазнов и сопротивления власти сатаны. Именно в скромности Христа и заложена великая сила для победы. Он даёт пример поведения и возвещения Своей вести. Она будет громкой, но очень скромной. Иисус оставит право выбора каждому.</w:t>
      </w:r>
    </w:p>
    <w:p>
      <w:r>
        <w:rPr/>
        <w:t xml:space="preserve">Представьте себе такую картину. Мужчина дарит своей возлюбленной коробочку с колечком, предлагая ей стать его женой. При этом невеста понимает, что за колечком стоит перспектива совместной жизни в роли супруги со всеми вытекающими отсюда правами и обязанностями. Но она не решается сразу дать ответ и думает, взвешивая все за и против. А жених говорит следующее: «Если ты мне откажешь, то я тебя убью. Или сделаю так, чтобы тебя убили другие. Так что решайся, дорогая. Я думаю, что моё предложение очень заманчиво». Как выглядит такой подход? Именно таким образом я порою и пытаюсь представить Иисуса миру в вести к Лаодикии. А на самом деле это предложение звучит так: </w:t>
      </w:r>
      <w:r>
        <w:rPr/>
        <w:t>«Этот мир очень опасен, и ты рискуешь погибнуть в нём, но Я предлагаю тебе руку и сердце. Если ты скажешь мне «да», то Я сделаю всё, чтобы защитить тебя и укрыть от соблазнов, не позволяя смерти прикоснуться к тебе. Но ты должна сама это выбрать, я уважаю твоё решение». И Господь ждёт, что Ему ответят.</w:t>
      </w:r>
    </w:p>
    <w:p>
      <w:r>
        <w:rPr/>
        <w:t>Весть к Лаодикии содержит очень много предложений, описанных символическим языком. В них необходимо разобраться, чтобы понять значение образов и решить, какое применение они имеют в моей жизни и жизни моей церкви. Господь открывает ищущим всё то, что им нужно узнать, а символы и притчи оставляет тем, кто привык поверхностно оценивать Божью истину, не имея к ней интереса.</w:t>
      </w:r>
    </w:p>
    <w:p>
      <w:r>
        <w:rPr/>
        <w:t>Я не заявляю об исключительности наших исследований, но предлагаю изучить то, что Господь уже открыл Своему народу, то, что Он желает отдать, чтобы мы могли достойно, во всеоружии встретить грядущие события. Сейчас уже весь мир говорит о том, что что-то должно произойти, но люди больше ожидают экономических и политических потрясений. А мы ждём Второго Пришествия Того, Кто есть Любовь, Кто стоит у двери и стучит, Того, Кто предлагает купить Небесные ценности и стать нашим Мужем.</w:t>
      </w:r>
    </w:p>
    <w:p>
      <w:pPr>
        <w:pStyle w:val="Heading2"/>
      </w:pPr>
      <w:r>
        <w:t>Вопросы к размышлению над этой главой</w:t>
      </w:r>
    </w:p>
    <w:p>
      <w:r>
        <w:rPr/>
        <w:t>1. Что вам открылось в это</w:t>
      </w:r>
      <w:r>
        <w:rPr/>
        <w:t>й главе</w:t>
      </w:r>
      <w:r>
        <w:rPr/>
        <w:t>?</w:t>
      </w:r>
    </w:p>
    <w:p>
      <w:r>
        <w:rPr/>
        <w:t xml:space="preserve">2. Какое отношение имеет весть Лаодикии к </w:t>
      </w:r>
      <w:r>
        <w:rPr/>
        <w:t>последнему времени</w:t>
      </w:r>
      <w:r>
        <w:rPr/>
        <w:t>?</w:t>
      </w:r>
    </w:p>
    <w:p>
      <w:r>
        <w:rPr/>
        <w:t>3. Является ли эта весть выражением Божьей любви к Своему народу последнего времени?</w:t>
      </w:r>
    </w:p>
    <w:p>
      <w:r>
        <w:rPr/>
        <w:t>4. Готовы ли вы изучать далее весть к Лаодикии для личного понимания её глубины?</w:t>
      </w:r>
    </w:p>
    <w:p>
      <w:r>
        <w:rPr/>
        <w:t>5. Как понимание этой вести может мне помочь в грядущих испытаниях?</w:t>
      </w:r>
    </w:p>
    <w:p>
      <w:r>
        <w:rPr/>
        <w:t>6. Где в послании к Лаодикии говорится о любви Агапэ?</w:t>
      </w:r>
    </w:p>
    <w:p>
      <w:r>
        <w:rPr/>
        <w:t xml:space="preserve">7. Прочитайте, пожалуйста, эти стихи </w:t>
      </w:r>
      <w:r>
        <w:rPr/>
        <w:t>в свете этой главы</w:t>
      </w:r>
      <w:r>
        <w:rPr/>
        <w:t>: Откр 1:3; Пс.91:6-7; Прит.1:20-33; 12:1; Откр.22:18-21.</w:t>
      </w:r>
    </w:p>
    <w:p>
      <w:pPr>
        <w:pStyle w:val="Heading2"/>
        <w:pageBreakBefore/>
      </w:pPr>
      <w:r>
        <w:t>Глава 9</w:t>
      </w:r>
    </w:p>
    <w:p>
      <w:pPr>
        <w:pStyle w:val="Heading1"/>
      </w:pPr>
      <w:r>
        <w:t>Иисус любит Лаодикию</w:t>
      </w:r>
    </w:p>
    <w:p>
      <w:r>
        <w:rPr/>
        <w:t>В обращении к шести церквям из книги Откровение Иисус выражает Своё одобрение и похвалу, а также указывает на то, что необходимо исправить. В послании к Своей церкви последнего времени Он не находит ничего заслуживающего Его одобрения. При этом Господь очень ясно открывает проблемы церкви и даёт решение, советуя определённым способом исправить положение.</w:t>
      </w:r>
    </w:p>
    <w:p>
      <w:r>
        <w:rPr/>
        <w:t>Удивительно, что при таком изобилии света, знаний, образования, экономического и технического развития мы не стали лучше в духовном плане. Напротив, мы утратили то основание, которое угодно Богу. Конечно, такое положение создаёт общая картина духовного упадка церкви Христа. Но если говорить об отдельных детях Божьих, то у Иисуса всегда были люди, следовавшие истине и верно жившие в полученном свете. Однако, несмотря на такое жалкое состояние Лаодикии, Верный Свидетель заявляет о Своей любви к ней. Он говорит, что обличает и наказывает тех, кого любит. Кроме того, в награду за послушание Иисус даёт Своему народу такие обещания, какие не звучали ни для кого ранее. Чтобы помочь верующим выйти из тёплого состояния, Господь лично пришёл. Он предлагает общение с Собой без посредников, чтобы каждый, кто отзовётся, мог сам научиться жить по истине. Любовь Христа к Своему народу настолько переполняет Его сердце, что Он готов служить Своим избранным сосудам день и ночь, выводя их из плачевного состояния.</w:t>
      </w:r>
    </w:p>
    <w:p>
      <w:r>
        <w:rPr/>
        <w:t>Но проблема Лаодикии – гордость и духовная слепота, которые не дают Богу во всей полноте проявить силу в Своих детях. И, советуя им пересмотреть своё отношение к истине, Бог открывает новые возможности для духовного возрастания и развития, предлагая Самого Себя в Учителя, в Друга, в Наставника. И Он уже не обещает прийти скоро. Он уже пришёл и стоит.</w:t>
      </w:r>
    </w:p>
    <w:p>
      <w:r>
        <w:rPr/>
        <w:t>Как мы дороги Иисусу! С какой нежностью Он выражает тревогу по поводу нашего истинного состояния! Какое удивительное решение Он принял для нашего спасения! Сколько благословений Неба Иисус приготовил нам!</w:t>
      </w:r>
    </w:p>
    <w:p>
      <w:r>
        <w:rPr/>
        <w:t>Предлагая нам купить золото, очищенное огнём, Господь желает видеть нас обладателями этого Небесного сокровища. Сколько стоит килограмм Его золота? Думаю, что всех денег мира не хватит, чтобы приобрести его. Но жаждущая душа получает это сокровище в неограниченном количестве. Небесное золото является самым ценным богатством Неба. Это та самая валюта, которая имеет хождение среди всех небожителей. И вот, наконец, она становится достоянием грешников, которые уверовали, но остановились в своём развитии.</w:t>
      </w:r>
    </w:p>
    <w:p>
      <w:r>
        <w:rPr/>
        <w:t xml:space="preserve">Любовь и вера Божьих детей всегда имели одобрение Всевышнего. Они непрестанно свидетельствовали о близких отношениях между спасёнными и Господом. Во все века этот дар укреплялся и развивался. Но в последнее время по причине умножения беззакония во многих охладела любовь. Она не исчезла, не потеряла своё название, но перестала быть движущей силой, став холодной и </w:t>
      </w:r>
      <w:r>
        <w:rPr/>
        <w:t>расчётливой. И ей на смену пришли страх, долг и вина. Руководствуясь подобными мотивами, я пытаюсь служить и угодить Богу. Когда же у меня что-то получается, я начинаю считать себя богатым и продвинутым в духовном плане, и в моих глазах моя праведность просто зашкаливает. И если меня окружают такие же продвинутые друзья, то вместе мы – сила. У нас есть определённые успехи, которыми мы можем похвалиться. Ради Своего имени и из любви к нам Бог благословляет наши усилия заслужить спасение, давая нам защиту и результат в некоторых наших начинаниях. Но с какой грустью Он следит за нами. Имея океан Божьей любви, я довольствуюсь сухариками в красивой обёртке.</w:t>
      </w:r>
    </w:p>
    <w:p>
      <w:r>
        <w:rPr/>
        <w:t>Но чтобы принять Божьи благословения, мне нужна вера в то, что они есть, что они мои, и что я их получу.</w:t>
      </w:r>
    </w:p>
    <w:p>
      <w:r>
        <w:rPr/>
        <w:t>Иисус спрашивает у учеников: Лук 18:8: "... Но Сын Человеческий, придя, найдёт ли веру на земле?" Именно эту веру Он нам и предлагает у Него купить. Веру и любовь, которые воистину сделают нас богатыми. Через них Божий характер будет открыт и восстановлен в моём сердце. Господь научит меня применять эти свойства души в своей жизни, и я попаду под особое влияние Святого Духа, Который явит мне всю глубину и красоту Божьего плана спасения для моего времени.</w:t>
      </w:r>
    </w:p>
    <w:p>
      <w:r>
        <w:rPr/>
        <w:t>Божья любовь Агапэ отныне является моим достоянием, и среди стихий и соблазнов этого мира я становлюсь воистину богатым человеком, имеющим неограниченный доступ к небесным сокровищам. И чтобы постичь эту любовь, мне нужна именно эта любовь и именно Тот, Кто научит меня ею пользоваться.</w:t>
      </w:r>
    </w:p>
    <w:p>
      <w:r>
        <w:rPr/>
        <w:t>Но план Иисуса состоит не только в том, чтобы наделить меня Небесными благами, но и научить распоряжаться ими.</w:t>
      </w:r>
    </w:p>
    <w:p>
      <w:r>
        <w:rPr/>
        <w:t>Не сразу происходит товарообмен. Во мне много всего, что я очень глубоко спрятал, и Господь начинает процесс моего очищения. Он может быть быстрым, а может и затянуться. Всё зависит от меня, от моего желания расти и от моей веры. Выявляя во мне грязные и слабые места, Господь спрашивает меня о том, что я буду с этим делать. Он уже просил меня быть ревностным и покаяться, но всякий раз ждёт моего решения. Абсолютная любовь и полное уважение моей свободы. Так приятно! И если я выбираю грех и дела плоти, то и развиваюсь в этом направлении.</w:t>
      </w:r>
    </w:p>
    <w:p>
      <w:r>
        <w:rPr/>
        <w:t>Благодать имеет одно интересное свойство. Это как в законе с деревом жизни и деревом познания добра и зла. Если я верен Божьим принципам, то могу вкушать плоды благословений, и никто мне в этом не препятствует. Я имею неограниченный доступ к древу жизни, но и другое дерево никто не охраняет. Но если я вкушаю плоды с запретного дерева, то тут же лишаю себя плодов древа жизни. Около него встаёт охрана, закрывающая доступ к его плодам.</w:t>
      </w:r>
    </w:p>
    <w:p>
      <w:r>
        <w:rPr/>
        <w:t>Но Иисус так любит меня, что заплатил Своею жизнью за мои грехи, открыв доступ к животворящему источнику. Господь готов прощать и поить каждого, кто сейчас жаждет и ищет. Жаждущий, приходи и пей.</w:t>
      </w:r>
    </w:p>
    <w:p>
      <w:r>
        <w:rPr/>
        <w:t>С какой жалостью Иисус называет меня по имени, говоря, что я несчастен, и жалок, и нищ, и слеп, и наг. Он не оставляет меня таким, а предлагает мне Небесное решение моих проблем. И это самое верное и лучшее решение.</w:t>
      </w:r>
    </w:p>
    <w:p>
      <w:r>
        <w:rPr/>
        <w:t>Он готов дать мне всё самое ценное и дорогое, чем владеет Небо, самое правильное, самое хорошее. И, получая этот дар, я не буду разочарован из-за того, что мне дали что-то плохое и несовершенное, а лучшее приберегли на потом. Та прекрасная любовь, которую я постигаю сейчас, в боевых условиях, будет такой же чудесной всю Вечность. Я учусь в школе Христа любить тех, кто этого не заслуживает, тех, кто меня ненавидит, тех, кто меня убивает. В Вечности не будет таких людей, а мой земной опыт останется со мной, чтобы всей Вселенной свидетельствовать о глубине Божьей любви и возвеличивать Иисуса в этом даре. И та дружба с Иисусом, которая была начата здесь верою в невидимое, в сложнейших обстоятельствах, будет взята и на Небо, чтобы там развиваться уже в условиях открытой любви и открытых возможностей.</w:t>
      </w:r>
    </w:p>
    <w:p>
      <w:r>
        <w:rPr/>
        <w:t>А сейчас я учусь принятию, доверию, познаю силу любви, открываю её глубину и красоту, переживаю её победы. Сам Иисус меня наставляет и исправляет.</w:t>
      </w:r>
    </w:p>
    <w:p>
      <w:r>
        <w:rPr/>
        <w:t>Я не знаю, как любовь давалась Божьим детям в средние века, но вижу, какой силой она обладает во мне в наше время. Я понимаю, что это только начало великих открытий и дел любви, которая положила конец греху в моей жизни и беспощадно его уничтожает, показывая путь превосходнейший.</w:t>
      </w:r>
    </w:p>
    <w:p>
      <w:pPr>
        <w:pStyle w:val="Heading2"/>
      </w:pPr>
      <w:r>
        <w:t>Вопросы к размышлению над этой главой</w:t>
      </w:r>
    </w:p>
    <w:p>
      <w:r>
        <w:rPr/>
        <w:t xml:space="preserve">1. </w:t>
      </w:r>
      <w:r>
        <w:rPr/>
        <w:t>Что вам открылось в этой главе</w:t>
      </w:r>
      <w:r>
        <w:rPr/>
        <w:t>?</w:t>
      </w:r>
    </w:p>
    <w:p>
      <w:r>
        <w:rPr/>
        <w:t>2. Направлено ли обращение Христа в вести к Лаодикии ко всей церкви или и ко мне лично?</w:t>
      </w:r>
    </w:p>
    <w:p>
      <w:r>
        <w:rPr/>
        <w:t>3. Что будет, если я не буду изучать эту весть и проявлять к ней интереса?</w:t>
      </w:r>
    </w:p>
    <w:p>
      <w:r>
        <w:rPr/>
        <w:t>4. Почему Иисус называет меня жалким, когда у меня всё хорошо?</w:t>
      </w:r>
    </w:p>
    <w:p>
      <w:r>
        <w:rPr/>
        <w:t>5. Почему Господь наказывает тех, кого любит? Справедливо ли это?</w:t>
      </w:r>
    </w:p>
    <w:p>
      <w:r>
        <w:rPr/>
        <w:t>6. Как выглядят Божьи наказания?</w:t>
      </w:r>
    </w:p>
    <w:p>
      <w:r>
        <w:rPr/>
        <w:t xml:space="preserve">7. Прочитайте, пожалуйста, Откр.3:19; Пс.140:5; Прит.3:12,13:24; 1Ин.4:17; Гал.5:6 </w:t>
      </w:r>
      <w:r>
        <w:rPr/>
        <w:t>в свете этой главы</w:t>
      </w:r>
      <w:r>
        <w:rPr/>
        <w:t>.</w:t>
      </w:r>
    </w:p>
    <w:p>
      <w:pPr>
        <w:pStyle w:val="Heading2"/>
        <w:pageBreakBefore/>
      </w:pPr>
      <w:r>
        <w:t>Глава 10</w:t>
      </w:r>
    </w:p>
    <w:p>
      <w:pPr>
        <w:pStyle w:val="Heading1"/>
      </w:pPr>
      <w:r>
        <w:t>Наука для Лаодикии</w:t>
      </w:r>
    </w:p>
    <w:p>
      <w:r>
        <w:rPr/>
        <w:t>Представьте себе такую ситуацию. Я присылаю вам письмо, в котором написано, что если у вас болит спина и вы ко мне обратитесь, то я смогу сделать вам лечебный или профилактический массаж. Надо ли мне вам что-то доказывать?</w:t>
      </w:r>
    </w:p>
    <w:p>
      <w:r>
        <w:rPr/>
        <w:t>Предположим, я даю вам рекламу о том, что если вы у меня закажете вегетарианский обед, то он будет у вас дома в течение 30 минут. Как вы поступите? Думаю, вы для себя отметите эти услуги и при необходимости ими воспользуетесь.</w:t>
      </w:r>
    </w:p>
    <w:p>
      <w:r>
        <w:rPr/>
        <w:t>Вы поверите, что я способен сделать то, что я умею, и продать вам то, что предлагаю.</w:t>
      </w:r>
    </w:p>
    <w:p>
      <w:r>
        <w:rPr/>
        <w:t>Наш дорогой Господь обращается к нам с подобным заявлением, желая обратить наше внимание на то, что у Него есть.</w:t>
      </w:r>
    </w:p>
    <w:p>
      <w:r>
        <w:rPr/>
        <w:t>А ещё Он утверждает, что мы сами себя не знаем, а всё, что мы говорим о себе, является неправдой. Лично мне Спаситель сказал, что я нищий и несчастный, и очень жалкий, да ещё к тому же слепой и голый. Я себя таким никогда не считал. Я думал, что это про вас, друзья. А Иисус смотрел мне в сердце и говорил, что именно я таким являюсь. Прямо скажу, я и не подозревал об этом. Всё это оказалось правдой. Кроме того, я был назван тёплым. Самым сложным для меня было признать, что так оно и есть. Но признать – значит дать согласие как-то выходить из такого состояния, что-то решать. Проблема же Лаодикии заключается в том, что она слышит обличение, частично с ним соглашается, но ничего не предпринимает. Она не следует ни одному совету Иисуса. А Он мечтает об этом. Просто признать, что являешься жалким и тёплым, — это не то, чего ожидает Господь. Он желает, чтобы я стал богатым, одетым, мудрым, видящим, гостеприимным, верным, чистым и общительным с Ним. Он хочет, чтобы я научился владеть Его дарами. Он жаждет наполнить мою жизнь тем, что обогатит меня во всех отношениях. И Спаситель предлагает мне иметь именно то, что у Него есть в бесконечном множестве. Суть вести заключается в том, чтобы я не только получил информацию о её значении, но и понял, что значит каждый символ, каждое слово, как всё это касается меня, как мне это приобрести, и как мне, купив эти сокровища, пользоваться ими.</w:t>
      </w:r>
    </w:p>
    <w:p>
      <w:r>
        <w:rPr/>
        <w:t>Наш мир очень часто проводит акции и распродажи, где очень дорогие вещи предлагаются с достаточно большой скидкой. Продавцы уже сделали оборот и получили свою прибыль, и им нужно освободить склады, наполнив их новым товаром, поэтому они снижают цены на всё подряд. И счастливый народ бежит, чтобы приобрести эти вещи. Я думаю, что все мы прошли через подобное. Хорошо купить то, о чём ты мечтал и на что копил, но если ты отдаёшь деньги только потому, что товар является дешёвым, а потом эта вещь просто собирает пыль, то понимаешь, что здесь что-то не так. Тебя обманули.</w:t>
      </w:r>
    </w:p>
    <w:p>
      <w:r>
        <w:rPr/>
        <w:t xml:space="preserve">Но представьте себе такую ситуацию. Вам предлагают стать обладателем жемчужины величиной с теннисный мячик, и ценой за неё назначают всё, что вы </w:t>
      </w:r>
      <w:r>
        <w:rPr/>
        <w:t>имеете. Каким бы дорогим ни было ваше имение, но цена предлагаемой жемчужины в бесконечные сотни раз превосходит то, что вы сможете дать. Аналогов такому сокровищу в мире нет. Что я могу подумать? Возможно, я решу, что меня или просто дразнят, или продавец является слабоумным, потому что даёт такое сокровище за моё барахло. Но на глупого он не похож. При этом продавец утверждает, что я очень беден. Он просит всё, чем я обладаю и что мне дорого. Он даёт мне понять, что такая цена его устроит, и что Он предлагает мне намного больше. И Он действительно настроен мне это продать. И я даю согласие, я отдаю всё. Я говорю «да». В результате обмен произошёл, акт продажи состоялся. Я стал владельцем жемчужины.</w:t>
      </w:r>
    </w:p>
    <w:p>
      <w:r>
        <w:rPr/>
        <w:t>И вот я стою с этим сокровищем, смотрю на него и радуюсь. А что дальше делать с ним, не знаю. Мне хочется есть, мне холодно, приближается ночь, мне негде спать. Что делать? Я остался один, но с жемчужиной. У меня есть особая охрана от продавца, которая не позволит никому меня обокрасть. Стоимость этой жемчужины оценивается в тысячу триллионов долларов, но ни у кого нет таких денег, чтобы её перекупить. А я этим владею. И мне надо как-то с этим дальше жить. Я захожу в гостиницу и прошу дать мне номер, они называют цену, а я показываю им то, чем я обладаю. Они удивлены, что такой богатый человек посетил их, и предлагают мне все свои услуги бесплатно, радуясь тому, что я их избрал. Я задумываюсь и иду дальше. Моё новое сокровище открывает мне двери в те места, о которых я и не мечтал. Меня готовы принимать сильные мира сего, знатные люди, представители власти и бизнеса, и любое общество желает видеть меня в своей среде. Конечно, есть среди них и злые и завистливые люди, но я на них не обращаю внимания. Я замечаю, что оказываю огромное влияние на умы людей, и в связи с этим начинаю осознавать всю свою ответственность. Я учусь говорить мудрые и полезные вещи. Молва о моём сокровище идёт впереди меня, и существует много людей, которые желают, чтобы я их посетил и дал им полюбоваться своей жемчужиной. Они счастливы, что такой богатый человек, как я, побывал у них в гостях.</w:t>
      </w:r>
    </w:p>
    <w:p>
      <w:r>
        <w:rPr/>
        <w:t>Я поселяюсь в просторном доме, где начинаю принимать людей и проводить семинары о том, как стать воистину богатым.</w:t>
      </w:r>
    </w:p>
    <w:p>
      <w:r>
        <w:rPr/>
        <w:t xml:space="preserve">И однажды я слышу стук и нежный голос. Это продавец жемчуга. Я открываю дверь и впускаю его к себе. Приглашаю его на ужин, и мы начинаем общение. Он мне рассказывает об огромном влиянии моего сокровища, о его особенностях, о том, как можно правильно использовать это богатство, и многое другое. Я наблюдаю за ним и учусь. Какой он добрый, какой деликатный и вежливый, не задаёт ненужных вопросов, ничего не навязывает, нежно обходит острые углы и всему радуется, хваля меня и наставляя на все случаи жизни. Как мне хорошо с ним! Многое из того, что он мне рассказывает, я уже понял, но, общаясь с продавцом, я смог систематизировать все процессы и уже осознанно действовать, используя своё богатство, зная его силу и возможности. И куда бы я с ним ни обратился, везде я становлюсь востребованным, нужным и желанным. Обладание этим сокровищем сделало мою душу чистой от мелочных вещей, оно просветило моё сознание. Я стал богатым в своих мыслях и чувствах. Теперь я способен с достоинством общаться и с царями. Моё прошлое удивляло многих, </w:t>
      </w:r>
      <w:r>
        <w:rPr/>
        <w:t>но оно ушло в небытие, и я живу настоящим, весело глядя в будущее. Встречаясь с бедными людьми, я и их утешаю, и радую. Я им рассказываю о продавце и направляю всех к нему, заверяя, что он примет и обогатит каждого, кто к нему придёт, что он никого не изгоняет вон. Его сокровищ хватит всем. Но у него имеется одно условие для каждого человека – он меняет свои богатства на всё ваше имущество, на всё, что для вас ценно. Он не торгуется, и сам оценивает ваше состояние, предлагая дать взамен всё, что у него есть.</w:t>
      </w:r>
    </w:p>
    <w:p>
      <w:r>
        <w:rPr/>
        <w:t>Я вижу, что многие пошли на эту сделку, но, став обладателями сокровища, спрятались с ним в своих новых домах, и в одиночку наслаждались новым богатством. И когда продавец приходил к ним в гости, они даже боялись впускать его в дом и общались с ним через домофон. А затем с ними происходили странные вещи: их новое богатство приходило в негодность и начинало портиться, вызывая насмешки и отвращение. Они не знали, что делать с новым сокровищем, а учиться его применять не желали.</w:t>
      </w:r>
    </w:p>
    <w:p>
      <w:r>
        <w:rPr/>
        <w:t>И я понял, что продавец не просто стремится сделать нас богатыми, но он имеет в плане и то, чтобы научить нас пользоваться этим сокровищем. Буду учиться.</w:t>
      </w:r>
    </w:p>
    <w:p>
      <w:pPr>
        <w:pStyle w:val="Heading2"/>
      </w:pPr>
      <w:r>
        <w:t>Вопросы к размышлению над этой главой</w:t>
      </w:r>
    </w:p>
    <w:p>
      <w:r>
        <w:rPr/>
        <w:t xml:space="preserve">1. </w:t>
      </w:r>
      <w:r>
        <w:rPr/>
        <w:t>Что вам открылось в этой главе</w:t>
      </w:r>
      <w:r>
        <w:rPr/>
        <w:t>?</w:t>
      </w:r>
    </w:p>
    <w:p>
      <w:r>
        <w:rPr/>
        <w:t>2. Что важнее: понять весть к Лаодикии, принять её, жить в ней или пользоваться её преимуществом?</w:t>
      </w:r>
    </w:p>
    <w:p>
      <w:r>
        <w:rPr/>
        <w:t>3. Почему важно умение пользоваться купленным сокровищем?</w:t>
      </w:r>
    </w:p>
    <w:p>
      <w:r>
        <w:rPr/>
        <w:t>4. Что ожидает Господь от тех, кто дал Ему согласие на «торговую сделку»?</w:t>
      </w:r>
    </w:p>
    <w:p>
      <w:r>
        <w:rPr/>
        <w:t>5. Каким вы представляете себе процесс обучения во владении Небесными товарами?</w:t>
      </w:r>
    </w:p>
    <w:p>
      <w:r>
        <w:rPr/>
        <w:t>6. Каким образом представленные Иисусом товары делают меня богатым, зрячим и одетым?</w:t>
      </w:r>
    </w:p>
    <w:p>
      <w:r>
        <w:rPr/>
        <w:t xml:space="preserve">7. Прочитайте, пожалуйста, Мф.13:45-46; Лк.12:21,32; Иак.5:1-6 </w:t>
      </w:r>
      <w:r>
        <w:rPr/>
        <w:t>в свете этой главы</w:t>
      </w:r>
      <w:r>
        <w:rPr/>
        <w:t>.</w:t>
      </w:r>
    </w:p>
    <w:p>
      <w:pPr>
        <w:pStyle w:val="Heading2"/>
        <w:pageBreakBefore/>
      </w:pPr>
      <w:r>
        <w:t>Глава 11</w:t>
      </w:r>
    </w:p>
    <w:p>
      <w:pPr>
        <w:pStyle w:val="Heading1"/>
      </w:pPr>
      <w:r>
        <w:t>Лаодикийский капкан</w:t>
      </w:r>
    </w:p>
    <w:p>
      <w:r>
        <w:rPr/>
        <w:t>В книге Откровение нам открывается картина последних событий нашего мира. Глава 18 повествует нам о том, что над грехом и теми, кто его производит, будет произведён великий суд. В истории Земли ещё не было такого времени, когда определённая группа лиц могла иметь влияние на всю землю и навязывать всему миру свои стандарты, увеличивая свои сокровища за счёт других стран и давая разбогатеть всем желающим. Это обольщающее влияние называется Вавилоном.</w:t>
      </w:r>
    </w:p>
    <w:p>
      <w:r>
        <w:rPr/>
        <w:t xml:space="preserve">И </w:t>
      </w:r>
      <w:r>
        <w:rPr/>
        <w:t>в свете этой главы</w:t>
      </w:r>
      <w:r>
        <w:rPr/>
        <w:t xml:space="preserve"> и изучаемой темы хотелось бы обратить внимание на стих из Откр 18:23: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 Видите ли вы знакомые слова, которые мы упоминали ранее? Давайте вспомним притчу о десяти девах. Очень много символов из этого повествования мы встречаем и здесь.</w:t>
      </w:r>
    </w:p>
    <w:p>
      <w:r>
        <w:rPr/>
        <w:t>Слово «волшебством» звучит в оригинале так «φαρμακείᾳ». Думаю, что нет необходимости даже знать греческий язык, потому что это слово очень легко читается по-русски и переводится как чародейство, волшебство, обольщение.</w:t>
      </w:r>
    </w:p>
    <w:p>
      <w:r>
        <w:rPr/>
        <w:t>Само же слово фармакология знакомо нам как наука о лекарственных веществах. А в свете Библии она обольщает всех людей, живущих в мире. Фармакология подразумевает воздействие на разум человека медикаментозным и химическим путём. Читаем также «... ибо яростным вином блуда своего напоила все народы» Откр 18:2 и 14:8.</w:t>
      </w:r>
    </w:p>
    <w:p>
      <w:r>
        <w:rPr/>
        <w:t>Мы живём в век великих обольщений. Враг души построил целую индустрию развлечений и соблазнов, и через эти средства массового гипноза он распространяет своё влияние. И никто из нас не избежал этого обольщения. Христос же называет такое состояние «и все уснули», однако есть хороший стих, который звучит «но я иду разбудить его». Мы заявляем, что «если уснул, то выздоровеет», а Иисус говорит: «он умер». Далее мы слышим такое повеление Христа: «Лазарь, выйди вон!», а в Откр 18:4 читаем: «И услышал я иной голос с неба, говорящий: выйди от нее, народ Мой, чтобы не участвовать вам в грехах её и не подвергнуться язвам её». Выйди из смертного сна! Ещё этот призыв в другом месте звучит как: «Вот жених идёт!»</w:t>
      </w:r>
    </w:p>
    <w:p>
      <w:r>
        <w:rPr/>
        <w:t>Лаодикия представляет собой церковь, в которой Иисус не находит ничего хорошего, но именно эту церковь Он и пришёл разбудить. И не просто разбудить, а наделить её нетленным богатством. Смертный сон – это не очень перспективное состояние. Во сне можно только видеть то, что тебе показывают, а контролировать ситуацию вокруг себя невозможно. Поэтому Христос и пришёл, чтобы дать то самое масло для светильника души. Тогда этот огонь согреет меня до горячего состояния.</w:t>
      </w:r>
    </w:p>
    <w:p>
      <w:r>
        <w:rPr/>
        <w:t xml:space="preserve">Удивительное время! Полнота света, широкие духовные возможности и великое волшебное обольщение, под которое попали все. Как с этим жить, чтобы не </w:t>
      </w:r>
      <w:r>
        <w:rPr/>
        <w:t>умереть? Я не знаю, но Господь имеет ответ. Самое интересное – это то, что Он советует мне проснуться и наполнить свой светильник маслом, которое является Его товаром.</w:t>
      </w:r>
    </w:p>
    <w:p>
      <w:r>
        <w:rPr/>
        <w:t>Золото, очищенное огнём, белая одежда и глазная мазь — вот то, что будет служить моему спасению в это сложное время.</w:t>
      </w:r>
    </w:p>
    <w:p>
      <w:r>
        <w:rPr/>
        <w:t>Сам Бог желает пребывать во мне, чтобы противостоять всем обольщениям и полноте волшебства. Мне самому это невозможно сделать. Тот запас масла, что я имею, способен лишь не держать меня в долгах, но мне требуется истинное богатство, которым я могу поправить свой светильник и оплачивать все услуги мира, поддерживая руки тех, кто очень устал.</w:t>
      </w:r>
    </w:p>
    <w:p>
      <w:r>
        <w:rPr/>
        <w:t>Мир, в котором мы сейчас дружно спим, очень опасен, но Иисус пришёл, чтобы разбудить нас, разбудить до того момента, когда станет слишком поздно. Господь желает разбудить нас для борьбы. Ярости сатаны нет предела. Мы для него являемся «костью в горле», которая мешает осуществлять его коварные планы. А наличие любви между нами делает все его старания безрезультатными. Сатана не может победить любовь, ибо это Божье качество, но он делает всё, чтобы эту любовь охладить, сделать её тёплой, допуская смешение холода беззакония и горячих истин. Враг души готов поддерживать любое доброе дело, если в нем присутствуют плотские корни, или которое исходит от необращённого сердца. Но когда в основе поступка лежит любовь, проистекающая из праведных мотивов, тогда у врага нет шансов одержать победу. Он изливает всю свою ярость через тех, кто находится в его власти.</w:t>
      </w:r>
    </w:p>
    <w:p>
      <w:r>
        <w:rPr/>
        <w:t>Идёт великая борьба. И она приближается к завершению. Без Христа невозможно одержать победу. Без Его товаров я обречён на трагическое поражение и абсолютный проигрыш в последней битве. Такого времени ещё не было в нашей истории, но мы в нём живём.</w:t>
      </w:r>
    </w:p>
    <w:p>
      <w:r>
        <w:rPr/>
        <w:t>Вся наша жизнь и быт завязаны на деньгах. Мы стали зависимы от их наличия. И вино Вавилона создало такие условия, чтобы я жил в этой системе ценностей и тратил всё своё лучшее время на зарабатывание средств для пропитания и жизнеобеспечения, чтобы я считал имущество и богатство своим достижением и своей крепостью. Но Иисус пришёл вытащить меня из этой мышеловки, пока я окончательно в ней не умер.</w:t>
      </w:r>
    </w:p>
    <w:p>
      <w:r>
        <w:rPr/>
        <w:t>Сколько сил и времени необходимо уделить Иисусу для спасения хотя бы одной обманутой души? Вся моя жизнь. А Он желает спасти всех. Люди же спят и не желают просыпаться. А Иисус будит меня, стуча в дверь моего сердца, и голос Его слышен. И если кто услышит голос сей и отворит, то Он войдёт со Своим ужином, и мы сядем и будем вкушать хлеб жизни.</w:t>
      </w:r>
    </w:p>
    <w:p>
      <w:r>
        <w:rPr/>
        <w:t>Как это интересно сидеть с Христом за одним столом, смотреть в Его глаза, слушать Его голос, чувствовать Его любовь и понимать, что в этих отношениях происходит что-то очень важное и жизненно значимое для меня. Я меняюсь сердцем, моя душа прилепляется к Иисусу. Мой дух сливается с Духом моего Спасителя, и мы идём с Ним вместе по водам океана любви, чтобы, пройдя этот путь, вдвоём погрузиться в глубокие воды Божьей благодати и познать изнутри, что Бог есть любовь.</w:t>
      </w:r>
    </w:p>
    <w:p>
      <w:r>
        <w:rPr/>
        <w:t>Пребывая в любви, я нахожусь в безопасности, которая имеет название – Бог. Его одежда праведности, подобно бесконечным водам агапэ, покрывает меня со всех сторон, и любой соблазн для души отвергается с отвращением. Дождь Святого Духа омывает меня изнутри, делая меня способным распознавать искушения и видеть выход из них. Бог учит меня помогать другим уснувшим друзьям, будить их, направляя к Иисусу. Вместе со Спасителем мы движемся к цели нашего земного путешествия под названием Вечность. Она скоро наступит повсеместно для всех добрых и праведных людей. Это время придёт, но в планах Бога есть некоторые события, которые должны ещё произойти. Его народу надлежит полностью одолеть грех. И только любовь Христа во мне даст мудрости и сил, чтобы выйти победителем. А победителю будет даровано всё лучшее, что только может придумать Бог. И мы будем обладать этим всю Вечность. И Сам Господь будет нашим Богом.</w:t>
      </w:r>
    </w:p>
    <w:p>
      <w:r>
        <w:rPr/>
        <w:t>И мы уже сами лично, своими глазами, увидим то, что значит: «Бог есть Любовь».</w:t>
      </w:r>
    </w:p>
    <w:p>
      <w:r>
        <w:rPr/>
        <w:t>А пока надо набраться сил и масла, чтобы приготовиться к тем испытаниям, которые приближаются. И Сам Иисус ведёт нас к этому сражению, чтобы одержать окончательную победу и войти на пир, где Он затворит за Собою дверь.</w:t>
      </w:r>
    </w:p>
    <w:p>
      <w:pPr>
        <w:pStyle w:val="Heading2"/>
      </w:pPr>
      <w:r>
        <w:t>Вопросы к размышлению над этой главой</w:t>
      </w:r>
    </w:p>
    <w:p>
      <w:r>
        <w:rPr/>
        <w:t xml:space="preserve">1. Что нового открылось вам </w:t>
      </w:r>
      <w:r>
        <w:rPr/>
        <w:t>в этой главе</w:t>
      </w:r>
      <w:r>
        <w:rPr/>
        <w:t>?</w:t>
      </w:r>
    </w:p>
    <w:p>
      <w:r>
        <w:rPr/>
        <w:t>2. Почему так важно понимать, в каком состоянии я нахожусь?</w:t>
      </w:r>
    </w:p>
    <w:p>
      <w:r>
        <w:rPr/>
        <w:t>3. Интересно ли вам изучать эту тему?</w:t>
      </w:r>
    </w:p>
    <w:p>
      <w:r>
        <w:rPr/>
        <w:t>4. Видите ли вы выход для себя лично?</w:t>
      </w:r>
    </w:p>
    <w:p>
      <w:r>
        <w:rPr/>
        <w:t>5. Есть ли у вас страх перед предстоящими событиями?</w:t>
      </w:r>
    </w:p>
    <w:p>
      <w:r>
        <w:rPr/>
        <w:t>6. Почему Иисус лично решил решить проблему Лаодикии?</w:t>
      </w:r>
    </w:p>
    <w:p>
      <w:r>
        <w:rPr/>
        <w:t xml:space="preserve">7. Прочитайте, пожалуйста, Дан.12:1-3; Откр.16:13-16; Откр.13:14-15 </w:t>
      </w:r>
      <w:r>
        <w:rPr/>
        <w:t>в свете этой главы</w:t>
      </w:r>
      <w:r>
        <w:rPr/>
        <w:t>.</w:t>
      </w:r>
    </w:p>
    <w:p>
      <w:pPr>
        <w:pStyle w:val="Heading2"/>
        <w:pageBreakBefore/>
      </w:pPr>
      <w:r>
        <w:t>Глава 12</w:t>
      </w:r>
    </w:p>
    <w:p>
      <w:pPr>
        <w:pStyle w:val="Heading1"/>
      </w:pPr>
      <w:r>
        <w:t>Золото, огнём очищенное</w:t>
      </w:r>
    </w:p>
    <w:p>
      <w:r>
        <w:rPr/>
        <w:t>Золото как металл всегда, во все века, привлекало к себе взоры людей и пленяло их сознание своей красотой и ценностью. Это довольно редкий ископаемый ресурс, который уже исторически возведён в ранг дорогого металла. Золото во многих случаях стало единицей измерения стоимости государственной валюты или других денежных активов. Даже в наше время само слово «золото» ассоциируется с чем-то дорогим и красивым.</w:t>
      </w:r>
    </w:p>
    <w:p>
      <w:r>
        <w:rPr/>
        <w:t>Золотые украшения и фрагменты архитектуры, покрытые золотом, всегда вызывают эстетическое наслаждение за счёт особого вида и блеска этого металла.</w:t>
      </w:r>
    </w:p>
    <w:p>
      <w:r>
        <w:rPr/>
        <w:t>Также золото считается самым ковким материалом, лёгким в обработке и переплавке. Оно обладает антикоррозийными свойствами.</w:t>
      </w:r>
    </w:p>
    <w:p>
      <w:r>
        <w:rPr/>
        <w:t>Когда мы слышим такие выражения, как «золотые руки», «золотая голова», «золотой человек», «золотое сердце», тогда мы понимаем, что речь идёт уже не о металле, а о ценных качествах и способностях человека, о его особой привлекательности в глазах общества или отдельных людей.</w:t>
      </w:r>
    </w:p>
    <w:p>
      <w:r>
        <w:rPr/>
        <w:t>И вот Иисус нам предлагает ещё один вид золота, который имеет особую ценность в глазах Неба и который делает каждого, кто его приобретёт, воистину богатым и дорогим человеком.</w:t>
      </w:r>
    </w:p>
    <w:p>
      <w:r>
        <w:rPr/>
        <w:t>Очищенное огнём означает, что оно имеет особую чистоту. Оно свободно от всевозможных примесей, прошло обработку высокой температурой и не содержит в себе ничего, кроме одного золота. Во время переплавки золото вытесняет из себя все инородные примеси, которые легко распознаются и сильно отличаются от ценного металла.</w:t>
      </w:r>
    </w:p>
    <w:p>
      <w:r>
        <w:rPr/>
        <w:t>Огонь символизирует собою испытания, которые проходит каждый Божий человек, чтобы очиститься от разных вредных привычек и недостатков, чтобы увидеть свою истинную сущность и тайные свойства души, которые могут проявиться при определённых обстоятельствах и условиях. Огненные испытания помогают вскрыть сущность души человека, показывая то греховное, что ещё содержит его сердце, и укрепляя в том правильном, чему он научен Богом. Ни один Божий сын или дочь не избегнут огненных испытаний, предусмотренных Богом.</w:t>
      </w:r>
    </w:p>
    <w:p>
      <w:r>
        <w:rPr/>
        <w:t>Золото, огнём очищенное, означает, что оно уже прошло процесс очистки и переплавки в огненных испытаниях, и теперь предлагается мне в таком виде, чтобы уже стать моей собственностью, делая меня богатым человеком в глазах Иисуса.</w:t>
      </w:r>
    </w:p>
    <w:p>
      <w:r>
        <w:rPr/>
        <w:t>Что же означает это золото в очах Господа?</w:t>
      </w:r>
    </w:p>
    <w:p>
      <w:r>
        <w:rPr/>
        <w:t xml:space="preserve">Небесное золото – это то, что имеет вечную ценность. Это то, что было дорого в глазах Неба всегда, дорого сейчас и будет востребовано на протяжении всей Вечности. Ничто из материального не подходит под определение этого символа. Но для Бога важны наши отношения с Ним и наши отношения друг с другом. </w:t>
      </w:r>
      <w:r>
        <w:rPr/>
        <w:t>Только их мы сможем взять с собой в вечный мир. И ценность этих отношений определяется наличием любви.</w:t>
      </w:r>
    </w:p>
    <w:p>
      <w:r>
        <w:rPr/>
        <w:t>Бог есть Любовь. И Божья любовь представляет для нас наивысшую значимость, ибо, только имея её внутри себя, я могу по-настоящему любить ближнего и правильно относиться к Богу.</w:t>
      </w:r>
    </w:p>
    <w:p>
      <w:r>
        <w:rPr/>
        <w:t>Иов 22:25: «И будет Вседержитель твоим золотом и блестящим серебром у тебя.»</w:t>
      </w:r>
    </w:p>
    <w:p>
      <w:r>
        <w:rPr/>
        <w:t>Любовь – это не просто принцип или чувство, а Сам Бог, Который есть Любовь внутри меня. Это легко сказать, но сложно представить, и ещё сложнее объяснить.</w:t>
      </w:r>
    </w:p>
    <w:p>
      <w:r>
        <w:rPr/>
        <w:t>Никто из нас не видел Бога, а, не видя Его, мы можем постигнуть и понять Его только верою.</w:t>
      </w:r>
    </w:p>
    <w:p>
      <w:r>
        <w:rPr/>
        <w:t>Гал 5:6: «Ибо во Христе Иисусе не имеет силы ни обрезание, ни необрезание, но вера, действующая любовью».</w:t>
      </w:r>
    </w:p>
    <w:p>
      <w:r>
        <w:rPr/>
        <w:t>Вера и любовь – это две неразлучные сестры, которые живут друг для друга, и вместе с братом, Божьим Словом, они составляют полноту по имени Агапэ. Невозможно вырвать что-то одно из этого союза и довольствоваться этим. Тогда получится инвалид на костылях личных суждений и заблуждений.</w:t>
      </w:r>
    </w:p>
    <w:p>
      <w:r>
        <w:rPr/>
        <w:t>Огонь, очищающий золото, — это те испытания, через которые проходит любовь и вера, и в которых происходит утверждение всех правильных основ. Огонь плавит всё, уничтожая второстепенное и отделяя ценное от пустого. Читаем 1Пет 4:12: «Возлюбленные! огненного искушения, для испытания вам посылаемого, не чуждайтесь, как приключения для вас странного». 1Пет 1:7: «Дабы испытанная вера ваша оказалась драгоценнее гибнущего, хотя и огнём испытываемого золота, к похвале и чести и славе в явление Иисуса Христа».</w:t>
      </w:r>
    </w:p>
    <w:p>
      <w:r>
        <w:rPr/>
        <w:t>Когда я леплю изделия из глины, они такие мягкие и податливые в моих руках. Я сделаю вазу. Поставлю её, посмотрю на неё со стороны, а потом решу превратить её в кувшин, приклеивая ей ручки и меняя формы. А если мне что-то не понравится, то я могу смять своё изделие и переделать. Но когда я создал шедевр своего творчества, тогда я принимаю решение сохранить его в таком виде и выставляю его на солнышко, которое сушит мой маленький шедевр со всех сторон и укрепляет его структуру. Но при желании я могу вновь смешать всё с водой и переделать. Когда же изделие высохло, тогда я нагреваю печь и отправляю его в огонь, оставляя его там на положенное время. После огненного испытания проверяю наличие трещин. Теперь у меня прочный сосуд, готовый к ежедневному применению.</w:t>
      </w:r>
    </w:p>
    <w:p>
      <w:r>
        <w:rPr/>
        <w:t>Небесное золото прошло испытание в жизни Иисуса, оно выявило все инородные примеси лжи, которые пытались привнести в Божью любовь, трактуя её на свой лад. Смерть Христа показала всему миру и всей Вселенной чистоту любви Агапэ, её ценность и непреходящее влияние. В любви нет зла. Она не имеет ничего общего с грехом. Она доказала всем то, Кем является Бог, и насколько сильна и незыблема Его Любовь к Своему творению. Если кто и сомневался в характере Бога, когда Его стали обвинять в диктатуре и своекорыстии, приписывая Ему что-то чуждое, то жизнь и смерть Христа положили конец всем этим нападкам, и Божья Любовь Агапэ предстала всему миру во всей своей чистоте и великолепии.</w:t>
      </w:r>
    </w:p>
    <w:p>
      <w:r>
        <w:rPr/>
        <w:t>И вот сейчас Владелец этой любви желает продать её мне, даруя при этом веру и знание, как всем этим пользоваться. И это означает, что, смешавшись с моим естеством, золото проведёт меня через огонь испытаний, чтобы очистить мою душу и разум до Небесной святости, делая меня пригодным для Вечности и для последней борьбы с силами зла в этом мире.</w:t>
      </w:r>
    </w:p>
    <w:p>
      <w:r>
        <w:rPr/>
        <w:t>Этот процесс делает меня воистину богатым человеком в глазах Неба и несёт в себе все сопутствующие благословения для жизни на этой Земле. Я получаю неограниченный доступ к арсеналам Божьей любви и могу брать её столько, сколько будет необходимо для победы над всяким родом похоти плоти и для оплаты разных услуг во всякое время. Я могу украшать себя, свою жизнь и своё жилище этим золотом, получая при этом только Божье одобрение и благословение.</w:t>
      </w:r>
    </w:p>
    <w:p>
      <w:r>
        <w:rPr/>
        <w:t>Но более всего оно мне понадобится для последнего времени в битве при Армагеддоне, где придётся встретить бурю и одержать окончательную победу в любви, истине и послушании Божьей воле и закону.</w:t>
      </w:r>
    </w:p>
    <w:p>
      <w:r>
        <w:rPr/>
        <w:t>Иисус ждёт, что я решу. Иду покупать Небесный товар.</w:t>
      </w:r>
    </w:p>
    <w:p>
      <w:r>
        <w:rPr/>
        <w:t>Продавец с улыбкой вручает мне удостоверение на право обладания этим сокровищем, ставя на моё чело особый знак Своего одобрения, и предупреждает о том, что придёт ко мне на ужин и расскажет, как теперь этим пользоваться. Оказывается, что это целая наука. И её надо постигать. Но главное, что она уже не где-то в пророчестве, а в моём сердце и сознании.</w:t>
      </w:r>
    </w:p>
    <w:p>
      <w:pPr>
        <w:pStyle w:val="Heading2"/>
      </w:pPr>
      <w:r>
        <w:t>Вопросы к размышлению над этой главой</w:t>
      </w:r>
    </w:p>
    <w:p>
      <w:r>
        <w:rPr/>
        <w:t xml:space="preserve">1. </w:t>
      </w:r>
      <w:r>
        <w:rPr/>
        <w:t>Что вы поняли из этой главы</w:t>
      </w:r>
      <w:r>
        <w:rPr/>
        <w:t>?</w:t>
      </w:r>
    </w:p>
    <w:p>
      <w:r>
        <w:rPr/>
        <w:t>2. Как вы раньше понимали символ золота, очищенного огнём?</w:t>
      </w:r>
    </w:p>
    <w:p>
      <w:r>
        <w:rPr/>
        <w:t>3. Почему именно любовь и веру определил Господь для церкви последнего времени?</w:t>
      </w:r>
    </w:p>
    <w:p>
      <w:r>
        <w:rPr/>
        <w:t>4. Купить золото – как вы понимаете это высказывание в реальной жизни? Что это значит?</w:t>
      </w:r>
    </w:p>
    <w:p>
      <w:r>
        <w:rPr/>
        <w:t>5. Каким образом любовь и вера меня обогащают?</w:t>
      </w:r>
    </w:p>
    <w:p>
      <w:r>
        <w:rPr/>
        <w:t>6. Почему без этих небесных товаров я выгляжу бедным в глазах Бога, хотя живу в послушании истине?</w:t>
      </w:r>
    </w:p>
    <w:p>
      <w:r>
        <w:rPr/>
        <w:t xml:space="preserve">7. Прочитайте, пожалуйста, Дан.12:10; Ис.1:25; Иов.23:10; Зах.13:9; Мал.3:2-3 </w:t>
      </w:r>
      <w:r>
        <w:rPr/>
        <w:t>в свете этой главы</w:t>
      </w:r>
      <w:r>
        <w:rPr/>
        <w:t>.</w:t>
      </w:r>
    </w:p>
    <w:p>
      <w:pPr>
        <w:pStyle w:val="Heading2"/>
        <w:pageBreakBefore/>
      </w:pPr>
      <w:r>
        <w:t>Глава 13</w:t>
      </w:r>
    </w:p>
    <w:p>
      <w:pPr>
        <w:pStyle w:val="Heading1"/>
      </w:pPr>
      <w:r>
        <w:t>Белая одежда</w:t>
      </w:r>
    </w:p>
    <w:p>
      <w:r>
        <w:rPr/>
        <w:t>Одежда всегда является визитной карточкой человека. Что бы мы ни думали, и как бы мы себе ни представляли этот вопрос, но первое впечатление о нас создаёт наш внешний вид и выражение наших лиц. Бывает, что по одежде можно определить род деятельности ближнего. Одежда любого человека молча говорит нам о многом.</w:t>
      </w:r>
    </w:p>
    <w:p>
      <w:r>
        <w:rPr/>
        <w:t>Среди Небесных товаров, которые нам предлагает Иисус, есть белая одежда, которая скрывает мою срамоту наготы. И я понимаю, что эта одежда не является буквальной, но символизирует что-то очень важное в духовном мире, то, что желает видеть на мне Небо. Всё другое просто неприемлемо. Я не могу себе представить, как я предстану перед Святым Богом в раздетом виде. Как я смогу претендовать при этом на какие-то привилегии.</w:t>
      </w:r>
    </w:p>
    <w:p>
      <w:r>
        <w:rPr/>
        <w:t>На многих торжественных мероприятиях существует протокол одежды, которому должны соответствовать все присутствующие. И любое уклонение от этого протокола является грубым нарушением правил этикета и выражением неуважения к организаторам встречи. Вас могут просто не пустить или попросить покинуть собрание. Но если в мире бывают и исключения, или влияние моды может менять стиль одежды, то на Небе существует определённый стандарт для всех.</w:t>
      </w:r>
    </w:p>
    <w:p>
      <w:r>
        <w:rPr/>
        <w:t>Библия описывает нам Бога, одетого в белое одеяние (Дан.7:9). Далее можно прочитать о преображении Иисуса на горе, где Он был облачен в белую, как свет, одежду (Мф.17:2), которая была бела, как снег (Мар.9:3). Ангелы, которые присутствовали при воскрешении Христа и при Его вознесении, также были одеты в белые одеяния (Ин.20:12, Деян.1:10).</w:t>
      </w:r>
    </w:p>
    <w:p>
      <w:r>
        <w:rPr/>
        <w:t>В послании к Сардису Господь говорит (Откр 3:4), что там есть несколько человек, которые не осквернили одежд своих, и будут ходить с Ним в белых одеждах, ибо они достойны. И далее Он даёт заверение в том, что побеждающий будет облечён в белые одежды (стих 5).</w:t>
      </w:r>
    </w:p>
    <w:p>
      <w:r>
        <w:rPr/>
        <w:t>После сего мы читаем в послании к Лаодикии, что Иисус нам советует купить эту белую одежду. А затем Иоанн описывает великое множество людей в белых одеждах, стоящих пред престолом (Откр 7:9). И один из старцев даёт пояснение о том, кто эти люди и почему они в белых одеждах (Откр.7:14): «... это те, которые пришли от великой скорби; они омыли одежды свои и убелили одежды свои Кровию Агнца.»</w:t>
      </w:r>
    </w:p>
    <w:p>
      <w:r>
        <w:rPr/>
        <w:t>Что означает символ «белая одежда» в обращении к Лаодикии? Это нечто, что не имеет никакого отношения к буквальным вещам, но представляет из себя особое Божье одеяние характера человека. Читаем объяснение в Откр 19:7-8: «... ибо наступил брак Агнца, и жена Его приготовила себя. И дано было ей облечься в виссон чистый и светлый; виссон же есть праведность святых».</w:t>
      </w:r>
    </w:p>
    <w:p>
      <w:r>
        <w:rPr/>
        <w:t>Впервые мы встречаем выражение о праведности в книге Быт.15:6: «Аврам поверил Господу, и Он вменил ему это в праведность.»</w:t>
      </w:r>
    </w:p>
    <w:p>
      <w:r>
        <w:rPr/>
        <w:t>И в законе Моисеевом мы встречаем такое определение, во Втор.6:25: «И в сем будет наша праведность, если мы будем стараться исполнять все сии заповеди пред лицем Господа, Бога нашего, как Он заповедал нам».</w:t>
      </w:r>
    </w:p>
    <w:p>
      <w:r>
        <w:rPr/>
        <w:t>Но пророк Исайя заявляет о том, что в результате вся наша праведность — как запачканная одежда (Ис.64:6).</w:t>
      </w:r>
    </w:p>
    <w:p>
      <w:r>
        <w:rPr/>
        <w:t>После смерти и воскресения Христа всё прояснилось, и апостол Павел даёт объяснение одеждам праведности в своих посланиях. Читаем 1Кор.1:30: «От Него и вы во Христе Иисусе, Который сделался для нас премудростью от Бога, праведностью и освящением, и искуплением». И далее Флп.3:8-9: «Да и всё почитаю тщетою ради превосходства познания Христа Иисуса, Господа моего: для Него я от всего отказался, и всё почитаю за сор, чтобы приобресть Христа и найтись в Нем не со своею праведностью, которая от закона, но с тою, которая чрез веру во Христа, с праведностью от Бога по вере».</w:t>
      </w:r>
    </w:p>
    <w:p>
      <w:r>
        <w:rPr/>
        <w:t>И вот эту самую «праведность по вере», которая есть «Праведность Христа» и которую Сам Иисус называет белой одеждой, Он и предлагает купить в обмен на мою праведность, которая в Его глазах представляет меня голым, а в глазах пророка Исайи – запачканным.</w:t>
      </w:r>
    </w:p>
    <w:p>
      <w:r>
        <w:rPr/>
        <w:t>Какое значение для меня имеет эта сделка? Она подразумевает, что в глазах Неба я становлюсь праведным благодаря заслугам Христа, по вере в Него, и мне вменяется Его праведность, которая к тому же становится частью моего характера и представляет из себя новый образ мысли праведника и новое сердце, изменённое Самим Богом по моему желанию и по вере в Иисуса.</w:t>
      </w:r>
    </w:p>
    <w:p>
      <w:r>
        <w:rPr/>
        <w:t>Праведность всегда вменялась по вере, но в последнее время Господь совместил её со Своей любовью Агапэ посредством Святого Духа, чтобы в этих дарах уже во всей полноте действовать в моём сердце и разуме и совершать через меня Свои планы для этого гибнущего мира.</w:t>
      </w:r>
    </w:p>
    <w:p>
      <w:r>
        <w:rPr/>
        <w:t>По причине беззакония я утратил понимание праведности по вере и решил искать её в законе и в своих добрых делах, но Бог не может принять такое послушание, ибо любой мой грех перечёркивает все мои хорошие дела и приговаривает меня к смерти. И только по вере в Иисуса, благодаря Его пролитой крови и принесённой за меня жертве, я могу иметь оправдание. И именно таким желает видеть меня Господь, предлагая Свои товары.</w:t>
      </w:r>
    </w:p>
    <w:p>
      <w:r>
        <w:rPr/>
        <w:t>Праведность по вере вменяется мне по факту моего обращения к Иисусу как к своему Спасителю, а далее я наделяюсь ею по факту моего духовного возрастания в вере и познании Единого Истинного Бога и посланного Им Иисуса Христа.</w:t>
      </w:r>
    </w:p>
    <w:p>
      <w:r>
        <w:rPr/>
        <w:t>Белая одежда – это не что-то новое, это необходимое качество души для народа последнего времени. Мне надо не только её иметь, но и понимать, что это такое, и какое преимущество она мне даёт. Если Сам Бог желает меня видеть в этой одежде, то не стоит Ему мешать.</w:t>
      </w:r>
    </w:p>
    <w:p>
      <w:r>
        <w:rPr/>
        <w:t>Такое одеяние не даётся мне поверх моей нечистой одежды, а даётся взамен моих неприлично грязных вещей. Это так больно. В это одеяние вложена вся моя душа, всё моё понимание святости, все мои амбиции и достижения. И я должен это снять и отдать Христу? Да, именно этого и желает от меня Господь. И ещё мне стоит омыться. А самое лучшее средство для очищения – это Кровь Христа.</w:t>
      </w:r>
    </w:p>
    <w:p>
      <w:r>
        <w:rPr/>
        <w:t>По-человечески мне не очень хочется это делать, но новое сердце именно этого и желает. Оно влечёт меня к Иисусу.</w:t>
      </w:r>
    </w:p>
    <w:p>
      <w:r>
        <w:rPr/>
        <w:t>Белая одежда в совокупности с золотом делает меня своим в глазах Неба. И мне остаётся только помазать свои глаза, чтобы это понимать и видеть.</w:t>
      </w:r>
    </w:p>
    <w:p>
      <w:r>
        <w:rPr/>
        <w:t>Я запасаюсь всем этим Небесным благословением для будущей битвы и для нынешних сражений, и уже смело смотрю вперёд, зная, кто я такой, веря в то, что я особенный в Божьих глазах, потому что я в Нём, а Он во мне. И Сам Христос приходит каждый день в дом моего сердца, чтобы учить меня тому, как правильно представлять Его власть в этом мире, как сохранить всё то, что я приобрёл по вере в Него, и как умножать Божьи благословения и таланты для Его славы.</w:t>
      </w:r>
    </w:p>
    <w:p>
      <w:r>
        <w:rPr/>
        <w:t>И я учусь. Одеваюсь во Христа, облекаюсь в Его любовь и иду в мир, в котором ещё живу, чтобы быть испытанным и утвердиться в любви.</w:t>
      </w:r>
    </w:p>
    <w:p>
      <w:pPr>
        <w:pStyle w:val="Heading2"/>
      </w:pPr>
      <w:r>
        <w:t>Вопросы к размышлению над этой главой</w:t>
      </w:r>
    </w:p>
    <w:p>
      <w:r>
        <w:rPr/>
        <w:t xml:space="preserve">1. </w:t>
      </w:r>
      <w:r>
        <w:rPr/>
        <w:t>Что вам открылось в этой главе</w:t>
      </w:r>
      <w:r>
        <w:rPr/>
        <w:t>?</w:t>
      </w:r>
    </w:p>
    <w:p>
      <w:r>
        <w:rPr/>
        <w:t>2. Что такое праведность Христа, и как вы её представляете в своей жизни?</w:t>
      </w:r>
    </w:p>
    <w:p>
      <w:r>
        <w:rPr/>
        <w:t>3. Почему Иисус советует именно Лаодикии купить белую одежду?</w:t>
      </w:r>
    </w:p>
    <w:p>
      <w:r>
        <w:rPr/>
        <w:t>4. Какое отношение имеет белая одежда к любви агапэ? Почему это идёт в одном комплекте?</w:t>
      </w:r>
    </w:p>
    <w:p>
      <w:r>
        <w:rPr/>
        <w:t>5. Что такое «срамота наготы твоей»? Как понять, имею ли я её?</w:t>
      </w:r>
    </w:p>
    <w:p>
      <w:r>
        <w:rPr/>
        <w:t>6. Как определить, имею ли я белую одежду?</w:t>
      </w:r>
    </w:p>
    <w:p>
      <w:r>
        <w:rPr/>
        <w:t xml:space="preserve">7. Прочитайте, пожалуйста, Быт.3:10; Мф.22:10-14; Зах.3:1-5; Иер.17:9; Мф.5:8 </w:t>
      </w:r>
      <w:r>
        <w:rPr/>
        <w:t>в свете этой главы</w:t>
      </w:r>
      <w:r>
        <w:rPr/>
        <w:t>.</w:t>
      </w:r>
    </w:p>
    <w:p>
      <w:pPr>
        <w:pStyle w:val="Heading2"/>
        <w:pageBreakBefore/>
      </w:pPr>
      <w:r>
        <w:t>Глава 14</w:t>
      </w:r>
    </w:p>
    <w:p>
      <w:pPr>
        <w:pStyle w:val="Heading1"/>
      </w:pPr>
      <w:r>
        <w:t>Глазная мазь</w:t>
      </w:r>
    </w:p>
    <w:p>
      <w:r>
        <w:rPr/>
        <w:t>Что я представляю себе, когда слышу выражение «глазная мазь»? Оно, скорее всего, напоминает какое-то медицинское средство в тюбике или в бутылочке, или в баночке, которым можно помазать кожу вокруг глаз или сами глазные яблоки.</w:t>
      </w:r>
    </w:p>
    <w:p>
      <w:r>
        <w:rPr/>
        <w:t>А что символизирует собою глазная мазь из книги Откровение, которую советует купить Христос, чтобы я помазал ею глаза свои?</w:t>
      </w:r>
    </w:p>
    <w:p>
      <w:r>
        <w:rPr/>
        <w:t>Читаем Откр 3:18: "... и глазною мазью помажь глаза твои, чтобы видеть». Иисус предлагает мне нечто из Небесной сокровищницы, чтобы я этим помазал свои глаза, после чего я начну видеть то, чего прежде не видел. Перед этим Господь заявляет, что я слеп. И Он подразумевает не физическую, а духовную слепоту. Спаситель уверяет меня, что Его мазь исцелит от этого недуга. Однажды Иисус излечил слепого человека, сделав мазь из смеси слюны и земли. И, помазав глаза слепца, Христос повелел ему умыться. После этого человек пришёл зрячим.</w:t>
      </w:r>
    </w:p>
    <w:p>
      <w:r>
        <w:rPr/>
        <w:t>Что ослепляет человека? Читаем Еккл. 2:13-14: "И увидел я, что преимущество мудрости перед глупостью такое же, как преимущество света перед тьмою: у мудрого глаза его — в голове его, а глупый ходит во тьме ...»</w:t>
      </w:r>
    </w:p>
    <w:p>
      <w:r>
        <w:rPr/>
        <w:t>Духовная слепота означает грех, ослепляющий и делающий человека глупым. Когда змей искушал наших прародителей, тогда он заявил, что их глаза откроются, и они станут как боги. На самом же деле когда в результате грехопадения открылись глаза Адама и Евы, они увидели себя нагими.</w:t>
      </w:r>
    </w:p>
    <w:p>
      <w:r>
        <w:rPr/>
        <w:t>Проблема Лаодикийца заключается в том, что при всём изобилии света и знаний он выбирает тьму, которая делает его глупым и слепым. Как иначе можно меня охарактеризовать, когда я, имея полноту истины, изобилие откровений, чистоту учения, глубину познания Слова, оборачиваюсь на мир и, попадая под его влияние, пытаюсь смешать горячую истину с холодом духовного Вавилона?! Только глупый и слепой человек способен на подобное. А Иисус меня таким и называет, предлагая выход из сложившегося положения. Признание мною слепоты не сделает меня зрячим. Мне необходимо Божественное помазание тем брением, которое Он мне предлагает. И Господь советует мне обработать свои глаза. Мои глаза – это символ разума, который либо избирает мудрость и свет, либо глупость и тьму. Прит.17:24: «Мудрость — пред лицем у разумного, а глаза глупца — на конце земли».</w:t>
      </w:r>
    </w:p>
    <w:p>
      <w:r>
        <w:rPr/>
        <w:t>Глазная мазь – это Небесная мудрость, которая даётся мне для ясного понимания того, что со мной происходит, того, где я нахожусь, чей я, кто я, и каков выход из сложившейся ситуации.</w:t>
      </w:r>
    </w:p>
    <w:p>
      <w:r>
        <w:rPr/>
        <w:t xml:space="preserve">Господь советует не просто купить мазь, но ещё и обработать ею глаза. Само слово «помазание» имеет очень глубокое значение в духовном мире. Оно означает посвящение помазанного человека на определённое Богом служение, на особое видение и понимание того, что происходит. И мудрость заявляет о себе так в Прит 8:22-23: «Господь имел меня началом пути Своего, прежде созданий Своих, искони; От века я помазана, от начала, прежде бытия земли». Мудрость </w:t>
      </w:r>
      <w:r>
        <w:rPr/>
        <w:t>обладает особым Божьим помазанием, которым она делает мудрыми тех, кто её принимает.</w:t>
      </w:r>
    </w:p>
    <w:p>
      <w:r>
        <w:rPr/>
        <w:t>Я и раньше понимал символ глазной мази как излитие Святого Духа, но не мог решить, почему этот дар я получаю таким особым образом? Но ведь именно благодаря влиянию Святого Духа я увидел свои грехи, покаялся, научился исполнять требования закона, прилепился к Иисусу, осознав своё истинное положение. Именно Дух Святой руководит сейчас написанием этих слов, а потом Он же и открывает читающим их истинное значение. И без влияния и благословения Святого Духа всякая мудрость станет безумием, приведёт к гордости и тщеславию, ввергнет душу в погибель и тьму. Когда Иисус советует мне помазать свои глаза мазью, чтобы видеть, тогда Он ждёт, что именно Святой Дух произведёт преобразование моего разума. Это произойдёт, когда я даю своё согласие на это действие и начинаю что-то предпринимать в этом направлении. Божественная мудрость открывает мои духовные очи, чтобы я мог видеть и понимать то, чего раньше не знал.</w:t>
      </w:r>
    </w:p>
    <w:p>
      <w:r>
        <w:rPr/>
        <w:t>Я осознаю, что значит иметь золото, очищенное огнём, что значит иметь белую одежду. Мне понятно, какое преимущество дают мне эти дары. Мудрость же под влиянием Святого Духа учит меня любить, укрепляет мою веру, открывает мне глубину познания Бога и силу Его власти во мне и через меня.</w:t>
      </w:r>
    </w:p>
    <w:p>
      <w:r>
        <w:rPr/>
        <w:t>Небесное помазание облекает меня Небесной властью, которая является моим особым отличительным знаком для духовного мира. Враг души тоже видит это помазание и в ярости обрушивается на меня со всеми своими искушениями. Он желает ввергнуть меня в Лаодикийскую тьму, не мешая при этом мне изучать истину, но пытаясь держать мои глаза закрытыми, чтобы я оставался слепым. И если бы не защита Бога, то что было бы со всеми нами?</w:t>
      </w:r>
    </w:p>
    <w:p>
      <w:r>
        <w:rPr/>
        <w:t>Глазная мазь обладает целительными свойствами для разума человека. Он был повреждён, находясь под влиянием мира и плотской природы, но Божий Дух делает верующего проницательным и помогает ему заметить все ранее сокрытые маленькие детали в плане своего спасения.</w:t>
      </w:r>
    </w:p>
    <w:p>
      <w:r>
        <w:rPr/>
        <w:t>Дух Божий использует человека, чтобы открыть через него другим людям красоту плана спасения, красоту Божьего характера, чистоту Божьей святости, силу Божьей любви и мудрости. Господь заинтересован в том, чтобы иметь Своих верных детей зрячими. Благодаря таким верующим Он может изливать Свой свет в жизнь других людей, сидящих во тьме.</w:t>
      </w:r>
    </w:p>
    <w:p>
      <w:r>
        <w:rPr/>
        <w:t>Куда может привести слепой человек других слепцов? В яму греха и заблуждений. Лаодикия — это город слепых, голых, бедных, несчастных и жалких Божьих детей, которые, имея так много духовных преимуществ по сравнению со своими предшественниками, предпочитают оставаться во тьме, из которой они наблюдают за теми, кто пытается выбраться на свет. Самое же великое достижение лаодикийца состоит в том, что он соглашается с характеристикой, которую ему даёт Свидетель Верный и Истинный. Он не спорит, что он наг, он не против того, чтобы называться слепым и бедным. А что может сделать для себя спящий человек?</w:t>
      </w:r>
    </w:p>
    <w:p>
      <w:r>
        <w:rPr/>
        <w:t xml:space="preserve">Однако Иисус не оставляет Свой народ в таком состоянии. Он посылает весть к Лаодикии. Господь приходит к каждому сыну и дочери Божьей и стучит. Он </w:t>
      </w:r>
      <w:r>
        <w:rPr/>
        <w:t>предлагает Свои товары и посылает Своих вестников к тем, кто слеп, чтобы они могли обратить на Него свой взор.</w:t>
      </w:r>
    </w:p>
    <w:p>
      <w:r>
        <w:rPr/>
        <w:t>Господь знает, какая буря испытаний приближается, и какая скорбь постигнет вскоре весь мир. И кто сможет устоять? На этот вопрос нужно иметь правильный ответ, чтобы оказаться в числе тех, кто выдержит испытания. Однажды наша планета была приговорена к уничтожению водами потопа. Все люди были предупреждены, но спаслись лишь те немногие, которые вняли совету Бога и вошли в ковчег. Двери благодати были открыты для всех, все слышали призыв ко спасению, но получили избавление те, у кого глаза были помазаны глазной мазью. Эти люди имели веру в исполнение Божьих пророчеств о потопе, и их мудрость помогла им в нужное время принять верные решения. Она спасла их от смерти.</w:t>
      </w:r>
    </w:p>
    <w:p>
      <w:r>
        <w:rPr/>
        <w:t>Но как было во дни Ноя, так будет и в Пришествие Сына Человеческого. Ели, пили, женились, выходили замуж, и не думали ...</w:t>
      </w:r>
    </w:p>
    <w:p>
      <w:r>
        <w:rPr/>
        <w:t>Не думали!!! О чём сейчас думают лаодикийцы? Как стать богаче и выжить в этом мире греха. Но мудрые из них взяли масла в сосуды свои.</w:t>
      </w:r>
    </w:p>
    <w:p>
      <w:r>
        <w:rPr/>
        <w:t>Всё Небо сейчас следит за спящим во грехе миром. Суета сует поглотила всех. Грех стоит на пьедестале, и цари земли заставляют ему поклоняться и служить. А Господь предлагает средство, чтобы жить. И кто услышит голос сей?</w:t>
      </w:r>
    </w:p>
    <w:p>
      <w:pPr>
        <w:pStyle w:val="Heading2"/>
      </w:pPr>
      <w:r>
        <w:t>Вопросы к размышлению над этой главой</w:t>
      </w:r>
    </w:p>
    <w:p>
      <w:r>
        <w:rPr/>
        <w:t xml:space="preserve">1. Что нового вы узнали </w:t>
      </w:r>
      <w:r>
        <w:rPr/>
        <w:t>из этой главы</w:t>
      </w:r>
      <w:r>
        <w:rPr/>
        <w:t>?</w:t>
      </w:r>
    </w:p>
    <w:p>
      <w:r>
        <w:rPr/>
        <w:t>2. Как вы понимаете выражение «глазная мазь»?</w:t>
      </w:r>
    </w:p>
    <w:p>
      <w:r>
        <w:rPr/>
        <w:t>3. Почему так важно иметь эту мазь в последнее время?</w:t>
      </w:r>
    </w:p>
    <w:p>
      <w:r>
        <w:rPr/>
        <w:t>4. Почему Иисус назвал спящих дев мудрыми и неразумными?</w:t>
      </w:r>
    </w:p>
    <w:p>
      <w:r>
        <w:rPr/>
        <w:t>5. Что означает для меня: «помажь глаза твои»?</w:t>
      </w:r>
    </w:p>
    <w:p>
      <w:r>
        <w:rPr/>
        <w:t xml:space="preserve">6. Прочитайте, пожалуйста, Ис 61:1; Иез.16:8-9; Ин 9:5-7; 2Кор.1:21-22; 1Ин.2:20; Прит.8:1-21 </w:t>
      </w:r>
      <w:r>
        <w:rPr/>
        <w:t>в свете этой главы</w:t>
      </w:r>
      <w:r>
        <w:rPr/>
        <w:t>.</w:t>
      </w:r>
    </w:p>
    <w:p>
      <w:pPr>
        <w:pStyle w:val="Heading2"/>
        <w:pageBreakBefore/>
      </w:pPr>
      <w:r>
        <w:t>Глава 15</w:t>
      </w:r>
    </w:p>
    <w:p>
      <w:pPr>
        <w:pStyle w:val="Heading1"/>
      </w:pPr>
      <w:r>
        <w:t>Заходи, Иисус!</w:t>
      </w:r>
    </w:p>
    <w:p>
      <w:r>
        <w:rPr/>
        <w:t>Представьте себе такую картину. Президент вашей страны пообещал вам, что он лично посетит вас, чтобы с вами познакомиться, пообщаться с вами, узнать о ваших проблемах и нуждах, поесть вместе с вами и остаться у вас на ночлег, чтобы на следующий день продолжить общение. И это должно произойти в ближайшее время. Сначала такое обещание приведёт вас в восторг. Что вы начнёте делать? Думаю, что любая хозяйка станет заботиться о большом угощении и поддерживать свой дом в чистоте и порядке. Я бы тоже так поступил. А ещё я составил бы список вопросов и нужд, которые мог бы решить и восполнить благодаря президенту. Время идёт, а его всё нет. Я занимаюсь своими делами и жду визита. И вдруг я слышу стук в дверь и голос, называющий меня по имени. Странно. Президенты не так приходят. Да и кто я такой, чтобы он стал моим гостем? Да и как-то скромно он стучит, президенты так не стучат. А если это и он, то что он у меня забыл? А может, открыть? И что я покажу? Я просто не готов к этой встрече. Гора немытой посуды, грязные полы, еды нет, я небритый. И что я расскажу президенту? Возможно, это и не он. Из стольких миллионов граждан президент выбрал для посещения именно меня? Такого просто не может быть. Точно. Не может быть. Просто не верю, что это он. Мало ли кто там ходит! Уж президента я бы сразу узнал. Что делать? Во всяком случае, моя квартира – это та территория страны, куда не может без моего разрешения войти даже сам президент. А если это и он, и я его впущу, то мне никто не поверит, что такое возможно. Где это слыхано, чтобы президент ходил в гости к своим гражданам. Я лучше о нём почитаю в Интернете. Это точно не он. Но даже если и он, то что ему надо? Да и какой-то очень тихий стук. Но голос знакомый. Ну, к примеру, это президент. Хорошо, я открою ему, впущу, и что изменится? Да нет у меня желания с кем-либо общаться. Как мне всё надоело!</w:t>
      </w:r>
    </w:p>
    <w:p>
      <w:r>
        <w:rPr/>
        <w:t>Стук умолк. Голоса не слышно. Наконец, ушёл. А может, мне всё показалось? И что изменилось в моей жизни? Ничего. Я всё такой же, все вещи на своих местах, жизнь идёт своим чередом. Никаких проблем. Быт налажен, и все вопросы можно решить и без президента. У него есть дела поважнее. Хорошо, что я не открыл. Я знаю, что мне делать дальше и как жить. Денег на всё хватает, одежды достаточно, еды полно, и я счастлив. Да и нет нужды ни в чём. Спасибо руководству страны, что они так всё устроили. Главное, что нет войны, а остальное переживём. От соседа слышал, что к нему тоже приходил президент, и они общались. Правда, сосед стал каким-то странным, как не от мира сего. Наверное, возгордился.</w:t>
      </w:r>
    </w:p>
    <w:p>
      <w:r>
        <w:rPr/>
        <w:t>Самое печальное во всей этой истории – это то, что такова реальность нашего времени. Примерно подобным образом эта ситуация и выглядит в глазах Неба. Я представляю удивление небожителей, когда они радуются перспективам многих перемен в жизни Божьих детей, но в реальности ничего особенного не происходит.</w:t>
      </w:r>
    </w:p>
    <w:p>
      <w:r>
        <w:rPr/>
        <w:t>Иногда я задумываюсь о том, что изменится в жизни церкви, если Дух Божий будет взят от нас? Заметим ли мы это? Станем ли мы в панике бегать и искать потерянное? Будет ли эта утрата для нас шоком? А Кто такой Божий Дух? И что Он делает в нашей среде? Как понять, Он это или не Он? Вроде, те же молитвы, те же дела, работа, магазины, встречи с друзьями, богослужения. Что изменилось? Ещё столько добрых дел накопилось. И катастрофически не хватает времени на всё это, включая даже сон. А мой бизнес и моя работа, похоже, никак от Бога не зависят. А что изменится в жизни моих ближних и дальних? Они как не желали ничего слушать о Боге, так и не слушают. Только все они стали какие-то чересчур раздражительные, агрессивные.</w:t>
      </w:r>
    </w:p>
    <w:p>
      <w:r>
        <w:rPr/>
        <w:t>А что изменится на самом деле в твоей жизни, друг? Ответь, пожалуйста, на этот вопрос честно.</w:t>
      </w:r>
    </w:p>
    <w:p>
      <w:r>
        <w:rPr/>
        <w:t>К сожалению, наш мир настолько комфортно устроен во всех сферах жизнедеятельности, что всё может работать самостоятельно без особого вмешательства извне. И самое страшное, что создаётся впечатление, будто Бога не существует. А если люди и говорят, что Бог есть, то в виде шутки, злорадствуя чьей-то неудаче или аварии, считая это справедливой кармой. Как помочь этим людям понять, что так жить нельзя? Имя Бога стало таким незначительным, что его теперь пишут с маленькой буквы и вставляют в разговор для связки слов или для усиления ругательств. Медицина, наука, техника, открытия, изобретения — всё это ушло вперёд в своём развитии. А Библия ничуть не изменилась, и Бог всё Тот же. Он даже одежду не сменил за все эти тысячи лет. И стало нормой полагать, что вера в Бога – это что-то для бабушек, которым больше нечем заняться.</w:t>
      </w:r>
    </w:p>
    <w:p>
      <w:r>
        <w:rPr/>
        <w:t>А Господь верен Своему слову. Он совершает то, что задумал, управляя судьбами отдельных людей и целых народов. Его планы исполнятся независимо от того, верю я в это или нет.</w:t>
      </w:r>
    </w:p>
    <w:p>
      <w:r>
        <w:rPr/>
        <w:t>Интересно то, что во всей этой суете Иисус приходит лично ко мне и к каждому из вас. Он стоит у двери моего сердца и стучит. Он желает дать мне что-то такое, чего у меня нет. И что мне ответить? Я решил сказать: «Заходи, Господи!» Мне сложно разобраться в том, что должно произойти, но я вижу, что между нами появились очень близкие доверительные отношения. Я в любое время имею доступ к Иисусу и могу с Ним советоваться. Когда приходят испытания, я не теряюсь в догадках и не впадаю в панику, а обращаюсь к Нему за советом и помощью. И она приходит. Не всегда в виде избавления, но в силе, чтобы правильно решить и перенести любую трудность. Мир Божий стал для меня барометром моего самочувствия. Если я его теряю, то начинаю искать причину, и нахожу. Божий Дух настолько стал моим, что я не представляю себе жизни без Него. Он не творит удивительные вещи для восхищения окружающих, но Он восхищает меня Своими чудесами в моей жизни и в моём характере. Если я скажу, что все преобразования произошли по моей воле и силе, то, уверен, оскорблю этим Бога, Который так чудесно трудится во мне. Не я, а Христос во мне производит желания и действия по Своему благоволению. Мне страшно представить, что Он меня оставит. Я это сразу пойму. И что тогда? Всё рухнет в одну секунду. Зачем жить? Для чего? Куда идти? Но Иисус обещал, что не покинет меня, и никто не похитит меня из Его руки.</w:t>
      </w:r>
    </w:p>
    <w:p>
      <w:r>
        <w:rPr/>
        <w:t>А без любви я ничто. И я это ясно понимаю. Если у меня отнять всё, кроме любви, то я буду самым богатым человеком на земле. Я знаю, как любовь прекрасна, и какая сила в ней пребывает. Эта сила преобразовала мою жизнь, и сейчас она меняет жизни тех, кто в неё верит и её принимает. Посредством любви Иисус лучше всего может донести до меня суть и смысл Своего учения и открыть красоту Своего характера. Иногда я думаю, что здорово, если Бог любит меня так, как я своих ближних. Однако я знаю, что Он любит меня ещё сильнее, чем я кого-либо. От этого так радостно становится на сердце.</w:t>
      </w:r>
    </w:p>
    <w:p>
      <w:r>
        <w:rPr/>
        <w:t>Слава Богу!!!</w:t>
      </w:r>
    </w:p>
    <w:p>
      <w:r>
        <w:rPr/>
        <w:t>Я лучше лишний раз попрошу Иисуса войти в мой дом, даже если Он уже там живёт. Я сделаю это ради себя, чтобы уже точно знать, что Христос внутри. Я верю, что Иисус услышал и ответил, и действует. Он интересный Друг. И чем ближе я Его узнаю, тем больше в Него влюбляюсь. Если в этом мире что-то и необходимо человеку, то личное познание Иисуса является самым важным и интересным занятием в мире. «Заходи, Иисус!»</w:t>
      </w:r>
    </w:p>
    <w:p>
      <w:pPr>
        <w:pStyle w:val="Heading2"/>
      </w:pPr>
      <w:r>
        <w:t>Вопросы к размышлению над этой главой</w:t>
      </w:r>
    </w:p>
    <w:p>
      <w:r>
        <w:rPr/>
        <w:t xml:space="preserve">1. </w:t>
      </w:r>
      <w:r>
        <w:rPr/>
        <w:t>Что вы поняли из этой главы</w:t>
      </w:r>
      <w:r>
        <w:rPr/>
        <w:t>?</w:t>
      </w:r>
    </w:p>
    <w:p>
      <w:r>
        <w:rPr/>
        <w:t>2. Видите ли вы работу Святого Духа в своей жизни?</w:t>
      </w:r>
    </w:p>
    <w:p>
      <w:r>
        <w:rPr/>
        <w:t>3. Как вы понимаете выражение: «Впустить Иисуса в моё сердце»? Как это происходит в жизни?</w:t>
      </w:r>
    </w:p>
    <w:p>
      <w:r>
        <w:rPr/>
        <w:t>4. К кому обращается Иисус, стоя у двери и стуча, в Откр.3:20?</w:t>
      </w:r>
    </w:p>
    <w:p>
      <w:r>
        <w:rPr/>
        <w:t>5. Имею ли я в себе Святого Духа? Как это проявляется?</w:t>
      </w:r>
    </w:p>
    <w:p>
      <w:r>
        <w:rPr/>
        <w:t>6. Что делать, чтобы Божья сила действовала во мне любовью?</w:t>
      </w:r>
    </w:p>
    <w:p>
      <w:r>
        <w:rPr/>
        <w:t xml:space="preserve">7. Прочитайте, пожалуйста, Ин.10:27-29; Откр.22:17; Ис.26:20; Деян.16:14-15; Втор.31:8; 1Пар.28:9 </w:t>
      </w:r>
      <w:r>
        <w:rPr/>
        <w:t>в свете этой главы</w:t>
      </w:r>
      <w:r>
        <w:rPr/>
        <w:t>.</w:t>
      </w:r>
    </w:p>
    <w:p>
      <w:pPr>
        <w:pStyle w:val="Heading2"/>
        <w:pageBreakBefore/>
      </w:pPr>
      <w:r>
        <w:t>Глава 16</w:t>
      </w:r>
    </w:p>
    <w:p>
      <w:pPr>
        <w:pStyle w:val="Heading1"/>
      </w:pPr>
      <w:r>
        <w:t>Могу Я войти в эту комнату?</w:t>
      </w:r>
    </w:p>
    <w:p>
      <w:r>
        <w:rPr/>
        <w:t>Изучая третью главу книги Откровение, я прихожу к пониманию, что Иисус стоит у двери моего сердца и стучит, желая, чтобы я отворил Ему. Читая эти строки Писания, я осознаю, что мне необходимо открыть Спасителю. Я приглашаю Иисуса в своё сердце. Я прошу Его войти в мою жизнь. Я молюсь о том, чтобы Он вошёл в эту дверь, и верю, что это произошло. И это становится реальностью в моей жизни, потому что Господь желает отвечать на подобные молитвы. Он ждёт их. Я радуюсь. Господь у меня дома, мы вместе ужинаем, мы общаемся, мы смотрим друг другу в глаза.</w:t>
      </w:r>
    </w:p>
    <w:p>
      <w:r>
        <w:rPr/>
        <w:t>И я решаю, что достиг чего-то особенного, и иду спокойно спать в свою кроватку, а мой дорогой Гость остаётся в одиночестве за обеденным столом. Главное, что Он уже в моем доме, что я Ему открыл.</w:t>
      </w:r>
    </w:p>
    <w:p>
      <w:r>
        <w:rPr/>
        <w:t>Я радуюсь этому событию. Я делюсь произошедшим со всеми своими друзьями, но меня мало кто понимает. А я каждое утро вновь приглашаю Иисуса на завтрак, потом в течение дня мы совершаем с Ним разные дела, а вечером вновь садимся за ужин, обсуждая все пережитые мною события. Я в восторге от такой новой жизни!</w:t>
      </w:r>
    </w:p>
    <w:p>
      <w:r>
        <w:rPr/>
        <w:t xml:space="preserve">Но тут начинают происходить странные вещи. По прошествии нескольких дней Иисус подходит к закрытой двери в тайную комнату, куда я никого не могу пустить. Это помещение называется «мой телефон». Христос встаёт около неё и начинает стучать со словами: «Могу ли Я войти в эту комнату?» Я съёживаюсь. Мне становится очень страшно. Я понимаю, что сейчас откроются все мои тайные дела, все мои переписки, и все истории просмотров будут вскрыты. Я пытаюсь отвлечь внимание Христа от этой затеи и говорю в ответ: «Давай, пойдём в комнату молитвы, там всегда открыта для Тебя дверь», на что Он отвечает: «Мне надо войти в закрытую комнату и посмотреть, что там происходит». Меня бросает в холодный пот. Я вдруг осознаю, что многие мои гаджеты не понравятся моему Другу. А Он стучит и зовёт. Что делать? Но я научен смекалке и решаюсь открыть. Я впускаю Христа и начинаю Ему показывать разные версии Библий, программу Духа Пророчества, уроки субботней школы. Я предлагаю Ему спеть вместе Гимны надежды. Но создаётся впечатление, что Ему это всё не очень интересно. Он даже не обращает внимания на эти приложения. Иисус встаёт около двери моей социальной странички и начинает в неё стучать со словами: «Могу ли Я войти в эту комнату?» Я теряю дар речи. «Господи, посмотри мой молитвенный дневник. Какие там чудесные опыты и ответы». А Он просит меня показать мои фотоальбомы и переписку в соцсетях. Почему именно сюда? Это моё личное пространство, это мой духовный мир! А Он стоит и стучит. Но я вновь проявляю смекалку, и, открыв, даю Ему посмотреть то, как я отвечаю на задания в Школе Любви Агапэ. А Он стремится туда, где ещё не был никто из моих друзей. Мне так стыдно. Присутствие Иисуса наполняет эту комнату светом, я вижу, насколько она грязная, опускаю глаза и сгораю от стыда. А Он, улыбаясь, </w:t>
      </w:r>
      <w:r>
        <w:rPr/>
        <w:t>спрашивает: «Можно, Я наведу здесь порядок?» Я даю согласие, и Он быстро всё пылесосит и идёт дальше прямо к фотоальбому. Это уже слишком! Моя душа уходит в пятки, я понимаю, что сейчас будет. Он встаёт у двери и стучит со словами: «Могу ли Я и сюда войти?» Я открываю и эту дверь и начинаю Ему показывать фотографии природы, цветочков, неба, а Он вновь заглядывает туда, где всё закрыто от чужих глаз. Мне кажется, что земля провалилась подо мной, а Иисус, улыбаясь, просит у меня разрешения навести там порядок. Я опускаю глаза и даю согласие, но уже сам начинаю эту уборку. Потом происходит прозрение, и я сам бегу впереди Христа со шваброй, пытаясь вымести все грязные углы, которые открываются в свете присутствия Спасителя. А Он с пылесосом чистит их после меня и делает абсолютно красивыми. Я уже ничего не боюсь. Иисус не ругает меня за мои ошибки и прошлые грехи, а нежно предлагает помочь мне от них избавиться. Я даю согласие.</w:t>
      </w:r>
    </w:p>
    <w:p>
      <w:r>
        <w:rPr/>
        <w:t>Христос спрашивает меня, не хотел бы я навсегда удалить мои любимые гаджеты. Мне очень больно это слышать, но я решаюсь дать согласие.</w:t>
      </w:r>
    </w:p>
    <w:p>
      <w:r>
        <w:rPr/>
        <w:t>А Иисус идёт дальше к самой тайной части моего дома. Он подходит к двери канала YouTube, встаёт перед ней и начинает в неё стучать. Я теряю дар речи. Только не это! И вновь слышу знакомый вопрос. Даю согласие. Я успел удалить историю просмотров и даже кликнул по нескольким роликам полезного содержания. Но вдруг я вижу, что вся моя история сохранена и в Его свете она предстаёт огненными буквами, свидетельствующими против меня. Он внимательно изучает, что я смотрю, что мне нравится, сколько времени я провожу за этим занятием, какое влияние это оказывает на меня. Я падаю на колени и прошу меня простить. Мне так стыдно, что я предал Его святое доверие, питая свой разум в столовой нашего врага. А Иисус с грустью говорит, что эти вещи мы сможем удалить из памяти телефона, но они навсегда останутся в моей памяти, и враг души будет постоянно их воскрешать в моём сознании, пытаясь исказить и повредить мой разум. Все эти фильмы и ролики произвели своё влияние и открыли разум для познания греха, они притупили моё восприятие, и теперь зло может с лёгкостью входить в меня без спроса, разрушая мою жизнь и моё счастье. Но Иисус заверяет меня в том, что Его благодати будет достаточно, чтобы бороться с этой грязью, если я буду с Ним в постоянной связи. Я умиляюсь сердцем и прошу очистить меня и наполнить моё сознание любовью. Он отвечает согласием. И я вижу, что в любви есть сила – думать о чистом и правильном. Любовь начинает творить в моей жизни что-то очень важное, новое, прекрасное и чудесное.</w:t>
      </w:r>
    </w:p>
    <w:p>
      <w:r>
        <w:rPr/>
        <w:t>Я погружаюсь в её чистые воды и забываю о всём своём греховном прошлом. Мой дорогой Друг погружается вместе со мной, и мы плывём. Он не вспоминает мне мои прошлые ошибки. И я вижу, как, достигнув самой глубокой точки бескрайнего моря, Он достаёт мои грехи и бросает их в воду, привязывая к ним камни Своей верности обещаниям. Мне стыдно и радостно. Я понимаю, что я чист.</w:t>
      </w:r>
    </w:p>
    <w:p>
      <w:r>
        <w:rPr/>
        <w:t xml:space="preserve">Возвращаюсь в свой дом. Как приятно жить в чистоте. Хожу по убранным комнатам и зову в них Иисуса, а Он радостно смеётся в ответ и просит меня не расслабляться. И вдруг я осознаю, что ещё не все комнаты в моём доме открыты </w:t>
      </w:r>
      <w:r>
        <w:rPr/>
        <w:t>для Господа. Мне становится очень плохо от этой мысли, я напрягаюсь, а Он нежно спрашивает: «Впустишь Меня и в эти обители?» Как стыдно. У меня на глаза наворачиваются слёзы. Почему я такой грязный? Но я уже не боюсь. Я знаю, как Христос меня любит, и это помогает мне дать согласие. Я киваю головой и теряю покой от предстоящего позора. Но понимаю, что надо пройти и через этот огонь. Смотрю на Иисуса и успокаиваюсь. Он не сделает мне зла. С Ним я всё могу.</w:t>
      </w:r>
    </w:p>
    <w:p>
      <w:pPr>
        <w:pStyle w:val="Heading2"/>
      </w:pPr>
      <w:r>
        <w:t>Вопросы к размышлению над этой главой</w:t>
      </w:r>
    </w:p>
    <w:p>
      <w:r>
        <w:rPr/>
        <w:t xml:space="preserve">1. </w:t>
      </w:r>
      <w:r>
        <w:rPr/>
        <w:t>Что вы поняли из этой главы</w:t>
      </w:r>
      <w:r>
        <w:rPr/>
        <w:t>?</w:t>
      </w:r>
    </w:p>
    <w:p>
      <w:r>
        <w:rPr/>
        <w:t>2. Достаточно ли впустить Христа только в свою жизнь и на этом успокоиться?</w:t>
      </w:r>
    </w:p>
    <w:p>
      <w:r>
        <w:rPr/>
        <w:t>3. Нужно ли мне ждать вопросы Иисуса или лучше самому сделать предложение о наведении порядка в моём сердце?</w:t>
      </w:r>
    </w:p>
    <w:p>
      <w:r>
        <w:rPr/>
        <w:t>4. Есть ли в вашей жизни те «закрытые комнаты», куда никого не хочется впускать, и даже Иисуса?</w:t>
      </w:r>
    </w:p>
    <w:p>
      <w:r>
        <w:rPr/>
        <w:t>5. Что делать, если Иисус стучит, а я не хочу открывать?</w:t>
      </w:r>
    </w:p>
    <w:p>
      <w:r>
        <w:rPr/>
        <w:t>6. Могу ли я стучаться в закрытые двери моих друзей?</w:t>
      </w:r>
    </w:p>
    <w:p>
      <w:r>
        <w:rPr/>
        <w:t xml:space="preserve">7. Прочитайте, пожалуйста, Евр 3:14-15; Мф.9:13; Рим.2:3-6; Мих.7:18-19; Ис.1:16-18 </w:t>
      </w:r>
      <w:r>
        <w:rPr/>
        <w:t>в свете этой главы</w:t>
      </w:r>
      <w:r>
        <w:rPr/>
        <w:t>.</w:t>
      </w:r>
    </w:p>
    <w:p>
      <w:pPr>
        <w:pStyle w:val="Heading2"/>
        <w:pageBreakBefore/>
      </w:pPr>
      <w:r>
        <w:t>Глава 17</w:t>
      </w:r>
    </w:p>
    <w:p>
      <w:pPr>
        <w:pStyle w:val="Heading1"/>
      </w:pPr>
      <w:r>
        <w:t>Что там, в твоей тарелке?</w:t>
      </w:r>
    </w:p>
    <w:p>
      <w:r>
        <w:rPr/>
        <w:t>Иисус у меня дома. Так радостно иметь такого Гостя. Благодаря Его присутствию во всех моих комнатах произошли изменения. Всё, что имело какое-то отношение ко злу, было удалено, и комнаты сияли чистотой. Я ходил и любовался новым порядком. И я попросил моего Друга входить туда, куда Он посчитает нужным, и делать то, что Он захочет, чтобы Он чувствовал Себя как дома.</w:t>
      </w:r>
    </w:p>
    <w:p>
      <w:r>
        <w:rPr/>
        <w:t>Приближалось время ужина, и я пришёл на кухню, чтобы сделать большое угощение. Моё сердце ликовало от осознания, что Сам Господь сейчас в моём доме сидит и ждёт, что я приготовлю. Как ловко работают мои руки, перебирая продукты и делая из них шедевры кулинарного творчества. Мне так хотелось не только накормить, но ещё и удивить своего дорогого Друга приготовленным угощением. Я весь погрузился в работу.</w:t>
      </w:r>
    </w:p>
    <w:p>
      <w:r>
        <w:rPr/>
        <w:t>В процессе работы я услышал знакомый стук в холодильник, и прозвучал вопрос: «Можно, Я туда загляну?» На этот раз у меня не было страха и стыда, однако возмущение наполнило моё сознание. Всё же из почтения к Гостю я дал согласие. Иисус открыл дверь и стал тихо изучать содержимое, внимательно читая состав полуфабрикатов и прочих продуктов. Краем глаза я наблюдал за Ним. В моих мыслях началась настоящая буря. Мне так хотелось сказать, что не стоит лезть туда, куда не приглашают, но, вспоминая мой стыд от прошлых проверок своих обителей, я решил промолчать. Когда же Господь взял и демонстративно выкинул в мусорное ведро пару красивых упаковок, я возмутился, но при этом попытался спокойно спросить: «Что Ты делаешь, Иисус?» Он улыбнулся и дал мне понять, что ответит позже. Закрыв холодильник, Он удалился в гостиную комнату.</w:t>
      </w:r>
    </w:p>
    <w:p>
      <w:r>
        <w:rPr/>
        <w:t xml:space="preserve">И вот ужин готов, стол накрыт, мы садимся друг напротив друга и приступаем к приёму пищи. Я решил удивить своего Гостя молитвой благодарения за еду, и торжественно попросил благословения на трапезу, которую мы собирались вкусить. Но меня удивило, что после молитвы Иисус не произнёс привычное «Аминь», однако Он сел есть вместе со мной. Началось дружеское общение. И когда я наложил себе то, что выбрали мои глаза, я услышал тихий стук по столу и вопрос: «Что там, в твоей тарелке?» Это уже слишком!!! Я просто взорвался от негодования. Всё моё возмущение выплеснулось наружу, и я высказал то, что меня переполняло. А Он молча слушал и скромно улыбался. Когда мой словарный запас истощился, я задумался, почему Иисус задал мне этот вопрос? Я решил ответить и стал перечислять наименования продуктов, которые находились в моей тарелке. Мне было непонятно, почему Его так интересует, что я ем. Неужели недостаточно того, что в моих комнатах царит чистота? Называя продукты, я наблюдал за Иисусом, пытаясь понять, что Он хочет до меня донести. Я задал волнующий меня вопрос: «Господи, а почему Ты не сказал: “Аминь“ в конце молитвы?», на что Он спокойно ответил, что не может благословить то, что не освящается Словом Божьим как пригодное в пищу. Мне стало не по себе. Я стал быстро вспоминать, что пишется в Библии о питании, а Господь подсказал, </w:t>
      </w:r>
      <w:r>
        <w:rPr/>
        <w:t>чтобы я обратил внимание на книгу Левит, главу 11. Тут я не сдержался и быстро открыл текст Деян 10:15: «Тогда в другой раз был глас к нему: что Бог очистил, того ты не почитай нечистым». Господь ждал этого ответа и ничуть не удивился, но сказал, что Пётр сам и объяснил значение этого видения, говоря после того в Деян 10:28: «И сказал им: вы знаете, что Иудею возбранено сообщаться или сближаться с иноплеменником; но мне Бог открыл, чтобы я не почитал ни одного человека скверным или нечистым». Этот стих по-новому предстал в моём сознании. Я смотрел в Библию, затем смотрел на стол, и вдруг меня осенило, что передо мной лежит то, что запрещено Богом принимать в пищу, а я этим желаю накормить Иисуса. Как стыдно. Я стал нервно убирать со стола всё, что Слово Божие называет нечистым. Я спросил Иисуса: «Но ведь Новый Завет всё очистил, и Царство Божие – это не пища и питие, а благость, мир и радость во Святом Духе!», на что Он спокойно ответил, что Бог не изменяется, и то, что Он однажды определил как нечистое и мерзость для приёма в пищу, таким и останется навсегда. Я стал что-то понимать и задумался.</w:t>
      </w:r>
    </w:p>
    <w:p>
      <w:r>
        <w:rPr/>
        <w:t>Но ужин продолжается. Я поел то, что осталось на столе, а потом мы перешли к чаепитию. Наша беседа шла так, как я считал нужным. У меня было много вопросов, на которые я получал ответы. И вот я отрезал себе большой кусок торта и только приготовился его съесть, как услышал тихий стук по столу и вопрос: «Что там в твоей тарелке?» На этот раз мне стало плохо от предчувствия, что что-то снова не так. Я не стал возмущаться, хотя мне было очень неприятно понимать, что мой Гость изучает содержимое моей тарелки. Пусть в Свою смотрит. Но я спросил: «Господи, а что в этот раз не так?» А Он спросил в ответ: «Хочешь ли быть здоров?» Какой знакомый вопрос, я его уже слышал. Что Он имеет в виду? Киваю головой.</w:t>
      </w:r>
    </w:p>
    <w:p>
      <w:r>
        <w:rPr/>
        <w:t>А Он показывает мне на книжку на моей полке об основах здорового питания и даёт понять, что там всё написано, и что если я буду соблюдать все эти правила, то меня ждёт успех.</w:t>
      </w:r>
    </w:p>
    <w:p>
      <w:r>
        <w:rPr/>
        <w:t>Я сразу вспомнил тех, кто пытался меня учить этим основам, их отношение ко мне, их исключительность и неприязнь к людям, живущим иначе. И меня передёрнуло от сознания того, что я должен стать таким же. Господь улыбнулся и сказал: «Моей благодати довольно для тебя. Когда ты будешь подходить к этим вопросам с любовью, тогда ты увидишь всю красоту Реформы питания. В награду ты обретёшь здоровье и ясный разум. Воздержание во всём станет твоим образом мысли, и ты будешь весело смотреть на жизнь. Болезнь будет удалена от тебя. Счастье наполнит твоё сердце, и ты сможешь дарить его другим».</w:t>
      </w:r>
    </w:p>
    <w:p>
      <w:r>
        <w:rPr/>
        <w:t>На моё возражение о том, что сейчас в интернете очень много подобной информации, и не знаешь, чему верить, Он сказал: «Изучи сначала эту весть в чистом виде, а потом ты сможешь отличать чистое от нечистого и в сетях интернета».</w:t>
      </w:r>
    </w:p>
    <w:p>
      <w:r>
        <w:rPr/>
        <w:t>Я задумался. Неужели это так важно и взаимосвязано? Я понял, что как рука связана с телом, так и Реформа питания очень важна для меня. Ибо если мой разум не перегружен изобилием и разнообразием пищи, получая всё необходимое, то он будет отлично справляться и с духовными задачами, оценивая всё в правильном свете.</w:t>
      </w:r>
    </w:p>
    <w:p>
      <w:r>
        <w:rPr/>
        <w:t>Смотрю на свою тарелку и думаю о том, какой я невежда в этом вопросе. Но решаюсь изучить то, что советует Господь.</w:t>
      </w:r>
    </w:p>
    <w:p>
      <w:r>
        <w:rPr/>
        <w:t>Прошу дать мне любви, чтобы она была тем движущим мотивом в изучении Божьей вести, и получаю заверение в том, что любовь теперь моя, и Господь научит в её свете всё воспринимать и отдавать. Как интересно и радостно!</w:t>
      </w:r>
    </w:p>
    <w:p>
      <w:r>
        <w:rPr/>
        <w:t>В духе любви я стал видеть гораздо больше, и понимание того, как важно правильно питаться, стало светом в моём доме. Я уверенно открыл свой холодильник и пришёл в ужас от того, чем он наполнен. Теперь я понял Иисуса, когда Он рассматривал его содержимое и изучал состав продуктов. Он желает подарить мне счастье здоровья, и это так приятно понимать. Как хорошо, что Иисус послал мне этот свет. Теперь я начал понимать, что многие болезни приходят как следствие моего невежества, и я решил изменить свои привычки.</w:t>
      </w:r>
    </w:p>
    <w:p>
      <w:pPr>
        <w:pStyle w:val="Heading2"/>
      </w:pPr>
      <w:r>
        <w:t>Вопросы к размышлению над этой главой</w:t>
      </w:r>
    </w:p>
    <w:p>
      <w:r>
        <w:rPr/>
        <w:t xml:space="preserve">1. </w:t>
      </w:r>
      <w:r>
        <w:rPr/>
        <w:t>Что вы поняли из этой главы</w:t>
      </w:r>
      <w:r>
        <w:rPr/>
        <w:t>?</w:t>
      </w:r>
    </w:p>
    <w:p>
      <w:r>
        <w:rPr/>
        <w:t>2. Что видит Иисус в моей тарелке?</w:t>
      </w:r>
    </w:p>
    <w:p>
      <w:r>
        <w:rPr/>
        <w:t>3. Почему Бог провёл разделение на чистое и нечистое?</w:t>
      </w:r>
    </w:p>
    <w:p>
      <w:r>
        <w:rPr/>
        <w:t>4. Нужна ли мне реформа питания? Если да, то для чего?</w:t>
      </w:r>
    </w:p>
    <w:p>
      <w:r>
        <w:rPr/>
        <w:t>5. Буду ли я спасён через ножи и вилки? Нужна ли мне праведность через питание?</w:t>
      </w:r>
    </w:p>
    <w:p>
      <w:r>
        <w:rPr/>
        <w:t>6. Прославляю ли я Бога тем, что я ем?</w:t>
      </w:r>
    </w:p>
    <w:p>
      <w:r>
        <w:rPr/>
        <w:t xml:space="preserve">7. Прочитайте, пожалуйста, Ис.66:15-17; 2Пар.20:20; 1Цар.15:22; Лк.21:34 </w:t>
      </w:r>
      <w:r>
        <w:rPr/>
        <w:t>в свете этой главы</w:t>
      </w:r>
      <w:r>
        <w:rPr/>
        <w:t>.</w:t>
      </w:r>
    </w:p>
    <w:p>
      <w:pPr>
        <w:pStyle w:val="Heading2"/>
        <w:pageBreakBefore/>
      </w:pPr>
      <w:r>
        <w:t>Глава 18</w:t>
      </w:r>
    </w:p>
    <w:p>
      <w:pPr>
        <w:pStyle w:val="Heading1"/>
      </w:pPr>
      <w:r>
        <w:t>Могу Я посмотреть твой гардероб?</w:t>
      </w:r>
    </w:p>
    <w:p>
      <w:r>
        <w:rPr/>
        <w:t>Иисус в моём доме!!! Он везде со мной. Я вручил Ему ключи от всех моих дверей и попросил следить за порядком в нашем доме счастья и любви. А Он вежливо вернул мне ключи обратно, давая понять, что закрытые двери моей души могу открывать только я сам. Он уважает мой выбор и даёт мне свободу в принятии самостоятельных решений.</w:t>
      </w:r>
    </w:p>
    <w:p>
      <w:r>
        <w:rPr/>
        <w:t>Я понял, что Господь прекрасно знает, в какую из моих комнат Ему нужно войти. И если я не желаю Его куда-то впустить, то Он с печалью отходит, оставаясь при этом всё таким же любящим Другом. Но я также заметил и то, что если я говорю Иисусу нет в ответ на Его стук в одну из моих закрытых дверей, то Он перестаёт стучать и в другие закрытые двери. Я знаю, как это можно исправить, но не всегда мне этого хочется. В моём доме есть подвал под названием «гордость житейская». В это место я люблю приводить людей с улицы, своих соседей, незнакомцев, иногда друзей, но если туда желает спуститься Иисус, то я нахожу тысячу оправданий, чтобы отвлечь Его внимание.</w:t>
      </w:r>
    </w:p>
    <w:p>
      <w:r>
        <w:rPr/>
        <w:t>Я заметил, что всякий раз, когда я куда-то собираюсь пойти и надеть подобающую одежду, тогда Господь стоит у двери моего шкафа и стучит, спрашивая: «Могу ли Я заглянуть в твой шкаф?»</w:t>
      </w:r>
    </w:p>
    <w:p>
      <w:r>
        <w:rPr/>
        <w:t>Мне так не нравится, когда мои друзья начинают рыться в моём белье, но отказать Иисусу я не могу. Он очень внимательно рассматривает мой гардероб и делит одежду на две категории, оставляя их в шкафу. Справа висят приличные вещи, а в другом месте все остальные.</w:t>
      </w:r>
    </w:p>
    <w:p>
      <w:r>
        <w:rPr/>
        <w:t>У меня есть вопрос: «Господи, а какая разница, что я ношу? Ведь главное, что я в Тебя верю и люблю?» Но при этом понимаю, что проявляю лицемерие. Жду ответа.</w:t>
      </w:r>
    </w:p>
    <w:p>
      <w:r>
        <w:rPr/>
        <w:t>Господь даёт мне понять, что одежда является для многих людей визитной карточкой, по которой они определяют мою принадлежность к миру или к другому обществу. А я являюсь священником Бога живого и должен всегда об этом и помнить, когда выхожу в люди. Это значит, что одежда должна быть чистой, не рваной, приличной, скромной, соответствовать моему полу и времени, в котором я живу. Она не должна делать рекламу этому миру.</w:t>
      </w:r>
    </w:p>
    <w:p>
      <w:r>
        <w:rPr/>
        <w:t>На некоторых вещах Иисус поставил клеймо «любовь к миру», но я не могу понять, почему Он это сделал, ведь я отдал за них сумасшедшие деньги, и они отвечают последнему «писку моды». Я просто не хочу принимать вкусы моего Друга, потому что буду тогда чувствовать себя «белой вороной».</w:t>
      </w:r>
    </w:p>
    <w:p>
      <w:r>
        <w:rPr/>
        <w:t xml:space="preserve">Но Иисус не изменяется в Своих предпочтениях, и Его ожидания соответствуют высоким стандартам. И когда я с Ним соглашаюсь и принимаю реформу одежды, тогда Он спрашивает меня о том, что я буду делать с вещами, которые Он забраковал? Конечно, оставлю, пусть лежат, вдруг когда пригодятся. А Иисус даёт понять, что они могут стать для меня сетью. Мне непонятен такой подход, и я желаю лучше разобраться в этом вопросе. Приглашаю Христа на беседу и выдвигаю свои контраргументы. Он спокойно меня слушает и объясняет, что в </w:t>
      </w:r>
      <w:r>
        <w:rPr/>
        <w:t>моей жизни питание и одежда являются тем простым испытанием верности, по которому невидимый мир сможет легко определить состояние моего сердца. Однако горе мне, если я сделаю это критерием своего спасения и мерою для оценки духовности моих ближних.</w:t>
      </w:r>
    </w:p>
    <w:p>
      <w:r>
        <w:rPr/>
        <w:t>Я осознаю, что не до конца понимаю сказанное, но Иисус убеждает меня в том, что сначала изменения происходят в сердце, а затем и во внешних проявлениях. Человек разумом должен понимать Божьи требования и ожидания и жить в послушании.</w:t>
      </w:r>
    </w:p>
    <w:p>
      <w:r>
        <w:rPr/>
        <w:t>Когда я иду в магазин, чтобы купить себе одежду, тогда Иисус очень хочет быть рядом, ожидая моего приглашения. Спаситель желает, чтобы я пустил Его во все сферы своей жизни, чтобы у Него была возможность помогать мне во всём.</w:t>
      </w:r>
    </w:p>
    <w:p>
      <w:r>
        <w:rPr/>
        <w:t>Когда я выбираю себе одежду, я не прошу просто дать мне что-то, что я мог бы надеть. Я прохожу мимо вешалок и прилавков, обращая внимание на вещи, которые пришлись мне по вкусу. Иду с ними в примерочную. Рассматриваю себя в зеркале. Убеждаюсь в том, что размер соответствует. Смотрю, подходит ли мне изделие по цвету. Соответствует ли оно другим предметам одежды. Представляю, как я выгляжу со стороны, есть ли сходство с моим любимым актёром кино. Думаю, будут ли мной восхищаться друзья. А потом решаюсь купить эту вещь. Уже дома надеваю её и выхожу в люди. Моя одежда не случайно оказалась на мне, я её выбрал.</w:t>
      </w:r>
    </w:p>
    <w:p>
      <w:r>
        <w:rPr/>
        <w:t>Враг души представляет миру свои новинки моды и внушает людям, насколько эти изделия сексуальны. Он убеждает, что все будут вас желать. А потом берет эти вещи и приносит Божьим детям, заверяя их, что они приличны и удобны. А когда наступает жара, сатана убеждает меня в том, что стоит настолько облегчить одежду, чтобы воздух мог свободно обдувать все части тела, и что неважно, как это выглядит со стороны. А тех, кто будет выражать своё недовольство моим внешним видом, можно смело объявить фанатиками или фарисеями, ничего не понимающими в жизни. Я же не голый, а легко одетый.</w:t>
      </w:r>
    </w:p>
    <w:p>
      <w:r>
        <w:rPr/>
        <w:t>Враг души создал ещё более изощрённую культуру обнажённых тел и сделал её настолько важной и нужной для всех людей, что если я отказываюсь от неё, то меня начинают считать сумасшедшим и вносят в чёрный список странных людей. Пляжи и бассейны стали привычным местом, где вид моего обнажённого тела считается довольно приличным, ведь телу нужны солнечные ванны. И я даже прошу Иисуса быть со мной и благословить меня отдыхом и равномерным загаром. А мои дорогие сёстры имеют такие изящные части тела, что глазам очень приятно их рассматривать. И то, что они слегка прикрылись тряпочками, не мешает мне увидеть, какие прекрасные формы подарил им Господь. Мои мысли чисты. Я отдыхаю и отключаюсь от всего мира, чтобы просто поваляться на солнышке, почитать Библию и ни о чём не думать.</w:t>
      </w:r>
    </w:p>
    <w:p>
      <w:r>
        <w:rPr/>
        <w:t>И тут я слышу стук в дверь моего сердца и вопрос: «Что ты тут делаешь?» «Я загораю, Господь! Ложись рядом, у меня есть время для общения с Тобой!» А в ответ слышу: «А ты не знаешь, что ты несчастен и наг!» Какие странные слова. «Я не наг, на мне плавки, не стоит меня записывать в нудисты, я ещё не до такой степени опустился».</w:t>
      </w:r>
    </w:p>
    <w:p>
      <w:r>
        <w:rPr/>
        <w:t>А потом я задумался. Раз Господь характеризует меня подобным образом, то значит, так оно и есть. Но выкинуть культуру отдыха из головы я не могу, я в этом вырос, я не знаю, чем можно заменить такое времяпровождение. Вся жизнь теряет смысл, если я не буду ездить в отпуск на море или озеро. В этом вся суть. Копишь весь год на отпуск и за две недели тратишь эти средства на свои удовольствия, а потом выставляешь свои фото в соц. сети, чтобы порадовать друзей теми видами природы, которые созерцали мои очи. А если убрать это из жизни, то можно и в депрессию впасть.</w:t>
      </w:r>
    </w:p>
    <w:p>
      <w:r>
        <w:rPr/>
        <w:t>А Господь говорит: «Ты наг, и советую купить у Меня белую одежду, чтобы не была видна срамота наготы твоей.»</w:t>
      </w:r>
    </w:p>
    <w:p>
      <w:r>
        <w:rPr/>
        <w:t>Что делать? Снова я получил «удар по голове». Так хочется в Вечность, но при этом и на пляже позагорать. Как бы это совместить? Страна «балкония» меня совсем не устраивает. Почему мой дорогой Иисус такой придирчивый? Он, наверное, ничего не понимает в моей нужде в отдыхе. Но попробую прислушаться. Как скучно.</w:t>
      </w:r>
    </w:p>
    <w:p>
      <w:r>
        <w:rPr/>
        <w:t>Господи, помоги мне понять Тебя! Я привык жить иначе, и Твои требования мне чужды!</w:t>
      </w:r>
    </w:p>
    <w:p>
      <w:r>
        <w:rPr/>
        <w:t>Захожу в святилище. Прихожу в себя. Я нуждаюсь в новом сердце. Прямо сейчас. Здесь. Не отпущу Тебя, пока не благословишь! Спаси меня, Господи, от самого себя!</w:t>
      </w:r>
    </w:p>
    <w:p>
      <w:pPr>
        <w:pStyle w:val="Heading2"/>
      </w:pPr>
      <w:r>
        <w:t>Вопросы к размышлению над этой главой</w:t>
      </w:r>
    </w:p>
    <w:p>
      <w:r>
        <w:rPr/>
        <w:t xml:space="preserve">1. </w:t>
      </w:r>
      <w:r>
        <w:rPr/>
        <w:t>Что вы поняли из этой главы</w:t>
      </w:r>
      <w:r>
        <w:rPr/>
        <w:t>?</w:t>
      </w:r>
    </w:p>
    <w:p>
      <w:r>
        <w:rPr/>
        <w:t>2. Важно ли Богу то, как я одеваюсь?</w:t>
      </w:r>
    </w:p>
    <w:p>
      <w:r>
        <w:rPr/>
        <w:t>3. Что является неприличной одеждой? Где есть мерило приличия?</w:t>
      </w:r>
    </w:p>
    <w:p>
      <w:r>
        <w:rPr/>
        <w:t>4. Как выглядит приличная одежда?</w:t>
      </w:r>
    </w:p>
    <w:p>
      <w:r>
        <w:rPr/>
        <w:t>5. Что мне делать, если на наше собрание пришли люди в нескромной одежде?</w:t>
      </w:r>
    </w:p>
    <w:p>
      <w:r>
        <w:rPr/>
        <w:t xml:space="preserve">6. Прочитайте, пожалуйста, Исх.20:26; Ис.47:2-3; Втор.22:5; Лев.21:10; Мф.6:25 </w:t>
      </w:r>
      <w:r>
        <w:rPr/>
        <w:t>в свете этой главы</w:t>
      </w:r>
      <w:r>
        <w:rPr/>
        <w:t>.</w:t>
      </w:r>
    </w:p>
    <w:p>
      <w:pPr>
        <w:pStyle w:val="Heading2"/>
        <w:pageBreakBefore/>
      </w:pPr>
      <w:r>
        <w:t>Глава 19</w:t>
      </w:r>
    </w:p>
    <w:p>
      <w:pPr>
        <w:pStyle w:val="Heading1"/>
      </w:pPr>
      <w:r>
        <w:t>Я стучал, а ты не слышал</w:t>
      </w:r>
    </w:p>
    <w:p>
      <w:r>
        <w:rPr/>
        <w:t>Если я попробую остановить любую машину на улице, то могу с точностью сказать, что почти во всех автомобилях будет звучать музыка. Она будет разная по смыслу и громкости, но будет. Подобное прослушивание музыки и радиопередач для многих людей стало искусственным наполнителем сознания, без которого большинство уже и не представляет своё существование в этом мире.</w:t>
      </w:r>
    </w:p>
    <w:p>
      <w:r>
        <w:rPr/>
        <w:t>Бог со Своей стороны желает наполнить мой разум Своей мелодией любви, чтобы она звучала в моём сердце прекрасной музыкой на струнах моей души, и наполняла собой всё пространство моего восприятия, распространяя своё благоухание на окружающий мир.</w:t>
      </w:r>
    </w:p>
    <w:p>
      <w:r>
        <w:rPr/>
        <w:t>Между добром и злом идёт борьба за человеческий разум, и эпицентр этого сражения находится между моим правым и левым ухом.</w:t>
      </w:r>
    </w:p>
    <w:p>
      <w:r>
        <w:rPr/>
        <w:t>Бог сделал моё спасение настолько простым и лёгким, что если только я проявлю свой интерес и начну поиск в этом направлении, то найду то, что принесёт мир моей душе.</w:t>
      </w:r>
    </w:p>
    <w:p>
      <w:r>
        <w:rPr/>
        <w:t>В какой бы точке Земли я ни оказался, и каким бы путём я ни пошёл, я всегда приду к мировому океану, омывающему материки. Так и Божья любовь окружает нас со всех сторон, и какое бы направление жизни я ни избрал, всегда я, в конце концов, встречусь с ней. Только вот неизвестно, с какой стороны баррикад я в этот момент окажусь?</w:t>
      </w:r>
    </w:p>
    <w:p>
      <w:r>
        <w:rPr/>
        <w:t>Любовь — это совокупность милости и справедливости. Выбирая Божий план своего спасения, я оказываюсь под Его милостью, избирая другой жизненный путь, я встречусь со справедливостью Бога и вкушу плоды того, что всю жизнь сеял.</w:t>
      </w:r>
    </w:p>
    <w:p>
      <w:r>
        <w:rPr/>
        <w:t>Господь зовёт, стучит, ищет и ждёт тех, кто услышит и отворит.</w:t>
      </w:r>
    </w:p>
    <w:p>
      <w:r>
        <w:rPr/>
        <w:t>Я узнал от пастора о том, что Христос хочет войти и в дом моего сердца. И я приготовился к этой встрече. Навёл в комнатах влажную уборку, купил деликатесы для ужина, убрал всё неприличное в тайные места, лишний мусор замёл под коврик. Подобрал романтичную музыку для фона нашего общения и сел ждать дорогого Друга. Чтобы скоротать время ожидания, включил телевизор, выбрал свой любимый канал и, наблюдая развитие событий в ток-шоу, стал размышлять о том, какая прекрасная Вечность ожидает меня в недалёком будущем. Шли минуты, часы, дни, недели, а мой Друг так и не пришёл. Странно.</w:t>
      </w:r>
    </w:p>
    <w:p>
      <w:r>
        <w:rPr/>
        <w:t>За это время я понял, что телевидение навязывает мне свои программы, а в интернете я могу выбрать то, что я хочу видеть и слышать. Очень быстро я научился находить свои любимые фильмы и песни, и моей жизни просто стало не хватать на всё это. Я даже стал забирать время от сна. А если я включал компьютерные игры, то вообще терял реальность времени и был занят ими с утра до утра.</w:t>
      </w:r>
    </w:p>
    <w:p>
      <w:r>
        <w:rPr/>
        <w:t>Интересно, а если бы Иисус пришёл ко мне в это время моих занятий, то как бы Он оценил это? Где-то в душе я понимаю, что что-то не так у меня происходит, но подожду, когда Господь Сам мне это покажет.</w:t>
      </w:r>
    </w:p>
    <w:p>
      <w:r>
        <w:rPr/>
        <w:t>Странно, что Он так долго не приходит. Но я могу о Нём почитать.</w:t>
      </w:r>
    </w:p>
    <w:p>
      <w:r>
        <w:rPr/>
        <w:t>Читаю, вникаю, многое для себя открываю, начинаю видеть удивительные вещи. Пробую молиться. Получается. И вот я решил в молитве спросить Его о том, почему Он до сих пор не пришёл в мой дом, хотя я готов к этому визиту. Во сне Господь мне ответил: «Я стучал, а ты не слышал. Звал тебя по имени, но твой телевизор работал громче». Проснулся в холодном поту. Что делать? Иисус никогда не ошибается. Но как жить в тишине? Решил заменить все свои песни и фильмы на христианские. Стал собирать со всего интернета всё то, что снимают и поют о Христе. Слушаю, смотрю, жду Иисуса, а Его всё нет. Нашёл христианские компьютерные игры, и теперь играю и познаю истину. Что-то стало откладываться в голове.</w:t>
      </w:r>
    </w:p>
    <w:p>
      <w:r>
        <w:rPr/>
        <w:t>А Иисус так ко мне и не пришёл.</w:t>
      </w:r>
    </w:p>
    <w:p>
      <w:r>
        <w:rPr/>
        <w:t>Что бы ещё такое сделать хорошее, чтобы Он счёл за честь прийти в мой дом. Надо Его чем-то удивить. Придумал! Отнесу в детский дом денег и подарки. Уж это точно привлечёт внимание Неба ко мне. Сделал. Вновь тишина.</w:t>
      </w:r>
    </w:p>
    <w:p>
      <w:r>
        <w:rPr/>
        <w:t>Скорее всего, я что-то не так понял.</w:t>
      </w:r>
    </w:p>
    <w:p>
      <w:r>
        <w:rPr/>
        <w:t>Но сама весть о желанном визите Христа не даёт мне покоя. Мне хочется понять причину, что я делаю не так. Может, что-то во мне.</w:t>
      </w:r>
    </w:p>
    <w:p>
      <w:r>
        <w:rPr/>
        <w:t>Решаю лично узнать у Христа, почему Он не пришёл ко мне в гости.</w:t>
      </w:r>
    </w:p>
    <w:p>
      <w:r>
        <w:rPr/>
        <w:t>Начинаю молиться. Прошу дара покаяния и разумения. Господь вновь даёт мне во сне откровение: «Я стучал, а ты не слышал».</w:t>
      </w:r>
    </w:p>
    <w:p>
      <w:r>
        <w:rPr/>
        <w:t>Я что-то совсем запутался. Решил ничего не смотреть и ни во что не играть. Сижу, жду. Слышу тихий стук. Не обращаю внимания, Бог так не стучит. Стук повторяется. Посмотрю, кто там. Подхожу к двери и слышу тихий голос, называющий меня по имени. Открываю дверь, там Сам Иисус. Зову Его в дом и сразу за стол. Начинаю рассказывать обо всём, что я увидел и переслушал за эти дни. А Господь с грустью заявил о том, что Он всё это время, пока я был занят собой, стучал и звал, чтобы войти. Моему удивлению нет предела. Как так? А Он объяснил, что пока мой разум получает пищу из другого источника, Бог ничего не может дать и сделать для меня, Господь не будет делить Своё место с миром. Но я не иду в мир, а сижу дома и наблюдаю за тем, что происходит. Разве это плохо? А Иисус даёт мне понять, что мой разум — как сосуд. Что туда положить, то там и будет лежать. А в полный кувшин уже ничто иное не поместится. Мой же сосуд заполнен всем подряд.</w:t>
      </w:r>
    </w:p>
    <w:p>
      <w:r>
        <w:rPr/>
        <w:t>Я решаю очистить своё сердце от грязи этого мира. Нахожу тренинги по этой теме. Учусь. Прилагаю неимоверные усилия. Я докажу всем, что я тоже могу что-то сделать для своей чистоты.</w:t>
      </w:r>
    </w:p>
    <w:p>
      <w:r>
        <w:rPr/>
        <w:t xml:space="preserve">Только вот замечаю странные вещи. Я стараюсь забыть всё то, что я когда-то смотрел и слушал, а оно постоянно всплывает в моей памяти и манит к себе. Я думаю о добром, а злые сцены из любимых фильмов вспоминаются всякий раз, когда надо принять правильное решение, и я теряюсь в догадках, что же на самом деле правильно. Ведь мои любимые артисты так реально представили решение </w:t>
      </w:r>
      <w:r>
        <w:rPr/>
        <w:t>всех проблем коротким путём, что я не решаюсь порою избрать Божий путь, потому что он такой сложный и узкий, и на нём так много опасностей и подвохов. Но так хочется в Вечность. Говорят, что там постоянно звучит райская музыка.</w:t>
      </w:r>
    </w:p>
    <w:p>
      <w:r>
        <w:rPr/>
        <w:t>О, музыка! Это отдельный мир. Я без неё просто не могу. Жизнь теряет свою красоту. Музыка так завораживает меня своими нотами и пленяет моё сознание, погружая в мир чувственных наслаждений и воспоминаний. Я так привык в этом жить. А есть те, кто говорит, что не всякая музыка полезна. Они ничего не понимают. Впрочем, интересно, что нравится Христу? Как понять Его вкус? Спрошу Его об этом.</w:t>
      </w:r>
    </w:p>
    <w:p>
      <w:r>
        <w:rPr/>
        <w:t>Снова мне снится сон, где я вижу только два совершенно непохожих друг на друга источника музыки. Один чистый, мелодичный, который влечёт к размышлениям о Небе, поёт о любви Бога к людям, а второй содержит всё подряд и даже включает элементы Божьей гармонии, чтобы привлечь неопытные умы и захватить их в свои сети. Кто избавит меня из этой паутины? Я так запутал свой разум, что сам уже ничего не могу.</w:t>
      </w:r>
    </w:p>
    <w:p>
      <w:r>
        <w:rPr/>
        <w:t>Зову на помощь Иисуса. Обещаю не смотреть и не слушать ничего нечистого, убираю весь этот мусор из своего дома. Плачу от бессилия. Я понимаю, что сам я уже ничего не могу в себе изменить, но верю в Того, Кто есть Любовь и может сделать больше, чем я представляю. Отдаю свою волю в Его руки и начинаю учить новые для себя мелодии любви. Мне открывается неизведанный мир.</w:t>
      </w:r>
    </w:p>
    <w:p>
      <w:pPr>
        <w:pStyle w:val="Heading2"/>
      </w:pPr>
      <w:r>
        <w:t>Вопросы к размышлению над этой главой</w:t>
      </w:r>
    </w:p>
    <w:p>
      <w:r>
        <w:rPr/>
        <w:t xml:space="preserve">1. Открылось ли вам что-то новое </w:t>
      </w:r>
      <w:r>
        <w:rPr/>
        <w:t>в этой главе</w:t>
      </w:r>
      <w:r>
        <w:rPr/>
        <w:t>?</w:t>
      </w:r>
    </w:p>
    <w:p>
      <w:r>
        <w:rPr/>
        <w:t>2. Что мешает Иисусу прийти в мою жизнь?</w:t>
      </w:r>
    </w:p>
    <w:p>
      <w:r>
        <w:rPr/>
        <w:t>3. Почему Господь уважает мой выбор и не навязывает Свои благословения?</w:t>
      </w:r>
    </w:p>
    <w:p>
      <w:r>
        <w:rPr/>
        <w:t>4. Влияет ли музыка на моё духовное здоровье? Как отличить плохую музыку от хорошей?</w:t>
      </w:r>
    </w:p>
    <w:p>
      <w:r>
        <w:rPr/>
        <w:t>5. Стучится ли Иисус в каждое сердце?</w:t>
      </w:r>
    </w:p>
    <w:p>
      <w:r>
        <w:rPr/>
        <w:t>6. Заходит ли Иисус ко всем, кто Его ожидает в доме своего сердца?</w:t>
      </w:r>
    </w:p>
    <w:p>
      <w:r>
        <w:rPr/>
        <w:t xml:space="preserve">7. Прочитайте, пожалуйста, Откр.3:20; Лк.23:8-9; Еккл.2:8,11; Флп.4:8 </w:t>
      </w:r>
      <w:r>
        <w:rPr/>
        <w:t>в свете этой главы</w:t>
      </w:r>
      <w:r>
        <w:rPr/>
        <w:t>.</w:t>
      </w:r>
    </w:p>
    <w:p>
      <w:pPr>
        <w:pStyle w:val="Heading2"/>
        <w:pageBreakBefore/>
      </w:pPr>
      <w:r>
        <w:t>Глава 20</w:t>
      </w:r>
    </w:p>
    <w:p>
      <w:pPr>
        <w:pStyle w:val="Heading1"/>
      </w:pPr>
      <w:r>
        <w:t>Если ты откроешь Мне, то Я открою тебе</w:t>
      </w:r>
    </w:p>
    <w:p>
      <w:r>
        <w:rPr/>
        <w:t>Слово Божие содержит в себе очень много обещаний Бога. И их все можно поделить на условные и безусловные.</w:t>
      </w:r>
    </w:p>
    <w:p>
      <w:r>
        <w:rPr/>
        <w:t>Безусловные обетования исполнятся в установленное Богом время. Они не зависят от моей веры в них, от моего поведения, от моего рождения свыше. Их осуществление зависит только от установленных Богом дат и сроков. К таким обетованиям можно отнести начало времени суда, Второе Пришествие Христа, тысячелетнее царство, излитие семи последних язв, суд над нечестивыми, окончательное уничтожение греха.</w:t>
      </w:r>
    </w:p>
    <w:p>
      <w:r>
        <w:rPr/>
        <w:t>Условные обетования Бога призваны совершить то или иное дело, если я или мы исполним условия, которые изложены в самом обещании. К примеру, читаем Мат 7:7-8: «Просите, и дано будет вам; ищите, и найдёте; стучите, и отворят вам; Ибо всякий просящий получает, и ищущий находит, и стучащему отворят».</w:t>
      </w:r>
    </w:p>
    <w:p>
      <w:r>
        <w:rPr/>
        <w:t>Забота Бога обо мне постоянна и безусловна. Моё сердце бьётся независимо от моего поведения, и мой организм знает, что и как он должен делать, не советуясь со мной. Воздух на Земле продолжает содержать в себе равномерную совокупность газов, необходимых для моей жизни.</w:t>
      </w:r>
    </w:p>
    <w:p>
      <w:r>
        <w:rPr/>
        <w:t>Но всё, что касается моего спасения от власти греха, находится в зависимости от моего выбора и решения моей воли. Бог не раздаёт благословения спасения просто так, но ждёт, когда я их увижу, пойму и пожелаю принять. Некоторые дары мне следует усердно просить у Христа. А что-то я не смогу получить никогда, даже если буду молить об этом. Подобное происходит в том случае, когда Бог видит, что такой дар повредит моей душе.</w:t>
      </w:r>
    </w:p>
    <w:p>
      <w:r>
        <w:rPr/>
        <w:t>В послании к Лаодикии Господь обещает побеждающим дать Свой престол. Раньше я думал, что это обещание по праву принадлежит мне только потому, что я был рождён свыше в Лаодикийский период. Я даже не представлял себе ничего другого.</w:t>
      </w:r>
    </w:p>
    <w:p>
      <w:r>
        <w:rPr/>
        <w:t>Читая 1Ин 5:4-5: «Ибо всякий, рождённый от Бога, побеждает мир; и сия есть победа, победившая мир, вера наша. Кто побеждает мир, как не тот, кто верует, что Иисус есть Сын Божий?», я понимал, что я победитель. Но когда я стал глубже изучать послание к Лаодикии, я понял, что моей веры недостаточно, чтобы быть победителем в последнее время. Мне необходимо понимать и исполнить условия, описанные и предложенные Христом в этом обращении. И я не могу обойти это и претендовать на звание победителя, используя старое вооружение. Господь не будет благословлять меня Своими дарами против моей воли или в ответ на моё невежество и нежелание уделять время для понимания этой вести. Или я изучаю, принимаю, исполняю всё, что Он предлагает, и становлюсь победителем, или я решаю, что могу одолеть всё и без Его оружия и условий, и в результате проигрываю борьбу, теряя все обещанные благословения.</w:t>
      </w:r>
    </w:p>
    <w:p>
      <w:r>
        <w:rPr/>
        <w:t>Что же значит «побеждающий»?</w:t>
      </w:r>
    </w:p>
    <w:p>
      <w:r>
        <w:rPr/>
        <w:t xml:space="preserve">Это слово нужно правильно понимать. Если я нахожусь лишь в обороне, успешно отражая атаки врага, то я никогда не стану победителем, я буду просто </w:t>
      </w:r>
      <w:r>
        <w:rPr/>
        <w:t>защитником своей души на своей территории. А победитель – это тот, кто идёт в нападение, рискует жизнью, захватывает противника и берет его в плен, завоёвывая новые площади. И после победы продолжает контролировать ситуацию, устанавливая на захваченных территориях свою власть.</w:t>
      </w:r>
    </w:p>
    <w:p>
      <w:r>
        <w:rPr/>
        <w:t>Если у меня нет необходимого для победы вооружения, то я смогу выиграть пару сражений, но в итоге проиграю войну. Ибо враг души очень искусный воин, и его армия имеет современное вооружение, превосходящее мои представления.</w:t>
      </w:r>
    </w:p>
    <w:p>
      <w:r>
        <w:rPr/>
        <w:t>Господь знает, с кем мы воюем, и поэтому заранее предусмотрел все детали этой великой борьбы. Он гарантирует победу всякому, кто примет Его всеоружие, предлагаемое Лаодикии.</w:t>
      </w:r>
    </w:p>
    <w:p>
      <w:r>
        <w:rPr/>
        <w:t>Прося меня отворить дверь, Иисус заверяет меня в том, что Он войдёт и будет вечерять со мной, а я с Ним.</w:t>
      </w:r>
    </w:p>
    <w:p>
      <w:r>
        <w:rPr/>
        <w:t>Интересная стратегия. Мы ужинаем, ведя дружную беседу, а в это время происходят великие победы в моём сердце. Мой разум очищается, моё сердце переплавляется, мой дух воскресает, мой дом очищается, и моя воля прилепляется к моему дорогому Другу.</w:t>
      </w:r>
    </w:p>
    <w:p>
      <w:r>
        <w:rPr/>
        <w:t>И этим наша дружба не ограничивается. Чем больше мы проводим времени вместе, тем интереснее становятся наши беседы. И вот, в какое-то время мой Господь подводит меня к открытой двери, распахивает её для меня ещё шире, приглашая войти. Я с удивлением смотрю на Его действия. Однажды Иисус открыл дверь для Филадельфии, но её завалили хламом суеты и равнодушия, и потеряли из виду. А Господь вновь заверяет меня, что Он является дверью для Своих овец и приглашает меня войти.</w:t>
      </w:r>
    </w:p>
    <w:p>
      <w:r>
        <w:rPr/>
        <w:t>Передо мной открываются удивительные возможности бесконечной любви. Бескрайний океан, бесконечный свет, радость и мир. Я спрашиваю: «За что такая милость ко мне грешному?» и вижу свою открытую для Иисуса дверь. И начинаю что-то понимать. Наши отношения зашли уже настолько далеко, и я настолько близко прилепился к Иисусу, что Господь решил посвятить меня в глубины Своей любви, открывая красоту и силу Своего характера. Как интересно! Я даже не мог себе такого представить. Сам Христос знакомит меня с миром Своей души, и я вижу такую чистую любовь, что удивляюсь её совершенству. Хотя эта дверь и была всегда открыта для всех, но войти в неё могли только избранные, те, кто открыл свои двери.</w:t>
      </w:r>
    </w:p>
    <w:p>
      <w:r>
        <w:rPr/>
        <w:t>Смотрю вверх и вижу окна Небесные, которые тоже открыты для излития благословений на послушных и верных детей Божьих.</w:t>
      </w:r>
    </w:p>
    <w:p>
      <w:r>
        <w:rPr/>
        <w:t>И я понимаю, что с таким Другом невозможно проиграть. Он воистину является Победителем. Я видел, как многие злые люди пытались бить океан любви, а он проседал под их ударами, впоследствии обрушиваясь на них сверху, поглощая в своих водах жертвы греха, предлагая им начать новую, чистую жизнь. Но многие в страхе убегали, опасаясь кристальной прозрачности великих просторов. Я видел, как через окна небесные изливались потоки вод, унося с собой нечестивых, и наполняя радостью дома праведных. Как всё гармонично было устроено. Какие великие победы одерживает любовь!</w:t>
      </w:r>
    </w:p>
    <w:p>
      <w:r>
        <w:rPr/>
        <w:t>Почему эта красота любви скрыта от наших глаз, и её могут видеть лишь немногие? Но в том и состоит суть великой борьбы, что человек должен сам решить, на чьей стороне он будет вести войну. Любовь уважает мою свободу.</w:t>
      </w:r>
    </w:p>
    <w:p>
      <w:r>
        <w:rPr/>
        <w:t>Покупая у Христа то, что мне предлагается, я приобретаю в этом всё Небо. Впуская Господа в свой дом и открывая Ему свои двери, я показываю всему невидимому миру, Кто является Хозяином моей жизни и Кому принадлежит моя душа. Мы входим в брачные отношения со Христом, и у Него нет от меня секретов. Он полностью открывается мне. Но бедный я человек! Как своим ограниченным разумом объять и принять всю эту красоту и силу? Только Бог может мне открыть и донести всё это.</w:t>
      </w:r>
    </w:p>
    <w:p>
      <w:r>
        <w:rPr/>
        <w:t>Вхожу в открытую дверь и хочу там остаться. Но Господь мне нежно говорит, что ещё не время, ещё не все души отняты у противника, и ещё не на всех территориях установлено знамя Любви. Предстоит ещё потрудиться и одержать окончательную победу. Я соглашаюсь и облекаюсь в любовь. Мой разум погружается в её живительные воды и впитывает в себя её силу и власть.</w:t>
      </w:r>
    </w:p>
    <w:p>
      <w:r>
        <w:rPr/>
        <w:t>Всё могу в укрепляющем меня Господе!</w:t>
      </w:r>
    </w:p>
    <w:p>
      <w:r>
        <w:rPr/>
        <w:t>Облекаюсь в любовь. Какое это интересное оружие! Надо бы освоить его силу и возможности. Это целая наука, которую мне ещё предстоит постигнуть.</w:t>
      </w:r>
    </w:p>
    <w:p>
      <w:pPr>
        <w:pStyle w:val="Heading2"/>
      </w:pPr>
      <w:r>
        <w:t>Вопросы к размышлению над этой главой</w:t>
      </w:r>
    </w:p>
    <w:p>
      <w:r>
        <w:rPr/>
        <w:t xml:space="preserve">1. Вы что-то услышали для себя новое </w:t>
      </w:r>
      <w:r>
        <w:rPr/>
        <w:t>в этой главе</w:t>
      </w:r>
      <w:r>
        <w:rPr/>
        <w:t>?</w:t>
      </w:r>
    </w:p>
    <w:p>
      <w:r>
        <w:rPr/>
        <w:t>2. Что означает «открытая дверь» в моём доме и в Иисусе?</w:t>
      </w:r>
    </w:p>
    <w:p>
      <w:r>
        <w:rPr/>
        <w:t>3. Как мне стать победителем?</w:t>
      </w:r>
    </w:p>
    <w:p>
      <w:r>
        <w:rPr/>
        <w:t>4. Почему только победитель получает награду, а не все, кто участвовал в духовной войне?</w:t>
      </w:r>
    </w:p>
    <w:p>
      <w:r>
        <w:rPr/>
        <w:t>5. Как выглядит духовная война в реальной жизни?</w:t>
      </w:r>
    </w:p>
    <w:p>
      <w:r>
        <w:rPr/>
        <w:t>6. Кто является проигравшим или потерпевшим поражение в этой войне? Почему лучше им не быть?</w:t>
      </w:r>
    </w:p>
    <w:p>
      <w:r>
        <w:rPr/>
        <w:t xml:space="preserve">7. Прочитайте, пожалуйста, Еф.6:10-13; 2 Кор.10:3-6; Откр.3:7-8; 21:7; Ин.10:7-10 </w:t>
      </w:r>
      <w:r>
        <w:rPr/>
        <w:t>в свете этой главы</w:t>
      </w:r>
      <w:r>
        <w:rPr/>
        <w:t>.</w:t>
      </w:r>
    </w:p>
    <w:p>
      <w:pPr>
        <w:pStyle w:val="Heading2"/>
        <w:pageBreakBefore/>
      </w:pPr>
      <w:r>
        <w:t>Глава 21</w:t>
      </w:r>
    </w:p>
    <w:p>
      <w:pPr>
        <w:pStyle w:val="Heading1"/>
      </w:pPr>
      <w:r>
        <w:t>Победитель</w:t>
      </w:r>
    </w:p>
    <w:p>
      <w:r>
        <w:rPr/>
        <w:t>Кто такой победитель? И кого Небо считает победителем? Это слово много раз повторяется Иисусом как характеристика тех людей, которые получат определённую награду за свои достижения в войне.</w:t>
      </w:r>
    </w:p>
    <w:p>
      <w:r>
        <w:rPr/>
        <w:t>Я всегда считал себя победителем просто потому, что верю во Христа. Ведь в 1Ин 5:4-5 написано: «Ибо всякий, рождённый от Бога, побеждает мир; и сия есть победа, победившая мир, вера наша. Кто побеждает мир, как не тот, кто верует, что Иисус есть Сын Божий?» И мне было достаточно того, что Библия меня так называет. Все обетования, данные побеждающим, я автоматически считал своими, даже не задумываясь о том, что и кого я одолеваю. Но Господь обратил моё внимание на это понятие, когда я на самом деле стал одерживать какие-то победы в своём сердце силою Иисуса.</w:t>
      </w:r>
    </w:p>
    <w:p>
      <w:r>
        <w:rPr/>
        <w:t>Если я ношу имя Господа, но позволяю плотскому человеку вводить меня в соблазн и проявлять через меня своё влияние, то назвать себя победителем в свете Библии мне очень сложно. Решение конфликтов или проблем путём плоти бывает очень быстрым и эффективным. К примеру, если мне докучает мой родственник своими придирками и оскорблениями, то, резко ответив ему, крикнув на него, пригрозив ему физической расправой, взяв его за воротник или даже ударив его, я, вероятно, моментально решу конфликт. И он больше не повторится. У родственника пропадёт всякое желание беспокоить меня своими претензиями, и, возможно, он начнёт меня уважать. Но если я начинаю терпеть его выпады и отвечать с любовью, не позволяя себе даже злой мысли в его адрес, то его придирки могут перерасти в постоянные насмешки и ругательства в отношении меня. И они будут длиться годами без всякой перспективы улучшения ситуации.</w:t>
      </w:r>
    </w:p>
    <w:p>
      <w:r>
        <w:rPr/>
        <w:t>Какой бы вы избрали путь? Конечно, я сгустил краски, но, к сожалению, есть очень странные люди, которые хорошо понимают язык грубости и могут спокойно жить под тиранией и диктатурой, занимаясь своими обычными делами и не посягая ни на чью власть. Но если к ним проявить нежность и любовь, то они превращаются в монстров, которые не успокоятся до тех пор, пока я жив и люблю их. Парадокс. Но именно это зачастую и происходит с теми, кто не открыт для влияния Святого Духа. Враг души человека знает, как использовать подобных людей и через них портить жизнь детям Божьим. Нередко бывает, что такой же плотский человек, видя несправедливость в отношении любящего христианина, заступается и угрожает физической расправой тем, кто готов причинить вред Божьим детям. В этом случае всё затихает. Я часто слышал подобные опыты из армейских историй своих друзей.</w:t>
      </w:r>
    </w:p>
    <w:p>
      <w:r>
        <w:rPr/>
        <w:t>И всё же все эти примеры — это не правило в отношении любящего сердца. Существуют жизненные ситуации, с которыми мы можем столкнуться, и тогда нам необходимо знать, что делать.</w:t>
      </w:r>
    </w:p>
    <w:p>
      <w:r>
        <w:rPr/>
        <w:t xml:space="preserve">Если мама наказывает своего ребёнка и бьёт его ремнём за непослушание, то это хорошо или плохо? Сложно сказать однозначно. Есть большая разница, когда </w:t>
      </w:r>
      <w:r>
        <w:rPr/>
        <w:t>ребёнку 3 года или 33. Но очень важно также понимать, с каким духом совершается наказание и насколько мудрый подход был в этом применён.</w:t>
      </w:r>
    </w:p>
    <w:p>
      <w:r>
        <w:rPr/>
        <w:t>Кто же тогда такой победитель в свете Библии? Победитель — это тот, кто имеет разум победителя и одолевает всякое искушение, всякий соблазн, всякую гордость, исходящую извне и изнутри, руководствуясь при этом любовью и послушанием истине. Победителем может быть только тот, кто знает Слово Божие, кто изучает закон Божий и покорился его требованиям. Победитель видит опасность нарушения принципов Господа и делает всё от себя зависящее, чтобы остаться им верным. Если же у него не хватает мудрости и сил, то он просит об этом свыше и получает их. Победитель — это тот, кто познал Христа, познакомился с Ним лично, отдал Ему свою жизнь и находится в постоянном общении с Богом, продолжая изучать Его волю, познавать ещё глубже характер Иисуса, просить о водительстве Святым Духом и при этом жить в любви к Богу и к людям.</w:t>
      </w:r>
    </w:p>
    <w:p>
      <w:r>
        <w:rPr/>
        <w:t>Победитель — это осознанное состояние разума, понимающего, в какой войне он участвует, на чьей он стороне, какие правила имеются в этой войне, какие законы в ней действуют, кто его противник, какую стратегию имеет сатана, как противостоять силам духов злобы поднебесной, как наступать на змей и скорпионов, при этом не подвергая свою душу смертельной опасности.</w:t>
      </w:r>
    </w:p>
    <w:p>
      <w:r>
        <w:rPr/>
        <w:t>Победитель имеет разум победителя. Он не представляет себе поражения, хотя допускает возможность падения. Но если он и падает, то тут же начинает искать выход, чтобы подняться и идти вперёд к новым победам. В своих мыслях и чувствах такой человек полностью слился с Иисусом. Он не понимает, как можно проиграть.</w:t>
      </w:r>
    </w:p>
    <w:p>
      <w:r>
        <w:rPr/>
        <w:t>По сути, истинным Победителем является Христос. А я только вхожу в Его заслуги и иду за Ним, по Его следам, возрастая от славы в славу.</w:t>
      </w:r>
    </w:p>
    <w:p>
      <w:r>
        <w:rPr/>
        <w:t>Без Него я не могу ничего, ибо мой враг сильнее меня и быстро меня одолеет. Но Иисус Сам лично вместе со Своими Ангелами ведёт войну и учит меня быть победителем. Без моего участия и согласия Он не будет вести сражения за мою душу и наделять меня Своими успехами. Я должен этого хотеть и об этом просить. Все живущие на Земле пользуются общей защитой Божьей. Она называется любовью и заботой о творении. Многие люди ведут войну неосознанно и что-то побеждают по Божьей милости. Но для врага души они не представляют опасности, и он не сильно их беспокоит. Но когда человек осознанно занимает сторону Христа и становится Божьим воином, тогда сатана обрушивает на него всю свою ярость, стараясь найти способ, чтобы отлучить его от Иисуса. Враг понимает, что такие люди спасутся сами и затем будут нагло вторгаться на его территорию и привлекать к Иисусу обманутых ближних, убеждая их принять Христа своим личным Спасителем. И у них будет в этом абсолютный успех, потому что Сам Иисус будет бороться за них и идти туда, где спасённые смогут совершать свой труд для славы Божьей.</w:t>
      </w:r>
    </w:p>
    <w:p>
      <w:r>
        <w:rPr/>
        <w:t xml:space="preserve">И как выглядит победа победителя? Она покоится на верности Богу, на понимании Его воли и на постоянной связи с Ним через молитву. Моя победа начинается каждое утро с того момента, когда в молитве я отдаю свою жизнь в Божьи руки и прошу Его благословения и водительства на новый день. Я молю </w:t>
      </w:r>
      <w:r>
        <w:rPr/>
        <w:t>Его о любви, защите и мудрости для перенесения всех испытаний. Когда приходит соблазн, тогда мой разум, навыком приученный определять искушения, распознаёт его. И я должен решить, что мне делать. Выбираю любовь, послушание, верность, скромность, чистоту, нежность в зависимости от ситуации. Бог немедленно отвечает на мой выбор Его оружия и встаёт на мою сторону, даруя Своё влияние. Иногда Господь позволяет мне самому принять решение и провести сражение, чтобы я увидел свои слабые места и научился полному доверию Божьей силе.</w:t>
      </w:r>
    </w:p>
    <w:p>
      <w:r>
        <w:rPr/>
        <w:t>Со стороны моя победа порою выглядит как скромная улыбка, опущенные глаза, извинения за причинённые неудобства, признание в любви, заверение в дружбе, проявление помощи, молитвенная поддержка, добрые и ласковые слова одобрения, дружеское отношение, несмотря на незаслуженные оскорбления, оставление споров, избежание разногласий и многое другое в зависимости от ситуации. Я не представляю себе, как можно поступать по плоти, когда в наличии имеется так много любви и добрых возможностей, чтобы победить злые умыслы сатаны. И Бог утверждает меня в этой победе.</w:t>
      </w:r>
    </w:p>
    <w:p>
      <w:pPr>
        <w:pStyle w:val="Heading2"/>
      </w:pPr>
      <w:r>
        <w:t>Вопросы к размышлению над этой главой</w:t>
      </w:r>
    </w:p>
    <w:p>
      <w:r>
        <w:rPr/>
        <w:t xml:space="preserve">1. Что вы нового узнали для себя </w:t>
      </w:r>
      <w:r>
        <w:rPr/>
        <w:t>из этой главы</w:t>
      </w:r>
      <w:r>
        <w:rPr/>
        <w:t>?</w:t>
      </w:r>
    </w:p>
    <w:p>
      <w:r>
        <w:rPr/>
        <w:t>2. Что побеждает победитель?</w:t>
      </w:r>
    </w:p>
    <w:p>
      <w:r>
        <w:rPr/>
        <w:t>3. Можно ли быть победителем, будучи простым членом церкви?</w:t>
      </w:r>
    </w:p>
    <w:p>
      <w:r>
        <w:rPr/>
        <w:t>4. Почему важно быть победителем в последнее время?</w:t>
      </w:r>
    </w:p>
    <w:p>
      <w:r>
        <w:rPr/>
        <w:t>5. Знаете ли вы тех людей из ваших близких, кого бы вы могли назвать победителем?</w:t>
      </w:r>
    </w:p>
    <w:p>
      <w:r>
        <w:rPr/>
        <w:t>6. Желаете ли вы быть победителем? Считаете ли вы себя таковым?</w:t>
      </w:r>
    </w:p>
    <w:p>
      <w:r>
        <w:rPr/>
        <w:t xml:space="preserve">7. Прочитайте, пожалуйста, Рим.12:21; 2Пет.2:19; Откр.21:7; 2Кор.11:19-20; Евр.11:32-34 </w:t>
      </w:r>
      <w:r>
        <w:rPr/>
        <w:t>в свете этой главы</w:t>
      </w:r>
      <w:r>
        <w:rPr/>
        <w:t>.</w:t>
      </w:r>
    </w:p>
    <w:p>
      <w:pPr>
        <w:pStyle w:val="Heading2"/>
        <w:pageBreakBefore/>
      </w:pPr>
      <w:r>
        <w:t>Глава 22</w:t>
      </w:r>
    </w:p>
    <w:p>
      <w:pPr>
        <w:pStyle w:val="Heading1"/>
      </w:pPr>
      <w:r>
        <w:t>Побеждающий лаодикиец</w:t>
      </w:r>
    </w:p>
    <w:p>
      <w:r>
        <w:rPr/>
        <w:t>Божий народ последнего времени будет иметь особый статус и особое водительство Божие в борьбе с силами греха. Враг души имеет многовековой опыт обольщения человека и успешно применяет свои знания для того, чтобы соблазнять и губить души. Своими силами просто невозможно противостоять подобным искушениям.</w:t>
      </w:r>
    </w:p>
    <w:p>
      <w:r>
        <w:rPr/>
        <w:t>При этом наше поколение Божьих детей обладает всей полнотой света и знания истины, которая собиралась годами ценою крови, бессонных ночей и постоянных молитв, чтобы предстать пред нами во всей глубине без всякого недостатка. Эта истина дарует всем ищущим и жаждущим то, в чём нуждается душа и чего требует сердце. Сам Господь пришёл, чтобы лично учить каждого из нас тем знаниям, которые, подобно сокрытому сокровищу, лежат в земле, чтобы стать достоянием всех, кто станет их искать.</w:t>
      </w:r>
    </w:p>
    <w:p>
      <w:r>
        <w:rPr/>
        <w:t>После Лаодикии нет верующих, которых Господь решил бы ещё более щедро наделить особыми дарами Неба. Мы являемся последним поколением.</w:t>
      </w:r>
    </w:p>
    <w:p>
      <w:r>
        <w:rPr/>
        <w:t>Мировые события будоражат сознание людей, и многие думают о том, как сохранить своё богатство, как выжить в этих кризисных ситуациях, как устроить жизнь, чтобы им было хорошо, и лишь немногие начинают задумываться о том, что желает сказать им Бог?</w:t>
      </w:r>
    </w:p>
    <w:p>
      <w:r>
        <w:rPr/>
        <w:t>Побеждающий лаодикиец — это тот, кто принял Божий план заключительной борьбы и имеет очень глубокие и личные отношения со Христом.</w:t>
      </w:r>
    </w:p>
    <w:p>
      <w:r>
        <w:rPr/>
        <w:t>Давайте рассмотрим характеристику победителя из Лаодикии, обратив сначала внимание на конец этой вести. Речь идёт о человеке, имеющем уши, и он слышит, что Дух говорит церквам. Он внимательно слушает обо всех благословениях предыдущих поколений. Такой лаодикиец также настроен и на то, чтобы различать Божий тихий голос среди разнообразного шума этого мира и тысячи других голосов. Ему известно, как говорит Дух, и, являясь членом Божьей семьи, он узнаёт своих братьев и сестёр по Духу среди тысячи других людей. Бог соединяет подобных Божьих детей в одну команду, связывая их узами любви и дружбы. Эти верующие вынесут любое испытание и укрепят свои чистые отношения навсегда. Слышащее ухо даётся Богом. Прит.20:12.</w:t>
      </w:r>
    </w:p>
    <w:p>
      <w:r>
        <w:rPr/>
        <w:t>Лаодикиец, который побеждает, получает в награду особое Божье благословение. Ему даётся право сесть на престоле Христа, как и Христос сел на престоле Отца. Сейчас очень сложно понять, что это значит в Небесном понимании, но думаю, речь идёт об особом статусе, который возвысит человека в Божьих глазах перед всей Вселенной.</w:t>
      </w:r>
    </w:p>
    <w:p>
      <w:r>
        <w:rPr/>
        <w:t>О сатане написано, что он мечтал и планировал получить этот престол. Ис 14:13-14: «А говорил в сердце своём: „взойду на небо, выше звёзд Божиих вознесу престол мой и сяду на горе в сонме богов, на краю севера; взойду на высоты облачные, буду подобен Всевышнему“».</w:t>
      </w:r>
    </w:p>
    <w:p>
      <w:r>
        <w:rPr/>
        <w:t>Враг человека желал стать подобным Богу по власти и силе, но не по любви и характеру.</w:t>
      </w:r>
    </w:p>
    <w:p>
      <w:r>
        <w:rPr/>
        <w:t>А лаодикиец не жаждет того, что было заветной мечтой сатаны, но получает это в награду за своё желание стать подобным Всевышнему в любви и характере. У верующего это получается, ибо Сам Христос желает сделать его таким. Иисус стремится наполнить жизнь спасённых светом и особыми дарами Своей любви, открыть всю доступную человеческому восприятию глубину этого Божьего качества в моём сердце.</w:t>
      </w:r>
    </w:p>
    <w:p>
      <w:r>
        <w:rPr/>
        <w:t>Мне непонятно значение престола, но я понимаю, что такое любовь. Интересно, что стремящийся к власти не получает её и теряет всё, а тот, кто жаждет любви, обретает от Бога и любовь, и власть, и всё остальное, чего и не ожидает. Даже зная о такой великой награде, я не понимаю, что она собой представляет, и не стремлюсь её получить. Для меня самым большим счастьем является Христос, жизнь с Ним на протяжении всей Вечности, возможность видеть Его лицо, следовать за Ним, куда бы Он ни пошёл. И если Он сядет на престоле и попросит сесть возле Него, то я с радостью это сделаю, лишь бы быть рядом. А без Иисуса мне не нужен даже самый возвышенный престол.</w:t>
      </w:r>
    </w:p>
    <w:p>
      <w:r>
        <w:rPr/>
        <w:t>И в предстоящей борьбе, в приближающейся буре, меня больше интересует не награда, а то, как приготовиться к этим событиям, чтобы не упасть и не потерять Руку Божью. Мне важно остаться верным до смерти.</w:t>
      </w:r>
    </w:p>
    <w:p>
      <w:r>
        <w:rPr/>
        <w:t>И я был научен этому благодаря тому, что много времени проводил с Иисусом, приглашая Его на ужин и обсуждая с Ним все планы и перспективы, имея общение с Ним в чистоте сердца, в котором позволил навести порядок. Я привык вечерять с Ним, а Он со мною.</w:t>
      </w:r>
    </w:p>
    <w:p>
      <w:r>
        <w:rPr/>
        <w:t>Побеждающий лаодикиец — это тот, кто услышал тихий голос Иисуса, услышал стук в дверь своего сердца и открыл для Господа все сферы своей жизни, позволив Божьей любви навести порядок в своей душе, дав возможность крови Иисуса омыть мысли и чувства от всякой скверны и порока, чтобы они стали абсолютно чистыми. Этот стук в дверь был желанным и ожидаемым, ибо ревность по Божьим дарам и дар покаяния настроили моё восприятие на то, чтобы слышать и внимать. И всё это произошло благодаря заверению в Божьей любви и тому наказанию, которое Иисус по Своей милости произвёл в моей жизни. Велась жестокая борьба с моим ветхим человеком, который не хотел сдаваться и принимать Божьи суды и обличения, но Господь победил, ибо я без Него не мог сделать ничего. Я просто выбрал жизнь с Ним и открыл своё сердце для истины, какой бы тяжёлой она для меня ни была.</w:t>
      </w:r>
    </w:p>
    <w:p>
      <w:r>
        <w:rPr/>
        <w:t>И без Божьей мудрости, которую символизирует глазная мазь, я бы, наверное, ничего и не увидел, но я купил этот свет и позволил его лучам просветить мой разум, и Бог даровал понимание того, что нужно делать, как и куда идти. Я стал видеть красоту Божьего характера и взирать на неё открытыми глазами своей души. И это стало возможным благодаря заслугам Христа и Его праведности, которая сначала была вменена мне по вере в Его заслуги, а затем стала наделяемой праведностью во мне по вере, действующей любовью.</w:t>
      </w:r>
    </w:p>
    <w:p>
      <w:r>
        <w:rPr/>
        <w:t xml:space="preserve">Я вижу преимущество белой одежды Божьего света. Когда Иисус сорвал с меня всю грязь моих амбиций, Он облёк меня в чистоту Божьей любви и веры. И это стало возможным благодаря приобретению Небесного богатства в символе чистого золота, испытуемого огнём Вечной любви. Я погрузился в этот </w:t>
      </w:r>
      <w:r>
        <w:rPr/>
        <w:t>бескрайний океан Божьего характера, чтобы стать частью Его естества. Я позволил переплавить меня, чтобы все примеси моей натуры, все мои вредные привычки были выжжены Небесным огнём и изгнаны из моей жизни, чтобы засияло чистое золото Божьего характера. Я стал учиться богатеть истинным сокровищем и теперь могу расплачиваться Божьей любовью со всеми своими врагами, друзьями и ближними.</w:t>
      </w:r>
    </w:p>
    <w:p>
      <w:r>
        <w:rPr/>
        <w:t>Но я не представляю, где бы я всё это нашёл, если бы Свидетель Истинный и Верный не указал мне на эти Небесные товары и не дал Свой совет приобрести их.</w:t>
      </w:r>
    </w:p>
    <w:p>
      <w:r>
        <w:rPr/>
        <w:t>Но если бы я не узнал о своём истинном тёплом состоянии и о том, кто я есть на самом деле, то думаю, мой разум продолжал бы спать и довольствоваться теми достижениями, которые, на мой взгляд, меня одели, обогатили, осчастливили. А что мне ещё было нужно? Свет сияет, Дух изливается, работа идёт, дела совершаются. Но пришёл Аминь, начало создания Божия, и стал рушить все мои основы. И я увидел, что Его тошнит от моего истинного состояния и от гордости за свои достижения и успехи в духовном росте.</w:t>
      </w:r>
    </w:p>
    <w:p>
      <w:r>
        <w:rPr/>
        <w:t>Страшно себе представить, если бы я на каком-то из этих этапов развития остановился и не пошёл бы дальше. Даже нет желания описывать весь ужас такого состояния. Но и приписывать себе что-то сверх полученного не желаю, чтобы не стать лицемером.</w:t>
      </w:r>
    </w:p>
    <w:p>
      <w:r>
        <w:rPr/>
        <w:t>Посмотри, Господи, не на опасном ли я пути...</w:t>
      </w:r>
    </w:p>
    <w:p>
      <w:pPr>
        <w:pStyle w:val="Heading2"/>
      </w:pPr>
      <w:r>
        <w:t>Вопросы к размышлению над этой главой</w:t>
      </w:r>
    </w:p>
    <w:p>
      <w:r>
        <w:rPr/>
        <w:t xml:space="preserve">1. </w:t>
      </w:r>
      <w:r>
        <w:rPr/>
        <w:t>Что вам открылось в этой главе</w:t>
      </w:r>
      <w:r>
        <w:rPr/>
        <w:t>?</w:t>
      </w:r>
    </w:p>
    <w:p>
      <w:r>
        <w:rPr/>
        <w:t>2. Кто такой побеждающий лаодикиец? Дайте характеристику победителя.</w:t>
      </w:r>
    </w:p>
    <w:p>
      <w:r>
        <w:rPr/>
        <w:t>3. Как вы понимаете, что значит сесть на престоле?</w:t>
      </w:r>
    </w:p>
    <w:p>
      <w:r>
        <w:rPr/>
        <w:t>4. Что вас стимулирует к вечной жизни: награда или быть со Христом?</w:t>
      </w:r>
    </w:p>
    <w:p>
      <w:r>
        <w:rPr/>
        <w:t>5. Почему важно научиться слышать голос Бога?</w:t>
      </w:r>
    </w:p>
    <w:p>
      <w:r>
        <w:rPr/>
        <w:t>6. Какие причины мешают вам стать победителем? (если они есть)</w:t>
      </w:r>
    </w:p>
    <w:p>
      <w:r>
        <w:rPr/>
        <w:t xml:space="preserve">7. Прочитайте, пожалуйста, 1Царст.3:7-10; Ис.50:4,5; Откр.19:10; Ин.16:13; Пс.45:11; Откр 3:21; 21:7; Лк.10:20; Дан.7:22; Мф.5:8; Еф.4:15,21 </w:t>
      </w:r>
      <w:r>
        <w:rPr/>
        <w:t>в свете этой главы</w:t>
      </w:r>
      <w:r>
        <w:rPr/>
        <w:t>.</w:t>
      </w:r>
    </w:p>
    <w:p>
      <w:pPr>
        <w:pStyle w:val="Heading2"/>
        <w:pageBreakBefore/>
      </w:pPr>
      <w:r>
        <w:t>Глава 23</w:t>
      </w:r>
    </w:p>
    <w:p>
      <w:pPr>
        <w:pStyle w:val="Heading1"/>
      </w:pPr>
      <w:r>
        <w:t>Трезвый взгляд на любовь</w:t>
      </w:r>
    </w:p>
    <w:p>
      <w:r>
        <w:rPr/>
        <w:t>В мире очень много наук, религий, учений, дисциплин, каждая из которых даёт знание. Мы с вами изучаем науку о любви-агапэ, всесторонне рассматривая, что это такое и как она действует в жизни.</w:t>
      </w:r>
    </w:p>
    <w:p>
      <w:r>
        <w:rPr/>
        <w:t>Кому-то это нравится, кто-то смотрит на это с усмешкой, а у кого-то это вызывает отвращение и раздражение. Так будет всегда, ничему не стоит удивляться.</w:t>
      </w:r>
    </w:p>
    <w:p>
      <w:r>
        <w:rPr/>
        <w:t>Если реально рассмотреть, что же мы на самом деле изучаем в нашей школе, и если сравнивать по степени глубины и сложности, то, наверное, учение о любви-агапэ – это самая сложная наука из всех тех, которые можно постигнуть в этом мире. И для её осознания и полного восприятия необходимо иметь разум Христа и наставническое служение Святого Духа. С помощью одного ума невозможно будет понять и запомнить то, что нам открывается. Нужно в этом задействовать и всё своё сердце, все мысли и чувства.</w:t>
      </w:r>
    </w:p>
    <w:p>
      <w:r>
        <w:rPr/>
        <w:t xml:space="preserve">Но давайте </w:t>
      </w:r>
      <w:r>
        <w:rPr/>
        <w:t>в этой главе</w:t>
      </w:r>
      <w:r>
        <w:rPr/>
        <w:t xml:space="preserve"> рассмотрим то, что нам даёт любовь, какие преимущества мы имеем, что мы теряем и что приобретаем. Поговорим о верующем во Христа человеке, ибо те, кто избрал этот мир, будут потеряны навсегда, ибо не веруют в Иисуса.</w:t>
      </w:r>
    </w:p>
    <w:p>
      <w:r>
        <w:rPr/>
        <w:t>Сначала рассмотрим жизнь без любви-агапэ. Я думаю, что мы все в этом когда-то жили, а кто-то ещё находится в таком состоянии и чувствует себя очень комфортно.</w:t>
      </w:r>
    </w:p>
    <w:p>
      <w:r>
        <w:rPr/>
        <w:t>Что происходит с теми, кто любви не имеет? Все люди выглядят примерно одинаково, и моё выражение лица будет отражать моё настроение. Я также дышу, нуждаюсь в питании, питье, в тепле и одежде. Мой энтузиазм и творческие способности помогают мне выполнять разную работу и совершать служение. Мой разум способен усваивать библейские истины и помогает мне развиваться до определённого уровня. Я достигаю знаний, необходимых для служения в церкви, и могу повысить свою квалификацию через обучение в высшем учебном заведении, где ещё более детально познаю науку о спасении и другие полезные дисциплины. Но там нет предмета о любви, дружбе и счастье. Этому меня не научат ни в одной школе.</w:t>
      </w:r>
    </w:p>
    <w:p>
      <w:r>
        <w:rPr/>
        <w:t>Я вижу непродолжительные проявления любви при определённых обстоятельствах, и мне этого достаточно, чтобы быть как все. И вся моя церковь находится на уровне того развития, которого я достиг.</w:t>
      </w:r>
    </w:p>
    <w:p>
      <w:r>
        <w:rPr/>
        <w:t>Но Христос в послании к Лаодикии предлагает небесные товары и личные отношения, которые не выдаются всей церкви. Их можно получить только лично. И один из пророческих товаров — это вера и любовь, которые Иисус желает мне продать в самое последнее время. Поэтому то, что было возможно ранее, сейчас уже не пройдёт в Божьем предвидении.</w:t>
      </w:r>
    </w:p>
    <w:p>
      <w:r>
        <w:rPr/>
        <w:t>События последних дней развиваются у меня на глазах очень стремительно, и я понимаю, что борьба за мою душу будет очень необычной, и мне нужно что-то, что защитит меня в это время и сохранит мой светильник горящим, когда я услышу полночный крик, что Жених идёт.</w:t>
      </w:r>
    </w:p>
    <w:p>
      <w:r>
        <w:rPr/>
        <w:t>Если я не имею любви, то в какой-то момент моей жизни и обрушившихся испытаний я пойму, что я медь звенящая, которая создаёт много звука, а цены не имеет, и что нет мне никакой пользы от всех моих знаний и навыков, и все мои жертвы и вся моя жизнь — ничто, и всё, чему я научен, не имеет смысла. Всё это почему-то не действует во время кризиса. Хотя внешне я продолжаю держаться молодцом, но внутри меня буря, тьма и страх. Что же будет со мной? Пройду ли я через эту бурю? Я замечаю, что всех моих опытов и знаний недостаточно, чтобы преодолеть свою внутреннюю тьму, и нужно что-то сверхъестественное, что перенесёт меня через это.</w:t>
      </w:r>
    </w:p>
    <w:p>
      <w:r>
        <w:rPr/>
        <w:t>Без любви я рискую потерять своё спасение, ибо мои чувства не умеют точно распознавать грех и тем более с ним бороться. Я буду вести войну своим духовным интеллектом, прося Бога побеждать это сражение. Но мой дом остаётся незанятым после очередной победы, и злой дух спокойно может туда вернуться. Там, где нет любви, заводится всё что угодно, и мне становится ещё хуже.</w:t>
      </w:r>
    </w:p>
    <w:p>
      <w:r>
        <w:rPr/>
        <w:t>Без любви я никогда не смогу познать глубину любви Бога. Ибо любовь притягивает подобное и открывает это в своём свете. А Бог есть Любовь, и пребывающий в любви пребывает в Боге. И как познать Творца без Творца в сердце? Это как знать о Нём всё из книжек, но не знать Его лично. А глубокое познание Бога очень важно.</w:t>
      </w:r>
    </w:p>
    <w:p>
      <w:r>
        <w:rPr/>
        <w:t>Без любви в различных испытаниях я, скорее всего, стану поступать по плоти, хотя сам не буду этого замечать, ведь я верующий. Дух самонадеянности может ослепить меня, и я буду уверенно ходить во тьме, зная, где что находится в известной комнате. Но любая незнакомая местность обескуражит меня. Я не понимаю, насколько мне нужна любовь для последней битвы, но я настолько привык жить без неё, что, возможно, уже никогда не буду в ней нуждаться. Я привык всё делать без Святого Духа и думаю, что во мне достаточно знаний, чтобы всё преодолеть. Я верю в Божью силу, что Он меня защитит и в последнее время, и моя вера способна переставлять горы, и любовь тут ни при чём, пусть её приобретают слабые сёстры, которым нечем заняться, а мы прорвёмся. Не в первый раз. Но что-то идёт не так, как всегда. В глазах победа, а внутри пустота. Так не должно быть.</w:t>
      </w:r>
    </w:p>
    <w:p>
      <w:r>
        <w:rPr/>
        <w:t>Можете сами продолжить этот список.</w:t>
      </w:r>
    </w:p>
    <w:p>
      <w:r>
        <w:rPr/>
        <w:t>Что же будет со мной, если я приму любовь-агапэ, если я постигну эту науку, если я, встав на этот путь, не сойду с него, даже если будет очень тяжело или будет очень мало времени? Думаю, стоит это рассмотреть.</w:t>
      </w:r>
    </w:p>
    <w:p>
      <w:r>
        <w:rPr/>
        <w:t>Любовь — это личное присутствие Христа в моей жизни, в моём сердце, в моём общении с Ним. Это целый океан возможностей и перспектив в будущем. Это новые испытания моей веры и постоянные победы в духе любви и истины. Это стремительный духовный рост в индивидуальном порядке, который даёт новые знания, но не превозносит моё сердце над другими. Он открывает многие двери, чтобы служить ближним.</w:t>
      </w:r>
    </w:p>
    <w:p>
      <w:r>
        <w:rPr/>
        <w:t xml:space="preserve">Любовь просветляет мои очи, и я могу видеть даже во тьме, понимая, куда иду и с чем столкнусь, как этого избежать или как победить. Любовь приносит в мою жизнь постоянное истинное счастье, и хоть испытания моей любви иногда меня </w:t>
      </w:r>
      <w:r>
        <w:rPr/>
        <w:t>удручают и приводят к пересмотру и переосмыслению многих земных и духовных ценностей, но всё-таки их довольно легко переносить, и когда всё решено и всё осталось позади, тогда я понимаю, что я поднялся ещё выше, не в своих глазах, а в познании Бога.</w:t>
      </w:r>
    </w:p>
    <w:p>
      <w:r>
        <w:rPr/>
        <w:t>Дела плоти не влекут моё сердце, этот голос противен мне, и я с отвращением вспоминаю горькие опыты прошлой жизни. Любовь наполняет смыслом всё моё существо. Каждое дело и каждый поступок приобретают особый смысл в духе любви, ибо имеют самый правильный мотив, хотя могут быть и не очень большими и значимыми в глазах других.</w:t>
      </w:r>
    </w:p>
    <w:p>
      <w:r>
        <w:rPr/>
        <w:t>Я понимаю, куда иду, я знаю, что Бог во мне, я жду чего-то нового, и это происходит. Я готовлюсь к Вечности и имею твёрдую уверенность в своём спасении, ибо без Христа ничего не могу, но всегда Его вижу перед собой.</w:t>
      </w:r>
    </w:p>
    <w:p>
      <w:r>
        <w:rPr/>
        <w:t>С любовью я становлюсь заветной мишенью для сатаны, но Господь — моя защита, и Он ведёт меня на Голгофу, чтобы с её высоты я тоже мог увидеть весь побеждённый мир, за который Он умер, Его глазами и полюбить Его сердцем.</w:t>
      </w:r>
    </w:p>
    <w:p>
      <w:r>
        <w:rPr/>
        <w:t>А в конце пути я замечаю пылающий огонь, в который меня приглашает Господь, и Он стоит в этом огне и ждёт, чтобы вместе со мною пройти через это испытание.</w:t>
      </w:r>
    </w:p>
    <w:p>
      <w:pPr>
        <w:pStyle w:val="Heading2"/>
      </w:pPr>
      <w:r>
        <w:t>Вопросы к размышлению над этой главой</w:t>
      </w:r>
    </w:p>
    <w:p>
      <w:r>
        <w:rPr/>
        <w:t>1. Видите ли вы разницу между имеющими любовь и не имеющими её?</w:t>
      </w:r>
    </w:p>
    <w:p>
      <w:r>
        <w:rPr/>
        <w:t>2. Чтоб постигнуть науку любви, что необходимо иметь и какие шаги стоит предпринять?</w:t>
      </w:r>
    </w:p>
    <w:p>
      <w:r>
        <w:rPr/>
        <w:t>3. Какие преимущества имеет верующий человек, имеющий в сердце любовь?</w:t>
      </w:r>
    </w:p>
    <w:p>
      <w:r>
        <w:rPr/>
        <w:t>4. Что желает продать Господь лично вам в это последнее время?</w:t>
      </w:r>
    </w:p>
    <w:p>
      <w:r>
        <w:rPr/>
        <w:t>5. Почему так важно, чтоб духовный дом верующего человека был занят Любовью?</w:t>
      </w:r>
    </w:p>
    <w:p>
      <w:r>
        <w:rPr/>
        <w:t>6. Что нужно, чтобы Любовь одержала победу в вашем сердце?</w:t>
      </w:r>
    </w:p>
    <w:p>
      <w:r>
        <w:rPr/>
        <w:t>7. Стоит ли искать и выделять время на познание науки о любви-агапэ?</w:t>
      </w:r>
    </w:p>
    <w:p>
      <w:r>
        <w:rPr/>
        <w:t>8. Считаете ли вы то, что наша школа является единственной в мире, где мы постигаем эту науку? Какие ещё у Бога есть методы, чтобы открыть все эти истины жаждущим и ищущим душам?</w:t>
      </w:r>
    </w:p>
    <w:p>
      <w:r>
        <w:rPr/>
        <w:t xml:space="preserve">9. Прочитайте, пожалуйста, Пс 90:14,15, Дан. 3:24,25, Пс 22:4, 82:6-8; Ис 26:3,4; И.Нав.1:7, Ис 63:9; 1 Петр.4:12-14; Евр. 10:36, 12:2,3,12,13 </w:t>
      </w:r>
      <w:r>
        <w:rPr/>
        <w:t>в свете этой главы</w:t>
      </w:r>
      <w:r>
        <w:rPr/>
        <w:t>.</w:t>
      </w:r>
    </w:p>
    <w:p>
      <w:pPr>
        <w:pStyle w:val="Heading2"/>
        <w:pageBreakBefore/>
      </w:pPr>
      <w:r>
        <w:t>Глава 24</w:t>
      </w:r>
    </w:p>
    <w:p>
      <w:pPr>
        <w:pStyle w:val="Heading1"/>
      </w:pPr>
      <w:r>
        <w:t>Наш мир</w:t>
      </w:r>
    </w:p>
    <w:p>
      <w:r>
        <w:rPr/>
        <w:t>Наш мир, подобно тяжёлым водам, со всех сторон сдавливает наш подводный корабль и ищет любой возможности, чтобы проникнуть внутрь. Ему достаточно даже самого маленького отверстия в обшивке судна, чтобы потопить нас. И это давление ощущают все. Как бы нам хорошо тут ни жилось, но пока существует сатана и пока его армия имеет влияние в этом мире, я не могу пребывать в абсолютной безопасности. В Господе я нахожу защиту и покой, в Нём крепость моей души, но Он проводит меня через огонь и позволяет сатане испытать меня на прочность. И в этом состоит Божий план нашей подготовки к Вечной жизни. Враг души выталкивает нас из этого мира в Вечность. Своими нападками он делает нас опытнее и сильнее и учит нас полностью полагаться на Иисуса. И чем страшнее буря, тем ближе я становлюсь к Богу. Враг ненавидит нас, и он понимает своё бессилие в этой войне, и всё же продолжает преследовать нас, желая, чтобы мы хотя бы умерли во Христе, лишь бы прекратить наше влияние. Но наши дела и после смерти идут вслед за нами.</w:t>
      </w:r>
    </w:p>
    <w:p>
      <w:r>
        <w:rPr/>
        <w:t>Сатана знает, что в открытом противостоянии у него нет шансов на победу, и сейчас он очень искусно маскирует свои планы. Он приходит как ангел света и улыбающийся счастливчик. И через подобные обольщения он обретает много поклонников. Великая империя сатаны, поглотившая весь мир, предстала в наше время во всём своём великолепии. Имя ей — Вавилон. И мы живём в ней. Мы строим свой быт под влиянием этого города.</w:t>
      </w:r>
    </w:p>
    <w:p>
      <w:r>
        <w:rPr/>
        <w:t>Читаем в Откр 18:23: «... и волшебством твоим введены в заблуждение все народы».</w:t>
      </w:r>
    </w:p>
    <w:p>
      <w:r>
        <w:rPr/>
        <w:t>В оригинале слово «волшебством» записано так: φαρμακείᾳ. Этот термин сейчас применяется в медицине как фармакология — воздействие на организм человека медикаментозным образом. И враг души вместе со своими подданными занят сейчас тем, что очаровывает мир, чтобы управлять им и осуществлять свои планы. И этот дух царствует в воздухе. До самого Второго Пришествия мы будем подвержены подобному давлению извне.</w:t>
      </w:r>
    </w:p>
    <w:p>
      <w:r>
        <w:rPr/>
        <w:t>Но у Бога есть план. Он не дал сатане абсолютную власть. Он установил Своё Царство Любви под названием Агапэ. И оно успешно противостоит натиску врага, уверенно побеждая силы тьмы. Сам Бог есть Глава этого Царства. Это частичка Неба в нашем мире. Господь же знает силу влияния зла и то, какое давление оно оказывает на человека, поэтому не ожидает от меня моих человеческих побед, а Сам во мне ведёт войну и побеждает.</w:t>
      </w:r>
    </w:p>
    <w:p>
      <w:r>
        <w:rPr/>
        <w:t>Любовь, которую нам советует приобрести Иисус, сильна, чтобы преодолеть все препятствия. Она не подвержена силе очарования и отвергает всё нечистое. Любовь чиста, как солнечный свет, как капли росы, она создала человека для себя и знает, что нужно человеку для счастья, для полноценной жизни.</w:t>
      </w:r>
    </w:p>
    <w:p>
      <w:r>
        <w:rPr/>
        <w:t>Лаодикия представлена нам последним периодом истории. После неё нет ничего. И стоит напрячь все свои мысли, чтобы понять, что Бог предлагает мне в это время.</w:t>
      </w:r>
    </w:p>
    <w:p>
      <w:r>
        <w:rPr/>
        <w:t>Друзья, жизненно важно понимать, что говорит Господь, обращаясь к Лаодикии. Если я не приму это, то я не смогу обладать этим и не буду этого жаждать и просить. А Бог предлагает Самого Себя, Он пришёл для этого лично и стоит в ожидании. Дух Святой очень ясно открывает эту истину. И если я не услышу Его голос и отвергну Его помощь и победу, то к кому мне идти? У сатаны уже готово решение. К нему? Ни за что! Но если я отвергаю Бога или если остаюсь равнодушным, то я не могу жить сам по себе. Другая сила овладеет мной, и я буду вечерять с ней, а она со мной, и нам будет весело и хорошо, а впереди нас ожидает прекрасная смерть без всякой надежды. Разве для этого мне стоит жить? Разве это желает мне дать Господь?</w:t>
      </w:r>
    </w:p>
    <w:p>
      <w:r>
        <w:rPr/>
        <w:t>История христианства учит нас тому, как благ Господь и как нежно и заботливо Он вёл Свой народ, посылая ему истину и пророков в Своё время. Но света столетней давности недостаточно сегодня. Я могу пропустить важные детали. Пионеры христианства дали нам много открытий и положили прочный фундамент, но на этом наш рост не закончился. Сейчас мы пришли к финишу, и что мы имеем? Споры, вражду, разногласия, безразличие, ереси и прочее. Разве это планирует Бог взять в Вечность? Разве на это Он будет ставить Свою печать? Разве для этого трудится Святой Дух, чтобы покрыть беззаконие Божьей праведностью?</w:t>
      </w:r>
    </w:p>
    <w:p>
      <w:r>
        <w:rPr/>
        <w:t>Мы изучили закон, познали его, выучили наизусть, говорим о нём людям, а растворили ли мы его в Божьей любви своих отношений, чтобы он стал съедобным?</w:t>
      </w:r>
    </w:p>
    <w:p>
      <w:r>
        <w:rPr/>
        <w:t>Мы не виноваты в том, что родились и живём в это время. И Бог не судит нас за то, что мы живём в Вавилоне, но Он предлагает решение и просит: «Выйди из него, народ Мой!» А куда мне идти? В Содом? В Гоморру? Где это место? Куда стоит направить свои стопы?</w:t>
      </w:r>
    </w:p>
    <w:p>
      <w:r>
        <w:rPr/>
        <w:t>Иисус даёт ответ. Он есть та дверь, и то, что Он предлагает в послании к Лаодикии, станет моей защитой и оружием в последнее время. А что Он мне советует приобрести? Отца, Сына и Святого Духа. Лучше, чем Эти Сокровища для души, у Бога нет. Это Самое ценное, что у Него осталось напоследок. Всё Небо опустошено, чтобы стать нашим. И если Сам Господь уже стоит у двери и стучит, то кто после Него может быть лучше? А что делаю я? Я оправдываю себя тем, что не могу доползти до двери и открыть её. А может, я не хочу этого? Может, я сам себя обманываю? Ну, нету сил!!! Они есть, но не для того, что нужно.</w:t>
      </w:r>
    </w:p>
    <w:p>
      <w:r>
        <w:rPr/>
        <w:t>Думаю, что человек выглядит очень глупо, когда, имея столько света, избирает тьму, имея столько вкусной пищи, отдаёт предпочтение сухарикам, имея Христа, идёт к сатане.</w:t>
      </w:r>
    </w:p>
    <w:p>
      <w:r>
        <w:rPr/>
        <w:t>А что может сделать Святой Дух для тех, кто отвергает все Его призывы, убеждения, советы и просьбы? Что Бог может дать людям, которые поворачиваются к Нему спиной? Как ещё Ему убедить меня в Своей любви, если я отвергаю её?</w:t>
      </w:r>
    </w:p>
    <w:p>
      <w:r>
        <w:rPr/>
        <w:t xml:space="preserve">Что плохого будет в том, если я стану просить и получать любовь? Начнутся перемены. Мои старые взгляды и стереотипы будут рушиться. Мне придётся всех простить, всё пересмотреть, многое удалить. Все мои грехи безжалостно вскроются и предстанут в самом отвратительном виде. Мои плотские мысли и </w:t>
      </w:r>
      <w:r>
        <w:rPr/>
        <w:t>чувства станут меня оставлять, и я не смогу ими больше никогда пользоваться. Я увижу, насколько прекрасен и мудр Бог и насколько Он уважает мою свободу. У меня появятся новые друзья, которые на мою любовь станут отвечать тем же. Счастье будет теребить моё сердце и лишать меня грусти и беспокойства. Вся жизнь превратится в поле боя, где я буду абсолютным победителем в Божьей силе. Мир Божий станет моим барометром. И это только начало тех небесных приключений, которые наполнят мою жизнь светом и миром. И подумайте сами, стоит ли всё это приобретать в обмен на суету и тщеславие, которые подпитывают гордость и плотские удовольствия?</w:t>
      </w:r>
    </w:p>
    <w:p>
      <w:r>
        <w:rPr/>
        <w:t>Как ещё Богу убедить меня в том, что Спасение во Христе лучше, чем весь этот тонущий мир? Если Он Сам пришёл и предлагает Себя, то, может, всё-таки лучше принять этот дар?</w:t>
      </w:r>
    </w:p>
    <w:p>
      <w:r>
        <w:rPr/>
        <w:t>Конец всему стремительно приближается. Бог действует. Его армия ангелов в полной боевой готовности. Любовь открыта и доступна всем. Кто жаждет — приходи и пей. Двери благодати ещё открыты. Иисус просится в Друзья, и вместе с Собой приведёт и Отца, и Своего Духа. Такого времени никогда не было. Всё Небо в напряжении ожидает, что я выберу? А я включаю соцсети и смотрю историю друзей?</w:t>
      </w:r>
    </w:p>
    <w:p>
      <w:pPr>
        <w:pStyle w:val="Heading2"/>
      </w:pPr>
      <w:r>
        <w:t>Вопросы к размышлению над этой главой</w:t>
      </w:r>
    </w:p>
    <w:p>
      <w:r>
        <w:rPr/>
        <w:t xml:space="preserve">1. Что интересного вам открылось </w:t>
      </w:r>
      <w:r>
        <w:rPr/>
        <w:t>в этой главе</w:t>
      </w:r>
      <w:r>
        <w:rPr/>
        <w:t>?</w:t>
      </w:r>
    </w:p>
    <w:p>
      <w:r>
        <w:rPr/>
        <w:t>2. В чём состоит план Божьей подготовки к Вечности?</w:t>
      </w:r>
    </w:p>
    <w:p>
      <w:r>
        <w:rPr/>
        <w:t>3. Какая стратегия и власть у сатаны в это последнее время?</w:t>
      </w:r>
    </w:p>
    <w:p>
      <w:r>
        <w:rPr/>
        <w:t>4. Будет ли Бог посылать нового пророка с объяснением нового пути спасения или с новой вестью к церкви?</w:t>
      </w:r>
    </w:p>
    <w:p>
      <w:r>
        <w:rPr/>
        <w:t>5. В чём сила и особенность любви, которую Бог советует приобрести Лаодикии в это последнее время?</w:t>
      </w:r>
    </w:p>
    <w:p>
      <w:r>
        <w:rPr/>
        <w:t>6. Что происходит со мной, когда я получаю любовь?</w:t>
      </w:r>
    </w:p>
    <w:p>
      <w:r>
        <w:rPr/>
        <w:t>7. Стоит ли мне изучать символы послания к Лаодикии?</w:t>
      </w:r>
    </w:p>
    <w:p>
      <w:r>
        <w:rPr/>
        <w:t xml:space="preserve">8. Прочитайте, пожалуйста, Откр.3:18-22, Дан.7:13,14, Евр.9:14, Рим.5:2-5, Откр.18:4,5, Иак.2:3-6, 1 Ин.2:15, Откр.12:17, 14:8, Ис.44:3, 45:8, 47:10,11, Ин.16:11, Откр.21:6 </w:t>
      </w:r>
      <w:r>
        <w:rPr/>
        <w:t>в свете этой главы</w:t>
      </w:r>
      <w:r>
        <w:rPr/>
        <w:t>.</w:t>
      </w:r>
    </w:p>
    <w:p>
      <w:pPr>
        <w:pStyle w:val="Heading2"/>
        <w:pageBreakBefore/>
      </w:pPr>
      <w:r>
        <w:t>Глава 25</w:t>
      </w:r>
    </w:p>
    <w:p>
      <w:pPr>
        <w:pStyle w:val="Heading1"/>
      </w:pPr>
      <w:r>
        <w:t>Время кризиса</w:t>
      </w:r>
    </w:p>
    <w:p>
      <w:r>
        <w:rPr/>
        <w:t>Приближается кризис, который называется кризисом последнего времени. Это будет особый период, который для одних станет временем для издыхания от страха, а для кого-то – для осквернения в ещё большей мере, для кого-то он явится концом всех планов и полным коллапсом, для некоторых – ожиданием интересных событий, а для остальных – концом земных страданий и ожиданием Второго пришествия.</w:t>
      </w:r>
    </w:p>
    <w:p>
      <w:r>
        <w:rPr/>
        <w:t>В это событие под названием «Всемирный кризис» верят уже абсолютно все, кто понимает, что всё происходящее в мире целенаправленно ведёт нас к катастрофе глобального уровня. Природа отвечает людям на их наплевательское отношение к её охране катаклизмами и стихийными бедствиями. Мир денег привязал себя к доллару, который просто ничего не стоит, но искусственно поддерживается всеми странами как нечто ценное, и его безостановочно печатают круглые сутки, чтобы оплатить всевозможные услуги и купить на него свободу государств и людей, жаждущих обогащения.</w:t>
      </w:r>
    </w:p>
    <w:p>
      <w:r>
        <w:rPr/>
        <w:t>В мире производится оружие, которое способно уничтожить всю планету несколько раз, и когда-то эта военная машина придёт в действие.</w:t>
      </w:r>
    </w:p>
    <w:p>
      <w:r>
        <w:rPr/>
        <w:t>Болезни, эпидемии и вирусы приспособились к ситуации и уже не реагируют на медикаменты, унося в могилу миллионы жизней.</w:t>
      </w:r>
    </w:p>
    <w:p>
      <w:r>
        <w:rPr/>
        <w:t>Цивилизованное человечество пресытилось изобилием разнообразной информации и теряет вкус и смысл жизни.</w:t>
      </w:r>
    </w:p>
    <w:p>
      <w:r>
        <w:rPr/>
        <w:t>И все понимают, что так долго мир не протянет. А что будет, никто не знает.</w:t>
      </w:r>
    </w:p>
    <w:p>
      <w:r>
        <w:rPr/>
        <w:t>Но самое интересное заключается в том, что и Бог через Своих вестников предсказывает наступление последнего кризиса, которого никто не избежит, и многие люди погибнут в это смутное время и спасутся только те, чьи имена внесены в Книгу Жизни. Столкновение с этим временем неизбежно. И защиту получат только те, кто сейчас избирает Бога своим Господином и послушание Божьему закону — своим жизненным принципом. Кризис выявит всех, кто построил свой дом веры на прочном основании из крепких материалов.</w:t>
      </w:r>
    </w:p>
    <w:p>
      <w:r>
        <w:rPr/>
        <w:t>Когда возводится дом, инженеры просчитывают всевозможные нагрузки на конструкцию здания и делают предписания для строителей, чтобы они понимали, какой материал избрать и как прочно связывать детали строения друг с другом, чтобы при любом стихийном бедствии всё устояло и выдержало нагрузку извне.</w:t>
      </w:r>
    </w:p>
    <w:p>
      <w:r>
        <w:rPr/>
        <w:t>Бог также готовит Свой народ к предстоящим событиям последнего времени. Он предлагает всем Своим думающим и жаждущим детям нечто особенное, что защитит их во время кризиса. И во всех Своих дарах Он предлагает Самого Себя, желая иметь особые личные отношения со Своими детьми и научить их любить друг друга настоящей любовью, которой у них нет. Он так и заповедал, чтобы все Его ученики имели любовь-агапэ между собою и верили в силу Божьих обещаний, чтобы они просили исполнить их в личной жизни каждого.</w:t>
      </w:r>
    </w:p>
    <w:p>
      <w:r>
        <w:rPr/>
        <w:t xml:space="preserve">Бог желает, чтобы Его народ в последнее время имел любовь-агапэ, и Иисус советует купить у Него особые ценности, которые сделают нас богатыми, оденут </w:t>
      </w:r>
      <w:r>
        <w:rPr/>
        <w:t>нас и откроют нам глаза. Сказать Ему, что это неинтересно или что на это нет времени, равносильно духовному самоубийству. Ведь если Бог что-то советует, то к этому стоит сначала прислушаться, а потом сделать. Однако Он не даёт Свои дары просто так всем подряд. Он согласен лишь на равноценный обмен. Это свидетельствует о том, что Божьи ценности я не получу автоматически как приложение к своему спасению. Я должен за них что-то отдать. И если у меня не будет к этому интереса, то Господь меня исторгнет из Своих уст, а ещё точнее — изблюёт. Следовательно, вся моя святая жизнь будет Ему настолько противна, что Он не захочет иметь со мной ничего общего, а потом объявит мне, что не знал меня. Такие слова на самом деле страшно будет услышать и пережить.</w:t>
      </w:r>
    </w:p>
    <w:p>
      <w:r>
        <w:rPr/>
        <w:t>Моё спасение определено для меня Богом, и Он является Автором избавления меня от власти греха и смерти. Иисус становится моим личным Учителем и Наставником. И Он больше меня заинтересован в том, чтобы спасти меня. Для этого у Него имеется всё необходимое, но без моего согласия Бог не станет делать ничего, разве что Он будет ждать, когда я пойму это и проявлю интерес. Бог любит меня и желает, чтобы я жил, и жил вечно, жил с Ним в сердце. И Он мечтает обо мне, о том, что, когда я узнаю красоту Его характера, я полюблю Его всею душою и пожелаю узнать о Нём ещё больше и рассказать о Нём всему миру. С каким трепетом Отец ждёт возможности открыть Свои объятия и взять меня на руки, носить меня, хвалиться мною и дать мне все богатства Неба, чтобы я уже при этой жизни ими обладал. Как всё просто, как доступно, как близко и как это интересно!</w:t>
      </w:r>
    </w:p>
    <w:p>
      <w:r>
        <w:rPr/>
        <w:t>Жажду ли я этих отношений? Желаю ли я иметь такого Друга? Нужны ли мне Его ценные товары?</w:t>
      </w:r>
    </w:p>
    <w:p>
      <w:r>
        <w:rPr/>
        <w:t>В какое-то время я занимался торговлей, изучал рынок сбыта, интересы и потребности покупателей. И я заметил, что если людям что-то не нужно, то им это ни за какие деньги не продать, но если им представить это как что-то хорошее и полезное и провести рекламу, то они берут твои товары и охотно за них платят. А когда человеку что-то очень нужно, он сам к тебе подходит и просит привезти ему товар и продать его. Порою человек готов заплатить даже больше, чем это стоит.</w:t>
      </w:r>
    </w:p>
    <w:p>
      <w:r>
        <w:rPr/>
        <w:t>Наша любовь друг к другу и наши беседы об этом являются самой лучшей рекламой Божьих товаров, которые Он советует у Него купить. И если у меня появится жажда иметь эти сокровища Неба, то я готов буду заплатить любую цену за их приобретение. А если мне это неинтересно, то оно мне и даром не нужно. Мне даже не захочется тратить своё время, чтобы понять, что значат эти Небесные ценности и для чего они мне нужны, ведь я и без них богат, разбогател и ни в чём не имею нужды. Или вы думаете, что моя жизнь с Богом прошла впустую, и я ничему не научился? Не очень ли вы предвзято на меня смотрите? Думаете, я напрасно страдал за Имя Иисуса и ничему не научился в этих испытаниях?</w:t>
      </w:r>
    </w:p>
    <w:p>
      <w:r>
        <w:rPr/>
        <w:t xml:space="preserve">В моём огороде растёт персиковое дерево. Когда оно было маленькое, я радовался одному, потом двум персикам в год. А затем несколько лет подряд дерево приносило такой обильный урожай, что даже ломались ветки от тяжести плодов. Но в последнее время персик перестал плодоносить и, несмотря на мой уход, даёт только листву. Мне очень жаль, но я его спилил, а вместо него посажу </w:t>
      </w:r>
      <w:r>
        <w:rPr/>
        <w:t>новое дерево. Я вспоминал, какие вкусные персики были раньше, но растение занимало место, болело и заражало другие деревья. Решение о ликвидации принято и приведено в исполнение.</w:t>
      </w:r>
    </w:p>
    <w:p>
      <w:r>
        <w:rPr/>
        <w:t>Друзья, мне страшно об этом говорить, но у меня есть такое предчувствие, что многие из Божьих детей будут исторгнуты из Его уст по причине своего невежества и нежелания принять Божьи благословения и купить то, что Он советует.</w:t>
      </w:r>
    </w:p>
    <w:p>
      <w:r>
        <w:rPr/>
        <w:t>И что делать таким людям во время кризиса? Они просто упадут и не встанут. Они будут потеряны навсегда. Среди них можешь быть и ты! Моя ценность определяется не тем, кем я был в прошлом, а тем, кто я есть сейчас и кем буду в перспективе развития, какой у меня плод сегодня. Та любовь, которую я получаю и отдаю ныне, является самым лучшим свидетельством моей жизни с Богом. Моя святость сегодня говорит лучше всяких слов, мои мысли и чувства этого дня дают мне право на жизнь. А мой опыт прошлых лет поддерживает меня в моём сегодняшнем выборе и помогает мне избегать многих ошибок.</w:t>
      </w:r>
    </w:p>
    <w:p>
      <w:r>
        <w:rPr/>
        <w:t>Пожалуйста, друзья, не пройдите мимо Торговца из вести к Лаодикии.</w:t>
      </w:r>
    </w:p>
    <w:p>
      <w:pPr>
        <w:pStyle w:val="Heading2"/>
      </w:pPr>
      <w:r>
        <w:t>Вопросы к размышлению над этой главой</w:t>
      </w:r>
    </w:p>
    <w:p>
      <w:r>
        <w:rPr/>
        <w:t xml:space="preserve">1. Что полезное вы почерпнули </w:t>
      </w:r>
      <w:r>
        <w:rPr/>
        <w:t>из этой главы</w:t>
      </w:r>
      <w:r>
        <w:rPr/>
        <w:t>?</w:t>
      </w:r>
    </w:p>
    <w:p>
      <w:r>
        <w:rPr/>
        <w:t>2. Что такое кризис? Верите ли вы в его наступление?</w:t>
      </w:r>
    </w:p>
    <w:p>
      <w:r>
        <w:rPr/>
        <w:t>3. Как приготовиться ко времени кризиса?</w:t>
      </w:r>
    </w:p>
    <w:p>
      <w:r>
        <w:rPr/>
        <w:t>4. Буду ли я находиться под особой Божьей охраной в последнее время? От чего это зависит?</w:t>
      </w:r>
    </w:p>
    <w:p>
      <w:r>
        <w:rPr/>
        <w:t>5. Кем мне необходимо быть и что нужно иметь во время испытания моей веры?</w:t>
      </w:r>
    </w:p>
    <w:p>
      <w:r>
        <w:rPr/>
        <w:t>6. Что мне делать, если сейчас у меня нет интереса к Лаодикийскому Божьему плану, а быть победителем во время скорби хочется?</w:t>
      </w:r>
    </w:p>
    <w:p>
      <w:r>
        <w:rPr/>
        <w:t>7. Я люблю Бога, и неужели Он извергнет меня просто из-за того, что я занимался другим служением, не имея времени для познания вести к Лаодикии?</w:t>
      </w:r>
    </w:p>
    <w:p>
      <w:r>
        <w:rPr/>
        <w:t>8. Будет ли учитываться весь мой христианский опыт, если в конце времени я не буду иметь плода?</w:t>
      </w:r>
    </w:p>
    <w:p>
      <w:r>
        <w:rPr/>
        <w:t xml:space="preserve">9. Прочитайте, пожалуйста, Иез. 18:20; Дан. 12:1; Пс. 9:10,22; 138:23-24; Иер. 15:11; 2Тим. 3:1-5; Мк. 11:13-14,20; Лк. 13:6-9; Ин. 15:1-2 </w:t>
      </w:r>
      <w:r>
        <w:rPr/>
        <w:t>в свете этой главы</w:t>
      </w:r>
      <w:r>
        <w:rPr/>
        <w:t>.</w:t>
      </w:r>
    </w:p>
    <w:p>
      <w:pPr>
        <w:pStyle w:val="Heading2"/>
        <w:pageBreakBefore/>
      </w:pPr>
      <w:r>
        <w:t>Глава 26</w:t>
      </w:r>
    </w:p>
    <w:p>
      <w:pPr>
        <w:pStyle w:val="Heading1"/>
      </w:pPr>
      <w:r>
        <w:t>Надо просить</w:t>
      </w:r>
    </w:p>
    <w:p>
      <w:r>
        <w:rPr/>
        <w:t>Есть то, что принадлежит мне по праву и доступно в любое время, всегда. Это воздух, вода, солнечный свет и тепло. Мне не приходится их выпрашивать. Они являются моими по факту творения и поддерживают мою жизнедеятельность.</w:t>
      </w:r>
    </w:p>
    <w:p>
      <w:r>
        <w:rPr/>
        <w:t>Есть вещи, которые я сам выбираю на свой вкус. Это питание, одежда, место проживания, место работы. В этом ряду бывают исключения, потому что мне могут дать то, чего я не желаю, поэтому против своей воли имеешь не то, что хочешь. Ведь иногда просто некуда деваться.</w:t>
      </w:r>
    </w:p>
    <w:p>
      <w:r>
        <w:rPr/>
        <w:t>Некоторыми благами я могу обладать, а могу и не иметь их, например, спутника жизни, детей, транспортного средства, вещей для комфортного быта, избыточных финансов, средств коммуникации. У меня есть возможность выбирать и регулировать своё отношение к ним.</w:t>
      </w:r>
    </w:p>
    <w:p>
      <w:r>
        <w:rPr/>
        <w:t>Всё перечисленное наполняет мою физическую жизнь. Я к этому привыкаю и обустраиваю свой комфорт.</w:t>
      </w:r>
    </w:p>
    <w:p>
      <w:r>
        <w:rPr/>
        <w:t>Но я не только физическое существо, у меня есть душа и дух, которые нуждаются в духовном питании и насыщении. Они не удовлетворяются наличием вещей и комфорта, им необходим духовный хлеб, удовлетворяющий духовные нужды. Кто-то восполняет подобную потребность ядом для тела — кофе, чёрным чаем, табаком, алкоголем, наркотиками, порнографией и прочим, оскверняющим разум и душу. И таким образом человек убивает себя. Кто-то ищет отраду в музыке, в развлечениях, в туризме, в путешествиях, в философии, в хобби, в религии и находит то, что его удовлетворяет.</w:t>
      </w:r>
    </w:p>
    <w:p>
      <w:r>
        <w:rPr/>
        <w:t>Не всякая религия идёт на пользу человеку, но всё же содержит в себе элементы истины и добра, утешения и восполнения духовных нужд.</w:t>
      </w:r>
    </w:p>
    <w:p>
      <w:r>
        <w:rPr/>
        <w:t>Душа ищет Бога, она не может жить без Него. Она создана для общения с Творцом, и пока душа не найдёт Божьего пути, она будет тосковать, метаться, болеть. Ей нужен Бог, настоящий, неподдельный.</w:t>
      </w:r>
    </w:p>
    <w:p>
      <w:r>
        <w:rPr/>
        <w:t>И Бог даёт возможность познать Себя. Он открывается всякому, кто Его находит. Творец наполняет жизнь такого человека смыслом. Но даже в этом познании есть вещи, которые принадлежат мне по праву и прилагаются автоматически, но есть и другие, которые не доступны мне просто так. Их нужно просить, и обладать ими можно лишь на определённых условиях. А есть и такие дары, которые необходимо выпрашивать всем своим человеческим естеством, имея реальную жажду в их познании и получении. Существуют таланты, которые Бог даёт на Своё усмотрение для служения в церкви. Есть и такие блага, которые верующий может обрести, лишь убедив Бога в том, что они на самом деле необходимы и что без них этот человек не собирается дальше жить.</w:t>
      </w:r>
    </w:p>
    <w:p>
      <w:r>
        <w:rPr/>
        <w:t>Не всё так просто даётся верующему, хотя и нет ограничений в Божьей благости.</w:t>
      </w:r>
    </w:p>
    <w:p>
      <w:r>
        <w:rPr/>
        <w:t>Любовь — это то, что знакомо любому человеку, и каждый на себе когда-то испытал её влияние, но при этом ни один не имеет её настолько, чтобы отдавать постоянно или жить в ней, не встречая сопротивления.</w:t>
      </w:r>
    </w:p>
    <w:p>
      <w:r>
        <w:rPr/>
        <w:t>Любовь агапэ — это, наверное, то, что Бог больше всего желает дать Своим людям, но они меньше всего хотят её иметь или получать.</w:t>
      </w:r>
    </w:p>
    <w:p>
      <w:r>
        <w:rPr/>
        <w:t>Когда я встаю на путь жизни с Богом, тогда мне даётся Божья защита, Божье благословение на каждый день, Божья охрана от зла, вручаются дары для служения, посылаются откровения и мудрость для познания истины, даётся очень многое и безвозмездно, потому что Бог очень сильно меня любит. Но есть благословения, которые я должен просить. Это особые дары, особые откровения, особые чудеса в моей жизни и жизни моих ближних, это уникальная мудрость и сила. И Бог награждает меня этим только по молитве и по Своей любви ко мне.</w:t>
      </w:r>
    </w:p>
    <w:p>
      <w:r>
        <w:rPr/>
        <w:t>Но самая большая мечта Бога — подарить Себя и близкие отношения с Собой. И Господь облёк эту мечту в агапэ. Он предлагает её в виде символов. Ещё никогда в истории христианства Бог не был так близок и доступен, как в наши дни, в период Лаодикии. Он знает, что без Него никто не устоит, но при этом Он скромно ожидает жаждущие души, которые неподдельно заинтересованы в Нём и в особых отношениях с Его Сыном Иисусом. Бог ждёт тех, кто стремится к общению и на кого Он сможет излить Своего Духа. Бог жив, и Он желает дружить со мной, иметь со мной глубокие отношения, но для этого необходимо и моё участие. И речь идёт не просто о приглашении, а о моей искренней заинтересованности в Господе.</w:t>
      </w:r>
    </w:p>
    <w:p>
      <w:r>
        <w:rPr/>
        <w:t>Иисус приходит к каждому и откликается на любое приглашение. А потом, пообщавшись, Он встаёт и уходит. Христос делает это не потому, что Он хочет меня оставить, а потому что Он не любит быть там, где Он не нужен. И чтобы Он остался, Его необходимо в этом убедить. Возможно, это и смешно звучит, но Бог очень хорошо разбирается в нас. Он уважает нашу свободу. Он не обижается, видя, что не нужен, но ждёт очередного приглашения, чтобы снова войти и пообщаться. А потом в очередной раз встаёт и уходит, и делает это неохотно. Но по-другому никак.</w:t>
      </w:r>
    </w:p>
    <w:p>
      <w:r>
        <w:rPr/>
        <w:t>Агапэ — это то, что открывает мне красоту Божьего характера и настолько прилепляет меня к Господу, что я не могу жить без Него. Он мне нужен всегда, и не как Гость, но как Друг, как Господь, как Тот, Кто стал частью моей жизни, как мой Супруг. Это особые отношения, но они тоже условны. И они зависят от моего ежедневного выбора. Но любовь настолько склеивает нас, что я просто не представляю себе жизни без неё. И она влечёт меня к особым отношениям с ближними. И порою я так влюбляюсь в тех, кто рядом, кого вижу, что боюсь, не потерял ли я в этом Бога, не стал ли я Его ещё меньше любить. Но Он рассеивает мои страхи и убеждает меня в том, что это не я, а Он во мне любит моих друзей и учит правильным отношениям с ними и к ним. И я радуюсь и благодарю. Но и я не могу быть навязчивым даже по отношению к тем, кого люблю. Я встаю и ухожу, очень сильно желая остаться, но уважаю свободу и выбор моих друзей. Хотя по-человечески я всегда даю понять, что я доступен и не так далеко от них.</w:t>
      </w:r>
    </w:p>
    <w:p>
      <w:r>
        <w:rPr/>
        <w:t xml:space="preserve">Но я человек. Я могу быть занят, могу быть только со своей женой и никуда не ходить и не ездить. И я надеюсь на понимание. А Бог всегда доступен, Он никогда не занят настолько, чтобы не побыть со мной. Хоть Его и надо порою убедить в том, что я нуждаюсь в Его особой любви, что желаю её иметь, но и в этом есть Его воля ко мне. Самые ценные вещи Он не даёт просто так, но посылает их с </w:t>
      </w:r>
      <w:r>
        <w:rPr/>
        <w:t>радостью людям, которые ищут, которые просят, которые жаждут. Бог дарует их в огромном изобилии.</w:t>
      </w:r>
    </w:p>
    <w:p>
      <w:r>
        <w:rPr/>
        <w:t>Я стал просить о любви, чтобы просто не погибнуть в суете и выжить, а Он дал мне её, чтобы всегда побеждать и выигрывать любое сражение. Я думал, что я смогу с этим даром только терпеть ближних, а я стал ими восхищаться и любоваться. Я думал, что буду незаметным, а Господь ставит меня на вершину горы, чтобы быть светильником. Он отправляет меня в Ниневию, а я бегу в Фарсис, тогда Он посылает бурю и поглощает меня во тьму. Каюсь и иду туда, где должен быть.</w:t>
      </w:r>
    </w:p>
    <w:p>
      <w:r>
        <w:rPr/>
        <w:t>Кругом происходят чудеса благодати, а я к ним привыкаю и уже не знаю другой жизни.</w:t>
      </w:r>
    </w:p>
    <w:p>
      <w:r>
        <w:rPr/>
        <w:t>Как интересно и прекрасно жить в любви, иметь её и иметь доступ к неограниченному арсеналу этой Божьей силы. Я дружу с Тем, Кто выше всех. И это самое лучшее, что можно пожелать каждому.</w:t>
      </w:r>
    </w:p>
    <w:p>
      <w:r>
        <w:rPr/>
        <w:t>Любить — это жить со смыслом. Это подключение к Небесному источнику энергии, который начинает действовать тогда, когда я нажимаю на кнопку «Старт».</w:t>
      </w:r>
    </w:p>
    <w:p>
      <w:r>
        <w:rPr/>
        <w:t>Дорогой друг, наполни и свою жизнь смыслом. Иисус жив, и Он рядом, чтобы украсить и твоё существование чем-то прекрасным и радостным. И Он очень любит тебя и уважает твой выбор. Иисус ждёт, уже очень долго ждёт.</w:t>
      </w:r>
    </w:p>
    <w:p>
      <w:pPr>
        <w:pStyle w:val="Heading2"/>
      </w:pPr>
      <w:r>
        <w:t>Вопросы к размышлению над этой главой</w:t>
      </w:r>
    </w:p>
    <w:p>
      <w:r>
        <w:rPr/>
        <w:t xml:space="preserve">1. Прочитайте, пожалуйста, Лк.11:9; Евр.4:15,16; Лк. 10:2,3; Ин. 16:24,26,27; Иак.4:2,3; Иер. 29:12,13; 2 Пар. 7:14; Ин.7:37,38; Лк.26:16; 2 Пар.15:15; Рим.12:11 </w:t>
      </w:r>
      <w:r>
        <w:rPr/>
        <w:t>в свете этой главы</w:t>
      </w:r>
      <w:r>
        <w:rPr/>
        <w:t>.</w:t>
      </w:r>
    </w:p>
    <w:p>
      <w:r>
        <w:rPr/>
        <w:t>2. Почему душа человека нуждается в Боге?</w:t>
      </w:r>
    </w:p>
    <w:p>
      <w:r>
        <w:rPr/>
        <w:t>3. Что вам даёт жизнь с Богом?</w:t>
      </w:r>
    </w:p>
    <w:p>
      <w:r>
        <w:rPr/>
        <w:t>4. Какой подарок приготовил Господь для вас?</w:t>
      </w:r>
    </w:p>
    <w:p>
      <w:r>
        <w:rPr/>
        <w:t>5. Что ожидает от вас Господь?</w:t>
      </w:r>
    </w:p>
    <w:p>
      <w:r>
        <w:rPr/>
        <w:t>6. Назовите преимущества тех, кто дружит с Богом.</w:t>
      </w:r>
    </w:p>
    <w:p>
      <w:r>
        <w:rPr/>
        <w:t>7. Почему Бог не хочет разделять ни с кем Свою любовь в нас?</w:t>
      </w:r>
    </w:p>
    <w:p>
      <w:pPr>
        <w:pStyle w:val="Heading2"/>
        <w:pageBreakBefore/>
      </w:pPr>
      <w:r>
        <w:t>Глава 27</w:t>
      </w:r>
    </w:p>
    <w:p>
      <w:pPr>
        <w:pStyle w:val="Heading1"/>
      </w:pPr>
      <w:r>
        <w:t>Открыть или оставить?</w:t>
      </w:r>
    </w:p>
    <w:p>
      <w:r>
        <w:rPr/>
        <w:t>Мы все ожидаем славного события, с которым связываем свои многие надежды и которое изменит в нашей жизни всё, дав нам намного больше того, что можно себе представить. Это Второе Пришествие Христа. Верю я в это или не верю, жду я этого события или нет, строю планы на это время или живу сам для себя, но оно состоится независимо от того, как я к этому отношусь или готовлюсь. Христос придёт на облаках небесных со всеми Своими ангелами, и это будет воистину впечатляющее зрелище. И Его Пришествие не зависит от моей веры и от моих ожиданий. Оно безусловно, и оно произойдёт в тот день, в который Иисус решит по Своей власти.</w:t>
      </w:r>
    </w:p>
    <w:p>
      <w:r>
        <w:rPr/>
        <w:t>Однако интересно то, что Господь уже давно обещал прийти. К каждому поколению Он обращался с фразой: «Се гряду скоро», а сейчас, в наше время, Он говорит: «Се стою у двери и стучу». Что это значит? Это может говорить лишь об одном — Он уже пришёл.</w:t>
      </w:r>
    </w:p>
    <w:p>
      <w:r>
        <w:rPr/>
        <w:t>Прошу не путать эти два события. Сейчас Христос пришёл для избранных, чтобы им что-то особое сделать и дать, чтобы помочь им что-то изменить в своей жизни и к чему-то их приготовить, а при Втором Пришествии Он придёт для всех, чтобы положить конец всему земному и греховному и дать ожидающим и согрешающим то, что они заслужили. Одним – право на жизнь, другим — право на смерть.</w:t>
      </w:r>
    </w:p>
    <w:p>
      <w:r>
        <w:rPr/>
        <w:t>Произойдёт славное воскресение из мёртвых, преобразование человеческого естества в бессмертие, будет вознесение всех праведников на Небеса в Божье присутствие, и состоится полное уничтожение тех, кто получит право на смерть. Земля, наконец, обретёт отдых от человека и будет покоиться в таком состоянии тысячу лет.</w:t>
      </w:r>
    </w:p>
    <w:p>
      <w:r>
        <w:rPr/>
        <w:t>Но весть для нашего времени состоит в том, что Христос уже пришёл. Верю я в это или не верю, но Он здесь, у двери, и Он стучит и просит открыть. Он ждёт, когда я отзовусь на этот призыв. И голос этот слышен. Но призыв Иисуса также даёт понять, что будут и те, кто, слыша, не откроют и не впустят или, впустив однажды, попросят Его уйти. Слово «если» говорит о том, что кто-то оставит Христа стоять за дверью своего сердца навсегда и не будет обращать внимания на призыв открыть и впустить.</w:t>
      </w:r>
    </w:p>
    <w:p>
      <w:r>
        <w:rPr/>
        <w:t>К вам приходил когда-то в гости друг, которому вы не открывали дверь, зная, что это он? Не очень приятные воспоминания. Либо он был навязчив, либо я был не готов к его визиту, либо семейная ситуация не позволяла мне его впустить. И друг не стоял до тех пор, пока я его впущу, он не ломился в мою дверь, а тихо уходил. И, возможно, что он посещал меня в другой раз, и я его принимал. Земные друзья приходят и потом уходят, а Иисус хочет прийти, чтобы остаться. И в этом огромная разница. Я понимаю, чего Он желает. И я даже иногда прошу Его войти, но бывает, что я затем прошу Его покинуть мой дом, чтобы мне побыть одному. И на всякий случай я закрываю за Иисусом дверь для Него, но не для соблазнов.</w:t>
      </w:r>
    </w:p>
    <w:p>
      <w:r>
        <w:rPr/>
        <w:t>Враг души не спрашивает моего разрешения на своё посещение, он ломится в двери и окна души, он врывается в жизнь без спроса и занимает свободную жилплощадь, ставя там своё знамя, предлагая свою дружбу. Его не интересуют мои желания, но всё-таки он считается с моим выбором. Сатана старается убедить меня в том, что голос за дверью не так важен, что можно ещё подождать, что я пока не готов к такому Гостю. И единственное, что может прогнать князя тьмы из моей жизни, — это присутствие Христа. И враг души знает это и боится. Я же не боюсь жить с таким опасным гостем, который учит меня греху. Он мой родственник по плоти, а Христос предлагает лишь духовные ценности, которым моя плоть противится.</w:t>
      </w:r>
    </w:p>
    <w:p>
      <w:r>
        <w:rPr/>
        <w:t>Но где-то в душе я мечтаю о каких-то изменениях в себе, я даже об этом читаю в Библии. И уже многое я принял и во многое поверил. Я открываю окно, высовываюсь наружу и прошу Иисуса помочь мне решить мои проблемы, и Он с радостью мне помогает. Он ждёт, когда я открою дверь. А я ухожу в комнату и начинаю петь псалмы во славу Божью. И мои друзья демоны мне подпевают. Хотя иногда им не нравится моё пение, и они приходят в трепет, боясь, что под влиянием этих слов я открою дверь для Христа, но я их успокаиваю своим желанием подумать и принять решение, отложив всё это на завтра. А Иисус стоит и стучит. И Он посылает мне Своих друзей, чтобы они рассказали свои опыты жизни с Ним, чтобы показали, как мне будет хорошо, если Христос поселится у меня. А у меня столько важных дел, столько миссионерских проектов, так много необходимо успеть сделать, пока я не умер. Я их слушаю и радуюсь тому, что когда-то в старости я всё-таки сделаю этот шаг, впущу Господа и буду с Ним вечерять, а Он будет меня благословлять и изливать на меня Свой Дух. И я стану наставлять молодёжь на истинный путь, и все будут слушать меня и умиляться. А я им буду указывать на Иисуса и учить их послушанию. Как интересно всё это!</w:t>
      </w:r>
    </w:p>
    <w:p>
      <w:r>
        <w:rPr/>
        <w:t>В притче о десяти девах есть повествование о том, что пять из них были неразумны. Я никогда себя не причислял к этому классу, и мне всегда было их жаль. Я думал, что речь идёт о язычниках, которым неинтересен брачный пир. Сейчас же я понимаю, что в этой притче говорится обо мне и что мой сосуд должен быть наполнен маслом. Но я не понимаю, что это. Ответ я знаю, но как это должно выглядеть в моей жизни? Где тот Небесный критерий, по которому я буду взвешен? Буду ли я найден лёгким? Что определяет мой вес?</w:t>
      </w:r>
    </w:p>
    <w:p>
      <w:r>
        <w:rPr/>
        <w:t>В одном из музеев в Швейцарии есть точные весы, которые любят демонстрировать туристам. На обе чашки кладут одинаковые бумажки, и весы показывают равный вес. Потом берут одну бумажку и ставят на ней подпись и кладут обратно. И чаша с подписью уверенно тянет чашу вниз, показывая, что она тяжелее пустоты.</w:t>
      </w:r>
    </w:p>
    <w:p>
      <w:r>
        <w:rPr/>
        <w:t>Будет ли на моём характере находиться надпись, которая придаст вес и значимость всем моим делам?</w:t>
      </w:r>
    </w:p>
    <w:p>
      <w:r>
        <w:rPr/>
        <w:t>Я раньше не задумывался над тем, почему именно в наше время Иисус пришёл и стоит у двери, почему Он не пришёл раньше? Но это был Его план, а не мой.</w:t>
      </w:r>
    </w:p>
    <w:p>
      <w:r>
        <w:rPr/>
        <w:t xml:space="preserve">Именно в наши дни Христос решил послать мне что-то уникальное, что не было дано другим людям прежде меня. И вот Он Сам пришёл и стоит. Он предлагает Самого Себя для особых отношений с Ним. Он учит меня так, как не учил никого </w:t>
      </w:r>
      <w:r>
        <w:rPr/>
        <w:t>раньше. Почему вдруг сейчас? Да просто уже нет времени. Вот-вот дверь благодати закроется. И тогда уже будет очень поздно чему-то учиться. А сейчас столько соблазнов, и они настолько прижились в церкви, что стали нормой жизни среди Божьего народа. Но так не должно быть. Бог не будет делить Свой престол с грешниками. И по этой причине Сам Христос решил взять борьбу последних дней в Свои руки, ибо Он понимает, что без Его присутствия я не устою. А Иисус никогда не проигрывает, поэтому не я, а Он во мне и через меня ведёт борьбу и побеждает. Это Его план для последнего времени. И Он стоит у двери не для того, чтобы я решал, нужно мне это или нет, а для того, чтобы войти и научить меня воевать и побеждать. Он дал мне свободу выбора, но не для погибели. Он страдает, видя моё духовное умирание, и Он не радуется такому отношению к Себе. Иисус не уходит обиженным, если я задержался с решением, но стоит и стучит, громко стучит и кричит. А уходит Он лишь от тех, кто уже навсегда решил Ему не открывать и утвердился в этом решении.</w:t>
      </w:r>
    </w:p>
    <w:p>
      <w:pPr>
        <w:pStyle w:val="Heading2"/>
      </w:pPr>
      <w:r>
        <w:t>Вопросы к размышлению над этой главой</w:t>
      </w:r>
    </w:p>
    <w:p>
      <w:r>
        <w:rPr/>
        <w:t xml:space="preserve">1. Прочитайте, пожалуйста, Откр.3:20-21; 3:8,11; 2 Фес.2:7-12; 3:3; Откр. 17:14; 13:13-17; Мф.24:21-25; Иер.30:7; Дан.5:27; 12:1; Откр.15:8; Ис.60:1-2 </w:t>
      </w:r>
      <w:r>
        <w:rPr/>
        <w:t>в свете этой главы</w:t>
      </w:r>
      <w:r>
        <w:rPr/>
        <w:t>.</w:t>
      </w:r>
    </w:p>
    <w:p>
      <w:r>
        <w:rPr/>
        <w:t xml:space="preserve">2. </w:t>
      </w:r>
      <w:r>
        <w:rPr/>
        <w:t>Что вы поняли из этой главы</w:t>
      </w:r>
      <w:r>
        <w:rPr/>
        <w:t>?</w:t>
      </w:r>
    </w:p>
    <w:p>
      <w:r>
        <w:rPr/>
        <w:t>3. Чем вызвано решение Бога именно так послать Христа в мир перед завершением истории Земли?</w:t>
      </w:r>
    </w:p>
    <w:p>
      <w:r>
        <w:rPr/>
        <w:t>4. Какое преимущество даёт личное присутствие Христа в моём доме?</w:t>
      </w:r>
    </w:p>
    <w:p>
      <w:r>
        <w:rPr/>
        <w:t>5. Куда именно желает войти Иисус?</w:t>
      </w:r>
    </w:p>
    <w:p>
      <w:r>
        <w:rPr/>
        <w:t>6. Почему Господь ограничил Свои действия в послании к Лаодикии моим выбором?</w:t>
      </w:r>
    </w:p>
    <w:p>
      <w:r>
        <w:rPr/>
        <w:t>7. Если Иисус вошёл в мой дом, означает ли это, что Он теперь будет жить в нём всегда, или Его пребывание чем-то обусловлено?</w:t>
      </w:r>
    </w:p>
    <w:p>
      <w:r>
        <w:rPr/>
        <w:t>8. Как вы думаете, ваша дверь открыта для Христа?</w:t>
      </w:r>
    </w:p>
    <w:p>
      <w:r>
        <w:rPr/>
        <w:t>9. Что будет с теми, кто не услышит голос Гостя или не откроет Ему дверь?</w:t>
      </w:r>
    </w:p>
    <w:p>
      <w:r>
        <w:rPr/>
        <w:t>10. Почему именно такой план избрал Господь?</w:t>
      </w:r>
    </w:p>
    <w:p>
      <w:pPr>
        <w:pStyle w:val="Heading2"/>
        <w:pageBreakBefore/>
      </w:pPr>
      <w:r>
        <w:t>Глава 28</w:t>
      </w:r>
    </w:p>
    <w:p>
      <w:pPr>
        <w:pStyle w:val="Heading1"/>
      </w:pPr>
      <w:r>
        <w:t>Ты этого даже и не знаешь</w:t>
      </w:r>
    </w:p>
    <w:p>
      <w:r>
        <w:rPr/>
        <w:t>Есть одно очень интересное пророчество Иисуса о Церкви последнего времени, которое я очень часто перечитывал, знал наизусть, много раз изучал и даже не замечал, что оно существует. Я не задумывался, о чём оно говорит.</w:t>
      </w:r>
    </w:p>
    <w:p>
      <w:r>
        <w:rPr/>
        <w:t>Интересно и то, что Господь произносит Свою весть именно к тем, кто будет жить в самом конце последнего времени, то есть к нам. И это откровение было для меня подобным вспышке яркого света, благодаря которой я увидел то, чего не видел и не знал.</w:t>
      </w:r>
    </w:p>
    <w:p>
      <w:r>
        <w:rPr/>
        <w:t>Ещё меня очень удивило то, что эта весть несёт мне упрёк, потому что в моей жизни есть то, чего не должно быть. И слова Господа относятся не только лично ко мне, но и ко всем нам, к Божьим детям.</w:t>
      </w:r>
    </w:p>
    <w:p>
      <w:r>
        <w:rPr/>
        <w:t>Предлагаю не говорить загадками, а узнать о том, что мы ещё не знаем. Читаем Откр 3:17: «Ибо ты говоришь: „я богат, разбогател и ни в чём не имею нужды“; а не знаешь, что ты несчастен, и жалок, и нищ, и слеп, и наг».</w:t>
      </w:r>
    </w:p>
    <w:p>
      <w:r>
        <w:rPr/>
        <w:t>Классно сказано, прямо про наше поколение. И что вы узнали? Что вы услышали? Знакомый стих, всеми часто читаемый.</w:t>
      </w:r>
    </w:p>
    <w:p>
      <w:r>
        <w:rPr/>
        <w:t>Теперь внимание! Читаем ещё раз, но пока только то, что надо увидеть:</w:t>
      </w:r>
    </w:p>
    <w:p>
      <w:r>
        <w:rPr/>
        <w:t>«А не знаешь, что ты несчастен!!!»</w:t>
      </w:r>
    </w:p>
    <w:p>
      <w:r>
        <w:rPr/>
        <w:t>Чтобы понять, что такое несчастье и почему мы такие жалкие, необходимо знать, что такое счастье и чем оно не является.</w:t>
      </w:r>
    </w:p>
    <w:p>
      <w:r>
        <w:rPr/>
        <w:t>Забегу чуть вперёд.</w:t>
      </w:r>
    </w:p>
    <w:p>
      <w:r>
        <w:rPr/>
        <w:t>Друзья, изучая науку о счастье, я понял, что мы просто не знаем, что это тайна, как и наука про любовь. Слова о счастье у нас на слуху, но как это выглядит в жизни, можно только догадываться или посмотреть в кино. Хотя по жизни мы все счастливы и даже не сомневаемся в этом. А Верный Свидетель очень ясно говорит, что я несчастен, и даже этого не знаю, ибо придумал себе своё счастье и спрятался в нём, считая себя в каком-то смысле обладающим подобным состоянием.</w:t>
      </w:r>
    </w:p>
    <w:p>
      <w:r>
        <w:rPr/>
        <w:t>Если я не понимаю, что значит быть счастливым и как этот механизм работает, то иногда я буду это переживать как нечто спонтанное, временное и непредсказуемое. И всякий раз я буду ждать влияния извне, чтобы немножко порадоваться жизни.</w:t>
      </w:r>
    </w:p>
    <w:p>
      <w:r>
        <w:rPr/>
        <w:t>Но если я знаю, как думает Иисус о том, что такое счастье и как его иметь и с ним жить, то оно станет управляемым и постоянным, не гаснущим в трудные минуты жизни, включаясь по первому требованию. И, конечно, счастливый человек способен очень быстро научить и других людей счастью, если он сам понимает, что это такое.</w:t>
      </w:r>
    </w:p>
    <w:p>
      <w:r>
        <w:rPr/>
        <w:t xml:space="preserve">С каких слов начинается Нагорная проповедь? С учения о счастье, которое люди потеряли. И заканчивается она притчей о двух строителях, которые решили построить это самое счастье, только на разных основаниях. Первое, что вышло из Иисуса, — это Его желание видеть всех нас счастливыми. Он просто глубоко скорбит, видя, как мы, имея столько благословений, мучимся в оковах своих </w:t>
      </w:r>
      <w:r>
        <w:rPr/>
        <w:t>стереотипов, желаем друг другу пустоты и бегаем за ветром, пытаясь поймать пыль и сделать её своим достоянием. А счастье совсем рядом. Оно доступно. Оно на расстоянии моего решения и понимания.</w:t>
      </w:r>
    </w:p>
    <w:p>
      <w:r>
        <w:rPr/>
        <w:t>Но одного решения мало.</w:t>
      </w:r>
    </w:p>
    <w:p>
      <w:r>
        <w:rPr/>
        <w:t>К примеру, если я пожелаю стать богатым или очень богатым, то это будет интересным и даже очень интересным решением. И что дальше? Мне нужны знания, мне нужен опыт, мне нужны деньги, чтобы осуществить свою мечту. И путь к подобной цели лежит через множество испытаний, разочарований, потерь. И если я, наконец, решаю эту задачу, то понимаю, что я ещё только в пути. Вспоминая пройденные дороги, я осознаю, что не всё так просто, но и не сложно, когда идёшь в данном направлении. Но невозможно стать богатым, имея разум бедняка. Все миллионы, которые будут ко мне приходить, не задержатся в моих руках, а, подобно воде, пройдут сквозь пальцы и исчезнут в песке ненужных растрат.</w:t>
      </w:r>
    </w:p>
    <w:p>
      <w:r>
        <w:rPr/>
        <w:t>То же самое происходит и со счастьем. Счастливым может быть лишь тот, кто имеет разум счастливого человека. А для этого необходимы знания, опыт и смелость. Быть счастливым — это вызов всему миру, который предлагает суррогат и подделку, который втоптал в грязь все принципы счастья, заменив это временным, шатким, чувственным, но очень помпезным и привлекательным удовольствием и наслаждением.</w:t>
      </w:r>
    </w:p>
    <w:p>
      <w:r>
        <w:rPr/>
        <w:t>Со всех сторон на рекламе счастья мы видим улыбающиеся лица, красивые предметы, прекрасные пейзажи для отдыха. И душа мечтает это иметь, но приходится много работать, чтобы всего этого достичь. И мы пашем, как волы, чтобы только вкусить кусочек этого заветного счастья. А жизнь проходит, и вспомнить нечего. И весь мой жизненный путь похож на беличье колесо, в котором много движения, но мало смысла.</w:t>
      </w:r>
    </w:p>
    <w:p>
      <w:r>
        <w:rPr/>
        <w:t>А Господь, глядя на меня, с любовью и надеждой говорит о том, что я несчастен и, соответственно, жалок, и нищ, и слеп, и наг. А я показываю Ему Библию, где красным цветом выделены все сильные мысли, мои дела, которые сами говорят обо мне, мою веру и мой высоко поднятый нос. А Он приглашает меня посетить Свой магазин, чтобы приобрести то, что сделает меня воистину счастливым и богатым.</w:t>
      </w:r>
    </w:p>
    <w:p>
      <w:r>
        <w:rPr/>
        <w:t>Очень хочется, чтобы, прочитав этот урок, вы поняли, кем вы являетесь на самом деле в Божьих глазах и что необходимо стать тем, кем Он желает нас видеть.</w:t>
      </w:r>
    </w:p>
    <w:p>
      <w:r>
        <w:rPr/>
        <w:t>Быть счастливым — это подобно жизни спортсмена, который тренировался для участия в Олимпийских играх, достиг победы и стоит на пьедестале, радуясь пройденному пути. И он постоянно борется с новыми соперниками, которые мечтают стать лучше и занять его место.</w:t>
      </w:r>
    </w:p>
    <w:p>
      <w:r>
        <w:rPr/>
        <w:t>Только в Небесной борьбе счастливые люди не лишают других счастья, но делают всё возможное, чтобы их ближние достигли той же высоты, что и они. Но духи злобы поднебесной ненавидят поистине счастливых людей и постоянно борются с ними, желая скинуть их с пьедестала победителей и ввергнуть все их радости победы в грязь.</w:t>
      </w:r>
    </w:p>
    <w:p>
      <w:r>
        <w:rPr/>
        <w:t xml:space="preserve">Невозможно стать чемпионом на Олимпиаде без усиленных тренировок. И такие же принципы приложения усилий для достижения победы есть и в счастливой </w:t>
      </w:r>
      <w:r>
        <w:rPr/>
        <w:t>жизни. Без борьбы и терпения никак не обойтись. Но у нас есть прекрасный Тренер. Он готовит Небесных чемпионов счастья, любви и дружбы, и те, кто выбрал Его школу, никогда об этом не пожалеют.</w:t>
      </w:r>
    </w:p>
    <w:p>
      <w:r>
        <w:rPr/>
        <w:t>И чтобы начать строить свой домик счастья, важно понять, что счастьем не является. Тогда мы не станем использовать некачественный материал для строительства. Стоит разрушить старое и гнилое строение, которое даёт трещины и периодически рушится. Необходимо составить план и утвердить его в Небесном исполкоме, понять, что ты хочешь, и самое важное — встать и пойти, начать путь счастливой жизни, невзирая на преграды, войны, болезни, катастрофы, кризисы, голод, страдания, которые происходят вокруг.</w:t>
      </w:r>
    </w:p>
    <w:p>
      <w:r>
        <w:rPr/>
        <w:t>Счастье — это не всегда широкая улыбка и безоблачное небо, это скорее Божий мир и полная удовлетворённость внутренней гармонией моего духа в совокупности с вечными ценностями.</w:t>
      </w:r>
    </w:p>
    <w:p>
      <w:r>
        <w:rPr/>
        <w:t>И преимущество счастья-агапэ состоит в том, что я смогу взять его на Небо. Оно и там будет моим вечно, чтобы радовать меня, Иисуса, моих ближних, и благодаря ему я всегда смогу придумывать новые планы по завоеванию новых территорий, где счастье есть, но нет моего счастья.</w:t>
      </w:r>
    </w:p>
    <w:p>
      <w:r>
        <w:rPr/>
        <w:t>Мне сложно согласиться с заявлением Иисуса, но, постигая науку счастливой жизни, я понимаю, что Он прав и знает, что говорит. И я так благодарен, что Он, начав во мне доброе дело, доводит его до совершенства во всей полноте, прилагая к моим усилиям Свою благодать. И вот так идём всегда вместе.</w:t>
      </w:r>
    </w:p>
    <w:p>
      <w:pPr>
        <w:pStyle w:val="Heading2"/>
      </w:pPr>
      <w:r>
        <w:t>Вопросы к размышлению над этой главой</w:t>
      </w:r>
    </w:p>
    <w:p>
      <w:r>
        <w:rPr/>
        <w:t xml:space="preserve">1. Прочитайте, пожалуйста, Мф. 7:24-27; 1Кор. 9:24-27; Откр.3:14-18,21; 16:15; 22:7; Соф.2:3; 3:17; Ис.61:3-6; Лк.5:36-38; Рим.12:1-3; 1Кор.2:10-16 </w:t>
      </w:r>
      <w:r>
        <w:rPr/>
        <w:t>в свете этой главы</w:t>
      </w:r>
      <w:r>
        <w:rPr/>
        <w:t>.</w:t>
      </w:r>
    </w:p>
    <w:p>
      <w:r>
        <w:rPr/>
        <w:t xml:space="preserve">2. Что вы нового узнали </w:t>
      </w:r>
      <w:r>
        <w:rPr/>
        <w:t>из этой главы</w:t>
      </w:r>
      <w:r>
        <w:rPr/>
        <w:t>?</w:t>
      </w:r>
    </w:p>
    <w:p>
      <w:r>
        <w:rPr/>
        <w:t>3. Относится ли к вам заявление Иисуса о том, что вы чего-то о себе не знаете?</w:t>
      </w:r>
    </w:p>
    <w:p>
      <w:r>
        <w:rPr/>
        <w:t>4. Даёт ли само заявление Христа о моём истинном жалком состоянии надежду на то, что у Него есть решение этой проблемы?</w:t>
      </w:r>
    </w:p>
    <w:p>
      <w:r>
        <w:rPr/>
        <w:t>5. Верите ли вы в то, что Господь желает видеть нас счастливыми и всё для этого делает?</w:t>
      </w:r>
    </w:p>
    <w:p>
      <w:r>
        <w:rPr/>
        <w:t>6. Настроены ли вы на счастливую жизнь? Не страшно ли вам менять обычное состояние ума на счастливое?</w:t>
      </w:r>
    </w:p>
    <w:p>
      <w:r>
        <w:rPr/>
        <w:t xml:space="preserve">7. Какие законы счастья вам уже знакомы из уроков </w:t>
      </w:r>
      <w:r>
        <w:rPr/>
        <w:t>этой книги</w:t>
      </w:r>
      <w:r>
        <w:rPr/>
        <w:t>?</w:t>
      </w:r>
    </w:p>
    <w:p>
      <w:r>
        <w:rPr/>
        <w:t>8. Счастье — это что-то коллективное или личное, или то и другое?</w:t>
      </w:r>
    </w:p>
    <w:p>
      <w:r>
        <w:rPr/>
        <w:t xml:space="preserve">9. После изучения уроков </w:t>
      </w:r>
      <w:r>
        <w:rPr/>
        <w:t>этой книги</w:t>
      </w:r>
      <w:r>
        <w:rPr/>
        <w:t xml:space="preserve"> верите ли вы в то, что у вас есть шанс на счастливую жизнь?</w:t>
      </w:r>
    </w:p>
    <w:p>
      <w:r>
        <w:rPr/>
        <w:t>10. Счастье — это дар от Бога или моё решение?</w:t>
      </w:r>
    </w:p>
    <w:p>
      <w:r>
        <w:rPr/>
        <w:t>11. Настроены ли вы на строительство счастья?</w:t>
      </w:r>
    </w:p>
    <w:p>
      <w:pPr>
        <w:pStyle w:val="Heading2"/>
        <w:pageBreakBefore/>
      </w:pPr>
      <w:r>
        <w:t>Глава 29</w:t>
      </w:r>
    </w:p>
    <w:p>
      <w:pPr>
        <w:pStyle w:val="Heading1"/>
      </w:pPr>
      <w:r>
        <w:t>Золотое масло</w:t>
      </w:r>
    </w:p>
    <w:p>
      <w:r>
        <w:rPr/>
        <w:t>Дом счастья должен быть прочным. Думаю, никто из вас не захочет жить в здании, которое выглядит привлекательно, но не рассчитано на непогоду и не защитит вас от бедствия, но рухнет на вас и раздавит всех, кто в нём будет находиться. Если дело касается обычного строения, то здесь люди проявляют мудрость и готовы вкладывать любые средства, лишь бы всё было надёжно. А вот относительно своей души почему-то они проявляют удивительную небрежность, считая, что можно строить кое-как или кое-что, или вообще ничего не созидать. Но стоит и на это обратить внимание.</w:t>
      </w:r>
    </w:p>
    <w:p>
      <w:r>
        <w:rPr/>
        <w:t>Иисус начал Своё служение с Нагорной проповеди. С первых слов Он открыл законы счастья, объяснил детали блаженной жизни и закончил Своё повествование строительством домика счастья. Возможно, в прежние века было не так важно обращать внимание на качество стен, главное, чтобы дом строился на Скале. Но в последнее время Бог желает обратить наше внимание на то, что и на чём мы строим, как и из чего. И Его цель — не просто научить нас счастью, а показать всему видимому и невидимому миру, какую роль играет любовь и законы блаженства даже в критическое время и как они защищают душу, которая принадлежит Христу.</w:t>
      </w:r>
    </w:p>
    <w:p>
      <w:r>
        <w:rPr/>
        <w:t>Господь Сам избрал средства и орудия ведения последней битвы между добром и злом. Не кровью святых и не их смертью в муках за веру будет одержана последняя победа, чего так бы хотелось сатане. Это произойдёт с помощью тех средств, которые в Своём послании к Лаодикии Господь советует нам приобрести.</w:t>
      </w:r>
    </w:p>
    <w:p>
      <w:r>
        <w:rPr/>
        <w:t>И в этом послании Он уверяет нас, что Он Сам придёт, дабы Своим личным присутствием освятить наш дом и в уютной атмосфере иметь с нами общение.</w:t>
      </w:r>
    </w:p>
    <w:p>
      <w:r>
        <w:rPr/>
        <w:t>Господь убеждает меня в Своей любви, призывает к покаянию, нежно стучит и зовёт, желая, чтобы я открыл. И Он предлагает мне золото, огнём очищенное, которое, когда расплавлено, очень похоже на золотое масло, отражающее Небесный свет яркими переливами. А если учесть, что стены моего домика прочные, но пустотелые, то я понимаю, что это золото стоит залить внутрь стен, чтобы все их элементы были заполнены золотым материалом, который при застывании придаст им особую прочность. И это настолько важный процесс, что Иисус пришёл лично, чтобы его контролировать. И как нежно Он просится в мой домик! Как ненавязчиво, но целеустремлённо! Открою ли я?</w:t>
      </w:r>
    </w:p>
    <w:p>
      <w:r>
        <w:rPr/>
        <w:t>Я понимаю, что если я проигнорирую этот голос Христа, то у меня будут проблемы. Но меня очень смущает, что товары, которые мне предлагаются, необходимо покупать. Ведь в обмен на них Господь ожидает получить то, что делает меня несчастным, жалким, нищим, слепым и нагим. Он желает при этом забрать всё моё время, чтобы научить меня этими товарами владеть, а я очень ценю своё время и стремлюсь тратить его на всё что угодно, кроме изучения предложенного мне. Кроме того, я очень привык к несчастной жизни, и мне не хочется в ней что-то и менять.</w:t>
      </w:r>
    </w:p>
    <w:p>
      <w:r>
        <w:rPr/>
        <w:t>Но Господь не оставляет меня в покое и рассказывает мне историю про 10 девочек, пять из которых были мудрыми, а другие — похожими на меня. Я стал наблюдать за поведением мудрых. Они начали запасаться маслом из лаодикийского магазинчика и тратили на это очень много времени. А я смотрел и не понимал, для чего такая трата средств? Вроде всё идёт, как всегда, и зачем им такие прочные дома для хранения этого масла? А стук и голос в мою дверь постоянно меня призывали присоединиться к мудрым девочкам. И я знаю, что они делают что-то интересное, и вижу, у Кого они покупают для себя масло, но не имею времени, чтобы к ним присоединиться, ведь нужно служить и совершать дела, а они постоянно что-то изучают и радуются каким-то новым открытиям и откровениям. Они постоянно зовут меня к себе. Но я решаю подождать.</w:t>
      </w:r>
    </w:p>
    <w:p>
      <w:r>
        <w:rPr/>
        <w:t>И вообще я очень устал от своей нагрузки. Стоит отдохнуть. Да и мудрые не против поспать. Знаю, что Господь предупредит меня о событиях, если они будут приближаться, поэтому не следует переживать о будущем. Если что случится, я знаю, где можно будет купить всё необходимое, да и мои неразумные подружки поддерживают меня в моём понимании. Смотрю, а мудрые уже задремали, и нас тоже клонит в сон, и мы в результате все уснули.</w:t>
      </w:r>
    </w:p>
    <w:p>
      <w:r>
        <w:rPr/>
        <w:t>Господь не оставит нас, ведь Он обещал, что будет с нами до конца века. Тем более Он уже пришёл и стоит у двери, но желает войти, правда, только после моей покупки.</w:t>
      </w:r>
    </w:p>
    <w:p>
      <w:r>
        <w:rPr/>
        <w:t>Ох уж это золото, эта белая одежда, эта глазная мазь! Ну сколько можно предлагать? Мне всё это даже снится постоянно.</w:t>
      </w:r>
    </w:p>
    <w:p>
      <w:r>
        <w:rPr/>
        <w:t>А как приятно поспать! Говорят, что во время сна происходит перезагрузка мозга, и он может с новыми силами трудиться дальше.</w:t>
      </w:r>
    </w:p>
    <w:p>
      <w:r>
        <w:rPr/>
        <w:t>Ох, отдохну! А если что опасное, то Господь меня предупредит заранее. Он любит предостерегать.</w:t>
      </w:r>
    </w:p>
    <w:p>
      <w:r>
        <w:rPr/>
        <w:t>Но вот полночный крик будит нас. Как темно! И Жених идёт. Где там мой светильник? Всё на месте. Но что-то он не зажигается. Да, без масла никак не обойтись. А без светильника не пустят на брачный пир. И мудрые девочки не могут мне ничего дать, а советуют идти к продающим и купить у них. А Продающий-то ушёл! И как быть? Такого поворота я не ожидал. А мудрые были мудрыми на самом-то деле, а мы над ними смеялись и крутили пальцем у виска. А они уже на торжестве. Ну вот, что-то я купил, и вроде горит мой светильник, надо быстрее, чтобы успеть. Но двери, ведущие на торжество, закрылись. Стойте!!! Ещё я!!! Подождите!!! Мы тоже хотим!!! О, Иисус, это мы, открой, пожалуйста! Мы уже тут. Не знаешь нас? Да хватит издеваться, Ты же звал меня столько лет по имени и держал за правую руку, а теперь говоришь, что не знаешь? А не от Твоего ли имени мы пророчествовали? и не Твоим ли именем бесов изгоняли? и не Твоим ли именем многие чудеса творили?</w:t>
      </w:r>
    </w:p>
    <w:p>
      <w:r>
        <w:rPr/>
        <w:t>Почему Ты не знаешь нас? Нам надо отойти от Тебя? Мы делаем беззаконие? С чего Ты это взял? Ну открой, я прошу Тебя, Господи!!!</w:t>
      </w:r>
    </w:p>
    <w:p>
      <w:r>
        <w:rPr/>
        <w:t xml:space="preserve">Как страшно оказаться за дверью! А ведь я столько лет слышал этот голос и эти предостережения. Я видел, как готовились мудрые, и знал, что у них есть что-то ценное, но был невеждой, ожидая, что Господь вновь меня нежно обличит и предложит что-то другое, не ожидая от меня ничего. Ведь я привык всё получать </w:t>
      </w:r>
      <w:r>
        <w:rPr/>
        <w:t>просто так и даром. А Он не стал меня предупреждать, а просто отошёл от меня, когда я наконец-то уснул. А я так верил, что время благодати никогда не закончится, и я могу в это время улучшать своё финансовое состояние и строить большие склады для своего добра. О, как у меня всего много, и как я разбогател! И кому это всё достанется? И теперь я несчастен, и кругом меня все несчастные. И вдруг мы осознали, что мы потеряли что-то очень важное и ценное, что уже никогда не станет нашим. А ведь оно было так близко! Так доступно!</w:t>
      </w:r>
    </w:p>
    <w:p>
      <w:r>
        <w:rPr/>
        <w:t>А мой домик не выдержал давления воды, которые суть страсти нечестивых, и он рухнул. А с ним рухнули и все мои планы. Для чего я жил? Для чего верил? Почему я не интересовался главным и не прислушивался к тем, кто столько говорил о любви и счастье в Иисусе?</w:t>
      </w:r>
    </w:p>
    <w:p>
      <w:r>
        <w:rPr/>
        <w:t>Их и сейчас можно посмотреть на ютубе, почитать их книги. Но стать такими, какими они стали, уже невозможно. И я не представлял, что так быстро всё закончится. Как темно! Как больно! Ох, если бы всё вернуть, я бы всё своё время посвятил поиску!</w:t>
      </w:r>
    </w:p>
    <w:p>
      <w:pPr>
        <w:pStyle w:val="Heading2"/>
      </w:pPr>
      <w:r>
        <w:t>Вопросы к размышлению над этой главой</w:t>
      </w:r>
    </w:p>
    <w:p>
      <w:r>
        <w:rPr/>
        <w:t xml:space="preserve">1. Прочитайте, пожалуйста, Мф.25:1-13; Откр.3:14-22; и особенно Откр.3:18; Мф.7:21-27; Авв.2:9-14; Пс.126:1-2; Иер.29:5-7; 1Кор.3:10-17; 4:1-5; 1Пет.4:10 </w:t>
      </w:r>
      <w:r>
        <w:rPr/>
        <w:t>в свете этой главы</w:t>
      </w:r>
      <w:r>
        <w:rPr/>
        <w:t>.</w:t>
      </w:r>
    </w:p>
    <w:p>
      <w:r>
        <w:rPr/>
        <w:t xml:space="preserve">2. </w:t>
      </w:r>
      <w:r>
        <w:rPr/>
        <w:t>Что вы поняли из этой главы</w:t>
      </w:r>
      <w:r>
        <w:rPr/>
        <w:t>?</w:t>
      </w:r>
    </w:p>
    <w:p>
      <w:r>
        <w:rPr/>
        <w:t>3. Обратили ли вы внимание, что после повествования о том, как будет плохо тем, кто использует имя Господа напрасно, Иисус советует строить дом? Мф.7:21-27</w:t>
      </w:r>
    </w:p>
    <w:p>
      <w:r>
        <w:rPr/>
        <w:t>4. К какой категории из 10 дев вы себя сейчас относите?</w:t>
      </w:r>
    </w:p>
    <w:p>
      <w:r>
        <w:rPr/>
        <w:t>5. Стоит ли в наше последнее время знать о том, что представляет из себя масло для светильника?</w:t>
      </w:r>
    </w:p>
    <w:p>
      <w:r>
        <w:rPr/>
        <w:t>6. Обратили ли вы внимание на общие параллели из притчи о десяти девах и послания к Лаодикии? Что именно в этом общее?</w:t>
      </w:r>
    </w:p>
    <w:p>
      <w:r>
        <w:rPr/>
        <w:t>7. Почему Иисус не посылает никаких вестей десяти девам?</w:t>
      </w:r>
    </w:p>
    <w:p>
      <w:r>
        <w:rPr/>
        <w:t>8. Кого символизируют десять дев и о каком времени там идёт речь?</w:t>
      </w:r>
    </w:p>
    <w:p>
      <w:r>
        <w:rPr/>
        <w:t>9. Стоит ли в последнее время заниматься строительством своего домика счастья?</w:t>
      </w:r>
    </w:p>
    <w:p>
      <w:r>
        <w:rPr/>
        <w:t>10. Какое отношение имеет любовь-агапэ к притче о десяти девах?</w:t>
      </w:r>
    </w:p>
    <w:p>
      <w:r>
        <w:rPr/>
        <w:t>11. Вам не страшно остаться вне двери, когда придёт Жених?</w:t>
      </w:r>
    </w:p>
    <w:p>
      <w:r>
        <w:rPr/>
        <w:t>12. Когда наступит время благоприятное для строительства домика своего счастья?</w:t>
      </w:r>
    </w:p>
    <w:p>
      <w:r>
        <w:rPr/>
        <w:t>13. Насколько важно сейчас понимать, что такое счастье, как его строить и из чего оно состоит?</w:t>
      </w:r>
    </w:p>
    <w:p>
      <w:r>
        <w:rPr/>
        <w:t>14. Что мне делать, если я понимаю, что всё то, что я до сих пор строил, неправильно и опасно, хотя частично имеет и вечные материалы?</w:t>
      </w:r>
    </w:p>
    <w:p>
      <w:r>
        <w:rPr/>
        <w:t>15. Стоит ли мне начинать строительство счастья, если я уже скоро выхожу на пенсию, да и не так много мне осталось жить на этом свете, а наследников нет?</w:t>
      </w:r>
    </w:p>
    <w:p>
      <w:pPr>
        <w:pStyle w:val="Heading2"/>
        <w:pageBreakBefore/>
      </w:pPr>
      <w:r>
        <w:t>Глава 30</w:t>
      </w:r>
    </w:p>
    <w:p>
      <w:pPr>
        <w:pStyle w:val="Heading1"/>
      </w:pPr>
      <w:r>
        <w:t>А что у вас главное?</w:t>
      </w:r>
    </w:p>
    <w:p>
      <w:r>
        <w:rPr/>
        <w:t>Что у нас на слуху в последнее время? Думаю, что Ковид 19.</w:t>
      </w:r>
    </w:p>
    <w:p>
      <w:r>
        <w:rPr/>
        <w:t>Коронавирус. Что это? Божьи суды? Следствие антисанитарии? Биологическое оружие? Политические игры? Можно только гадать, но всю правду нам сейчас никто не расскажет. Но болезнь существует, и кругом о ней только и говорят. Ковид пришёл в нашу жизнь как что-то неожиданное, страшное и значимое.</w:t>
      </w:r>
    </w:p>
    <w:p>
      <w:r>
        <w:rPr/>
        <w:t>Сначала никто не обращал на это внимание, но все СМИ с утра до вечера передают о Ковиде информацию, нагнетая обстановку. Правительства разных стран закрывают границы и сажают людей на карантин. И ни у кого нет возмущений, а только страх перед неизвестной болезнью. Гибнут люди, и никто не хочет быть следующим.</w:t>
      </w:r>
    </w:p>
    <w:p>
      <w:r>
        <w:rPr/>
        <w:t>Я не специалист в области медицины, да и от политики я далёк, но поделюсь теми откровениями и наблюдениями, что имел в эти дни.</w:t>
      </w:r>
    </w:p>
    <w:p>
      <w:r>
        <w:rPr/>
        <w:t>Первое и самое важное, что я заметил, – это то, что в моём сердце не могут одновременно уживаться разные большие вещи. Когда я имею тесное и постоянное общение с Иисусом, то Он становится таким значительным и даёт такой мир в сердце, что все остальные проблемы на этом фоне становятся крайне маленькими и незначительными. Но когда я начинаю смотреть на то, что происходит в мире, и делать это большим и значимым, то Иисус становится крохотным и далёким. Приходят разные мысли и вопросы, на которые не найти ответов. Всё становится мрачным и тайным. Что делать? Где искать выход? И хочется своими силами разобраться и найти ответ. А ответ есть! Только в Боге покой. Иисус уже давно говорит всем слова, которые читаем в Мат 11:28-30: "Придите ко Мне все труждающиеся и обременённые, и Я успокою вас; Возьмите иго Моё на себя и научитесь от Меня, ибо Я кроток и смирен сердцем, и найдёте покой душам вашим; ибо иго Моё благо, и бремя Моё легко".</w:t>
      </w:r>
    </w:p>
    <w:p>
      <w:r>
        <w:rPr/>
        <w:t>Именно Господь даёт душе покой. Но существует одно условие, которое звучит: «придите». И те, кто приходит, успокаиваются.</w:t>
      </w:r>
    </w:p>
    <w:p>
      <w:r>
        <w:rPr/>
        <w:t>В наши дни Псалом 90:3-6 очень актуален: "Он избавит тебя от сети ловца, от гибельной язвы, перьями Своими осенит тебя, и под крыльями Его будешь безопасен; щит и ограждение — истина Его. Не убоишься ужасов в ночи, стрелы, летящей днём, язвы, ходящей во мраке, заразы, опустошающей в полдень". Словно про наше время написано.</w:t>
      </w:r>
    </w:p>
    <w:p>
      <w:r>
        <w:rPr/>
        <w:t>Но есть ключ к пониманию того, что данное обещание условно и распространяется лишь на тех, о ком сказано: «За то, что он возлюбил Меня, избавлю его; защищу его, потому что он познал имя Моё». Стих 14. И не обо всех это сказано, а только о тех, кто уже имеет познание Бога и любит Его.</w:t>
      </w:r>
    </w:p>
    <w:p>
      <w:r>
        <w:rPr/>
        <w:t>Иметь понимание того, что Бог всех нас любит и спасает, — это хорошее направление мыслей. Но знать Бога лично как любящего меня Отца и Спасителя от власти греха — это совсем другое дело. Всевышний отдал самое дорогое, что у Него есть, — Своего Сына, и Он ждёт, когда я поверю в Него и приму этот дар. Бог желает видеть мой интерес к этому Подарку и жажду познания и получения Сына.</w:t>
      </w:r>
    </w:p>
    <w:p>
      <w:r>
        <w:rPr/>
        <w:t>А я беру себе в запас Божьи обетования на время бедствия и храню их, подобно костылям, так, на всякий случай. Приходит испытание, а я не готов.</w:t>
      </w:r>
    </w:p>
    <w:p>
      <w:r>
        <w:rPr/>
        <w:t>Ещё я заметил, что, если сравнивать, то этот новый вирус очень похож на грех. Такое же действие, но более быстротечное. Вирус, попав в организм, поражает лёгкие, разрушает иммунитет и убивает свою жертву. И он очень заразен. То же самое совершает и грех. Попадая в сердце, он поражает разум, разрушает волю и губит душу. И он тоже крайне заразен.</w:t>
      </w:r>
    </w:p>
    <w:p>
      <w:r>
        <w:rPr/>
        <w:t>С вирусом бороться легче, потому что его влияние скоротечно и вызывает яркие симптомы. А что делать с грехом? Его не всегда легко определить. От него можно страдать всю жизнь и умереть в глубокой старости, так и не поняв, что ты грешник, который так и не нашёл Спасителя. Да и зачем? Ведь я не делаю людям зла.</w:t>
      </w:r>
    </w:p>
    <w:p>
      <w:r>
        <w:rPr/>
        <w:t>Если с грехом тоже всё понятно, то остаётся ещё одна очень важная проблема нашего времени, которую нужно обязательно решить, пока есть возможность. Это тёплое состояние лаодикийца. Вот тут возникает много вопросов и возражений. А суть Божьего ответа такова, что все тёплые Божьи дети останутся без масла в светильнике и рискуют погибнуть во время кризиса и скорби. И Иисус скажет о них, что Он их не знает.</w:t>
      </w:r>
    </w:p>
    <w:p>
      <w:r>
        <w:rPr/>
        <w:t>Защита от вируса принесёт временное убежище от болезни, а защита от греха принесёт жизнь с Богом. Познание же Всевышнего даст мне жизнь с избытком и с особым смыслом.</w:t>
      </w:r>
    </w:p>
    <w:p>
      <w:r>
        <w:rPr/>
        <w:t>Иисус не оставляет меня в неведении о моём истинном состоянии и говорит, что я даже не знаю, насколько я несчастен, и нищ, и слеп, и наг в Его глазах. И Он показывает выход из этого положения, предлагая совершить сделку с Ним.</w:t>
      </w:r>
    </w:p>
    <w:p>
      <w:r>
        <w:rPr/>
        <w:t>Все товары, которые Он мне советует купить, невидимы глазу, поэтому я могу пройти мимо и не заметить их, не оценив то Небесное сокровище, которое мне предлагается.</w:t>
      </w:r>
    </w:p>
    <w:p>
      <w:r>
        <w:rPr/>
        <w:t>Любовь и вера имеют силу и власть обогатить меня и сделать моё сердце горячим. Любящее сердце никогда не будет тёплым. Оно никогда не охладеет, если на человеке белая одежда Христовой праведности, покрывающей наготу и несовершенство.</w:t>
      </w:r>
    </w:p>
    <w:p>
      <w:r>
        <w:rPr/>
        <w:t>О, если бы мы с такой же страстью, с какой сейчас говорим о коронавирусе, рассуждали и думали о том, как получить это золото, одежду и глазную мазь, чтобы не быть тёплыми, то всё Небо пришло бы в движение.</w:t>
      </w:r>
    </w:p>
    <w:p>
      <w:r>
        <w:rPr/>
        <w:t>Если бы я сейчас убедился в том, что Иисус ещё стоит за дверью моего сердца, и впустил бы Его во все сферы своей жизни, то сколько пользы я бы извлёк! Как бы я порадовал Бога своим интересом к Сыну, к дружбе и общению с Ним.</w:t>
      </w:r>
    </w:p>
    <w:p>
      <w:r>
        <w:rPr/>
        <w:t>Выйти из тёплого состояния не так и сложно, но для тех, кто не понимает, как и зачем, — это невозможно. Истина нашего времени состоит в том, что я не стану горячим случайно или за компанию. Я должен ясно понять, что я тёплый, признать это, а затем купить то, что мне предлагает Верный и Истинный Свидетель, Который не желает стоять вне и рассказывать о Себе, но хочет стать частью меня и быть во мне.</w:t>
      </w:r>
      <w:r>
        <w:rPr/>
        <w:t xml:space="preserve"> </w:t>
      </w:r>
      <w:r>
        <w:rPr/>
        <w:t>Что мне с этим делать?</w:t>
      </w:r>
    </w:p>
    <w:p>
      <w:r>
        <w:rPr/>
        <w:t xml:space="preserve">Любящее сердце постоянно пребывает в огне испытаний. Оно не может остыть, пока идёт борьба, но по причине умножения беззакония во многих охладеет </w:t>
      </w:r>
      <w:r>
        <w:rPr/>
        <w:t>любовь. Мои горячие дела в совокупности с отсутствием любви делают меня стабильно тёплым.</w:t>
      </w:r>
    </w:p>
    <w:p>
      <w:r>
        <w:rPr/>
        <w:t>Холодный во всём имеет больше шансов на осознание своей нужды в Спасителе и Его товарах. Но даже понимание этого не наделяет меня Божьими качествами. Необходимо встать и пойти, взять и купить, приобрести, надеть, помазать и открыть. Никто это не сделает за меня.</w:t>
      </w:r>
    </w:p>
    <w:p>
      <w:r>
        <w:rPr/>
        <w:t>Возможно, воля парализована. Вероятно, кого-то должны принести к Иисусу, а к кому-то Он Сам приходит, но принять Божье предложение об исцелении надлежит самому человеку. И если на приказ Христа: «Встань и ходи» воля не отреагирует и не даст команду телу, то что может сделать Бог для этой души? Просто посочувствовать ей и оставить её болеть дальше. К большому сожалению, очень многие тёплые Божьи дети останутся в таком состоянии навсегда и по слову Иисуса будут исторгнуты из Его уст.</w:t>
      </w:r>
    </w:p>
    <w:p>
      <w:r>
        <w:rPr/>
        <w:t>Когда Иисус предлагает Самого Себя и всю Свою любовь, тогда, думаю, не стоит игнорировать это предложение. Следует принять и купить именно то, что Он советует. Но если я не имею нужды и жажды, то я не смогу оценить то, что предлагает мне Бог, и, купив, не стану этим пользоваться. А без такого противоядия в сердце я погибну.</w:t>
      </w:r>
    </w:p>
    <w:p>
      <w:pPr>
        <w:pStyle w:val="Heading2"/>
      </w:pPr>
      <w:r>
        <w:t>Вопросы к размышлению над этой главой</w:t>
      </w:r>
    </w:p>
    <w:p>
      <w:r>
        <w:rPr/>
        <w:t xml:space="preserve">1. Прочитайте, пожалуйста, Пс.29:3; 90:1-16; 106:19-20; Откр.3:14-22; Еф.5:14; Иез.36:23-27; 37:5-10; Ис. 13:12; Мф.24:12-13; Ис.43:11-12; 52:10-12; 55:1; Исх.15:26; Лк.12:29-32; Ин.5:8; Мф.12:15; 14:14; 15:30; Ис.6:10; 53:5 </w:t>
      </w:r>
      <w:r>
        <w:rPr/>
        <w:t>в свете этой главы</w:t>
      </w:r>
      <w:r>
        <w:rPr/>
        <w:t>.</w:t>
      </w:r>
    </w:p>
    <w:p>
      <w:r>
        <w:rPr/>
        <w:t xml:space="preserve">2. </w:t>
      </w:r>
      <w:r>
        <w:rPr/>
        <w:t>Что вы поняли из этой главы</w:t>
      </w:r>
      <w:r>
        <w:rPr/>
        <w:t>?</w:t>
      </w:r>
    </w:p>
    <w:p>
      <w:r>
        <w:rPr/>
        <w:t>3. Понятен ли вам пример больших и маленьких вещей в вашем сердце?</w:t>
      </w:r>
    </w:p>
    <w:p>
      <w:r>
        <w:rPr/>
        <w:t>4. Какого размера Иисус в вашей жизни?</w:t>
      </w:r>
    </w:p>
    <w:p>
      <w:r>
        <w:rPr/>
        <w:t>5. Вы настроены на счастье в предстоящие дни грядущих испытаний?</w:t>
      </w:r>
    </w:p>
    <w:p>
      <w:r>
        <w:rPr/>
        <w:t>6. Почему необходимо готовиться к кризису последнего времени уже сейчас, а не ждать момента, когда он начнётся?</w:t>
      </w:r>
    </w:p>
    <w:p>
      <w:r>
        <w:rPr/>
        <w:t>7. Вы помните, что предлагается в послании к Лаодикии? И что ожидается от меня взамен?</w:t>
      </w:r>
    </w:p>
    <w:p>
      <w:r>
        <w:rPr/>
        <w:t>8. Почему масло для светильника не даётся всем верующим подряд, а его получают только разумные?</w:t>
      </w:r>
    </w:p>
    <w:p>
      <w:r>
        <w:rPr/>
        <w:t>9. Вы понимаете, что означает масло в вашей жизни и в вашем случае? Вы уверены, что вы его получаете?</w:t>
      </w:r>
    </w:p>
    <w:p>
      <w:r>
        <w:rPr/>
        <w:t>10. Обратили ли вы своё внимание на послание к Лаодикии, особенно на 18-й стих? Вам понятны эти символы?</w:t>
      </w:r>
    </w:p>
    <w:p>
      <w:r>
        <w:rPr/>
        <w:t>11. Для чего Иисус рассказал притчу о домах на Скале и песке?</w:t>
      </w:r>
    </w:p>
    <w:p>
      <w:r>
        <w:rPr/>
        <w:t>12. Чем обогащает меня золото, очищенное огнём?</w:t>
      </w:r>
    </w:p>
    <w:p>
      <w:r>
        <w:rPr/>
        <w:t>13. Научит ли Господь тех, кто купит у Него Небесные товары, владеть ими и одерживать победы?</w:t>
      </w:r>
    </w:p>
    <w:p>
      <w:r>
        <w:rPr/>
        <w:t>14. Как подготовиться к грядущим испытаниям, чтобы устоять в них?</w:t>
      </w:r>
    </w:p>
    <w:p>
      <w:r>
        <w:rPr/>
        <w:t>15. Каким вы представляете себе последнее время?</w:t>
      </w:r>
    </w:p>
    <w:p>
      <w:pPr>
        <w:pStyle w:val="Heading2"/>
        <w:pageBreakBefore/>
      </w:pPr>
      <w:r>
        <w:t>Глава 31</w:t>
      </w:r>
    </w:p>
    <w:p>
      <w:pPr>
        <w:pStyle w:val="Heading1"/>
      </w:pPr>
      <w:r>
        <w:t>А как ты это понимаешь?</w:t>
      </w:r>
    </w:p>
    <w:p>
      <w:r>
        <w:rPr/>
        <w:t>Изучая пророчества Библии о последнем времени, можно очень чётко понять, что каждый человек должен принимать непосредственное участие в своём спасении. Бог будет избавлять и защищать Свой народ, но и самим людям надлежит что-то предпринимать. Основное ожидание Бога от меня заключается в том, чтобы я думал в эти дни и понимал, что времени осталось очень мало. И, размышляя об этом, мне необходимо ответить на очень важные вопросы: «Имею ли я масло в своём светильнике? Умею ли я светить?» Для этого мне важно понимать, что такое масло.</w:t>
      </w:r>
    </w:p>
    <w:p>
      <w:r>
        <w:rPr/>
        <w:t>Мы изучали эти вопросы ранее и уже имеем представление об этих символах. Но насколько глубоко мы их поняли?</w:t>
      </w:r>
    </w:p>
    <w:p>
      <w:r>
        <w:rPr/>
        <w:t>Просто дать определение слову можно, но это ещё не всё. Кто из вас перечитывает Библию и всматривается в своё сердце с желанием вникнуть в то, имеет ли он это масло в себе и как оно проявляется? Знать теорию — хорошо, но важно сделать её своею жизнью. Я понимаю следующее. Если в моём светильнике есть масло, то мне ещё нужно уметь им пользоваться. Коллекционирование Божьих благословений для музея моих знаний — не очень хорошее занятие в последнее время.</w:t>
      </w:r>
    </w:p>
    <w:p>
      <w:r>
        <w:rPr/>
        <w:t>Притча о десяти девах учит тому, что мудрость в отношениях с Богом приветствуется, и она станет решающим фактором заключительных событий.</w:t>
      </w:r>
    </w:p>
    <w:p>
      <w:r>
        <w:rPr/>
        <w:t>В Дан.12:10 читаем: «Многие очистятся, убелятся и переплавлены будут в искушении; нечестивые же будут поступать нечестиво, и не уразумеет сего никто из нечестивых, а мудрые уразумеют».</w:t>
      </w:r>
    </w:p>
    <w:p>
      <w:r>
        <w:rPr/>
        <w:t>Мудрость последнего времени и состоит в том, чтобы иметь тесные, личные отношения с Иисусом, вникать в себя и в учение, принимать все советы Господа и делать частью своей жизни все Божьи рекомендации.</w:t>
      </w:r>
    </w:p>
    <w:p>
      <w:r>
        <w:rPr/>
        <w:t>В книге Откровение 3:18 нам даётся самый важный совет. И он предназначен именно для нашего времени. Этот совет настолько значим, что можно смело утверждать следующее. Я рискую потерять спасение, если не приму то, что мне советует купить Иисус.</w:t>
      </w:r>
    </w:p>
    <w:p>
      <w:r>
        <w:rPr/>
        <w:t>Согласно притче о десяти девах масло где-то продаётся. И неразумные девы знали, где, и пошли покупать. Но у них была проблема. Продавец уже ушёл, а потом из-за закрытых дверей говорил им, что не знает их. Думаю, это очень серьёзное предостережение. И именно сейчас благодатное время для покупки масла.</w:t>
      </w:r>
    </w:p>
    <w:p>
      <w:r>
        <w:rPr/>
        <w:t>Но ещё одна большая проблема состоит в том, что враг души тоже ведёт торговлю. Он весьма успешно предлагает всё возможное, что очаровывает мой разум. Своим волшебством сатана вводит меня в заблуждение. Читаем об этом в Откр.18.</w:t>
      </w:r>
    </w:p>
    <w:p>
      <w:r>
        <w:rPr/>
        <w:t>О сатане написано в Иез 28:16: «От обширности торговли твоей внутреннее твоё исполнилось неправды, и ты согрешил; и Я низвергнул тебя, как нечистого...»</w:t>
      </w:r>
    </w:p>
    <w:p>
      <w:r>
        <w:rPr/>
        <w:t>Торговля — это взаимные отношения, направленные на куплю, продажу или обмен товарами. Торговлей также можно назвать и переговорный процесс, в ходе которого мы приходим к общему соглашению о предстоящей сделке и обговариваем условия её совершения.</w:t>
      </w:r>
    </w:p>
    <w:p>
      <w:r>
        <w:rPr/>
        <w:t>В настоящее время враг души ведёт с нами обширную торговлю, предлагая нам всё что угодно, только бы отвлечь наше внимание от Вечных ценностей, от товаров для Лаодикии. Сатана готов отдать все свои богатства, лишь бы мы не купили то, что советует нам купить Христос.</w:t>
      </w:r>
    </w:p>
    <w:p>
      <w:r>
        <w:rPr/>
        <w:t>Печально то, что я, зная, где продаётся масло, выбираю себе другого продавца и начинаю с ним торговаться, думая, что в Лаодикийский магазин я всегда успею. Христос называет таких людей неразумными.</w:t>
      </w:r>
    </w:p>
    <w:p>
      <w:r>
        <w:rPr/>
        <w:t>Вчитайтесь в будущее Вавилона из Откр 18:23-24: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 И в нём найдена кровь пророков и святых и всех убитых на земле».</w:t>
      </w:r>
    </w:p>
    <w:p>
      <w:r>
        <w:rPr/>
        <w:t>Что вы поняли из этого стиха? Свет, светильник, голос жениха. Какие знакомые слова из притчи о десяти девах! Но чары сатаны ввели всех в заблуждение. Слово «волшебством» в этом стихе звучит так: Откр 18:23: φαρμακείᾳ (фармакея). В оригинале оно означает лекарство, яд, чародейство. Из корня этого слова произошло название Фармакология. И в последнее время мы слышим, как люди, занимающиеся этой наукой, предлагают нам странные вещи для нашей безопасности и исцеления. Совпадение? Скорее исполнение пророчеств. Думаю, что всё это является частью великого Вавилона.</w:t>
      </w:r>
    </w:p>
    <w:p>
      <w:r>
        <w:rPr/>
        <w:t>А Иисус предлагает нам золото, огнём очищенное, белую одежду и глазную мазь. Так просто, так ненавязчиво. Всё так символически.</w:t>
      </w:r>
    </w:p>
    <w:p>
      <w:r>
        <w:rPr/>
        <w:t>И если посмотреть на упомянутые товары глазами современного человека, то можно увидеть Иисуса, Который протягивает маленькую коробочку с обручальным кольцом. Что это? Думаю, любая девушка очень быстро поймёт значение такого символа. Но Божий народ почему-то не очень дальновиден в этом вопросе. Я зашёл в магазин, посмотрел, что мне предлагается. Сделал на память пару снимков на фоне Небесных товаров и вышел. А если я более смекалистый, то могу ещё и изучить ингредиенты того, что мне советуют приобрести. Продавец же мне ничего не навязывает, а очень скромно предлагает. И ждёт.</w:t>
      </w:r>
    </w:p>
    <w:p>
      <w:r>
        <w:rPr/>
        <w:t>Будучи мудрым и думающим, я решаюсь купить Небесные сокровища и с радостью несу их в свой дом. А Продавец тут как тут, и уже стучит, предлагая мне провести лично с Ним время за моим столом и ужином.</w:t>
      </w:r>
    </w:p>
    <w:p>
      <w:r>
        <w:rPr/>
        <w:t>Представьте себе девушку, которая, увидев обручальное колечко в коробочке, схватила его и убежала в радости, забыв про жениха, а потом и не открывает ему дверь своего дома, думая, что он заберёт это кольцо, и она останется ни с чем. Именно так я веду себя по отношению ко Христу. А бывает, что, видя Его предложение и понимая, о чём идёт речь, я поворачиваюсь к Нему спиной или вежливо говорю, что подумаю и обязательно дам ответ, и даже когда-то приду снова. И если случается, что я прихожу, то вижу вновь Его счастливую улыбку и в очередной раз Иисус предлагает Себя в символах Своих товаров.</w:t>
      </w:r>
    </w:p>
    <w:p>
      <w:r>
        <w:rPr/>
        <w:t>И что я решу в этот момент? Где моя мудрость?</w:t>
      </w:r>
    </w:p>
    <w:p>
      <w:r>
        <w:rPr/>
        <w:t>Дело в том, что Христос решил не соединять Свою жизнь с глупой женой, и Он не станет вступать в близкие отношения с неразумными, хотя по Своей любви Господь даёт благословение Своей агапэ всем желающим. Но если меня более интересуют благословения, чем Благословляющий, то я получу по своей нужде именно то, что выбираю. Если я дарю своей возлюбленной колечко и она видит в нём кусочек золота, который можно продать за 50 евро и обогатиться, то что я могу ещё сделать для этой девушки? Мне придётся с ней распрощаться в своём сердце, чтобы уже никогда ей ничего не предлагать. Никогда.</w:t>
      </w:r>
    </w:p>
    <w:p>
      <w:r>
        <w:rPr/>
        <w:t>Но, к счастью, наш Господь более терпелив и снисходителен. Он готов услышать сотни раз отказ, чтобы на сто первый раз получить согласие и провести сделку. А затем Он несколько лет будет стучать в мою дверь, чтобы в моей глубокой старости наконец-то войти. Да, Он такой. Но вот время не такое.</w:t>
      </w:r>
    </w:p>
    <w:p>
      <w:r>
        <w:rPr/>
        <w:t>Запомните, друзья, то, что было раньше и на что всегда хватало времени, сегодня может быстро измениться. Двери благодати, которые были открыты для разных периодов роста настежь, в наши дни могут неожиданно закрыться навсегда. Вы думаете об этом? Вы не боитесь оказаться вне дверей?</w:t>
      </w:r>
    </w:p>
    <w:p>
      <w:r>
        <w:rPr/>
        <w:t>Как ты понимаешь, друг, что тебе сейчас предлагается? Неужели ты вновь уйдёшь? А может, купишь?</w:t>
      </w:r>
    </w:p>
    <w:p>
      <w:pPr>
        <w:pStyle w:val="Heading2"/>
      </w:pPr>
      <w:r>
        <w:t>Вопросы к размышлению над этой главой</w:t>
      </w:r>
    </w:p>
    <w:p>
      <w:r>
        <w:rPr/>
        <w:t xml:space="preserve">1. Прочитайте, пожалуйста, Лк.18:7-8; Мф.22:4-5; 25:1-13; Ин.2:16; Ис.55:1-2; Откр.3:18; 18:1-24; Дан.12:3,10 </w:t>
      </w:r>
      <w:r>
        <w:rPr/>
        <w:t>в свете этой главы</w:t>
      </w:r>
      <w:r>
        <w:rPr/>
        <w:t>.</w:t>
      </w:r>
    </w:p>
    <w:p>
      <w:r>
        <w:rPr/>
        <w:t xml:space="preserve">2. </w:t>
      </w:r>
      <w:r>
        <w:rPr/>
        <w:t>Что вы поняли из этой главы</w:t>
      </w:r>
      <w:r>
        <w:rPr/>
        <w:t>?</w:t>
      </w:r>
    </w:p>
    <w:p>
      <w:r>
        <w:rPr/>
        <w:t>3. Понимаете ли вы важность того, что советует Иисус живущим в период Лаодикии?</w:t>
      </w:r>
    </w:p>
    <w:p>
      <w:r>
        <w:rPr/>
        <w:t>4. Как вы думаете, наступит ли вскоре конец всем нашим земным планам?</w:t>
      </w:r>
    </w:p>
    <w:p>
      <w:r>
        <w:rPr/>
        <w:t>5. Будет ли Иисус меня заранее предупреждать о закрытии времени благодати, чтобы я успел приобрести то, что Он предлагает?</w:t>
      </w:r>
    </w:p>
    <w:p>
      <w:r>
        <w:rPr/>
        <w:t>6. Какая участь постигнет неразумных Божьих детей?</w:t>
      </w:r>
    </w:p>
    <w:p>
      <w:r>
        <w:rPr/>
        <w:t>7. Кто такие неразумные девы?</w:t>
      </w:r>
    </w:p>
    <w:p>
      <w:r>
        <w:rPr/>
        <w:t>8. Вы разумный человек? Как вы это определили?</w:t>
      </w:r>
    </w:p>
    <w:p>
      <w:r>
        <w:rPr/>
        <w:t>9. Прочитав этот урок, появилось ли у вас желание уточнить у Бога, не на опасном ли вы пути?</w:t>
      </w:r>
    </w:p>
    <w:p>
      <w:r>
        <w:rPr/>
        <w:t>10. Почему Господь скрыл Свои благословения в символах?</w:t>
      </w:r>
    </w:p>
    <w:p>
      <w:r>
        <w:rPr/>
        <w:t>11. Вы понимаете, что вам советует купить Иисус?</w:t>
      </w:r>
    </w:p>
    <w:p>
      <w:r>
        <w:rPr/>
        <w:t>12. Вы понимаете, что если вы ничего не купите, то рискуете потерять всё?</w:t>
      </w:r>
    </w:p>
    <w:p>
      <w:r>
        <w:rPr/>
        <w:t>13. Будет ли Господь придумывать новый план спасения для неразумных дев?</w:t>
      </w:r>
    </w:p>
    <w:p>
      <w:r>
        <w:rPr/>
        <w:t>14. Вы понимаете важность происходящего?</w:t>
      </w:r>
    </w:p>
    <w:p>
      <w:r>
        <w:rPr/>
        <w:t>15. Что вы предпринимаете, понимая важность всего?</w:t>
      </w:r>
    </w:p>
    <w:p>
      <w:pPr>
        <w:pStyle w:val="Heading2"/>
        <w:pageBreakBefore/>
      </w:pPr>
      <w:r>
        <w:t>Глава 32</w:t>
      </w:r>
    </w:p>
    <w:p>
      <w:pPr>
        <w:pStyle w:val="Heading1"/>
      </w:pPr>
      <w:r>
        <w:t>Не впадайте в крайности</w:t>
      </w:r>
    </w:p>
    <w:p>
      <w:r>
        <w:rPr/>
        <w:t>Окончание последнего времени отличается от прошлого тем, что именно сейчас Господь намерен воплотить все Свои планы в нашу жизнь и произвести колоссальные перемены в наших сердцах. Наша вера будет всесторонне испытана, и на наших глазах исполнятся все пророчества о последних днях.</w:t>
      </w:r>
    </w:p>
    <w:p>
      <w:r>
        <w:rPr/>
        <w:t>Враг души укрепляет свои позиции, чтобы нанести решительный удар и не останавливаться до окончательной победы. Он будет действовать во всех направлениях, и мало кто устоит под влиянием его волшебства. Задача сатаны сейчас заключается в том, чтобы отвлечь Божьих детей от истины для настоящего времени, чтобы не дать им понять значение символов масла для светильника, чтобы весть к Лаодикии осталась в тени. Сатана рад загрузить нас чем угодно, лишь бы как можно дольше держать нас в неведении.</w:t>
      </w:r>
    </w:p>
    <w:p>
      <w:r>
        <w:rPr/>
        <w:t>Иисус достаточно серьёзно обращается к Своему народу и, не стесняясь в выражениях, говорит о Своём отвращении к нашему тёплому состоянию. А я слушаю это обращение и соглашаюсь с тем, что я тёплый. Я честен в этом признании. Я искренне верю в то, что это так, и даже сам себя называю таковым. Но в Откр.3:18-20 мне даётся выход из моего тёплого состояния, Господь предлагает Себя, заверяет меня в Своей любви и лично приходит ко мне, чтобы научить меня тем истинам, которые помогут мне преодолеть все испытания и выстоять среди всех соблазнов. И эта сила доступна. Она действует. Она даётся всем желающим, мудрым и думающим. Враг души не может противостоять Божьим планам. Он не в силах помешать Богу осуществить Свои намерения. Дьявол знает власть Всевышнего и трепещет перед Ним. Но врагу души позволено соблазнять и производить своё очарование даже среди избранных, не лишая их жизни. Вот чем занят сатана. Отсутствие интереса и духовное равнодушие к истине для настоящего времени стали нормой жизни для Божьих детей. Духовный рост новых членов церкви становится стремительным от знакомства с Богом и первой любви. Он превращается в ученичество, переходя в стадию успеха, и на этом останавливается. А Бог приглашает идти дальше, но уже каждому лично, чтобы преодолеть все склонности ко греху и подняться до духовного совершенства в любви, проходя через тёмную ночь души, через путешествие внутрь себя, через путешествие наружу, дабы каждый мог достичь познания глубины Божьей любви-агапэ и сделать её своей, частью себя. Те, кому удаётся проникнуть в самую суть Божьего сердца и питаться из рук Божьих, каждое утро получая Хлеб жизни, понимают, что они познали Бога, а Он живёт в них. И это осознание приносит в жизнь необъяснимое счастье. Жизнь в Боге становится удивительно прекрасной, а откровения Божьей любви — обычным делом.</w:t>
      </w:r>
    </w:p>
    <w:p>
      <w:r>
        <w:rPr/>
        <w:t>Любящему сердцу видно всё. Оно может понимать дух тех, с кем имеет общение, чтобы служить этим людям по мере сил. Но даже и на этой стадии веры любящая душа способна попасть под влияние соблазнов лукавого и впасть в крайности. И это может быть особая ревность по Богу и Его закону.</w:t>
      </w:r>
    </w:p>
    <w:p>
      <w:r>
        <w:rPr/>
        <w:t>Например, видя преимущество и силу любви и понимая, как она действует и какой колоссальный потенциал она имеет, я могу взять на себя прерогативу Бога и стать духовным судьёй или обвинителем братьев. Видя их тёплое состояние, я начинаю смело их в этом упрекать, не давая им никаких шансов. А Библейские пророчества и обличения утверждают мои слова и делают их подобными вбитым гвоздям. В результате этого тёплая душа приходит в отчаяние. У Лаодикии нет сил, чтобы самостоятельно выйти из своего тёплого состояния, и любое твёрдое заявление о грехе повергает уставшую душу во тьму безысходности. И в таком положении человек просто теряется. Он может или совсем во всём разочароваться и отойти от веры, или озлобиться на весь мир, встав в оппозицию.</w:t>
      </w:r>
    </w:p>
    <w:p>
      <w:r>
        <w:rPr/>
        <w:t>Но любящее сердце прошло все эти стадии веры, и оно знает, как тяжело принимать решения о движении вверх и как нелегко проходить через огонь очищения. И любовь начинает очень осторожно, с нежностью показывать выход, делясь своим личным опытом и не скрывая свои ошибки.</w:t>
      </w:r>
    </w:p>
    <w:p>
      <w:r>
        <w:rPr/>
        <w:t>Наделение души спасением — это власть Христа, и только Он решает, кому из нас быть спасённым, а кто лишается этого права навсегда. Я даже в себе порою не могу быть уверенным, зная, насколько я грешен и крайне испорчен. И только вера в Божью милость и присутствие Божьей любви помогают мне удержаться в сердце Всевышнего.</w:t>
      </w:r>
    </w:p>
    <w:p>
      <w:r>
        <w:rPr/>
        <w:t>Нежности стоит учиться. Почтительность не приходит в мою жизнь сама. Эти свойства души приобретаются путём многих ошибок и падений. Я много раз был судьёй своих ближних, а Бог призывает меня к служению им. Если я кого и обличаю, то стоит это делать с любовью к этим людям, чувствуя их готовность и предлагая им решение. И решение есть. Но не все захотят выходить из тёплого состояния. Лаодикия даёт ложную уверенность в богатстве и изобилии всего. Она пресыщает душу, одевая её в одежды мнимой праведности. И не всякий решится покинуть такое уютное местечко. Но я не знаю истинные мотивы человека и особенности его восприятия информации и её обработки, поэтому могу начать подгонять всех под свои стандарты. А имея духовное преимущество в любви и видя других как на ладони, я способен потерять из виду Христа и попытаться своими силами спасать и выводить ближних из тёплого состояния, привязывая эти души к себе. И в результате я выгораю, а Иисус стоит рядом и грустит обо мне. Но Он позволяет мне впадать в крайности, а потом открывает мои очи, потому что я иначе не пойму, как это плохо и разрушительно.</w:t>
      </w:r>
    </w:p>
    <w:p>
      <w:r>
        <w:rPr/>
        <w:t>Бог, спасая тех или иных людей, не ошибается в Своём решении. Думаю, что я буду очень удивлён, когда увижу в Вечности тех, на ком я поставил крест и не хотел уделять им своё внимание и даже не молился за них. А когда я не обнаружу среди спасённых людей, которые были для меня примером веры и мужества, тогда я ещё больше удивлюсь тому, как такие люди смогли погибнуть. Но ничто нечистое не войдёт в Божье Царство, и кровь Христа не смоет излюбленные грехи, а я многого не знаю. Богу же всё открыто. А когда в свете Вечности, Божьей чистоты и святости я посмотрю на свою «святую» земную жизнь, то я удивлюсь тому, как я наследовал со всем этим грузом спасение. И только Божья любовь и милость будут ответом на моё удивление.</w:t>
      </w:r>
    </w:p>
    <w:p>
      <w:r>
        <w:rPr/>
        <w:t>Но пока человек жив, есть надежда на то, что он сможет что-то изменить. И говорить о планах Бога для нас необходимо. Стоит и предостерегать заблуждающихся и обличать отступивших, но не судить их, а давать надежду и показывать выход.</w:t>
      </w:r>
    </w:p>
    <w:p>
      <w:r>
        <w:rPr/>
        <w:t>Сейчас появилось очень много обличителей и борцов за справедливость, и им есть что рассказать грешникам. А кто учит людей любви, кто думает о счастье грешника? Кто оставит всё, чтобы послужить безнадёжным больным?</w:t>
      </w:r>
    </w:p>
    <w:p>
      <w:r>
        <w:rPr/>
        <w:t>Любовь даёт ответы на все эти вопросы сама в себе. Она спокойно совершает свою миссию в моей жизни и в жизни ближних. Она является конечным продуктом Небесной торговли с Лаодикией, и её невозможно подделать или с чем-то перепутать. Она посылается мне, чтобы руководить моими мотивами и чувствами, чтобы формировать во мне правильное мышление и делать образ мысли праведным. У любви нет замены. Она или есть, или её нет. И в этой любви пребывает Сам Иисус. И Ему известно, в ком она есть. Иисус не ошибается.</w:t>
      </w:r>
    </w:p>
    <w:p>
      <w:pPr>
        <w:pStyle w:val="Heading2"/>
      </w:pPr>
      <w:r>
        <w:t>Вопросы к размышлению над этой главой</w:t>
      </w:r>
    </w:p>
    <w:p>
      <w:r>
        <w:rPr/>
        <w:t xml:space="preserve">1. Прочитайте, пожалуйста, Откр.3:18-20; Рим.12:9-18; 1Кор.13:1-3; Мф.7:1-5; 1Пет.2:1-5; Евр.5:11-14; 1Пет.1:22-23; Пс.95:10-13; Прит.21:3; Еккл.3:16-17; Ис.1:16-19; 1Кор.6:1-12 </w:t>
      </w:r>
      <w:r>
        <w:rPr/>
        <w:t>в свете этой главы</w:t>
      </w:r>
      <w:r>
        <w:rPr/>
        <w:t>.</w:t>
      </w:r>
    </w:p>
    <w:p>
      <w:r>
        <w:rPr/>
        <w:t xml:space="preserve">2. </w:t>
      </w:r>
      <w:r>
        <w:rPr/>
        <w:t>Что вы поняли из этой главы</w:t>
      </w:r>
      <w:r>
        <w:rPr/>
        <w:t>?</w:t>
      </w:r>
    </w:p>
    <w:p>
      <w:r>
        <w:rPr/>
        <w:t>3. Вам знакомо состояние сердца, когда вы видите своё превосходство над другими и начинаете их судить?</w:t>
      </w:r>
    </w:p>
    <w:p>
      <w:r>
        <w:rPr/>
        <w:t>4. Всегда ли суд — это что-то плохое и неправильное?</w:t>
      </w:r>
    </w:p>
    <w:p>
      <w:r>
        <w:rPr/>
        <w:t>5. Что можно и нужно судить? 1Кор.6:3</w:t>
      </w:r>
    </w:p>
    <w:p>
      <w:r>
        <w:rPr/>
        <w:t>6. Почему Господь Сам решает, кому спастись, а кому погибнуть?</w:t>
      </w:r>
    </w:p>
    <w:p>
      <w:r>
        <w:rPr/>
        <w:t>7. Если бы вам дали власть спасать людей для Вечной жизни, то кого бы вы стали спасать и каким критерием вы бы стали руководствоваться?</w:t>
      </w:r>
    </w:p>
    <w:p>
      <w:r>
        <w:rPr/>
        <w:t>8. Почему моё справедливое осуждение зачастую вызывает у ближних озлобленность на меня? Ведь я же прав!</w:t>
      </w:r>
    </w:p>
    <w:p>
      <w:r>
        <w:rPr/>
        <w:t>9. Вы чувствуете себя правым? У вас есть одежда с надписью об этом?</w:t>
      </w:r>
    </w:p>
    <w:p>
      <w:r>
        <w:rPr/>
        <w:t>10. Чем отличается моя правота от Божьей?</w:t>
      </w:r>
    </w:p>
    <w:p>
      <w:r>
        <w:rPr/>
        <w:t>11. Почему мой суд над ближним может стать неприемлемой крайностью?</w:t>
      </w:r>
    </w:p>
    <w:p>
      <w:r>
        <w:rPr/>
        <w:t>12. Какую роль играет любовь в справедливом и заслуженном осуждении?</w:t>
      </w:r>
    </w:p>
    <w:p>
      <w:r>
        <w:rPr/>
        <w:t>13. Судит ли любовь кого-то, или она всех любит и прощает?</w:t>
      </w:r>
    </w:p>
    <w:p>
      <w:r>
        <w:rPr/>
        <w:t>14. Есть ли такие грехи, которые не сможет простить даже Бог?</w:t>
      </w:r>
    </w:p>
    <w:p>
      <w:r>
        <w:rPr/>
        <w:t>15. Как вы думаете, вызывает ли ваше духовное состояние радость и одобрение Христа?</w:t>
      </w:r>
    </w:p>
    <w:p>
      <w:pPr>
        <w:pStyle w:val="Heading2"/>
        <w:pageBreakBefore/>
      </w:pPr>
      <w:r>
        <w:t>Глава 33</w:t>
      </w:r>
    </w:p>
    <w:p>
      <w:pPr>
        <w:pStyle w:val="Heading1"/>
      </w:pPr>
      <w:r>
        <w:t>3:18</w:t>
      </w:r>
    </w:p>
    <w:p>
      <w:r>
        <w:rPr/>
        <w:t>Когда кто-то говорит: «Иоанна 3:16», тогда сразу вспоминается пророчество о миссии Христа и Божьей любви. Этот стих стал девизом многих христиан. А вызывает ли у вас сочетание цифр 3 и 18 радость? Погружаетесь ли вы в глубину откровений, когда слышите эти цифры? Кружится ли у вас голова от счастья, когда вы видите это математическое сочетание?</w:t>
      </w:r>
    </w:p>
    <w:p>
      <w:r>
        <w:rPr/>
        <w:t>Именно так и называется этот урок, ибо он призван навсегда врезаться в ваше сознание и изменить вашу жизнь к лучшему и необычному.</w:t>
      </w:r>
    </w:p>
    <w:p>
      <w:r>
        <w:rPr/>
        <w:t>Господь обращается к тебе, говоря: «Воззови ко Мне — и Я отвечу тебе, покажу тебе великое и недоступное, чего ты не знаешь» Иер.33:3. Веришь ли ты в то, что Бог исполнит это обещание? Но оно условное. И условие прописано в первом слове: «Воззови». Вы понимаете, что это значит? Примерно это можно сравнить с возгоранием электропроводки в твоём доме, когда огонь отрезал все пути к выходу и очень быстро охватывает всё помещение, приближаясь к тебе. И ты звонишь в пожарную службу, чтобы им что-то сообщить. О чём ты будешь их просить? О своих детях? О хорошей работе? О благословении на жизнь? Думаю, что всё это, хоть и важно, но в данной ситуации становится второстепенным по сравнению с тем, что происходит вокруг тебя. Когда ты понимаешь, что твоя жизнь в смертельной опасности, тогда в разуме меняется всё. И очень сложно предсказать поведение человека в подобной ситуации. Я думаю, что во время пожара больше всего не хочется спать, есть и искать себе развлечения. Волнует только одно: спасение жизни. И первое, что делают пожарники, — спасают тех, кто оказался в плену пламени. Моё обращение в пожарную службу созвучно слову «Воззови». Это повеление и совет, и предложение от Того, Кто очень хорошо понимает, что происходит в моей духовной жизни, но без моего звонка о помощи не может ничего предпринимать.</w:t>
      </w:r>
    </w:p>
    <w:p>
      <w:r>
        <w:rPr/>
        <w:t>Живём ли мы в опасное время? Да. Имеет ли эта опасность духовное основание, грозящее гибелью моей душе? Да, и чем дальше мы идём, тем больше вероятность того, что скоро наступит конец всему.</w:t>
      </w:r>
    </w:p>
    <w:p>
      <w:r>
        <w:rPr/>
        <w:t>Враг души понимает, что ему немного осталось, и поэтому он действует очень активно, всюду расставляя свои ловушки. То, что сейчас происходит в мире, похоже на примерку нам всем кандалов, что делается в попытке понять, какие из них лучше подойдут. Под девизом «блага для общества» нас лишают тех малых свобод, которые мы имели. На наших глазах готовится образ зверя, чтобы сделать его нашим начертанием. А о чём думают те, кому дан великий свет?</w:t>
      </w:r>
    </w:p>
    <w:p>
      <w:r>
        <w:rPr/>
        <w:t>Состояние Божьего народа в последнее время очень ясно описано в послании к Лаодикии. И Сам Господь называет мою духовность очень тёплым состоянием, от которого Его тошнит. И если так говорит Иисус, то это истина. Во мне нет ничего хорошего, за что меня можно похвалить, но мне даётся выход, решение и надежда. Стих 3:18 очень ясно повествует о том, что мне необходимо делать, чтобы спастись.</w:t>
      </w:r>
    </w:p>
    <w:p>
      <w:r>
        <w:rPr/>
        <w:t>Это Небесная пожарная служба, которая готова избавить меня от самого себя. Она ждёт моего вызова. И так как мой пожар невидим простому глазу, то и помощь тоже будет невидна любопытным прохожим.</w:t>
      </w:r>
    </w:p>
    <w:p>
      <w:r>
        <w:rPr/>
        <w:t>И если взять ситуацию последнего времени и начать искать выход, если понять, что мне предлагает Бог в виде плана моего Спасения, то стих из книги Откровение 3:18 всё разъясняет и решает все задачи и проблемы.</w:t>
      </w:r>
    </w:p>
    <w:p>
      <w:r>
        <w:rPr/>
        <w:t>Друзья, если вы ещё не поняли, что этот стих означает для Божьего народа, живущего в последнее время, то остановитесь, прекратите все свои дела и задайте себе вопрос: «А что желает мне сказать Бог через это Откровение свыше?» И очень важно разобраться в значении тех символов, в которых сокрыто нечто очень важное для спасения.</w:t>
      </w:r>
    </w:p>
    <w:p>
      <w:r>
        <w:rPr/>
        <w:t>Если я скажу, что перед Вторым Пришествием Христа крайне необходимо иметь запас масла в своём светильнике, то думаю, что вы все с этим согласитесь, вспоминая притчу о десяти девах. Но что означает это масло? И где находятся продающие? И почему это масло продаётся? И сколько оно стоит? Сложно ответить, не зная Божьего плана. Обычно говорят, что это Святой Дух. Но если вдуматься, то ответ хоть и правильный, но неполный и очень размытый. Порою он служит обычным прикрытием моему невежеству в этом вопросе. И как определить, имею ли я достаточно Святого Духа, чтобы мой светильник горел? И что значит огонь в этом светильнике? И такие простые вопросы открывают мне пропасть моего неведения. А ответ нужно знать, и необходимо понимать, что это правильный ответ и что основание находится в Божьем Слове.</w:t>
      </w:r>
    </w:p>
    <w:p>
      <w:r>
        <w:rPr/>
        <w:t>Масло для светильника — это Божий продукт, который продаёт только Бог. И единственное место, где очень ясно сказано об этой торговле, находится в Откр.3:18. Иисус советует купить что-то очень ценное в глазах Неба.</w:t>
      </w:r>
    </w:p>
    <w:p>
      <w:r>
        <w:rPr/>
        <w:t>Раньше я мимолётом пробегал этот стих, зная, что он есть, даже не представляя, что в нём мне предлагается всё Небо, вся Небесная Семья во всей Своей полноте и все сопутствующие благословения. И эти товары меняют мою жизнь, если я начинаю их изучать и приобретать. Но я не могу их вот так взять и купить, стать их собственником, не заплатив тем, что ценит Бог. Неразумные девы знали, где продаётся масло, но они не инвестировали в эту покупку своё время, чтобы открыть глубину и сделать этот товар своим, научившись им пользоваться. Не желая вкладывать своё время в приобретение масла, они уснули, упустив драгоценную возможность. А в спешке можно приобрести только подделку.</w:t>
      </w:r>
    </w:p>
    <w:p>
      <w:r>
        <w:rPr/>
        <w:t>И сейчас Господь очень серьёзно предлагает нам воззвать к Нему и принести в качестве платы за Небесные товары своё время и свою запачканную одежду. Бог призывает обменять это на школьную программу обучения владению приобретёнными товарами.</w:t>
      </w:r>
    </w:p>
    <w:p>
      <w:r>
        <w:rPr/>
        <w:t>Господь желает, чтобы я остановился у знака 3:18 и не ехал дальше, пока не загружу в багаж знаний то, что выставлено на продажу. Мне предстоит расшифровать значение всех этих символов. И это возможно. Мне предстоит научиться этим свободно владеть, как я владею родным языком. И это возможно. Мне необходимо убедиться в том, что я получаю выставленное на продажу. Я взываю, и мне показывают. Ищу и нахожу.</w:t>
      </w:r>
    </w:p>
    <w:p>
      <w:r>
        <w:rPr/>
        <w:t>Но Господь уверяет меня в том, что Он Сам лично придёт ко мне, позовёт, постучит и войдёт, когда я открою свою дверь. Тогда Он станет вечерять со мной. И эта обычная вечеря перерастёт в брачную вечерю. В этом меня убеждает стих 19:9. А неразумные девы не будут допущены на брачное торжество, и им будет объявлено, что их не знают.</w:t>
      </w:r>
    </w:p>
    <w:p>
      <w:r>
        <w:rPr/>
        <w:t>Очень важно понять и то, что знание Богом меня зависит от количества проведённого с Ним времени, когда я пытался вникнуть в Его план моего Спасения.</w:t>
      </w:r>
    </w:p>
    <w:p>
      <w:r>
        <w:rPr/>
        <w:t>Если Сам Господь даёт мне выход из тёплого состояния, советуя купить необходимое, и при этом приходит лично, чтобы проводить со мной время, обучая меня тому, как жить в новых покупках, то было бы крайним невежеством игнорировать этот совет и избирать себе иные пути.</w:t>
      </w:r>
    </w:p>
    <w:p>
      <w:r>
        <w:rPr/>
        <w:t>Разум вернулся к неразумным девам, когда они поняли, что их светильники гаснут. Они знали, где продаётся масло, но постоянно откладывали эти приготовления.</w:t>
      </w:r>
    </w:p>
    <w:p>
      <w:r>
        <w:rPr/>
        <w:t>Друзья, очень советую вам прямо сейчас остановиться у стиха 3:18 и не идти никуда дальше, пока вы не убедитесь в том, что предлагаемое Богом стало вашим, и вы понимаете, что это, и живёте с этим в сердце.</w:t>
      </w:r>
    </w:p>
    <w:p>
      <w:pPr>
        <w:pStyle w:val="Heading2"/>
      </w:pPr>
      <w:r>
        <w:t>Вопросы к размышлению над этой главой</w:t>
      </w:r>
    </w:p>
    <w:p>
      <w:r>
        <w:rPr/>
        <w:t xml:space="preserve">1. Прочитайте, пожалуйста, Откр.3:18-22; Мф.25:1-12; 7:21-23; 22:11-14; Рим.13:10-14; Откр.16:15-16; 19:7-9 </w:t>
      </w:r>
      <w:r>
        <w:rPr/>
        <w:t>в свете этой главы</w:t>
      </w:r>
      <w:r>
        <w:rPr/>
        <w:t>.</w:t>
      </w:r>
    </w:p>
    <w:p>
      <w:r>
        <w:rPr/>
        <w:t xml:space="preserve">2. </w:t>
      </w:r>
      <w:r>
        <w:rPr/>
        <w:t>Что вам открылось в этой главе</w:t>
      </w:r>
      <w:r>
        <w:rPr/>
        <w:t>?</w:t>
      </w:r>
    </w:p>
    <w:p>
      <w:r>
        <w:rPr/>
        <w:t>3. Как вы понимаете обещание Бога</w:t>
      </w:r>
      <w:r>
        <w:rPr/>
        <w:t xml:space="preserve"> из Иер.33:3</w:t>
      </w:r>
      <w:r>
        <w:rPr/>
        <w:t>?</w:t>
      </w:r>
    </w:p>
    <w:p>
      <w:r>
        <w:rPr/>
        <w:t>4. Понимаете ли вы значение символов в Откр.3:18?</w:t>
      </w:r>
    </w:p>
    <w:p>
      <w:r>
        <w:rPr/>
        <w:t>5. Что такое «масло для светильника»? Как мне определить, имею ли я его в своём светильнике?</w:t>
      </w:r>
    </w:p>
    <w:p>
      <w:r>
        <w:rPr/>
        <w:t>6. Для чего нужно иметь это масло?</w:t>
      </w:r>
    </w:p>
    <w:p>
      <w:r>
        <w:rPr/>
        <w:t>7. В чём была ошибка неразумных дев?</w:t>
      </w:r>
    </w:p>
    <w:p>
      <w:r>
        <w:rPr/>
        <w:t>8. В чём состоит план Бога для нашего времени в свете Откр. 3:18?</w:t>
      </w:r>
    </w:p>
    <w:p>
      <w:r>
        <w:rPr/>
        <w:t>9. Почему Иисус продаёт Свои товары и чем я могу их оплатить?</w:t>
      </w:r>
    </w:p>
    <w:p>
      <w:r>
        <w:rPr/>
        <w:t>10. Что помешало участвовать неразумным девам в Брачной вечери?</w:t>
      </w:r>
    </w:p>
    <w:p>
      <w:r>
        <w:rPr/>
        <w:t>11. Достаточно ли вы проводите времени в изучении Божьего плана Спасения, касающегося непосредственно вас?</w:t>
      </w:r>
    </w:p>
    <w:p>
      <w:r>
        <w:rPr/>
        <w:t>12. Как можно назвать тех, кто, зная, где продаётся масло, не спешит его приобретать или проявляет равнодушие к этому вопросу?</w:t>
      </w:r>
    </w:p>
    <w:p>
      <w:r>
        <w:rPr/>
        <w:t>13. Почему так важно иметь масло и огонь в светильнике?</w:t>
      </w:r>
    </w:p>
    <w:p>
      <w:r>
        <w:rPr/>
        <w:t>14. Продолжали ли гореть светильники у дев во время их сна?</w:t>
      </w:r>
    </w:p>
    <w:p>
      <w:r>
        <w:rPr/>
        <w:t>15. К какой группе дев вы себя причисляете? Почему вы так решили?</w:t>
      </w:r>
    </w:p>
    <w:p>
      <w:pPr>
        <w:pStyle w:val="Heading2"/>
        <w:pageBreakBefore/>
      </w:pPr>
      <w:r>
        <w:t>Глава 34</w:t>
      </w:r>
    </w:p>
    <w:p>
      <w:pPr>
        <w:pStyle w:val="Heading1"/>
      </w:pPr>
      <w:r>
        <w:t>Для чего вам нужно масло?</w:t>
      </w:r>
    </w:p>
    <w:p>
      <w:r>
        <w:rPr/>
        <w:t>Давайте взглянем на притчу о последнем времени, произнесённую в Мф.25:1-12. Она была рассказана Иисусом в контексте повествования о пророческих событиях в конце мира и о разрушении Иерусалима. Господь соединил два описания, давая понять, что между ними будет сходство. В конце истории повторится то, что произошло в начале христианства. В притче о 10 девах ярко выражена мысль о бодрствовании и о наличии масла в светильнике. Но стоит понять, чем является масло для светильника и чем оно не может быть. Поскольку масло является символом чего-то, речь не может идти об обычном веществе, которое заливают в горелку. Также важно разобраться, является масло чем-то или кем-то. Если это кто-то, то как можно его купить или сделать запас? Возникает много вопросов, на которые сложно ответить. Обычно говорят, что это символ Святого Духа. Насколько я знаю, Святой Дух является Божественной Личностью и проявляет Свою силу во многих видимых качествах характера в духовной и душевной сфере. Мне сложно представить, как Им можно запастись. Написано, что «Дух дышит, где хочет». Если же говорить о поведении человека, то оно выражается в плоде Духа или в делах плоти.</w:t>
      </w:r>
    </w:p>
    <w:p>
      <w:r>
        <w:rPr/>
        <w:t>Если масло — это Иисус, то тогда возникает ещё больше вопросов. А как я могу Им заправить светильник? И как отложить Его в запас? И что это значит?</w:t>
      </w:r>
    </w:p>
    <w:p>
      <w:r>
        <w:rPr/>
        <w:t>А про Бога Отца я даже и не буду говорить. И в то же время мы читаем, что Бог в нас, и Иисус в нас, а мы в Нём, и Дух Божий в нас. И я понимаю, что речь идёт о моем сознании и сердце, которые соединены в одно целое с моим Спасителем, и Святой Дух открывает мне Христа, а Ему меня.</w:t>
      </w:r>
    </w:p>
    <w:p>
      <w:r>
        <w:rPr/>
        <w:t>Но если я попытаюсь путём человеческой логики всё это объяснить, то запутаюсь сам и запутаю других.</w:t>
      </w:r>
    </w:p>
    <w:p>
      <w:r>
        <w:rPr/>
        <w:t>Верный Свидетель предлагает купить товары, в которых глазами веры я вижу Бога. Но Бог не продаётся. И, приобретая предложенное, я остаюсь человеком. Но почему я должен заплатить за это?</w:t>
      </w:r>
    </w:p>
    <w:p>
      <w:r>
        <w:rPr/>
        <w:t>Мы видим, что на протяжении истории христианства Бог отдаёт всё даром, но в самом конце Он меняет программу действий и начинает продавать. И просит очень много. В том и состоит моя сущность, что я не всегда ценю то, что мне достаётся бесплатно, но покупаю я обычно то, что важно для меня и что мне нужно.</w:t>
      </w:r>
    </w:p>
    <w:p>
      <w:r>
        <w:rPr/>
        <w:t>И как мне разобраться во всём этом?</w:t>
      </w:r>
    </w:p>
    <w:p>
      <w:r>
        <w:rPr/>
        <w:t>Приведу выдержку из «Свидетельств для Церкви»:</w:t>
      </w:r>
    </w:p>
    <w:p>
      <w:r>
        <w:rPr/>
        <w:t xml:space="preserve">«Верный Свидетель советует нам купить у Него золото, огнём очищенное, белую одежду и глазную мазь. Испытанное огнём золото, о котором идёт здесь речь, есть вера и любовь. Оно обогащает сердце, ибо проходило процесс очищения до тех пор, пока не очистилось, и чем больше оно испытывалось, тем ярче становился его блеск. Белая одежда — это чистота характера, праведность Христа, передаваемая грешнику. Это одежда небесного покроя, и её можно купить только у Христа за охотное и добровольное послушание Богу. Глазная мазь — это </w:t>
      </w:r>
      <w:r>
        <w:rPr/>
        <w:t>та мудрость и благодать, которая помогает нам отличать добро от зла и обнаруживать грех под любой маской. Бог дал Своей Церкви очи, и Он требует, чтобы Его народ помазал себя мудростью и имел хорошее духовное зрение; но многие хотели бы, если бы им это было под силу, лишить Церковь зрения, ибо не желали, чтобы высветились и обличились их злые дела. Божественная глазная мазь обострит понимание и разумение. Христос — кладовая всех добродетелей. Он говорит: „Купи у Меня“» (4СЦ, стр.88).</w:t>
      </w:r>
    </w:p>
    <w:p>
      <w:r>
        <w:rPr/>
        <w:t>Купить — это только первый шаг. А надо ещё научиться этим пользоваться и побеждать.</w:t>
      </w:r>
    </w:p>
    <w:p>
      <w:r>
        <w:rPr/>
        <w:t>Приведу пример. Я приобрёл самый лучший сварочный аппарат, который может делать всё. Я мечтаю стать сварщиком. И, принеся свою покупку домой, я стал разбираться в устройстве этого прибора. Оказывается, там столько много программ и настроек, которые я не понимаю. Я стал искать информацию в ютубе и понял, что сварка — это целая наука со своими законами и тайнами, которую не познаешь за один раз. Мне нужны советы опытных специалистов, и на это требуется время. А у меня времени нет. Я думал, что само наличие самого крутого сварочного аппарата сделает меня специалистом в области сварки, но ошибся в своей самонадеянности. И чтобы пройти курсы сварщика, мне необходимо поступить в школу, отучиться положенное время и сдать экзамены. В результате новый прибор лежит в пыльном углу как свидетель моего невежества.</w:t>
      </w:r>
    </w:p>
    <w:p>
      <w:r>
        <w:rPr/>
        <w:t>Понимая, что такое масло для светильника, я решаюсь его купить. Покупаю. Оно моё, и что дальше? А дальше произошло то, что я вижу в притче: мудрые девочки стали изучать и собирать в запас это масло, тратить своё время и деньги на более глубокое познание этой науки, а неразумные девы приобрели что-то и на этом успокоились. И печально, что новой спасительной вести не было ни у кого из глупых девочек.</w:t>
      </w:r>
    </w:p>
    <w:p>
      <w:r>
        <w:rPr/>
        <w:t>Хотя они знали, где заправочная станция, но думали, что всегда успеют приобрести необходимые знания и опыт. Однако они ошиблись. И это были не люди из мира, а Божьи дети, которые готовились стать невестой Христа и войти с Ним на брачный пир.</w:t>
      </w:r>
    </w:p>
    <w:p>
      <w:r>
        <w:rPr/>
        <w:t>Важность вести к Лаодикии и притчи о 10 девах колоссальна! И те, кто стал вникать в эти повествования и черпать из них сокровища откровений, сами ощутили на себе влияние обучающей силы Святого Духа.</w:t>
      </w:r>
    </w:p>
    <w:p>
      <w:r>
        <w:rPr/>
        <w:t>Я не ставлю себе задачу донести смысл и доказать вам суть этих описаний, но очень хочу убедить вас в том, что они не просто так написаны в Библии. Они крайне важны и нужны нам именно сейчас, пока не поздно что-то изменить.</w:t>
      </w:r>
    </w:p>
    <w:p>
      <w:r>
        <w:rPr/>
        <w:t>У меня есть опыт объяснения этих вестей различным людям. И я заметил, что те, кто имеет уши, сразу обращают внимание на Божью весть, и Святой Дух начинает им лично открывать то, что им необходимо знать. Но есть и такие, кто тут же забывает, о чём идёт речь, или не имеет к этому интереса. Бог запрещает мне досаждать подобным людям. А как хочется убедить скептика и доказать ему, что быть счастливым и любящим — это огромное преимущество, дарованное Богом. Однако заставить кого-то стать таким невозможно.</w:t>
      </w:r>
    </w:p>
    <w:p>
      <w:r>
        <w:rPr/>
        <w:t xml:space="preserve">Много ли вы слышите призывов и проповедей о масле для вашего светильника? Неужели никому неинтересно, что у вас в запасе? Почему эту тему не копают так </w:t>
      </w:r>
      <w:r>
        <w:rPr/>
        <w:t>глубоко, чтобы постигнуть её смысл и важность? Ведь если у меня не будет предложенного Богом, то я не извлеку никакой пользы из всего остального. И это значит, что испытания последних дней я не перенесу, и начертание зверя станет моим, если не в разуме, то в деле. Вам не страшно от такого поворота событий, друзья? Может, стоит задуматься о том, что советует Бог? Может, следует выделить время на обучение тому, как пользоваться Его дарами? Тем более что Сам Учитель стоит у двери и стучит.</w:t>
      </w:r>
    </w:p>
    <w:p>
      <w:r>
        <w:rPr/>
        <w:t>Ценность предлагаемых товаров определяется и тем, что они улучшают качество жизни, дают надежду на лучшую судьбу, открывают Небесные перспективы и показывают прекрасное будущее, которое ожидает победителей. Эти приобретения поднимают меня над заботами этого мира. А как побеждать тем, кто не имеет оружия или не умеет им пользоваться? Такой человек проиграет и никуда не поднимется. А если решить, что я, подобно ёжику, смогу защитить себя своими колючками, то это не победа, а игра в прятки внутрь себя, а нужно научиться летать. Чтобы ёжику полететь, необходимы крылья веры. А кто-то ждёт пинка. И те, и другие полетят. Но с каким результатом? А что выбираете вы?</w:t>
      </w:r>
    </w:p>
    <w:p>
      <w:pPr>
        <w:pStyle w:val="Heading2"/>
      </w:pPr>
      <w:r>
        <w:t>Вопросы к размышлению над этой главой</w:t>
      </w:r>
    </w:p>
    <w:p>
      <w:r>
        <w:rPr/>
        <w:t xml:space="preserve">1. Прочитайте, пожалуйста, Откр.3:18; Мф.25:1-13; 1Петр.1:6-8; Гал.5:6; 6:6; Пс.11:7; 65:10; 118:127; Ин.15:5-12; 1 Фес.5:21; Кол. 3:3,12-17; 2Кор.5:17 </w:t>
      </w:r>
      <w:r>
        <w:rPr/>
        <w:t>в свете этой главы</w:t>
      </w:r>
      <w:r>
        <w:rPr/>
        <w:t>.</w:t>
      </w:r>
    </w:p>
    <w:p>
      <w:r>
        <w:rPr/>
        <w:t xml:space="preserve">2. </w:t>
      </w:r>
      <w:r>
        <w:rPr/>
        <w:t>Что вы поняли из этой главы</w:t>
      </w:r>
      <w:r>
        <w:rPr/>
        <w:t>?</w:t>
      </w:r>
    </w:p>
    <w:p>
      <w:r>
        <w:rPr/>
        <w:t>3. Какое предостережение от Бога в притче о десяти девах вы услышали?</w:t>
      </w:r>
    </w:p>
    <w:p>
      <w:r>
        <w:rPr/>
        <w:t>4. Как вы понимаете, что такое масло?</w:t>
      </w:r>
    </w:p>
    <w:p>
      <w:r>
        <w:rPr/>
        <w:t>5. Объясните, как масло связано с товарами из Лаодикийского магазина?</w:t>
      </w:r>
    </w:p>
    <w:p>
      <w:r>
        <w:rPr/>
        <w:t>6. Почему нам предлагается купить эти товары, а не взять их просто так?</w:t>
      </w:r>
    </w:p>
    <w:p>
      <w:r>
        <w:rPr/>
        <w:t>7. Что означают для вас символы масла и светильника?</w:t>
      </w:r>
    </w:p>
    <w:p>
      <w:r>
        <w:rPr/>
        <w:t>8. Обратили ли вы внимание на то, что масло продаётся и товары Лаодикии тоже? Есть ли в этом сходство?</w:t>
      </w:r>
    </w:p>
    <w:p>
      <w:r>
        <w:rPr/>
        <w:t>9. Какова ценность предлагаемых товаров?</w:t>
      </w:r>
    </w:p>
    <w:p>
      <w:r>
        <w:rPr/>
        <w:t>10. Как побеждать, кого побеждать и зачем нужно побеждать?</w:t>
      </w:r>
    </w:p>
    <w:p>
      <w:r>
        <w:rPr/>
        <w:t>11. У вас есть интерес к более глубокому исследованию повествований о последнем времени?</w:t>
      </w:r>
    </w:p>
    <w:p>
      <w:r>
        <w:rPr/>
        <w:t>12. Вам всё понятно в притче о десяти девах?</w:t>
      </w:r>
    </w:p>
    <w:p>
      <w:r>
        <w:rPr/>
        <w:t>13. Вы знаете правильный ответ на то, чем является масло для светильника и чем оно не является?</w:t>
      </w:r>
    </w:p>
    <w:p>
      <w:r>
        <w:rPr/>
        <w:t>14. Есть ли у вас вопросы по изучаемой теме?</w:t>
      </w:r>
    </w:p>
    <w:p>
      <w:r>
        <w:rPr/>
        <w:t>15. Настолько ли важно знать, чем является масло?</w:t>
      </w:r>
    </w:p>
    <w:p>
      <w:pPr>
        <w:pStyle w:val="Heading2"/>
        <w:pageBreakBefore/>
      </w:pPr>
      <w:r>
        <w:t>Глава 35</w:t>
      </w:r>
    </w:p>
    <w:p>
      <w:pPr>
        <w:pStyle w:val="Heading1"/>
      </w:pPr>
      <w:r>
        <w:t>Правильный ответ</w:t>
      </w:r>
    </w:p>
    <w:p>
      <w:r>
        <w:rPr/>
        <w:t>Когда я учился в средней школе, у нас были учебники по математике с разными задачами. С каждым годом эти задачи усложнялись, и их нужно было решать без вспомогательных средств. Во время контрольной работы я мог пользоваться только своими знаниями. Но интересно было и то, что в каждом учебнике на самых последних страницах располагался раздел с правильными ответами. Я всегда мог сверить то, что у меня получилось после моих расчётов, с тем, что стояло в конце учебника. Также я понимал, что если я решу ничего самостоятельно не просчитывать, а просто возьму готовый ответ и впишу его, не предоставляя учителю схему своего разбора задания, то он не примет такое решение и поставит мне двойку. Поэтому приходилось ломать голову над каждым новым уравнением, и на это уходило очень много моего личного времени, которое я мог бы потратить на прогулку и времяпровождение с уличными друзьями. И родители не отпускали меня гулять, пока я не выполнял все домашние задания правильно, что мне всегда очень не нравилось.</w:t>
      </w:r>
    </w:p>
    <w:p>
      <w:r>
        <w:rPr/>
        <w:t>Сейчас я не переживаю о том, что я какое-то время проводил за решением этих задач и не имел возможности гулять. Я не думаю о тех ошибках, которые совершал, получая плохие отметки. Всё это сформировало во мне способности к учёбе, настойчивость, терпение и усидчивость, что очень пригодилось позднее. А когда я уверовал во Христа, тогда особенности моего умения учиться и познавать явились для меня особым благословением.</w:t>
      </w:r>
    </w:p>
    <w:p>
      <w:r>
        <w:rPr/>
        <w:t>Если я получаю задачу от Господа, я понимаю, что её следует решать самостоятельно, не используя чужие подсказки в качестве готового ответа. Хотя, если изначально мне известен конечный результат и я вижу цель, к которой должен прийти, мне легче ориентироваться в поиске истины и выбирать правильное направление.</w:t>
      </w:r>
    </w:p>
    <w:p>
      <w:r>
        <w:rPr/>
        <w:t>Мы с вами, изучая науку о любви в нашей Школе, пришли к выводу, что весть к Лаодикии и притча о десяти девах непосредственно касаются нашей темы, и эти вести учат и открывают нам то, что любовь — это нечто очень важное. Её нужно иметь. Её стоит самостоятельно искать, наполняя этим даром свою жизнь.</w:t>
      </w:r>
    </w:p>
    <w:p>
      <w:r>
        <w:rPr/>
        <w:t>Но в конце нашего учебника находится правильный ответ. Давайте его прочитаем. В книге «Наглядные уроки Христа» в самом конце написано: «Масло для светильников символизирует Святой Дух» (стр.406). И далее появляются ссылки на Священное Писание и короткое объяснение. Люди, которые читали эту книгу, уяснили правильный ответ и уверенно его выдают, когда я спрашиваю: «А что такое масло для моего светильника?» Я и сам так отвечал.</w:t>
      </w:r>
    </w:p>
    <w:p>
      <w:r>
        <w:rPr/>
        <w:t xml:space="preserve">А знаете, кто в наше время наиболее ярый защитник теории эволюции? Те, кто поверхностно столкнулся с этим учением и поверил в то, что ему было представлено. И для них даже отсутствие доказательств и то, что эта теория уже 175 лет остаётся теорией, не являются свидетельством сомнительности эволюционных предположений, которые могут приниматься за истину только на веру. Но если попросить профессора эволюции представить доказательства, то он </w:t>
      </w:r>
      <w:r>
        <w:rPr/>
        <w:t>скажет, что не всё так просто и правильно, как это представляется миру. Нет многих промежуточных звеньев, которые соединили бы логическую цепочку научных исследований.</w:t>
      </w:r>
    </w:p>
    <w:p>
      <w:r>
        <w:rPr/>
        <w:t>А мы изучаем вернейшее Божье Слово, где видим последовательность и гармоничный переход и взаимоподдержку одной истины с другой. Хоть в науке о Боге очень многое необходимо принимать на веру, но это и является ключом к последующим открытиям.</w:t>
      </w:r>
    </w:p>
    <w:p>
      <w:r>
        <w:rPr/>
        <w:t>Изучая науку о любви, мы знаем правильный ответ о том, что «Бог есть Любовь», но это не успокаивает меня и побуждает найти верное решение этой сложной задачи, посвящая этому всё свободное время и думая об этом день и ночь.</w:t>
      </w:r>
    </w:p>
    <w:p>
      <w:r>
        <w:rPr/>
        <w:t>Зная, что масло для светильника — это Святой Дух, я не могу просто взять этот ответ и остановиться, пока самостоятельно не докопаюсь до него. Мой Небесный Учитель может поставить мне двойку, если я стану подглядывать в предложенные ответы и брать их, не исследуя способы решения важных задач самостоятельно. И я слышу кругом себя правильные ответы на любые вопросы. А смогут ли отвечающие показать мне свои исследования и прочитать мне из Библии последовательные доказательства своим утверждениям? Вот тут и обнаружится, что масло было куплено для временного поправления светильника, а глубоких запасов знаний и опыта не имело.</w:t>
      </w:r>
    </w:p>
    <w:p>
      <w:r>
        <w:rPr/>
        <w:t>Враг души обязательно придёт к каждому из нас с просьбой показать ему верные доказательства нашего упования и Библейские подтверждения нашего учения. И это будет происходить в присутствии многих людей, которые станут очень внимательно нас слушать и пытаться понять логическую последовательность наших истин и моей веры. А я должен буду дать отчёт. И просто готовый шаблонный ответ никого не устроит. Думающие люди сразу поймут, что перед ними дилетант, и пойдут искать другого.</w:t>
      </w:r>
    </w:p>
    <w:p>
      <w:r>
        <w:rPr/>
        <w:t>Давайте и мы, друзья, зная правильный ответ, всё же попытаемся самостоятельно разобраться в более детальном решении этого вопроса.</w:t>
      </w:r>
    </w:p>
    <w:p>
      <w:r>
        <w:rPr/>
        <w:t>Если просто читать уроки и не посвящать своё время выполнению домашних заданий, то вы будете знать правильные ответы, но не сможете их доказать самостоятельно и показать Учителю путь вашего исследования и усердного размышления. А ведь главную роль в истории с маслом играло не наличие масла, а его запас, то, что мудрые девы сумели накопить. Во время приготовления светильники горели у всех, а в момент самого торжественного события они погасли у тех, кто не имел запаса.</w:t>
      </w:r>
    </w:p>
    <w:p>
      <w:r>
        <w:rPr/>
        <w:t>Происходило ли с вами такое, что вы не могли дать объяснение своему упованию, потому что просто не знали, что сказать, или не помнили, где об этом написано? Ведь важно не просто ответить, а понять смысл вопроса и услышать истинную нужду человека.</w:t>
      </w:r>
    </w:p>
    <w:p>
      <w:r>
        <w:rPr/>
        <w:t xml:space="preserve">Дух Святой — очень загадочная и таинственная Личность Божества. Он независим от нашего мнения о Нём, и в то же время Он предостерегает нас о том, чтобы мы не стали Его хулителями. Когда Он нам что-то ясно открывает, у нас не остаётся оправдания тому, что мы что-то не поняли. А относительно самого конца истории нам дано заверение в том, что будет послана особая сила Святого Духа тем верующим, которые станут этого искать и жаждать. Как это будет выглядеть в </w:t>
      </w:r>
      <w:r>
        <w:rPr/>
        <w:t>реальности, я не знаю, но понимаю, что всё будет не так, как сейчас. И те знания, и старательность в желании докопаться до истины и получить глубинные сокровища Божьих откровений, будут играть важную роль во время излития Святого Духа. Изучение науки о любви отложит свой запас знаний в моём разуме и оставит неизгладимый след в моём жизненном опыте и в жизни тех, на ком была испробована сила любви.</w:t>
      </w:r>
    </w:p>
    <w:p>
      <w:r>
        <w:rPr/>
        <w:t>Масло для светильника доступно всем. Оно не спрятано за непонятными символами. Тот же Самый Святой Дух заинтересован в том, чтобы я ясно, в деталях, понимал то, что мне делать, что означают эти символы, где это приобретается и чем оплачивается. И именно Он учит меня этому, используя мой интерес, доступные средства и тех, кому уже что-то открылось больше, чем мне.</w:t>
      </w:r>
    </w:p>
    <w:p>
      <w:r>
        <w:rPr/>
        <w:t>Наличие правильного ответа — это не всегда правильный ответ для Бога. Он обязательно попросит меня показать мои последовательные расчёты этой задачи. И такая ситуация очень быстро откроет всем мою лень, беспечность и лукавство, и, хотя ответ будет верным, но не окажется полным.</w:t>
      </w:r>
    </w:p>
    <w:p>
      <w:pPr>
        <w:pStyle w:val="Heading2"/>
      </w:pPr>
      <w:r>
        <w:t>Вопросы к размышлению над этой главой</w:t>
      </w:r>
    </w:p>
    <w:p>
      <w:r>
        <w:rPr/>
        <w:t xml:space="preserve">1. Прочитайте, пожалуйста, Ин.14:26; Прит.16:16; Пс.89:12; Дан.12:3-4,10; Пс.38:30; 48:4; 50:8; 106:1-14; Прит.1:1-9; 2:1-9; 3:13; 4:7; 9:9 </w:t>
      </w:r>
      <w:r>
        <w:rPr/>
        <w:t>в свете этой главы</w:t>
      </w:r>
      <w:r>
        <w:rPr/>
        <w:t>.</w:t>
      </w:r>
    </w:p>
    <w:p>
      <w:r>
        <w:rPr/>
        <w:t xml:space="preserve">2. </w:t>
      </w:r>
      <w:r>
        <w:rPr/>
        <w:t>Что вы поняли из этой главы</w:t>
      </w:r>
      <w:r>
        <w:rPr/>
        <w:t>?</w:t>
      </w:r>
    </w:p>
    <w:p>
      <w:r>
        <w:rPr/>
        <w:t>3. Хорошо ли решать задачи, зная правильный ответ?</w:t>
      </w:r>
    </w:p>
    <w:p>
      <w:r>
        <w:rPr/>
        <w:t>4. К чему можно прийти в решении задач, если не знаешь правильный ответ?</w:t>
      </w:r>
    </w:p>
    <w:p>
      <w:r>
        <w:rPr/>
        <w:t>5. Каким источникам духовной информации можно доверять?</w:t>
      </w:r>
    </w:p>
    <w:p>
      <w:r>
        <w:rPr/>
        <w:t>6. Стоит ли учитывать особенности жизни человека, который думает не так, как вы?</w:t>
      </w:r>
    </w:p>
    <w:p>
      <w:r>
        <w:rPr/>
        <w:t>7. Как вы понимаете выражение «запас масла»? Что это такое?</w:t>
      </w:r>
    </w:p>
    <w:p>
      <w:r>
        <w:rPr/>
        <w:t>8. Как и где копится наше масло?</w:t>
      </w:r>
    </w:p>
    <w:p>
      <w:r>
        <w:rPr/>
        <w:t>9. Что ожидает человека, который не знает и не изучает Библию, но готовится ко Второму Пришествию? Что вы ему посоветуете?</w:t>
      </w:r>
    </w:p>
    <w:p>
      <w:r>
        <w:rPr/>
        <w:t>10. Какую роль играет Святой Дух в моём приготовлении к последним событиям?</w:t>
      </w:r>
    </w:p>
    <w:p>
      <w:r>
        <w:rPr/>
        <w:t>11. Будет ли наше спасение и обучение коллективным или индивидуальным?</w:t>
      </w:r>
    </w:p>
    <w:p>
      <w:r>
        <w:rPr/>
        <w:t>12. Надо ли мне быть членом какой-то деноминации, чтобы готовиться к последним событиям и иметь уверенность в правильном пути? Или лучше быть одному?</w:t>
      </w:r>
    </w:p>
    <w:p>
      <w:r>
        <w:rPr/>
        <w:t>13. Как быть тем, кто понимает, что он находится в той церкви, где отвергают правильные ответы и предлагают свои?</w:t>
      </w:r>
    </w:p>
    <w:p>
      <w:r>
        <w:rPr/>
        <w:t>14. Важно ли правильное понимание вести к Лаодикии и следование тому, что в ней предлагается?</w:t>
      </w:r>
    </w:p>
    <w:p>
      <w:r>
        <w:rPr/>
        <w:t>15. Почему у Бога нет больше никаких обличающих вестей для Лаодикии и для неразумных дев?</w:t>
      </w:r>
    </w:p>
    <w:p>
      <w:pPr>
        <w:pStyle w:val="Heading2"/>
        <w:pageBreakBefore/>
      </w:pPr>
      <w:r>
        <w:t>Глава 36</w:t>
      </w:r>
    </w:p>
    <w:p>
      <w:pPr>
        <w:pStyle w:val="Heading1"/>
      </w:pPr>
      <w:r>
        <w:t>Мой светильник</w:t>
      </w:r>
    </w:p>
    <w:p>
      <w:r>
        <w:rPr/>
        <w:t>В притче о десяти девах стоит обратить внимание на то, что светильники, которые имели все участницы событий, называются своими. Речь не идёт о простых лампах, которые можно передать другому человеку, а говорится именно о том, что принадлежит сугубо мне.</w:t>
      </w:r>
    </w:p>
    <w:p>
      <w:r>
        <w:rPr/>
        <w:t>А что такое «мой светильник» в Библейском понимании? Даёт ли Слово Божье ответ на этот вопрос?</w:t>
      </w:r>
    </w:p>
    <w:p>
      <w:r>
        <w:rPr/>
        <w:t>Вот первое, что мы видим. Светильник — это сосуд в форме лампы или подсвечника, в который наливается масло, которое при поджигании даёт свет в тёмное время или в тёмном месте. Также светильником называются Солнце и Луна. Но Луна не имеет собственного света, а может только отражать его. Но все эти символы имеют и духовное значение.</w:t>
      </w:r>
    </w:p>
    <w:p>
      <w:r>
        <w:rPr/>
        <w:t>Бог и Его Слово также называются Светильниками. И когда я становлюсь Божьим по факту усыновления или рождения, то Божье «Слово становится светильником ноге моей и светом моей стезе» Пс.118:105, а Сам «Господь — Свет мой» Пс.26:1.</w:t>
      </w:r>
    </w:p>
    <w:p>
      <w:r>
        <w:rPr/>
        <w:t>«Ибо слава Божия осветила город, и светильник его — Агнец» Откр.21:23.</w:t>
      </w:r>
    </w:p>
    <w:p>
      <w:r>
        <w:rPr/>
        <w:t>Читаем Прит.20:27: «Светильник Господень — дух человека, испытывающий все глубины сердца». В этом стихе видим, что мой светильник — это Божье устройство внутри моего сознания для правильной ориентации в житейских заботах и духовных делах. И это устройство имеет непосредственную связь со Всевышним.</w:t>
      </w:r>
    </w:p>
    <w:p>
      <w:r>
        <w:rPr/>
        <w:t>В Мф.6:22 читаем: «Светильник для тела есть око. Итак, если око твоё будет чисто, то всё тело твоё будет светло».</w:t>
      </w:r>
    </w:p>
    <w:p>
      <w:r>
        <w:rPr/>
        <w:t>Зная правильный ответ о том, что масло — это Святой Дух, Который каким-то образом наполняет человека, рассмотрим Библейское определение светильника. Бог во мне производит что-то новое и особенное для меня. Это называется новым сердцем и разумом, которые начинают отражать Божью славу и быть светом этому миру.</w:t>
      </w:r>
    </w:p>
    <w:p>
      <w:r>
        <w:rPr/>
        <w:t>Тьма — это естественное состояние пространства, в котором нет источника света. Туда, где гаснет свет, приходит темнота, которая называется ночью. То же самое относится и к моей душе.</w:t>
      </w:r>
    </w:p>
    <w:p>
      <w:r>
        <w:rPr/>
        <w:t>В притче о десяти девах описывается кульминация событий — полночь, когда вокруг было совсем темно, и единственным источником света мог быть только мой светильник. Но он стал гаснуть. А куда можно дойти во тьме? До первого препятствия или первой ямы. Сложно ориентироваться в кромешном мраке. И в этом состоянии неразумные девы пошли к продающим и что-то купили, но было слишком поздно. Да и приобрели они не то, что желал видеть Жених.</w:t>
      </w:r>
    </w:p>
    <w:p>
      <w:r>
        <w:rPr/>
        <w:t xml:space="preserve">Мой светильник имеет сосуд, в котором я могу собирать небольшие запасы масла. Источник Божьего света безграничен, и в любое время я способен получать всё необходимое для отражения и запаса этого света в моей жизни. Но наступит такой период испытания, когда мне придётся обратиться только к своим запасам и светить только тем, что будет в моём сосуде. Никто мне не даст своего, </w:t>
      </w:r>
      <w:r>
        <w:rPr/>
        <w:t>и я не смогу ничем своим поделиться с другими. Но может случиться и что-то печальное. Читаем Пс 30:13: «Я забыт в сердцах, как мёртвый; я — как сосуд разбитый». Мой сосуд может оказаться пустым. Как Святой Дух мог такое допустить?</w:t>
      </w:r>
    </w:p>
    <w:p>
      <w:r>
        <w:rPr/>
        <w:t>Давайте теперь переведём на наш язык то, что мы узнали. В Ин.3:34 читаем: «...не мерою даёт Бог Духа».</w:t>
      </w:r>
    </w:p>
    <w:p>
      <w:r>
        <w:rPr/>
        <w:t>Моя жизнь с Богом формирует мой характер в согласии с тем светом, который я принимаю. Эти знания становятся моими и помогают мне ориентироваться, не делая ошибок или неверных шагов. Дух Святой формирует мой характер в подобие Божьего. Эта работа Духа называется приношением плода. «Плод же Духа: любовь...» Гал.5:22.</w:t>
      </w:r>
    </w:p>
    <w:p>
      <w:r>
        <w:rPr/>
        <w:t>Мой опыт, мои знания, мой характер, мои отношения с Иисусом и многое другое, что я приобрёл в Божьей семье, — всё это наполняет мой сосуд, формирует мой светильник и делает меня тем человеком, который водим Божьим Духом. Я Божий, и это мой выбор.</w:t>
      </w:r>
    </w:p>
    <w:p>
      <w:r>
        <w:rPr/>
        <w:t>Любовь — это паспорт гражданина Небесного Царства, с которым он может беспрепятственно перемещаться по всем Божьим владениям и посвящать себя на любое служение.</w:t>
      </w:r>
    </w:p>
    <w:p>
      <w:r>
        <w:rPr/>
        <w:t>То, что стало частью меня и моего характера, я не могу передать другим. Я не способен наполнить ваш сосуд своим опытом или своими привязанностями. Я могу вас любить, могу рассказать о силе и глубине любви, могу относиться к вам с любовью, но сделать её вашей для меня невозможно при всём моём желании. Мой опыт, моё послушание Богу не передаются другим людям. Мои чувства и мысли остаются при мне. Но во время благоприятное я могу формировать свои привычки и свои мысли по тому образцу, который даёт мне Господь.</w:t>
      </w:r>
    </w:p>
    <w:p>
      <w:r>
        <w:rPr/>
        <w:t>Мои отношения с Иисусом останутся нашими и не передадутся вам, даже если вы очень этого попросите. Моё дыхание питает мои лёгкие, и мой хлеб насыщает мой желудок.</w:t>
      </w:r>
    </w:p>
    <w:p>
      <w:r>
        <w:rPr/>
        <w:t>Мой светильник — это моя жизнь с Богом, мои ошибки и победы, моё влияние и отношение к вам. Мой сосуд для масла — это мой разум, в котором хранится понимание Божьих обещаний и опыт побед Божьей любви в моей жизни. Дух Святой учит меня применять на практике мои знания и открытия, чтобы мне утвердиться в любви и в сложное время обращаться именно к ней, продолжая светить этому миру, даже когда я буду всеми оставлен для испытания.</w:t>
      </w:r>
    </w:p>
    <w:p>
      <w:r>
        <w:rPr/>
        <w:t>Мой выбор любить будет поддерживать меня в сложное время в духе этой любви и показывать мне путь к решению любой задачи.</w:t>
      </w:r>
    </w:p>
    <w:p>
      <w:r>
        <w:rPr/>
        <w:t>Любовь — это тот свет во мне, который примет Иисус, когда придёт за Своей невестой. Он увидит во тьме этого мира Свой огонь, который когда-то зажёг во мне, и с радостью примет меня в Свои объятия, чтобы уже никому не отдать. И мы будем вечно вместе радовать друг друга своею любовью и своим светом остальным людям.</w:t>
      </w:r>
    </w:p>
    <w:p>
      <w:r>
        <w:rPr/>
        <w:t>Быть неразумным означает смотреть на всё предлагаемое тебе изобилие Божьих благословений, которые ты можешь иметь в любой сфере своей жизни, и уходить ни с чем, думая, что когда-то обязательно придёшь, чтобы всё это приобрести.</w:t>
      </w:r>
    </w:p>
    <w:p>
      <w:r>
        <w:rPr/>
        <w:t>Как-то в нашем городе была ярмарка, где каждый житель мог продать то, что ему было не нужно. Я и моя дочь десяти лет посетили это мероприятие. Одна женщина продавала книжку, детскую энциклопедию, в которой на доступном языке с картинками давались объяснения многим предметам. Я спросил свою дочь, хочет ли она эту книгу, зная её интерес к подобным вещам. Она сказала, что подумает, и мы пошли дальше. Через короткое время Даниэла заявила о том, что очень хочет иметь эту книжку, и мы вернулись за покупкой. Но, к большому сожалению, наша книга была продана. Моя дочь заплакала, и её больше ничто не интересовало. А я ничем не мог помочь. Нам пришлось пойти домой и провести весь оставшийся день в горьких слезах. Но если земные потери забываются, то что будет с теми, кто поймёт, что он утратил право на Вечную жизнь? Сейчас Божьи товары лежат в изобилии и своим блеском и светом радуют сердца всех покупателей и прохожих. Но их вскоре продадут всем желающим и закроют двери Небесного магазина. Наступит полночь. И то масло, которое предлагалось без ограничений всем подряд, станет недоступным всем, и малое время придётся довольствоваться запасами. Что окажется в моём сердце? А если этот сосуд разбит моим неверием, его ничем не наполнишь. Всё будет утрачено безвозвратно. Разве этого желает Господь? А у Него есть план: «Так да светит свет ваш пред людьми, чтобы они видели ваши добрые дела и прославляли Отца вашего Небесного» Мф.5:16.</w:t>
      </w:r>
    </w:p>
    <w:p>
      <w:pPr>
        <w:pStyle w:val="Heading2"/>
      </w:pPr>
      <w:r>
        <w:t>Вопросы к размышлению над этой главой</w:t>
      </w:r>
    </w:p>
    <w:p>
      <w:r>
        <w:rPr/>
        <w:t xml:space="preserve">1. Прочитайте, пожалуйста, Зах.4:2-6; Лук.11:34-36; Мф.25:1-12; 2Цар.22:29; Пс.17:29; 118:105; 2Пет.1:19; Прит.6:23; 13:9; 20:20,27; 24:19-20; 31:18; Ин.5:35; Откр.21:23 </w:t>
      </w:r>
      <w:r>
        <w:rPr/>
        <w:t>в свете этой главы</w:t>
      </w:r>
      <w:r>
        <w:rPr/>
        <w:t>.</w:t>
      </w:r>
    </w:p>
    <w:p>
      <w:r>
        <w:rPr/>
        <w:t xml:space="preserve">2. </w:t>
      </w:r>
      <w:r>
        <w:rPr/>
        <w:t>Что вы поняли из этой главы</w:t>
      </w:r>
      <w:r>
        <w:rPr/>
        <w:t>?</w:t>
      </w:r>
    </w:p>
    <w:p>
      <w:r>
        <w:rPr/>
        <w:t>3. Как вы понимаете выражение «мой светильник»? Что это означает в вашей жизни? Может ли это иметь несколько значений?</w:t>
      </w:r>
    </w:p>
    <w:p>
      <w:r>
        <w:rPr/>
        <w:t>4. Какое отношение имеет любовь к вашему светильнику?</w:t>
      </w:r>
    </w:p>
    <w:p>
      <w:r>
        <w:rPr/>
        <w:t>5. Какими должны быть характер и воля человека в последнее время?</w:t>
      </w:r>
    </w:p>
    <w:p>
      <w:r>
        <w:rPr/>
        <w:t>6. Как вы думаете, притча о десяти девах написана для нашего времени, или это прошлый век, или она актуальна только в далёком будущем?</w:t>
      </w:r>
    </w:p>
    <w:p>
      <w:r>
        <w:rPr/>
        <w:t>7. Видите ли вы связь этой притчи с посланием к Лаодикии?</w:t>
      </w:r>
    </w:p>
    <w:p>
      <w:r>
        <w:rPr/>
        <w:t>8. Как мне определить, горит ли мой светильник и достаточно ли у меня масла?</w:t>
      </w:r>
    </w:p>
    <w:p>
      <w:r>
        <w:rPr/>
        <w:t>9. Важно ли понимать значение символов из притчи о десяти девах и послания к Лаодикии?</w:t>
      </w:r>
    </w:p>
    <w:p>
      <w:r>
        <w:rPr/>
        <w:t>10. Почему Господь разделил десять дев только на две группы?</w:t>
      </w:r>
    </w:p>
    <w:p>
      <w:r>
        <w:rPr/>
        <w:t>11. Вам интересно изучать эти уроки?</w:t>
      </w:r>
    </w:p>
    <w:p>
      <w:r>
        <w:rPr/>
        <w:t>12. Есть ли у вас личные откровения по этой теме?</w:t>
      </w:r>
    </w:p>
    <w:p>
      <w:r>
        <w:rPr/>
        <w:t>13. Как понять, что наши исследования не заводят нас в заблуждение?</w:t>
      </w:r>
    </w:p>
    <w:p>
      <w:r>
        <w:rPr/>
        <w:t>14. А может ли быть такое, что то, что мы изучаем, не столь важно, а нужно только делать дела и иметь свою веру в душе?</w:t>
      </w:r>
    </w:p>
    <w:p>
      <w:r>
        <w:rPr/>
        <w:t xml:space="preserve">15. Пробовали ли вы рассказывать другим о ваших откровениях, полученных в этой </w:t>
      </w:r>
      <w:r>
        <w:rPr/>
        <w:t>книге</w:t>
      </w:r>
      <w:r>
        <w:rPr/>
        <w:t>?</w:t>
      </w:r>
    </w:p>
    <w:p>
      <w:pPr>
        <w:pStyle w:val="Heading2"/>
        <w:pageBreakBefore/>
      </w:pPr>
      <w:r>
        <w:t>Глава 37</w:t>
      </w:r>
    </w:p>
    <w:p>
      <w:pPr>
        <w:pStyle w:val="Heading1"/>
      </w:pPr>
      <w:r>
        <w:t>Свет в светильнике</w:t>
      </w:r>
    </w:p>
    <w:p>
      <w:r>
        <w:rPr/>
        <w:t>Один человек изобрёл фонарик, который работал от солнечных батарей. И когда было светло, этот прибор радостно светился, озаряя вокруг себя всё пространство. Что-то подобное происходит и со многими Божьими детьми. Во время благоприятное они готовы трудиться и нести свидетельство всем народам, рассказывая миру через любые доступные средства весть о спасении и о любви Искупителя. Но мы знаем, что день не будет длиться долго, и настанет ночь. Она приближается. Она покроет все народы. Тогда все светильники, которые питались от солнечных лучей, погаснут и исчезнут во тьме. Все уснут на малое время, потому что труд утомляет. Но кто-то погрузится в сон, имея запас батареек, а кто-то будет рассчитывать, что Солнце каким-то образом зарядит их светильники, и они вновь станут светом этому миру.</w:t>
      </w:r>
    </w:p>
    <w:p>
      <w:r>
        <w:rPr/>
        <w:t>Думаю, что дополнительный свет светильников в дневное время не приносит особой пользы, разве что только включённые фары автомобиля, которые привлекают внимание и предупреждают о приближении транспортного средства.</w:t>
      </w:r>
    </w:p>
    <w:p>
      <w:r>
        <w:rPr/>
        <w:t>Сейчас мы обладаем изобилием истины и знаний. Поэтому свет наших светильников кажется многим очень странным и даже глупым. Пока сияет Солнце, наше присутствие в мире кажется нелепым. Но это тот период, когда я могу приготовиться к ночи и без особых усилий запастись всем необходимым, что очень пригодится в тёмное время.</w:t>
      </w:r>
    </w:p>
    <w:p>
      <w:r>
        <w:rPr/>
        <w:t>Летом бывает очень сложно отличить вечнозелёные растения от сезонных. Но наступает осень, а потом зима, и разница между ними становится очевидной.</w:t>
      </w:r>
    </w:p>
    <w:p>
      <w:r>
        <w:rPr/>
        <w:t>Наличие светильника — это хорошо, запас масла — совсем прекрасно, но нужен и огонь, который сделает это наличие полезным. Думаю, что, если какая-то мудрая дева, имея всё необходимое, не позаботится о том, чтобы в светильнике горел огонь, её запасы не будут иметь пользы. Тьма поглотит её, и она окажется глупой.</w:t>
      </w:r>
    </w:p>
    <w:p>
      <w:r>
        <w:rPr/>
        <w:t>Вспоминаю случай, когда на одном из духовных собраний было заготовлено много свечек, чтобы их сиянием украсить помещение. И когда пришло время зажечь эти светильники, оказалось, что ни у кого из присутствующих не было ни спичек, ни зажигалок. И мы радовались тому, что среди нас нет курящих, но свечки от этого не могли зажечься. Эта проблема решилась извне. Но представьте себе, что когда-то настанет время, и тьма покроет народы, а я пойму, как хорошо иметь светильник, запас масла и огонь. Тогда все увидят разницу и обратят на меня внимание. Кого-то этот свет будет очень раздражать, а кому-то он принесёт много-много радости.</w:t>
      </w:r>
    </w:p>
    <w:p>
      <w:r>
        <w:rPr/>
        <w:t>Огонь в Библейских символах представляет собой или видимое присутствие Бога, или напоминание о Нём. Горящий куст в пустыне, Огненный Столп в израильском стане, Огонь с неба и другие сверхъестественные проявления свидетельствуют о Всевышнем, Который не оставил нас, но с нежной заботой совершает наше спасение.</w:t>
      </w:r>
    </w:p>
    <w:p>
      <w:r>
        <w:rPr/>
        <w:t>Свет в светильнике у десяти дев — это не случайный огонь, а присутствие Самого Бога в жизни этих людей. И чем темнее ночь, тем ярче будут гореть светильники. «И разумные будут сиять, как светила на тверди, и обратившие многих к правде — как звезды, вовеки, навсегда» Дан.12:3.</w:t>
      </w:r>
    </w:p>
    <w:p>
      <w:r>
        <w:rPr/>
        <w:t>Во время изобилия света, которое мы сейчас переживаем, стоит помнить о том, что придёт и ночь. Она настанет. А ночь опасна тем, что силы зла придут в действие и под прикрытием темноты начнут совершать своё губительное дело. И исполнится пророчество из Ис.60:2: «Ибо вот, тьма покроет землю, и мрак — народы; а над тобою воссияет Господь, и слава Его явится над тобою». Кто будет светом в это тёмное время? Сам Господь.</w:t>
      </w:r>
    </w:p>
    <w:p>
      <w:r>
        <w:rPr/>
        <w:t>Покупая масло, я приобретаю любовь Бога Отца, благодать и праведность Иисуса Христа и общение Святого Духа. И это всё нам предлагает Верный и Истинный Свидетель в послании к Лаодикии.</w:t>
      </w:r>
    </w:p>
    <w:p>
      <w:r>
        <w:rPr/>
        <w:t>Во 2Цар.22:29 написано: «Ты, Господи, светильник мой; Господь просвещает тьму мою».</w:t>
      </w:r>
    </w:p>
    <w:p>
      <w:r>
        <w:rPr/>
        <w:t>Читаем также в Пс.26:1: «Господь — свет мой и спасение моё: кого мне бояться?»</w:t>
      </w:r>
    </w:p>
    <w:p>
      <w:r>
        <w:rPr/>
        <w:t>Библия учит нас тому, что тьма настанет, ночь приближается, столкновение неизбежно. Мне по-человечески очень не хочется входить в это время, но умом я понимаю, что это будет крайне суровое испытание огнём. И если я буду брошен в чуждый огонь, то в моём светильнике будет Божий огонь, Который и станет мне защитой и утешением.</w:t>
      </w:r>
    </w:p>
    <w:p>
      <w:r>
        <w:rPr/>
        <w:t>Хорошо понимать значение всех этих пророчеств и символов, но следует и готовиться, усердно готовиться.</w:t>
      </w:r>
    </w:p>
    <w:p>
      <w:r>
        <w:rPr/>
        <w:t>Когда я еду на новый объект, чтобы трудиться руками, тогда я всегда вначале обдумываю рабочий процесс и собираю необходимые инструменты и материалы, чтобы по приезде сразу приступить к работе. Или, когда я собираюсь в дальний путь, я думаю о том, что мне может пригодиться. Я пакую чемоданы, беря самое необходимое, но почему-то у жены всегда получается в 3 раза больше нужных вещей, чем у меня. Но мы готовимся заранее, и это помогает провести поездку без особых переживаний о том, что что-то забыли. В таком подходе заключается житейская мудрость и предусмотрительность.</w:t>
      </w:r>
    </w:p>
    <w:p>
      <w:r>
        <w:rPr/>
        <w:t>Сейчас Господь предупреждает всех нас о том, что необходимо иметь сосуды для тёмного времени и масло в них. Стоит в наши дни позаботиться о том, чтобы светильники были у нас и чтобы они горели. Пока светло и всё доступно, можно совершать покупки и собирать себе Небесные сокровища без особых усилий. Но это приготовление требует моего времени и призывает меня к равноценному обмену. Я не могу собраться кое-как и при этом ничего не забыть отдать и купить. Это очень осмысленный процесс, который требует моей особой концентрации внимания. И Бог отмечает мой интерес и прикладывает к моим потребностям Свою силу. Хоть моё спасение — это Божье Дело, но стоит помнить и то, что без моего старания и желания никто не станет меня спасать против моей воли.</w:t>
      </w:r>
    </w:p>
    <w:p>
      <w:r>
        <w:rPr/>
        <w:t xml:space="preserve">Любовь — это лучший и правильный свет в моём светильнике. И хоть время скорби ещё не настало, но чья-то жизнь уже погрузилась во тьму, и многие души сидят в темнице, мечтая о том, чтобы кто-то их оттуда вывел. Любовь зажгла моё </w:t>
      </w:r>
      <w:r>
        <w:rPr/>
        <w:t>сердце, и она способна зажигать и другие души, чтобы отогреть замёрзшее и накалить тёплое.</w:t>
      </w:r>
    </w:p>
    <w:p>
      <w:r>
        <w:rPr/>
        <w:t>Хотите проблем в свою жизнь? Начинайте выпрашивать любовь и дарите её ближним. И вы увидите, как много у вас врагов. Но это приятные проблемы. Это заботы победителя, который не знает, что ему делать с теми, кого он победил и завоевал. И приходится всех любить и просить ещё большей любви, чтобы не сдать свои позиции врагу.</w:t>
      </w:r>
    </w:p>
    <w:p>
      <w:r>
        <w:rPr/>
        <w:t>А когда в последнее время ангелы отпустят ветры человеческих страстей, и Дух Божий не будет никого больше сдерживать, тогда Божья любовь явится тем самым необходимым маслом во мне, которое будет поддерживать огонь в моём светильнике и даровать мне очередную победу среди всеобщего мрака и тьмы. Если Господь со мной, то кого мне бояться?</w:t>
      </w:r>
    </w:p>
    <w:p>
      <w:r>
        <w:rPr/>
        <w:t>Во 2Кор.6:2 читаем: «Ибо сказано: „во время благоприятное Я услышал тебя и в день спасения помог тебе“. Вот, теперь время благоприятное, вот, теперь день спасения».</w:t>
      </w:r>
    </w:p>
    <w:p>
      <w:r>
        <w:rPr/>
        <w:t>Будет ли когда ещё другое более хорошее время для приготовления? Решайте сами, но не откладывайте его на завтра. Оно может так никогда и не настать.</w:t>
      </w:r>
    </w:p>
    <w:p>
      <w:pPr>
        <w:pStyle w:val="Heading2"/>
      </w:pPr>
      <w:r>
        <w:t>Вопросы к размышлению над этой главой</w:t>
      </w:r>
    </w:p>
    <w:p>
      <w:r>
        <w:rPr/>
        <w:t xml:space="preserve">1. Прочитайте, пожалуйста, Мф.5:14-16; 2Кор.13:13; Исх.13:21; Чис.6:24-26; Втор.4:24; 9:3; 4Цар.8:19; Пс.26:1; 141:7; Прит.29:13; Еккл.4:13-14; Ис.42:6-7; 60:1-3,19-20; 61:1; Мих.7:8; Мф.25:34-46; Деян.13:47; Откр.18:23; 22:5; Евр.12:28-29 </w:t>
      </w:r>
      <w:r>
        <w:rPr/>
        <w:t>в свете этой главы</w:t>
      </w:r>
      <w:r>
        <w:rPr/>
        <w:t>.</w:t>
      </w:r>
    </w:p>
    <w:p>
      <w:r>
        <w:rPr/>
        <w:t xml:space="preserve">2. </w:t>
      </w:r>
      <w:r>
        <w:rPr/>
        <w:t>Что вы поняли из этой главы</w:t>
      </w:r>
      <w:r>
        <w:rPr/>
        <w:t>?</w:t>
      </w:r>
    </w:p>
    <w:p>
      <w:r>
        <w:rPr/>
        <w:t>3. Понятно ли вам значение света в светильнике?</w:t>
      </w:r>
    </w:p>
    <w:p>
      <w:r>
        <w:rPr/>
        <w:t>4. Важно ли помимо масла и светильника иметь и огонь в светильнике?</w:t>
      </w:r>
    </w:p>
    <w:p>
      <w:r>
        <w:rPr/>
        <w:t>5. Как вы понимаете наличие огня в вашей жизни? Как это должно проявляться?</w:t>
      </w:r>
    </w:p>
    <w:p>
      <w:r>
        <w:rPr/>
        <w:t>6. Может ли быть такое, что вы накопите масло в свой сосуд, а не сможете им пользоваться, и не поймёте его предназначения?</w:t>
      </w:r>
    </w:p>
    <w:p>
      <w:r>
        <w:rPr/>
        <w:t>7. Важно ли в последнее время иметь совокупность молитвы, знаний и практического опыта?</w:t>
      </w:r>
    </w:p>
    <w:p>
      <w:r>
        <w:rPr/>
        <w:t>8. Является ли наличие огня в вашем светильнике главным фактором? Или ещё что-то нужно?</w:t>
      </w:r>
    </w:p>
    <w:p>
      <w:r>
        <w:rPr/>
        <w:t>9. Что должен освещать мой светильник, и как это выглядит в жизни?</w:t>
      </w:r>
    </w:p>
    <w:p>
      <w:r>
        <w:rPr/>
        <w:t>10. Быть светом миру — это задание на время тьмы и скорби, или оно действительно и в наши дни света?</w:t>
      </w:r>
    </w:p>
    <w:p>
      <w:r>
        <w:rPr/>
        <w:t>11. Что означает погасший светильник?</w:t>
      </w:r>
    </w:p>
    <w:p>
      <w:r>
        <w:rPr/>
        <w:t>12. Как можно зажечь то, что погасло или не горело?</w:t>
      </w:r>
    </w:p>
    <w:p>
      <w:r>
        <w:rPr/>
        <w:t>13. Темница — это тюрьма, или что-то другое? Кто сейчас находится в этом месте?</w:t>
      </w:r>
    </w:p>
    <w:p>
      <w:r>
        <w:rPr/>
        <w:t>14. Помогают ли вам наши уроки понять что-то очень важное?</w:t>
      </w:r>
    </w:p>
    <w:p>
      <w:r>
        <w:rPr/>
        <w:t>15. Как вы понимаете стих из 1Ин.1:7: "Если же ходим во свете, подобно как Он во свете, то имеем общение друг с другом, и Кровь Иисуса Христа, Сына Его, очищает нас от всякого греха"?</w:t>
      </w:r>
    </w:p>
    <w:p>
      <w:pPr>
        <w:pStyle w:val="Heading2"/>
        <w:pageBreakBefore/>
      </w:pPr>
      <w:r>
        <w:t>Глава 38</w:t>
      </w:r>
    </w:p>
    <w:p>
      <w:pPr>
        <w:pStyle w:val="Heading1"/>
      </w:pPr>
      <w:r>
        <w:t>Свет во тьме</w:t>
      </w:r>
    </w:p>
    <w:p>
      <w:r>
        <w:rPr/>
        <w:t>Любовь — это свет. Это светильник в тёмной комнате. Это огонь за пазухой. Это город, стоящий на вершине горы. Любовь невозможно скрыть. Она светит всем. Свет, сияющий в тёмное время суток, виден издалека. Он привлекает к себе внимание разных насекомых, которые с радостью летят на этот источник. Если в холодное время, когда кругом всё покрыто льдом и снегом, я вижу свет горящего костра, то мне тоже хочется к нему подойти и погреться. Но я понимаю, что это всё временное. Однако огонь в домашнем камине привлекает меня своим долгосрочным теплом и уютом, который может быть связан со вкусным ужином, спокойной домашней атмосферой и мягкой постелью для гостей. А если подобный огонь есть в моём доме, то я имею долгосрочную перспективу не мёрзнуть во тьме зимы и приглашать к своему уюту других людей, предлагая им то, чем наслаждаюсь сам.</w:t>
      </w:r>
    </w:p>
    <w:p>
      <w:r>
        <w:rPr/>
        <w:t>Я часто наблюдал следующую картину.</w:t>
      </w:r>
    </w:p>
    <w:p>
      <w:r>
        <w:rPr/>
        <w:t>Поднимаю тротуарную плитку, а под ней живут разные букашки. И при виде света они начинают в панике разбегаться в разные стороны, ища тёмное убежище. И они это делают настолько быстро, что спустя короткое время никого не остаётся на открытом пространстве. Подобная ситуация происходит всякий раз, когда я поднимаю очередную плитку, под которой есть жизнь. Ещё ни разу я не встречал букашек, которые бы радовались неожиданному свету и звали бы к нему всех соседей.</w:t>
      </w:r>
    </w:p>
    <w:p>
      <w:r>
        <w:rPr/>
        <w:t>Наш мир лежит в духовной тьме. И люди привыкли к такому состоянию. Они научились ориентироваться в потёмках, выработали себе разные стратегии поведения и формы жизни, придумали всевозможные учения и религии, обустроили свои жилища и соорудили много убежищ на случай света. Люди рождаются во тьме, живут во тьме и во тьме умирают. И когда приходит свет, все его видят, но не все к нему идут, не все его принимают.</w:t>
      </w:r>
    </w:p>
    <w:p>
      <w:r>
        <w:rPr/>
        <w:t>А свет имеет особенность — светить. Он не может быть тьмой. Любовь — это солнце правды, правды о Божьем характере и о Божьем отношении к людям.</w:t>
      </w:r>
    </w:p>
    <w:p>
      <w:r>
        <w:rPr/>
        <w:t>Мир нашёл себе замену и сотворил подобие этой любви — розовые сердечки. Их можно встретить везде, их можно иметь в своей жизни, их можно пережить и написать о них очень много песен, умных книг и научных исследований. Но они так и останутся розовыми сердечками, делающими этот мир розовым и украшающими жизнь розовым цветом.</w:t>
      </w:r>
    </w:p>
    <w:p>
      <w:r>
        <w:rPr/>
        <w:t>Особенность же Божьего света заключается в том, что он имеет в себе все спектры цветовой гаммы и в совокупности этих оттенков создаёт полную картину и представляет истинное состояние вещей, когда их освещает.</w:t>
      </w:r>
      <w:r>
        <w:rPr/>
        <w:t xml:space="preserve"> </w:t>
      </w:r>
      <w:r>
        <w:rPr/>
        <w:t>Любовь освещает всё вокруг себя, но более всего она заботится о чистоте того, через кого она отражается в этот мир.</w:t>
      </w:r>
    </w:p>
    <w:p>
      <w:r>
        <w:rPr/>
        <w:t>Когда я принимаю любовь, её первой задачей становится очистить моё сердце и каждый уголок моего разума от всякой нечистоты, делая меня пригодным для передачи истинного света.</w:t>
      </w:r>
    </w:p>
    <w:p>
      <w:r>
        <w:rPr/>
        <w:t>Первое, с чем я сталкиваюсь со стороны мира, — это страх перед светом, желание скрыться, стремление нейтрализовать мой источник. В лучшем случае мир проявляет стойкое равнодушие или злобное молчание, в худшем — агрессию.</w:t>
      </w:r>
    </w:p>
    <w:p>
      <w:r>
        <w:rPr/>
        <w:t>Лишь немногие идут к свету, и очень немногие его принимают. Но ради этих немногих любовь неустанно трудится день и ночь, желая всех спасти. И она находит этих людей.</w:t>
      </w:r>
    </w:p>
    <w:p>
      <w:r>
        <w:rPr/>
        <w:t>Любовь очень хорошо видит всех, кто её жаждет. Она не оставляет эти души во тьме, но приводит их к источнику света и учит их самостоятельной жизни во свете.</w:t>
      </w:r>
    </w:p>
    <w:p>
      <w:r>
        <w:rPr/>
        <w:t>Любовь сеет семя и строит новые дороги. Она поднимает старую тротуарную плитку и изо дня в день наблюдает одну и ту же картину.</w:t>
      </w:r>
      <w:r>
        <w:rPr/>
        <w:t xml:space="preserve"> </w:t>
      </w:r>
      <w:r>
        <w:rPr/>
        <w:t>Но она продолжает трудиться, ища тех, кто её примет, кто наполнит ею свой сосуд, чтобы поправить свой светильник. И если для кого-то любовь — это тьма, то какова же тьма?</w:t>
      </w:r>
    </w:p>
    <w:p>
      <w:r>
        <w:rPr/>
        <w:t>Но чем гуще тьма, тем ярче сияют звёзды и тем лучше виден всякий источник света.</w:t>
      </w:r>
    </w:p>
    <w:p>
      <w:r>
        <w:rPr/>
        <w:t>Огонь в светильнике — это мои добрые дела, моя любовь к людям, моя готовность служить, моя молитвенная жизнь с Богом, мои знания Библейских истин, воплощённых в жизнь. Везде, где я появляюсь, меня узнают. Даже когда я молчу, свет моего светильника сияет этому миру, и его не спрячешь.</w:t>
      </w:r>
      <w:r>
        <w:rPr/>
        <w:t xml:space="preserve"> </w:t>
      </w:r>
      <w:r>
        <w:rPr/>
        <w:t>Мы особенные люди, особый народ.</w:t>
      </w:r>
    </w:p>
    <w:p>
      <w:r>
        <w:rPr/>
        <w:t>Мир имеет огромный дефицит безусловной любви, недообнятости, добрых слов, бескорыстной дружбы. А нам всё это даётся в изобилии, чтобы мы могли быть светом.</w:t>
      </w:r>
    </w:p>
    <w:p>
      <w:r>
        <w:rPr/>
        <w:t>Но всегда стоит помнить, что я не свет и не огонь, а только канал, через который Господь может это передать миру или отразить Своё сияние. Луна, хоть и названа ночным светилом, не имеет своего источника. При этом она очень хорошо отражает свет солнца, а в Вечности она будет светить в семь раз ярче. А у нас Вечность уже началась, поэтому не стоит бояться быть более яркими огоньками.</w:t>
      </w:r>
    </w:p>
    <w:p>
      <w:r>
        <w:rPr/>
        <w:t>Тьма не может победить свет. Она просто исчезает.</w:t>
      </w:r>
    </w:p>
    <w:p>
      <w:r>
        <w:rPr/>
        <w:t>Ходить во свете безопаснее, потому что видно, куда идёшь, всё замечая.</w:t>
      </w:r>
      <w:r>
        <w:rPr/>
        <w:t xml:space="preserve"> </w:t>
      </w:r>
      <w:r>
        <w:rPr/>
        <w:t>Когда зажигаешь спичку, она тоже даёт свет и тепло, пусть и на короткое время. Её свечение подобно розовым сердечкам, которые очень красивы, которые дарят минутное наслаждение и заканчиваются, сгорая навсегда.</w:t>
      </w:r>
    </w:p>
    <w:p>
      <w:r>
        <w:rPr/>
        <w:t>Свет зажигалки может быть более продолжительным, но и он ограничен объёмом зажигалки, и он не в силах кого-то согреть и принести уют и тепло в холодное помещение. Он похож на большое розовое сердечко, которое, подобно мыльному пузырю, выглядит очень важно, но в любой момент может лопнуть и прекратить своё существование.</w:t>
      </w:r>
    </w:p>
    <w:p>
      <w:r>
        <w:rPr/>
        <w:t>Божий свет подобен солнцу. Оно светит всегда, независимо от погоды в моём регионе. Его могут заслонить тучи, от него можно спрятаться, но оно никогда не погаснет. Солнце имеет силу осветить и обогреть всё, что попадает под его лучи. Я не солнце, но я способен его успешно отражать, когда позволяю ему светить на меня. Днём, находясь в его лучах, я виден всем, а ночью я могу светить, только используя запасы этого света. И чем гуще тьма, тем виднее мой свет. Господь во мне станет нескончаемым Источником огня, соединяя Своё масло и мой светильник в источник передачи света этому тёмному миру.</w:t>
      </w:r>
    </w:p>
    <w:p>
      <w:r>
        <w:rPr/>
        <w:t>Моя любовь не закончится и тогда, когда страсти мира будут отпущены на свободу, когда стихии греха станут уничтожать несчастные души, когда Божьи суды изольются на Землю и весь мир будет погибать во тьме. А мой светильник не перестанет гореть, ярко гореть, на то он и светильник, чтобы светить.</w:t>
      </w:r>
    </w:p>
    <w:p>
      <w:r>
        <w:rPr/>
        <w:t>Сейчас светильник предлагает перспективы и возможности, а затем он только покажет то, что люди могли бы иметь, но не захотели. Как жаль! Но любовь уважает выбор человека и с печалью оставляет тех, кто её отверг навсегда, хотя не перестаёт светить, но уже без всякой надежды для мира, с особым значением для владельцев горящих светильников.</w:t>
      </w:r>
    </w:p>
    <w:p>
      <w:r>
        <w:rPr/>
        <w:t>Что я решу изменить в своей жизни сейчас, понимая все эти истины? Имея возможность купить масло, зажечь огонь, воспользуюсь ли я сегодня этим преимуществом? Зачем откладывать на завтра? Зачем уходить ни с чем? Если я хоть раз уйду от Христа, ничего не купив, потом станет легче это повторить, а затем подобное поведение станет привычкой, и я решу, что все эти уроки не для меня. Я сам себя как-нибудь спасу. Моей зажигалки будет достаточно, чтобы светить. У Бога, наверное, есть в запасе для меня другой план.</w:t>
      </w:r>
    </w:p>
    <w:p>
      <w:r>
        <w:rPr/>
        <w:t>Так вы хотите встречать Иисуса?</w:t>
      </w:r>
      <w:r>
        <w:rPr/>
        <w:t xml:space="preserve"> </w:t>
      </w:r>
      <w:r>
        <w:rPr/>
        <w:t>Может, стоит сейчас принять то, что Он мне советует? Попробуем?</w:t>
      </w:r>
    </w:p>
    <w:p>
      <w:pPr>
        <w:pStyle w:val="Heading2"/>
      </w:pPr>
      <w:r>
        <w:t>Вопросы к размышлению над этой главой</w:t>
      </w:r>
    </w:p>
    <w:p>
      <w:r>
        <w:rPr/>
        <w:t xml:space="preserve">1. Прочитайте, пожалуйста, Ин.1:1-10; Быт.1:5; Втор.28:29; Пс.138:11-12; Прит.4:19; Амос.5:18-20; Мих.3:6; Лк.11:34-36; Ин.12:35-36; Еф.5:6-9; 1Ин.2:8-11 </w:t>
      </w:r>
      <w:r>
        <w:rPr/>
        <w:t>в свете этой главы</w:t>
      </w:r>
      <w:r>
        <w:rPr/>
        <w:t>.</w:t>
      </w:r>
    </w:p>
    <w:p>
      <w:r>
        <w:rPr/>
        <w:t xml:space="preserve">2. </w:t>
      </w:r>
      <w:r>
        <w:rPr/>
        <w:t>Что вы поняли из этой главы</w:t>
      </w:r>
      <w:r>
        <w:rPr/>
        <w:t>?</w:t>
      </w:r>
    </w:p>
    <w:p>
      <w:r>
        <w:rPr/>
        <w:t xml:space="preserve">3. Вам понятно выражение «розовое сердечко»? Что это такое </w:t>
      </w:r>
      <w:r>
        <w:rPr/>
        <w:t>в свете этой главы</w:t>
      </w:r>
      <w:r>
        <w:rPr/>
        <w:t>?</w:t>
      </w:r>
    </w:p>
    <w:p>
      <w:r>
        <w:rPr/>
        <w:t>4. Можно ли спичками отапливать помещение, чтобы в нём всегда было тепло? Может ли условная любовь растопить чьё-то сердце, чтобы оно согрелось и загорелось?</w:t>
      </w:r>
    </w:p>
    <w:p>
      <w:r>
        <w:rPr/>
        <w:t>5. В чём отличие силы Солнца от тепла зажигалки? Видите ли вы разницу?</w:t>
      </w:r>
    </w:p>
    <w:p>
      <w:r>
        <w:rPr/>
        <w:t>6. Понимаете ли вы силу любви-агапэ, которую даёт Господь Своим детям?</w:t>
      </w:r>
    </w:p>
    <w:p>
      <w:r>
        <w:rPr/>
        <w:t>7. Почему я не могу быть Любовью, но при этом могу её успешно отражать?</w:t>
      </w:r>
    </w:p>
    <w:p>
      <w:r>
        <w:rPr/>
        <w:t>8. Заинтересован ли Бог в том, чтобы я был Его отражением этому миру и отражал Его любовь и чистоту характера?</w:t>
      </w:r>
    </w:p>
    <w:p>
      <w:r>
        <w:rPr/>
        <w:t>9. Что произой</w:t>
      </w:r>
      <w:r>
        <w:rPr/>
        <w:t>дёт</w:t>
      </w:r>
      <w:r>
        <w:rPr/>
        <w:t xml:space="preserve"> со мной, если я предпочту откладывать Божьи предложения и советы на потом?</w:t>
      </w:r>
    </w:p>
    <w:p>
      <w:r>
        <w:rPr/>
        <w:t>10. Должен ли мой светильник всегда гореть, или его надо зажигать только при необходимости?</w:t>
      </w:r>
    </w:p>
    <w:p>
      <w:r>
        <w:rPr/>
        <w:t>11. Как вы думаете, человек, имеющий светильник, может определять и узнавать тех, кто имеет такие же светильники?</w:t>
      </w:r>
    </w:p>
    <w:p>
      <w:r>
        <w:rPr/>
        <w:t>12. Вам понятны символы, которые мы изучаем?</w:t>
      </w:r>
    </w:p>
    <w:p>
      <w:r>
        <w:rPr/>
        <w:t>13. Скажите, как вы понимаете символы светильника, масла и света в вашей жизни?</w:t>
      </w:r>
    </w:p>
    <w:p>
      <w:r>
        <w:rPr/>
        <w:t>14. Вас радует близкое Пришествие Христа?</w:t>
      </w:r>
    </w:p>
    <w:p>
      <w:r>
        <w:rPr/>
        <w:t>15. Вам интересно продолжение нашего исследования?</w:t>
      </w:r>
    </w:p>
    <w:p>
      <w:pPr>
        <w:pStyle w:val="Heading2"/>
        <w:pageBreakBefore/>
      </w:pPr>
      <w:r>
        <w:t>Глава 39</w:t>
      </w:r>
    </w:p>
    <w:p>
      <w:pPr>
        <w:pStyle w:val="Heading1"/>
      </w:pPr>
      <w:r>
        <w:t>Сто сорок четыре тысячи</w:t>
      </w:r>
    </w:p>
    <w:p>
      <w:r>
        <w:rPr/>
        <w:t>Одним из самых загадочных чисел, описанных в Библии, является число 144.000. Мы несколько раз встречаем его в книге Откровение. Оно означает уникальную группу людей, которые получили Божью печать, которым была доверена особая Божья весть трёх ангелов и которые, одолев зверя и его образ, поют песнь победы.</w:t>
      </w:r>
    </w:p>
    <w:p>
      <w:r>
        <w:rPr/>
        <w:t>Изучая символы из притчи о десяти девах, мы пришли к выводу о том, что мудрые девы — это верующие, которые будут живыми встречать Иисуса с горящими светильниками и запасами масла. И несложно догадаться, что они-то и входят в число 144.000.</w:t>
      </w:r>
    </w:p>
    <w:p>
      <w:r>
        <w:rPr/>
        <w:t>В Откр 7:2-4 читаем: «И видел я иного Ангела, восходящего от востока солнца и имеющего печать Бога живого. И воскликнул он громким голосом к четырём Ангелам, которым дано вредить земле и морю, говоря: „Не делайте вреда ни земле, ни морю, ни деревам, доколе не положим печати на чёлах рабов Бога нашего“. И я слышал число запечатлённых: запечатлённых было сто сорок четыре тысячи из всех колен сынов Израилевых».</w:t>
      </w:r>
    </w:p>
    <w:p>
      <w:r>
        <w:rPr/>
        <w:t>Это были мудрые девы, которые купили масло и сделали себе запасы в сосудах. Их светильники не гасли, и они знали, как и кому нужно светить. Эти девы знали голос Жениха и ждали Его. Бог особым образом отметил их верность и преданность Ему. Из пророчества мы видим, что это те люди, на сознание которых была положена Божья печать.</w:t>
      </w:r>
    </w:p>
    <w:p>
      <w:r>
        <w:rPr/>
        <w:t>Далее читаем историю борьбы Божьего народа, которая приводит нас к заключительным событиям, где весь мир делится на две группы: на тех, кто принимает начертание или имя зверя, или число имени его, и на тех, кто получает Божью печать и попадает под защиту Всевышнего.</w:t>
      </w:r>
    </w:p>
    <w:p>
      <w:r>
        <w:rPr/>
        <w:t>В Откр 14:1 читаем: «И взглянул я, и вот, Агнец стоит на горе Сионе, и с Ним сто сорок четыре тысячи, у которых имя Отца Его написано на чёлах».</w:t>
      </w:r>
    </w:p>
    <w:p>
      <w:r>
        <w:rPr/>
        <w:t>Печать или имя на чёлах — это символ сердца, преданного и принадлежащего Богу. Это сознание человека, который посвятил себя осознанно на служение Христу, принял все Его повеления, позволил Творцу вписать Свой закон в сердце и мысли; который сказал Иисусу: «Да» на Его предложение стать Его невестой.</w:t>
      </w:r>
    </w:p>
    <w:p>
      <w:r>
        <w:rPr/>
        <w:t>Хотелось бы отметить, что запечатлённые люди стоят на горе с Агнцем. Похожее описание мы находим у Марка. Прошу сравнить эти стихи. Читаем Мар 3:13-14: «Потом взошёл на гору и позвал к Себе, кого Сам хотел; и пришли к Нему. И поставил из них двенадцать, чтобы с Ним были, и чтобы посылать их на проповедь». Господь избрал, кого Сам желал, чтобы были с Ним. Я не могу себя избрать в число 144.000 и не могу себе поставить Божью печать. Но я в силах сделать всё, что советует Бог, и ждать, что Он мне дальше предложит. А Он предлагает Свою руку и сердце. 3:18 — это Его обручальное кольцо для меня. Приму ли я Его предложение? И буду ли я с Ним иметь общение дальше? Всё в моих руках.</w:t>
      </w:r>
    </w:p>
    <w:p>
      <w:r>
        <w:rPr/>
        <w:t>Иисус избирает Себе всех мудрых дев из всех народов и возводит их на гору, посвящая на особую миссию.</w:t>
      </w:r>
    </w:p>
    <w:p>
      <w:r>
        <w:rPr/>
        <w:t>Далее идёт описание характера этой группы людей Божьих. Думаю, что они исполнены любовью друг к другу, очень счастливы и дружелюбны. Они прошли Божью школу любви и поют песнь победы, которую никто не мог петь, кроме 144.000 искупленных от земли.</w:t>
      </w:r>
    </w:p>
    <w:p>
      <w:r>
        <w:rPr/>
        <w:t>И далее мы читаем, что этим людям даётся особая весть для мира, которую они знали и несли всю жизнь, но в самом конце она будет звучать с особой силой.</w:t>
      </w:r>
    </w:p>
    <w:p>
      <w:r>
        <w:rPr/>
        <w:t>После описываются некоторые события, в которых Божьи дети окажутся победителями и будут петь песню победителей. В Откр 15:2 читаем: «И видел я как бы стеклянное море, смешанное с огнём; и победившие зверя и образ его, и начертание его и число имени его, стоят на этом стеклянном море, держа гусли Божии, и поют песнь Моисея, раба Божия, и песнь Агнца, говоря: „Велики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w:t>
      </w:r>
    </w:p>
    <w:p>
      <w:r>
        <w:rPr/>
        <w:t>Хотелось бы особо отметить, что число 144.000 не меняется на меньшее. Те, кто получит Божью печать, обретают и уникальную защиту на последнее время. И хоть они и будут приговорены миром к смерти и отданы на погибель, но ни один из этих людей не погибнет после запечатления. Если ранее кровь святых мучеников была семенем и добрым поливом для великого урожая, то в последнее время каждый человек сделает окончательный выбор и примет то, что избрал. Посев закончится, жатва созреет и будет собрана, семя больше не будет сеяться.</w:t>
      </w:r>
    </w:p>
    <w:p>
      <w:r>
        <w:rPr/>
        <w:t>Нечего будет взращивать и поливать. И для сатаны было бы великим удовольствием лишать жизни Божьих детей, но он не получит этой власти, и никто из запечатлённых Богом не погибнет.</w:t>
      </w:r>
    </w:p>
    <w:p>
      <w:r>
        <w:rPr/>
        <w:t>Господь даёт верным детям эту надежду. Хоть это будет и очень малая группа верующих, рассеянных по всему миру и находящихся в изгнании изо всех мест, но для Неба — это армия победителей, которые учились любви у Бога и доверили Ему свои жизни настолько, что они согласятся быстрее умереть, чем согрешить, и лучше пойдут на смерть, чем примут начертание или образ зверя. И мир объявит смерть этим людям, но не в силах будет осуществить свой приговор.</w:t>
      </w:r>
    </w:p>
    <w:p>
      <w:r>
        <w:rPr/>
        <w:t>Само описание группы в 144.000 искупленных и упоминание этого числа говорит о том, что оно останется целым, что никто не погибнет и не будет потерян, никто не отпадёт по неверию. Божья Печать и Его Имя на чёлах этих людей дадут им особую власть и силу, которой не смогут противостоять все силы зла и грешного мира. Ничто не будет способно поколебать веру этих искупленных детей Божьих. Они – победители, и они будут одолевать врага и дальше, потому что уже сейчас встали на этот путь и уже сейчас вкусили вкус победы любви.</w:t>
      </w:r>
    </w:p>
    <w:p>
      <w:r>
        <w:rPr/>
        <w:t>В настоящее время мы находимся на войне, в которой учимся побеждать. И если сейчас мы можем упасть или сдать позицию, то только для того, чтобы потом твёрдо стоять и одолевать врага. И суть этой победы сводится к простому ответу моей воли на нападки сатаны: «Я верю, я люблю, я счастлив, я Божий».</w:t>
      </w:r>
    </w:p>
    <w:p>
      <w:r>
        <w:rPr/>
        <w:t>Будет великая скорбь, и она коснётся всех, но, имея любовь, дружелюбие и счастье в своём светильнике, можно очень легко переносить все эти испытания и быть светом в тёмное время.</w:t>
      </w:r>
    </w:p>
    <w:p>
      <w:r>
        <w:rPr/>
        <w:t>Хочется ли вам попасть в число 144.000? Я сам не могу себя вписать в эту группу, но если я буду делать всё, что Бог повелевает и советует мне исполнять, и при этом буду иметь неподдельный интерес к святым вещам и страстное влечение к Иисусу, то, думаю, у меня появятся все шансы, чтобы стать невестой Христа и быть с теми, кого Он решит избрать в эту загадочную группу. А если Господь пожелает успокоить меня, чтобы мне не участвовать в последних событиях, то да будет на всё Божья воля.</w:t>
      </w:r>
    </w:p>
    <w:p>
      <w:r>
        <w:rPr/>
        <w:t>Самое плохое, что может быть, — это оказаться невеждой, отклоняя Божьи советы и игнорируя Его приглашения и призывы. Спасение рядом, и зачем его отвергать? Прекрасно желать спасения, но необходимо его и совершать в упорстве, страхе и трепете. А Господь приложит Свою руку и поможет пройти этот путь, и научит многим победам, так как Сам будет идти впереди и низлагать моих врагов.</w:t>
      </w:r>
    </w:p>
    <w:p>
      <w:r>
        <w:rPr/>
        <w:t>Любовь сильна в любом сражении, и она не знает поражений. Она одолела грех и станет моей победой и во время скорби и испытаний. Скоро всё начнётся, чтобы быстро закончиться победой любви.</w:t>
      </w:r>
    </w:p>
    <w:p>
      <w:pPr>
        <w:pStyle w:val="Heading2"/>
      </w:pPr>
      <w:r>
        <w:t>Вопросы к размышлению над этой главой</w:t>
      </w:r>
    </w:p>
    <w:p>
      <w:r>
        <w:rPr/>
        <w:t xml:space="preserve">1. Прочитайте, пожалуйста, Откр.7:1-10; 14:1-5; 15:1-4; Иез.9:1-4; 1Кор.2:9-15; Флп.2:12; Мф.5:48; 7:24-27; 25:1-12; Откр.3:18 </w:t>
      </w:r>
      <w:r>
        <w:rPr/>
        <w:t>в свете этой главы</w:t>
      </w:r>
      <w:r>
        <w:rPr/>
        <w:t>.</w:t>
      </w:r>
    </w:p>
    <w:p>
      <w:r>
        <w:rPr/>
        <w:t xml:space="preserve">2. </w:t>
      </w:r>
      <w:r>
        <w:rPr/>
        <w:t>Что вы поняли из этой главы</w:t>
      </w:r>
      <w:r>
        <w:rPr/>
        <w:t>?</w:t>
      </w:r>
    </w:p>
    <w:p>
      <w:r>
        <w:rPr/>
        <w:t>3. Понимаете ли вы число 144.000 как буквальное количество человек или как символическое название группы?</w:t>
      </w:r>
    </w:p>
    <w:p>
      <w:r>
        <w:rPr/>
        <w:t>4. Будет ли у Бога ещё какая-то другая группа верующих людей, которая особым образом описана в Библии?</w:t>
      </w:r>
    </w:p>
    <w:p>
      <w:r>
        <w:rPr/>
        <w:t>5. Видите ли вы связь между 144.000 и мудрыми девами?</w:t>
      </w:r>
    </w:p>
    <w:p>
      <w:r>
        <w:rPr/>
        <w:t>6. Как вы думаете, входят ли 144.000 в число тех, кто купил товары в Лаодикийском магазине?</w:t>
      </w:r>
    </w:p>
    <w:p>
      <w:r>
        <w:rPr/>
        <w:t>7. Хотите ли вы принадлежать к этой таинственной группе?</w:t>
      </w:r>
    </w:p>
    <w:p>
      <w:r>
        <w:rPr/>
        <w:t>8. Понимаете ли вы, что перед самым Вторым Пришествием очень важно быть абсолютно чистым?</w:t>
      </w:r>
    </w:p>
    <w:p>
      <w:r>
        <w:rPr/>
        <w:t>9. Какое отношение имеет любовь к 144 тысячам?</w:t>
      </w:r>
    </w:p>
    <w:p>
      <w:r>
        <w:rPr/>
        <w:t>10. Вам понятно то, что мы изучаем?</w:t>
      </w:r>
    </w:p>
    <w:p>
      <w:r>
        <w:rPr/>
        <w:t>11. Почему сам человек не может себя определить в число 144.000?</w:t>
      </w:r>
    </w:p>
    <w:p>
      <w:r>
        <w:rPr/>
        <w:t>12. Стоит ли уделять внимание пониманию этих символов из книги Откровение?</w:t>
      </w:r>
    </w:p>
    <w:p>
      <w:r>
        <w:rPr/>
        <w:t>13. Что будет с теми, кто считает, что книга Откровение закрыта и не стоит её исследовать?</w:t>
      </w:r>
    </w:p>
    <w:p>
      <w:r>
        <w:rPr/>
        <w:t>14. Важно ли то, что мы изучаем в нашей Школе, в деле приготовления ко Второму Пришествию?</w:t>
      </w:r>
    </w:p>
    <w:p>
      <w:r>
        <w:rPr/>
        <w:t>15. Как вы думаете, скоро ли придёт Иисус, или это будет событием следующего века?</w:t>
      </w:r>
    </w:p>
    <w:p>
      <w:pPr>
        <w:pStyle w:val="Heading2"/>
        <w:pageBreakBefore/>
      </w:pPr>
      <w:r>
        <w:t>Глава 40</w:t>
      </w:r>
    </w:p>
    <w:p>
      <w:pPr>
        <w:pStyle w:val="Heading1"/>
      </w:pPr>
      <w:r>
        <w:t>Кто такие 144.000?</w:t>
      </w:r>
    </w:p>
    <w:p>
      <w:r>
        <w:rPr/>
        <w:t>Когда я впервые прочитал о группе людей под названием 144 тысячи, у меня сложилось впечатление, что это воины на параде. Они все торжественно одеты, чисто выбриты, с серьёзными лицами, шагают ровными квадратами. Это люди с железными нервами, целеустремлённые, которые чуть ли не с рождения знали своё предназначение и твёрдо шли к этому призванию. И такой образ очень долго существовал в моей голове, пока я не стал глубже исследовать этот вопрос. И эта группа существовала в моём воображении как-то отдельно от всего мира и была очень далёкой и непостижимой для меня. Временами, когда я изучал книгу Откровение, я понимал, что 144.000 — это Божий народ последнего времени, но создавшийся образ мешал мне глубже вникнуть в суть этого числа.</w:t>
      </w:r>
    </w:p>
    <w:p>
      <w:r>
        <w:rPr/>
        <w:t>Я всегда понимал, что 144.000 — это символическое название группы людей, потому что её составляющие также символические, да и само число 12 означает полноту. Тысяча в свете Библии — это единица измерения, которая округляет множество чего-либо до этого числа и не всегда означает ровное количество в одну тысячу единиц. Всякая библейская численность, превышающая это значение, обычно округляется до этого окончания и исчисляется десятками и сотнями. А тысяченачальники в библейском повествовании — это высшее руководящее сословие после царя или лидера.</w:t>
      </w:r>
    </w:p>
    <w:p>
      <w:r>
        <w:rPr/>
        <w:t>События последних дней побудили меня более детально рассмотреть это загадочное число, и в свете обучения в нашей школе мы вплотную подошли ко внутреннему содержанию этой группы. Изучая духовность людей, пророческие рекомендации и действия Бога перед Вторым Пришествием, мы наконец-то добрались и до 144 тысяч. И сейчас можно смело сказать, что это мудрые девы с горящими светильниками. Это мудрые строители, которые возводят на Скале из Вечных материалов. Это овцы Божьего стада. Это жители Лаодикийского периода, которые вышли из тёплого состояния, приобретая Небесные товары у Верного Свидетеля и которые открыли двери Иисусу для личных отношений. Это те люди, которые получат Божью печать на свои чела. Это те, кто переживёт излитие силы Святого Духа. Это те верующие, которые нежно любят друг друга и соблюдают все заповеди Божии. Это те, кто устоит при Втором Пришествии Христа и будет с радостью встречать своего Господа в числе живых праведников. Это люди, с которыми будет заключён Вечный Завет на всю нескончаемую Вечность. Это живые представители Бога и Его власти в наше время.</w:t>
      </w:r>
    </w:p>
    <w:p>
      <w:r>
        <w:rPr/>
        <w:t>В число 144 000 войдут разные возрастные категории верующих людей. Это будут представители разных народов, мужчины и женщины, которые отозвались на Божий призыв к покаянию и изменению своей жизни и очень серьёзно подошли к вопросу своего спасения. В эту группу не попадут любопытные люди, которые поверхностно интересовались глубиной Божьих откровений, но не выделяли время на более глубокое изучение истины и посвящение себя на служение.</w:t>
      </w:r>
    </w:p>
    <w:p>
      <w:r>
        <w:rPr/>
        <w:t xml:space="preserve">Хоть я и не могу сам себя избрать в эту группу, но я способен проявить неподдельный интерес и посвятить своё время для изучения важных истин и </w:t>
      </w:r>
      <w:r>
        <w:rPr/>
        <w:t>личного познания моего Спасителя. Есть чёткая граница между наполнением разума информацией полезного содержания и осознанным выбором того, что не только благотворно для моей души, но и преобразует меня духовно, открывая мне новые перспективы для возрастания и совершенствования. Я расту во Христе. Я имею личные отношения с моим Небесным Другом. Моё ухо настроено на слушание Божьего голоса, говорящего мне через Библию, через свидетельства богодухновенных людей, через личные откровения.</w:t>
      </w:r>
    </w:p>
    <w:p>
      <w:r>
        <w:rPr/>
        <w:t>Божий Дух активно трудится для моего спасения, для моего возрастания в благочестии, для моего полного очищения, и именно Он совершает во мне все великие преобразования, которые я для себя избираю. Господь является Инициатором моего спасения и моим Духовным Наставником в процессе обучения. Я могу умом постичь всякие науки и истины, но если они не будут открыты мне Святым Духом и не будут вписаны в моё сердце и в мои мысли, то это будут простые знания, которые пополнят мою эрудированность, но не принесут никакой пользы.</w:t>
      </w:r>
    </w:p>
    <w:p>
      <w:r>
        <w:rPr/>
        <w:t>Однажды, когда мы собирались в домашней церкви для изучения Библии, к нам пришёл один брат, который ранее был членом нашей деноминации, но, связав свою жизнь с неверующей женщиной, покинул ряды церкви. Когда мы стали общаться с этим человеком, на все наши размышления он заявлял, что знает это и другое. И в результате мы поняли, что его знания превышают наши, но мы в церкви и учимся, а он вышел из нашей среды и живёт сам по себе.</w:t>
      </w:r>
    </w:p>
    <w:p>
      <w:r>
        <w:rPr/>
        <w:t>Церковь последнего времени можно сравнить с ковчегом Ноя. Она медленно строится, подвергаясь разной критике и нападкам, но в её основе лежит библейская истина, Божий план строительства и цель Бога: спасти всех, кто поверит и откликнется.</w:t>
      </w:r>
    </w:p>
    <w:p>
      <w:r>
        <w:rPr/>
        <w:t>Бог советует сделать определённые шаги и приобрести что-то очень важное в это последнее время. И кто будет виноват, если я проигнорирую Его предложение? Я сам.</w:t>
      </w:r>
    </w:p>
    <w:p>
      <w:r>
        <w:rPr/>
        <w:t>144 000 — это мы с вами, те, кто учится в школе Христа, желая увидеть великое и недоступное, чего мы ранее не знали. Хоть мы ещё и не вошли в это число, но своим интересом к истине и желанием роста в Иисусе мы показываем Небу, что мы дети Божии и готовы учиться всему, что Он откроет. Есть ошибки, есть непонимания. Но армия Христа имеет мудрого Полководца, Который не проигрывает и готовит победителей. 144.000 — это Божьи дети, которые жаждали силы Святого Духа, молились о ней и получили Его в определённое Богом время. Мы не способны произвести в себе кардинальные перемены и стать совершенными без этой Силы Свыше. Мы ещё 100 лет будем учиться и понимать, как мы далеки от совершенства. Но Святой Дух очень быстро воплотит все наши знания в реальность жизни, что Он делает уже со многими и сейчас, и тогда все наши вести приобретут особую силу и будут очень убедительно звучать по всему миру.</w:t>
      </w:r>
    </w:p>
    <w:p>
      <w:r>
        <w:rPr/>
        <w:t>Не стоит отделять себя от этой группы и считать недостойным. В наши дни это число формируется из тех, кто настроен на перемены и жаждет большего познания Христа.</w:t>
      </w:r>
    </w:p>
    <w:p>
      <w:r>
        <w:rPr/>
        <w:t>Любовь-агапэ играет немаловажную роль в моём преобразовании. Она готовит место для Божьей печати в моём сознании, чтобы я с радостью мог принять то, чего жаждет моя душа. И запечатление сделает эту любовь настолько совершенной, что никакие силы зла не смогут нас поколебать, хотя огонь испытаний придётся пройти всем искупленным. Это Божья Церковь, которая устоит под любым натиском и не изменит своих убеждений ни при каких соблазнах.</w:t>
      </w:r>
    </w:p>
    <w:p>
      <w:r>
        <w:rPr/>
        <w:t>Если собрать всех этих Божьих людей в одном месте, то это будет великое множество, но до самого Второго Пришествия они будут разбросаны по всему миру, будут в изгнании и ненависти у людей, а в самом конце их приговорят к смерти, но Бог вступится и завершит эту печальную историю, придя лично за Своими возлюбленными.</w:t>
      </w:r>
    </w:p>
    <w:p>
      <w:r>
        <w:rPr/>
        <w:t>Если я говорю Господу «да» на все Его предложения и живу согласно этому выбору, то Он введёт меня в Свою радость и особым образом отметит моё желание быть с Ним, принадлежать Ему, любить и быть Его избранным сосудом. Он в нужное время откроет нам Свои тайны и сообщит нам сроки. И Он придёт за нами.</w:t>
      </w:r>
    </w:p>
    <w:p>
      <w:pPr>
        <w:pStyle w:val="Heading2"/>
      </w:pPr>
      <w:r>
        <w:t>Вопросы к размышлению над этой главой</w:t>
      </w:r>
    </w:p>
    <w:p>
      <w:r>
        <w:rPr/>
        <w:t xml:space="preserve">1. Прочитайте, пожалуйста, Мф.22:1-14; Откр.6:17; 12:11; 14:1-5; 19:10; Дан.12:1-4,9-10; Иов.34:2-3; 37:23-24; Прит.1:5-7; Мф.25:4; Еф.5:15-17 </w:t>
      </w:r>
      <w:r>
        <w:rPr/>
        <w:t>в свете этой главы</w:t>
      </w:r>
      <w:r>
        <w:rPr/>
        <w:t>.</w:t>
      </w:r>
    </w:p>
    <w:p>
      <w:r>
        <w:rPr/>
        <w:t xml:space="preserve">2. </w:t>
      </w:r>
      <w:r>
        <w:rPr/>
        <w:t>Что вы поняли из этой главы</w:t>
      </w:r>
      <w:r>
        <w:rPr/>
        <w:t>?</w:t>
      </w:r>
    </w:p>
    <w:p>
      <w:r>
        <w:rPr/>
        <w:t>3. Есть ли у вас дополнение к описанию группы 144.000? Поделитесь, пожалуйста.</w:t>
      </w:r>
    </w:p>
    <w:p>
      <w:r>
        <w:rPr/>
        <w:t>4. Вы представляете себя в этом числе?</w:t>
      </w:r>
    </w:p>
    <w:p>
      <w:r>
        <w:rPr/>
        <w:t>5. Имеют ли эти пророчества о 144 тысячах какое-то отношение к нашему времени?</w:t>
      </w:r>
    </w:p>
    <w:p>
      <w:r>
        <w:rPr/>
        <w:t>6. Почему так важно в последнее время иметь любовь и веру?</w:t>
      </w:r>
    </w:p>
    <w:p>
      <w:r>
        <w:rPr/>
        <w:t>7. Какое отношение имеет Святой Дух ко всем этим людям, вошедшим в число 144.000?</w:t>
      </w:r>
    </w:p>
    <w:p>
      <w:r>
        <w:rPr/>
        <w:t>8. Почему выбором людей в число 144.000 будет заниматься Сам Господь?</w:t>
      </w:r>
    </w:p>
    <w:p>
      <w:r>
        <w:rPr/>
        <w:t>9. Если у меня есть желание быть в числе 144 тысяч, но я ничего не предпринимаю, чтобы понять, что это за люди и какими качествами они обладают, то насколько велика вероятность того, что я войду в это число?</w:t>
      </w:r>
    </w:p>
    <w:p>
      <w:r>
        <w:rPr/>
        <w:t>10. Будет ли Бог приглашать к Себе всех подряд, чтобы пополнить ряды спасённых?</w:t>
      </w:r>
    </w:p>
    <w:p>
      <w:r>
        <w:rPr/>
        <w:t>11. Можно ли заслужить добрыми делами себе место в группе 144 тысяч?</w:t>
      </w:r>
    </w:p>
    <w:p>
      <w:r>
        <w:rPr/>
        <w:t>12. Важно ли знать и понимать, что будет в последнее время и как приготовиться к этим событиям?</w:t>
      </w:r>
    </w:p>
    <w:p>
      <w:r>
        <w:rPr/>
        <w:t>13. Почему Господь приготовил огонь для тех, кого Сам избрал и кому придал особый статус? 1Кор.3:13; 1Пет.1:6-8.</w:t>
      </w:r>
    </w:p>
    <w:p>
      <w:r>
        <w:rPr/>
        <w:t>14. Вам страшно?</w:t>
      </w:r>
    </w:p>
    <w:p>
      <w:r>
        <w:rPr/>
        <w:t>15. Хотите ли быть совершенными в любви? Как вы думаете, такие люди привлекут внимание Бога при наборе группы 144.000?</w:t>
      </w:r>
    </w:p>
    <w:p>
      <w:pPr>
        <w:pStyle w:val="Heading2"/>
        <w:pageBreakBefore/>
      </w:pPr>
      <w:r>
        <w:t>Глава 41</w:t>
      </w:r>
    </w:p>
    <w:p>
      <w:pPr>
        <w:pStyle w:val="Heading1"/>
      </w:pPr>
      <w:r>
        <w:t>Почему все девы уснули?</w:t>
      </w:r>
    </w:p>
    <w:p>
      <w:r>
        <w:rPr/>
        <w:t>В притче о десяти девах сказано: «И как жених замедлил, то задремали все и уснули» Мф.25:5.</w:t>
      </w:r>
    </w:p>
    <w:p>
      <w:r>
        <w:rPr/>
        <w:t>Мудрые и неразумные позволили дрёме ввести себя в оцепенение, и все впали в какой-то странный сон. У них не были приготовлены для этого кровати, и они не были одеты в ночные рубашки. Они находились в ожидании прихода Жениха. Но Жених задержался. Вы когда-нибудь слышали, чтобы жених опаздывал на свадьбу? Это что-то необычное. Жених всегда приходит вовремя. Невеста может позволить себе задержку. Ей же нужно быть идеально приготовленной. Но нам описывается именно неправильный сценарий событий. А если этот сценарий связать с поступками Бога, то хочется даже поторопить Его со Своим Пришествием. Ну сколько можно смотреть на этот грех и терпеть это беззаконие?</w:t>
      </w:r>
    </w:p>
    <w:p>
      <w:r>
        <w:rPr/>
        <w:t>Но Бог знает, что делает. А если наложить историю этой притчи на повествование о 144 тысячах, то получается, что это те, кто готовился к встрече с Иисусом, но по каким-то непредвиденным обстоятельствам задремал и уснул. Почему они это сделали? Что это за сон?</w:t>
      </w:r>
    </w:p>
    <w:p>
      <w:r>
        <w:rPr/>
        <w:t>Дрёма — это пограничное между бодрствованием и сном состояние разума, когда человек ещё может частично воспринимать окружающий мир, но стремление организма ко сну настойчиво даёт о себе знать и вводит волю человека в состояние оцепенения. В преддверии этого состояния появляется зевота, потом частичное снижение активности сознания, расслабление организма, замедление работы органов жизнедеятельности.</w:t>
      </w:r>
    </w:p>
    <w:p>
      <w:r>
        <w:rPr/>
        <w:t>Сон — это цикличное физиологическое состояние человека, когда его мозг полностью отключает сознание и переходит к восстановлению функций деятельности тела, перезагрузке источников энергии, освежению процессов работы организма. Ночь — это обычное время сна.</w:t>
      </w:r>
    </w:p>
    <w:p>
      <w:r>
        <w:rPr/>
        <w:t>Но десять дев не собирались спать. Они пришли на торжество.</w:t>
      </w:r>
    </w:p>
    <w:p>
      <w:r>
        <w:rPr/>
        <w:t>Вспоминаю случай, когда я возвращался с воинской службы домой, и мой самолёт должен был лететь рано утром. И так как у меня не было будильника, то мне пришлось всю ночь бодрствовать и ходить по аэропорту, чтобы не проспать регистрацию и посадку. Но когда я сел в самолёт, мой организм тут же отключился от мира, и я проснулся уже в родном городе. Когда нас ожидают важные события, нам не до сна.</w:t>
      </w:r>
    </w:p>
    <w:p>
      <w:r>
        <w:rPr/>
        <w:t>Но думаю, что в планы Бога входит этот странный сон. И мне даже кажется, что это именно сейчас с нами и происходит. Хоть мы и в здравом уме и понимаем всё, что творится вокруг, хоть пребываем в бодрствовании и молитве, но мы все задремали и уснули с позиции Божьего взгляда на наше время.</w:t>
      </w:r>
    </w:p>
    <w:p>
      <w:r>
        <w:rPr/>
        <w:t xml:space="preserve">Попробую объяснить этот феномен. Сейчас весь мир переживает необычное состояние под названием «пандемия». Власти всех стран делают всё возможное, чтобы каким-то образом сохранить жизнь и здоровье своих граждан. Нам во всех СМИ ежедневно дают отчёты о происходящем вокруг. Но у всех людей есть очень много вопросов, на которые никто не может и не хочет отвечать. Какие-то </w:t>
      </w:r>
      <w:r>
        <w:rPr/>
        <w:t>странные законы и ограничения вводятся повсеместно. Людей очень просто и быстро лишают свободы передвижения и поведения, и логически многие постановления никак не объяснить.</w:t>
      </w:r>
    </w:p>
    <w:p>
      <w:r>
        <w:rPr/>
        <w:t>Но как законопослушные граждане мы обязаны соблюдать законы и правила той страны, где мы проживаем. И никто толком не может объяснить суть происходящего, а Бог не даёт никаких комментариев и пророчеств по этому поводу. Как дальше жить? Что делать? Как правильно поступить? Выживем ли мы во всём этом хаосе? А в ответ: «Только веруй».</w:t>
      </w:r>
    </w:p>
    <w:p>
      <w:r>
        <w:rPr/>
        <w:t>Использует ли эту ситуацию сатана, чтобы осуществить свои замыслы? Находится ли сейчас враг души в растерянности от происходящего? Может, это его план, который сейчас успешно продвигается нечестивыми людьми? Сложно дать чёткий ответ, но приходится догадываться и верить в то, что станет лучше, и всё пройдёт, и мы вновь вернёмся к своим обычным делам, когда всё закончится.</w:t>
      </w:r>
    </w:p>
    <w:p>
      <w:r>
        <w:rPr/>
        <w:t>И это незнание и непонимание происходящего вводит нас в какое-то странное оцепенение. Мы не можем ничего предпринять, потому что не имеем ясных Божьих откровений об этих событиях, но можем, догадываясь о чём-то, высказывать свои предположения и мнения. И я так понимаю, что это многих усыпляет. В конце концов, мы все крепко уснём, да сбудутся Писания.</w:t>
      </w:r>
    </w:p>
    <w:p>
      <w:r>
        <w:rPr/>
        <w:t>А силы тьмы в это время примеряют миру и нам кандалы, решая, какие из них лучше всего подойдут, чтобы не вызвать всеобщих волнений и сделать их ношение желаемой целью каждого.</w:t>
      </w:r>
    </w:p>
    <w:p>
      <w:r>
        <w:rPr/>
        <w:t>Но и Бог не бездействует. Нам активно предлагается масло для светильника. Бог желает, чтобы мы перевели свой взор с того, что рушится у нас на глазах, на то, что будет стоять непоколебимо и перенесёт любые испытания. Написано, что дракон получит особую власть в последнее время, чтобы губить и навязывать всем живущим свои правила и свой образ мыслей, заставляя всех принять начертание зверя. И мы очень скоро встретимся с этой реальностью и поймём, что Библия не ошибалась, в точности описывая эти события.</w:t>
      </w:r>
    </w:p>
    <w:p>
      <w:r>
        <w:rPr/>
        <w:t>Господь предлагает Свою защиту и силу на это время. Он Сам приходит к каждому сыну и дочери Бога, чтобы лично приготовить нас к последнему времени. Он не открывает нам в подробностях планы сатаны, хоть и знает их досконально, но предлагает самое лучшее средство для победы — Самого Себя и силу Своей любви. И тем, кто примет это оружие, будет дана и власть Святого Духа, где Сам Бог в нас будет одерживать победы. Эта подготовка требует времени, сил и моего полного посвящения. И вместо того, чтобы пытаться вникнуть и разгадать планы лукавого, думаю, лучше вникать в замыслы Божьи, лучше брать и изучать всё, что нам предлагается.</w:t>
      </w:r>
    </w:p>
    <w:p>
      <w:r>
        <w:rPr/>
        <w:t>Так получилось, что мы все привязаны к экономике нашего мира и зависим от тех средств, которыми должны оплачивать своё существование и проживание в наших странах. Кому-то частично удалось вырваться из этой зависимости и устроиться в сельской местности на самообеспечении, но многим приходится много работать, чтобы как-то выжить, и на это уходит всё свободное время. А кто-то желает больше заработать, чтобы обезопасить себя. А главное, необходимое для спасения, остаётся невостребованным, и Бог остаётся непознанным. Товары Лаодикии пылятся в ожидании покупателей, и мало кто ими интересуется.</w:t>
      </w:r>
    </w:p>
    <w:p>
      <w:r>
        <w:rPr/>
        <w:t>Но моя готовность к встрече Жениха обусловлена не знанием планов сатаны, а изучением Божьих замыслов и решительными действиями в согласии с Божьей волей. Я постигаю эту науку, переживаю радость духовного роста, понимаю близость Второго Пришествия. Но Господь не спешит. И меня почему-то клонит в сон. Я изо всех сил сопротивляюсь, но организм устал от постоянной борьбы, и изобилие информации переполнило мой желудок, мозг уже ничего не воспринимает. Хочется немного отдохнуть. Но я не сдаюсь, борюсь, читаю, молюсь, учусь, и столько всего познал. А по факту я сплю. И Господь восстанавливает работу всех моих органов, обновляет мои силы, чтобы, пробудив меня в нужное время, дать мне Своего Духа для полной и окончательной победы над соблазнами этого мира, утвердив Божьи принципы в моём разуме навсегда.</w:t>
      </w:r>
    </w:p>
    <w:p>
      <w:r>
        <w:rPr/>
        <w:t>И как мне пригодится то золотое масло, которое в таком изобилии предлагается сейчас каждому желающему и ищущему. Впереди испытания и огонь, который нужно пройти. Но я готов и знаю, что это пламя не опалит меня.</w:t>
      </w:r>
    </w:p>
    <w:p>
      <w:pPr>
        <w:pStyle w:val="Heading2"/>
      </w:pPr>
      <w:r>
        <w:t>Вопросы к размышлению над этой главой</w:t>
      </w:r>
    </w:p>
    <w:p>
      <w:r>
        <w:rPr/>
        <w:t xml:space="preserve">1. Прочитайте, пожалуйста, Мф.25:5; 1Фес.5:1-10; Быт.2:21; 15:12; Иов.33:14-17; Пс.77:65-66; 131:3-5; Прит.3:21-26; Ис.29:5-16; Иер.31:25-26; Зах.4:1-6,11-14; Еф.5:11-21 </w:t>
      </w:r>
      <w:r>
        <w:rPr/>
        <w:t>в свете этой главы</w:t>
      </w:r>
      <w:r>
        <w:rPr/>
        <w:t>.</w:t>
      </w:r>
    </w:p>
    <w:p>
      <w:r>
        <w:rPr/>
        <w:t xml:space="preserve">2. </w:t>
      </w:r>
      <w:r>
        <w:rPr/>
        <w:t>Что вы поняли из этой главы</w:t>
      </w:r>
      <w:r>
        <w:rPr/>
        <w:t>?</w:t>
      </w:r>
    </w:p>
    <w:p>
      <w:r>
        <w:rPr/>
        <w:t>3. Как вы думаете, говорится ли в притче о десяти девах про обычный сон, или это следствие чего-то, или это сон от Господа?</w:t>
      </w:r>
    </w:p>
    <w:p>
      <w:r>
        <w:rPr/>
        <w:t>4. Можно ли бодрствовать во время сна, описанного в Мф.25:5?</w:t>
      </w:r>
    </w:p>
    <w:p>
      <w:r>
        <w:rPr/>
        <w:t>5. Как вы себе представляете значение сонного состояния мудрых дев в последнее время?</w:t>
      </w:r>
    </w:p>
    <w:p>
      <w:r>
        <w:rPr/>
        <w:t>6. Входит ли в планы Бога прийти на нашу Землю в самое тёмное время истории?</w:t>
      </w:r>
    </w:p>
    <w:p>
      <w:r>
        <w:rPr/>
        <w:t>7. Все ли уснут? И что это означает?</w:t>
      </w:r>
    </w:p>
    <w:p>
      <w:r>
        <w:rPr/>
        <w:t>8. Как вы думаете, будет ли спать враг души, когда мудрые впадут в дрёму?</w:t>
      </w:r>
    </w:p>
    <w:p>
      <w:r>
        <w:rPr/>
        <w:t>9. Почему так важно именно сейчас делать приготовления к последним событиям?</w:t>
      </w:r>
    </w:p>
    <w:p>
      <w:r>
        <w:rPr/>
        <w:t>10. Что делать, чтобы избежать роковых последствий своего невежества к советам Христа?</w:t>
      </w:r>
    </w:p>
    <w:p>
      <w:r>
        <w:rPr/>
        <w:t>11. Как быть тем, кто не понимает значения символов из Мф.25:1-12 и Откр.3:18-20?</w:t>
      </w:r>
    </w:p>
    <w:p>
      <w:r>
        <w:rPr/>
        <w:t>12. Будет ли масло для светильника даваться случайно тем, кто просто хороший человек?</w:t>
      </w:r>
    </w:p>
    <w:p>
      <w:r>
        <w:rPr/>
        <w:t>13. В чём было отличие мудрых дев от неразумных? Объясните это сравнение на примерах нашей жизни.</w:t>
      </w:r>
    </w:p>
    <w:p>
      <w:r>
        <w:rPr/>
        <w:t>14. Сон, о котором идёт речь в притче, — это плохо?</w:t>
      </w:r>
    </w:p>
    <w:p>
      <w:r>
        <w:rPr/>
        <w:t>15. Можно ли мудрых дев назвать и мудрыми строителями? Если да, то что они строили и на чём?</w:t>
      </w:r>
    </w:p>
    <w:p>
      <w:pPr>
        <w:pStyle w:val="Heading2"/>
        <w:pageBreakBefore/>
      </w:pPr>
      <w:r>
        <w:t>Глава 42</w:t>
      </w:r>
    </w:p>
    <w:p>
      <w:pPr>
        <w:pStyle w:val="Heading1"/>
      </w:pPr>
      <w:r>
        <w:t>Какое у вас масло?</w:t>
      </w:r>
    </w:p>
    <w:p>
      <w:r>
        <w:rPr/>
        <w:t>Везде, где начинается Божья работа, где происходит возрождение и пробуждение, приходит и лукавый, чтобы внести свои поправки в происходящее и соблазны. Он не может помешать Богу исполнить то, что Господь задумал, но враг души старается отвлечь наше внимание на второстепенные вещи или предложить нам другой путь, похожий на истинный.</w:t>
      </w:r>
    </w:p>
    <w:p>
      <w:r>
        <w:rPr/>
        <w:t>За 6 тысяч лет сатана научился искусно обольщать всех живущих на Земле. У него в арсенале находятся всевозможные искушения и подделки, подходящие для любого характера и интереса. Враг души тщательно изучает каждого из нас, знает все наши слабости и склонности, наши вкусы и увлечения.</w:t>
      </w:r>
    </w:p>
    <w:p>
      <w:r>
        <w:rPr/>
        <w:t>Зная коварство сатаны и силу его обольщений, Иисус часто предупреждал Своих учеников о том, чтобы никто из них не соблазнился. И когда Христа спросили о последних событиях и о разрушении Иерусалима, Он начал с того, что высказал Своё переживание: «Берегитесь, чтобы кто не прельстил вас» Мф.24:4. Иисус стал перечислять некоторые события, которые произойдут в будущем и в конце времени, постоянно говоря о том, что соблазны также будут очень велики и сильны. Враг души обольстит всех живущих и даже будет распространять свои чары на избранных и, если будет возможно, прельстит и их. Мф.24:24.</w:t>
      </w:r>
    </w:p>
    <w:p>
      <w:r>
        <w:rPr/>
        <w:t>Самое страшное, что будут переживать Божьи дети, — это то, что «по причине умножения беззакония, во многих охладеет любовь». Мф.24:12.</w:t>
      </w:r>
    </w:p>
    <w:p>
      <w:r>
        <w:rPr/>
        <w:t>Когда в моей жизни всё горит, дела идут, работа кипит, а сердце охладело, тогда происходит смешение горячего и холодного, и получается что-то тёплое. И я беру эту тёплую жидкость и называю её маслом для светильника, и даже пытаюсь учить других тому, что у меня всё в порядке, выставляя напоказ горячую сторону своей жизни. А если кто-то пытается увидеть полную картину моего пути, то я закрываю своё сердце, никого к себе не впуская, объясняя это тем, что там частная территория, и у меня просто нет времени на всех вас. Но именно вы и сможете очень быстро выявить эту мою проблему и исправить её.</w:t>
      </w:r>
    </w:p>
    <w:p>
      <w:r>
        <w:rPr/>
        <w:t>Если я ограничу себя общением с духовными и ищущими людьми и наполню свою жизнь худыми сообществами, то мои нравы очень быстро развратятся. А моим духовным наставником станет интернет, который предложит мне самые изысканные блюда для моего плотского человека.</w:t>
      </w:r>
    </w:p>
    <w:p>
      <w:r>
        <w:rPr/>
        <w:t>Масло для светильника — это то, чем я заполняю свой разум, а потом иду с этим в мир и делюсь светом своих запасов. Из разговора на свободную тему можно очень быстро выявить то, чем человек заправил свой светильник. Наш характер очень успешно передаёт всё то, чем я питаю свою душу.</w:t>
      </w:r>
    </w:p>
    <w:p>
      <w:r>
        <w:rPr/>
        <w:t xml:space="preserve">И во время дня, когда светит Солнце, очень сложно разобраться, какой огонь светит в моём сердце. В ярких лучах бывает сложно заметить тусклое мерцание моего огня. А если мой светильник коптит или совсем погас, то и это могут не заметить другие люди, потому что все заняты собой и считают, что я сам справлюсь со своими проблемами. Но в лучшем случае найдутся люди, которые вознесут за меня молитву, и я вновь останусь сам с собой. И нас таких </w:t>
      </w:r>
      <w:r>
        <w:rPr/>
        <w:t>«самособойчиков» становится очень много, и, глядя на это великое множество обманутых людей и сравнивая себя с другими верующими, я успокаиваюсь, понимая, что Господь не допустит, чтобы мы все погибли вот в таком состоянии. Он обязательно предложит выход. И частично я прав. И я слышу совет Господа прийти к Нему и купить у Него что-то очень ценное. Но я настолько привык не обращать внимания на подобные призывы, поэтому считаю, что мне Господь как-то особенно что-то предложит, и это будет сверхъестественно. Тогда я сразу обращусь и поменяюсь. Вот почему я просто не реагирую на спокойные призывы и пропускаю их мимо ушей. Я знаю точно, что Господь не допустит, чтобы я погиб в неведении, и сделает чудо для меня, ведь Он любит меня. Жду чуда, и чтобы совсем не погаснуть, ищу для себя добрые дела, через которые смогу получить одобрение от своих по вере и даже упрекнуть тех, кто постоянно что-то изучает и пытается что-то понять в пророчествах.</w:t>
      </w:r>
    </w:p>
    <w:p>
      <w:r>
        <w:rPr/>
        <w:t>Я привыкаю тренировать свой разум благодаря тому, что есть люди, которые исследовали все важные вопросы, создали свои каналы и блоги, и делятся со мной своими самыми важными открытиями, а я им за это ставлю лайки и пишу комментарии. А иногда я даже решаюсь поддержать своими финансами людей, которые мне особенно пришлись по сердцу. И свет их светильников поддерживает меня, указывая мне истинный путь. И мы вместе куда-то движемся.</w:t>
      </w:r>
    </w:p>
    <w:p>
      <w:r>
        <w:rPr/>
        <w:t>А чем занят Иисус всё это время? Думаю, что мне и об этом кто-то обязательно расскажет, и я даже знаю тех, кто только о Нём и говорит. И об этом всегда так интересно слушать!</w:t>
      </w:r>
    </w:p>
    <w:p>
      <w:r>
        <w:rPr/>
        <w:t>Я слышал, что в состав масла входит и любовь, и даже есть люди, которые посвящают много времени своей жизни тому, чтобы убедиться в том, имеют ли они эту агапэ? Я не совсем понимаю, зачем нужно так тщательно это изучать, ведь можно найти тех, кто этого достиг, и быстро узнать готовые результаты.</w:t>
      </w:r>
    </w:p>
    <w:p>
      <w:r>
        <w:rPr/>
        <w:t>А ещё я слышал о том, что Господь повелел зажигать светильники от Своего огня, который Сам послал на жертвенник, и чтобы мы не вносили чуждый огонь во Святилище. Думаю, что нашего времени это не касается, ведь у нас есть изобилие спичек и зажигалок. Да и не стоит светить на каждом углу всем подряд, ведь от этого только проблемы и нарекания. Но следует показать свою принадлежность к Божьему народу и свою любовь, и для этого существуют специальные футболки с розовыми сердечками и значки с символами нашего вероисповедания. Их и куплю.</w:t>
      </w:r>
    </w:p>
    <w:p>
      <w:r>
        <w:rPr/>
        <w:t>Сейчас, в наше время, есть очень много горючих масел и материалов, которыми можно прекрасно заправлять свой светильник. Хоть и написано, что это должно быть особое масло, но я считаю, что главное не детали, а результат. Если Господу нужен огонь, то сделаем. Нет проблем.</w:t>
      </w:r>
    </w:p>
    <w:p>
      <w:r>
        <w:rPr/>
        <w:t xml:space="preserve">Я наблюдаю за глупыми собратьями. Они наполняют свои сосуды странными вещами, находятся в постоянном движении и поиске лучших откровений, пытаясь самостоятельно изучать новые истины о Лаодикийских товарах. Их так мало, и они такие несчастные, бедные, нагие, слепые, что даже не хочется тратить своё время на дружбу с ними. У них на уме только любовь, дружба и счастье, как будто нет другого мира и никакой политики вокруг них. Они такие больные на </w:t>
      </w:r>
      <w:r>
        <w:rPr/>
        <w:t>голову, но при этом ещё пытаются нас учить здоровому образу жизни. Почему они не хотят нормально жить, а всё ищут себе проблемы, стараясь любить всех? К чему приведёт такая любовь? Их просто высосут и выплюнут. Нужно же любить за что-то и ставить чёткие границы, чтобы каждый знал своё место и свою территорию обитания. Если бы я мог, то научил бы многих тому, как можно выживать в разных сообществах, сохраняя добрые нравы.</w:t>
      </w:r>
    </w:p>
    <w:p>
      <w:r>
        <w:rPr/>
        <w:t>Какое масло, друзья, вы собираете в свои сосуды? Сейчас время жатвы, время сбора урожая и время света и изобилия всего. Нам предлагается разнообразие различных масел, и все они могут гореть. Что я выберу? Как мне не запутаться? А так ли важно, чем будет наполнен мой сосуд? Лишь бы оно горело! Так ли важно иметь золото Небесного происхождения, ведь в мире так много более доступных металлов, ничем не отличающихся от истинного?</w:t>
      </w:r>
    </w:p>
    <w:p>
      <w:r>
        <w:rPr/>
        <w:t>Думаю, что стоит понять, что Божье, а что от мира, и научиться это чётко разделять.</w:t>
      </w:r>
    </w:p>
    <w:p>
      <w:pPr>
        <w:pStyle w:val="Heading2"/>
      </w:pPr>
      <w:r>
        <w:t>Вопросы к размышлению над этой главой</w:t>
      </w:r>
    </w:p>
    <w:p>
      <w:r>
        <w:rPr/>
        <w:t xml:space="preserve">1. Прочитайте, пожалуйста, 1Кор.2:15-16; 6:9-10; 10:1-12; 15:33-34; Откр.3:15-16; Соф.2:1-3; 1Ин.1:6-9; Мф.7:13-23; 24:4-5,10-13,24,38-39,42-44; Ин.5:39-40; Гал.6:7-10; Иак.1:16-22 </w:t>
      </w:r>
      <w:r>
        <w:rPr/>
        <w:t>в свете этой главы</w:t>
      </w:r>
      <w:r>
        <w:rPr/>
        <w:t>.</w:t>
      </w:r>
    </w:p>
    <w:p>
      <w:r>
        <w:rPr/>
        <w:t xml:space="preserve">2. </w:t>
      </w:r>
      <w:r>
        <w:rPr/>
        <w:t>Что вы поняли из этой главы</w:t>
      </w:r>
      <w:r>
        <w:rPr/>
        <w:t>?</w:t>
      </w:r>
    </w:p>
    <w:p>
      <w:r>
        <w:rPr/>
        <w:t>3. Даётся ли нам спасение по факту членства в церкви?</w:t>
      </w:r>
    </w:p>
    <w:p>
      <w:r>
        <w:rPr/>
        <w:t>4. Если учение моей церкви противоречит Божьему закону, но мы любим Бога и поем Ему об этом, то есть ли у нас шансы на особое Божье благоволение для нас?</w:t>
      </w:r>
    </w:p>
    <w:p>
      <w:r>
        <w:rPr/>
        <w:t>5. Если я считаю себя особенным и лучше других, то может ли это быть критерием моего оправдания и спасения?</w:t>
      </w:r>
    </w:p>
    <w:p>
      <w:r>
        <w:rPr/>
        <w:t>6. Что мне делать, чтобы иметь уверенность в своём спасении?</w:t>
      </w:r>
    </w:p>
    <w:p>
      <w:r>
        <w:rPr/>
        <w:t>7. Какое масло для светильника может оказаться неправильным?</w:t>
      </w:r>
    </w:p>
    <w:p>
      <w:r>
        <w:rPr/>
        <w:t>8. Если я искренне верю лжи, то будет ли это моим преимуществом при моём запечатлении?</w:t>
      </w:r>
    </w:p>
    <w:p>
      <w:r>
        <w:rPr/>
        <w:t>9. Где проходит та «красная линия», за которую лучше не заходить? И как определить эту границу?</w:t>
      </w:r>
    </w:p>
    <w:p>
      <w:r>
        <w:rPr/>
        <w:t>10. Как понять, не охладела ли во мне любовь?</w:t>
      </w:r>
    </w:p>
    <w:p>
      <w:r>
        <w:rPr/>
        <w:t>11. Что мне делать, если я понимаю, что не имею любви?</w:t>
      </w:r>
    </w:p>
    <w:p>
      <w:r>
        <w:rPr/>
        <w:t>12. Быть спасённым — это очень сложно?</w:t>
      </w:r>
    </w:p>
    <w:p>
      <w:r>
        <w:rPr/>
        <w:t>13. Как мне определить, что я готов к тёмному времени, и мой светильник имеет правильное масло?</w:t>
      </w:r>
    </w:p>
    <w:p>
      <w:r>
        <w:rPr/>
        <w:t>14. Что делать, если я понимаю, что я грешник и не имею никаких шансов, чтобы получить Божью печать, но при этом хочу жить вечно?</w:t>
      </w:r>
    </w:p>
    <w:p>
      <w:r>
        <w:rPr/>
        <w:t>15. Стоит ли обращать внимание на совет Иисуса из Откр.3:18?</w:t>
      </w:r>
    </w:p>
    <w:p>
      <w:pPr>
        <w:pStyle w:val="Heading2"/>
        <w:pageBreakBefore/>
      </w:pPr>
      <w:r>
        <w:t>Глава 43</w:t>
      </w:r>
    </w:p>
    <w:p>
      <w:pPr>
        <w:pStyle w:val="Heading1"/>
      </w:pPr>
      <w:r>
        <w:t>Печальные притчи</w:t>
      </w:r>
    </w:p>
    <w:p>
      <w:r>
        <w:rPr/>
        <w:t>В Евангелии от Луки.14:16-24 записана притча о Человеке, который сделал большой ужин и звал многих. И в Евангелии от Матфея 22:1-14 читаем похожую притчу о Царе, который устроил брачный пир для Сына Своего. И обе эти притчи рассказаны по-разному, но об одном, и заканчиваются словами: «Много званых, но мало избранных».</w:t>
      </w:r>
    </w:p>
    <w:p>
      <w:r>
        <w:rPr/>
        <w:t>Изучая весть к Лаодикии и притчу о десяти девах, я решил объединить все эти пророчества и иносказания в одну картину.</w:t>
      </w:r>
    </w:p>
    <w:p>
      <w:r>
        <w:rPr/>
        <w:t>Из истории Божьего народа мы знаем, что предсказания о последнем времени частично исполнились при разрушении Иерусалима, когда римские войска под командованием Тита осадили город, взяли его и полностью разрушили. В наши дни все пророчества о конце времени уже найдут своё повторное исполнение во всех деталях у нас на глазах.</w:t>
      </w:r>
    </w:p>
    <w:p>
      <w:r>
        <w:rPr/>
        <w:t>Господь посылает рабов Своих, чтобы пригласить званых на Своё торжество. У Бога есть план Спасения для последнего времени, который Он желает открыть Своему народу. И в обращении к Лаодикии Верный Свидетель открывает этот план. Он говорит о печальном состоянии Божьих детей, не отвергая никого, но приглашая всех к Себе. И происходит удивительное событие: «И начали все, как бы сговорившись, извиняться» и «не хотели прийти». Странное отношение к Божьему приглашению. Когда я читаю эти притчи и применяю их по отношению к духовной элите времён Христа, тогда, зная конец оных, я осуждаю этих религиозных вождей, почитая их глупыми. Они имели такое великое преимущество встречи с Самим Спасителем и получения особых благословений и сознательно отказались от этого. Но когда я применяю эти притчи к нашему времени, я вижу, что происходит нечто подобное. Те, кто по своему духовному призванию должен первым отозваться на этот призыв и наполнить свой сосуд маслом, пригласив к этому и остальных, почему-то дружно отказываются, как бы сговорившись между собой. И такой отказ не звучит в конкретном слове: «Нет», но очень вежливо даётся объяснение, что нет времени всё это изучать. Похоже на то, что люди просто не слышат ни тебя, ни Иисуса. Поэтому Господь и уточняет, что имеющий уши, да слышит. Ко всем печальным характеристикам лаодикийцев прибавляется ещё и глухота. Они не слышат Иисуса, хотя Он очень ясно и громко что-то советует, говорит и даже стучит. Просясь в мой дом, Он приходит со Своим пиром и большим ужином. Ему есть чем меня угостить и о чём со мной поговорить. И это настолько важное событие, что всех, кто услышит и откликнется, Господь обещает посадить на Своём престоле. Удивительное предложение, которое говорит об особой власти избранных и об особом отношении Бога к тем, кто отзовётся.</w:t>
      </w:r>
    </w:p>
    <w:p>
      <w:r>
        <w:rPr/>
        <w:t>Думаю, что мудрые девушки — это те люди, которые услышали Христа и приготовились к грядущим событиям, купив всё, что было им предложено.</w:t>
      </w:r>
    </w:p>
    <w:p>
      <w:r>
        <w:rPr/>
        <w:t xml:space="preserve">Но у Бога есть весть и для остального мира. Для тех, кто любит Его, но не имеет света, кто заблудился в своих проблемах. И Господь поручает мудрым девушкам </w:t>
      </w:r>
      <w:r>
        <w:rPr/>
        <w:t>ещё раз пойти по «всем дорогам и изгородям» и пригласить всех «нищих, увечных, хромых и слепых», убедив их прийти, чтобы Его дом наполнился. И это будет особая весть Небесного происхождения, которая в силе трёх ангелов и Святого Духа будет ещё раз возвещена по всей Земле. И когда дом наполнится, останется ещё место. Тогда Господь предложит Своим рабам ещё раз пойти и уже в силе только третьего ангела сделать особый призыв для тех, кто ещё находится в падшей церкви: «...Выйди от нее, народ Мой, чтобы не участвовать вам в грехах её и не подвергнуться язвам её!»</w:t>
      </w:r>
    </w:p>
    <w:p>
      <w:r>
        <w:rPr/>
        <w:t>Господь благ и весьма долготерпелив. Он очень долго собирает Свой народ в одну особую группу, которая будет участвовать в Его заключительном торжестве. Эти люди будут живыми встречать Того, Кто придёт на нашу планету во Второй раз.</w:t>
      </w:r>
    </w:p>
    <w:p>
      <w:r>
        <w:rPr/>
        <w:t>Господь в Своих притчах уточняет, что Его милость и долготерпение сменятся справедливым проявлением особой стороны Его любви: гневом и наказанием тех, кого Он изначально избрал и пригласил на Своё торжество. Это наказание частично описывается в Иез.9:1-11 и в Откр.16:1-21 как суды Божьи и последние язвы.</w:t>
      </w:r>
    </w:p>
    <w:p>
      <w:r>
        <w:rPr/>
        <w:t>Если преподнести эти образы так: «Приходи ко Мне на пир, или Я тебя убью», то можно исказить характер Христа и представить Бога в ложном свете.</w:t>
      </w:r>
    </w:p>
    <w:p>
      <w:r>
        <w:rPr/>
        <w:t>Но Господь обращается следующим образом: «Я решил положить конец истории греха, и вскоре приду, чтобы уничтожить всякое зло и всех, кто к нему прилепился всем сердцем. И чтобы ты не погиб в этом числе, Я предлагаю тебе Свой план Спасения, Свою милость и защиту на это время, и Своё личное присутствие в твоей жизни. Если ты примешь Моё предложение, уделишь своё время изучению этого плана, если прилепишься ко Мне всем сердцем, всею душой и всем разумением, то Я сохраню тебя во время Моих судов, и ничто тебе не сделает вреда!»</w:t>
      </w:r>
    </w:p>
    <w:p>
      <w:r>
        <w:rPr/>
        <w:t>Что ещё больше может сделать Бог для тех, кого любит и избрал для спасения? Какую ещё Он должен придумать весть для этого мира? Сколько ещё будет этот грешный мир насмехаться над Божьей любовью и долготерпением? Если Господь продлит эти дни, то уже не спасётся никакая плоть. Соблазны последнего времени очень сильны, и они обольстят многих, и даже многих званых.</w:t>
      </w:r>
    </w:p>
    <w:p>
      <w:r>
        <w:rPr/>
        <w:t>Но призвав всех на Свой пир и видя тех, кто наполнил Божий дом, Царь пойдёт внимательно рассматривать всех присутствующих. Все избранные успели купить белые одежды для этого торжества, и их срамота прикрылась. Небесное золото их обогатило, а глазная мазь сделала их зрячими, и они с радостью взирают на своего Господина, терпеливо ожидая, что Он предпримет дальше. То, что было не под силу сделать нам, совершил Святой Дух. Он убедил многих прийти, и они отозвались, и наполнили дом. Но от Господа невозможно что-то скрыть, и Он увидел среди возлежавших того, кто, минуя Божий план, не захотел приобрести брачную одежду и решил прийти на пир со своей праведностью. «Царь говорит ему: «друг! как ты вошёл сюда не в брачной одежде?» Он же молчал».</w:t>
      </w:r>
    </w:p>
    <w:p>
      <w:r>
        <w:rPr/>
        <w:t xml:space="preserve">Что смогут сказать Господу те, к кому с утра до вечера Он протягивал Свои пронзённые руки, умолял прийти, посылая Своих рабов, убеждая в истине, давая Святого Духа, а они отказались, оправдываясь отсутствием времени и интереса? Что может сделать любовь в сердце того, кто крепко закрыл свои двери и </w:t>
      </w:r>
      <w:r>
        <w:rPr/>
        <w:t>придумывает свои пути спасения? Кто будет виноват в том, что я отвергаю Божью одежду и надеваю свою? Я буду объявлен нечестивым. Меня бросят во тьму, и двери Божьей благодати закроются для меня навсегда. И это случится со всеми, кто сейчас находит оправдание и извинение своему невежеству и равнодушию. А как долго ещё Господь будет призывать нас на Свой пир?</w:t>
      </w:r>
    </w:p>
    <w:p>
      <w:r>
        <w:rPr/>
        <w:t>Сейчас звучит хорошая новость. Господь приглашает нас купить у Него всё, с чем мы можем прийти на Его торжество. В этих товарах Он предлагает Самого Себя со всеми вытекающими последствиями. Он сильно желает участвовать вместе со мной в этом радостном мероприятии. Что решу я? Услышу ли? Пойду ли я советоваться с миром и искать оправдание в своей занятости? Решать мне. Выбираю Иисуса, и, руководствуясь Его советами, иду за покупками. А там уже очередь из 143 999 человек, которые тоже ждали моего решения.</w:t>
      </w:r>
    </w:p>
    <w:p>
      <w:pPr>
        <w:pStyle w:val="Heading2"/>
      </w:pPr>
      <w:r>
        <w:t>Вопросы к размышлению над этой главой</w:t>
      </w:r>
    </w:p>
    <w:p>
      <w:r>
        <w:rPr/>
        <w:t xml:space="preserve">1. Прочитайте, пожалуйста, 1Пет.2:9; Откр.17:14; Пс.104:6; Ис.10:21-22; Лк.14:16-24; Мф.22:1-14; 20:16; 24:22,31; Иез.9:1-11; Лук.18:7; Рим.8:31-34; 9:27-28; 11:5,7-8; Кол.3:12-17; Мф.7:13-14 </w:t>
      </w:r>
      <w:r>
        <w:rPr/>
        <w:t>в свете этой главы</w:t>
      </w:r>
      <w:r>
        <w:rPr/>
        <w:t>.</w:t>
      </w:r>
    </w:p>
    <w:p>
      <w:r>
        <w:rPr/>
        <w:t xml:space="preserve">2. </w:t>
      </w:r>
      <w:r>
        <w:rPr/>
        <w:t>Что вы поняли из этой главы</w:t>
      </w:r>
      <w:r>
        <w:rPr/>
        <w:t>?</w:t>
      </w:r>
    </w:p>
    <w:p>
      <w:r>
        <w:rPr/>
        <w:t>3. Вам печально от понимания смысла предложенных притч?</w:t>
      </w:r>
    </w:p>
    <w:p>
      <w:r>
        <w:rPr/>
        <w:t>4. Почему Господь не даёт никаких шансов тем, кто отклоняет Его приглашение?</w:t>
      </w:r>
    </w:p>
    <w:p>
      <w:r>
        <w:rPr/>
        <w:t>5. Как долго длится приглашение Бога на Его пир к Его столу? И как долго оно ещё будет звучать?</w:t>
      </w:r>
    </w:p>
    <w:p>
      <w:r>
        <w:rPr/>
        <w:t>6. Почему Господь отворачивается от тех, кто отклоняет Его приглашение, а не придумывает более интересную рекламную кампанию, чтобы убедить званых людей к Нему прийти?</w:t>
      </w:r>
    </w:p>
    <w:p>
      <w:r>
        <w:rPr/>
        <w:t>7. Как звучит в реальной жизни этот призыв, и как его не перепутать с ложными призывами?</w:t>
      </w:r>
    </w:p>
    <w:p>
      <w:r>
        <w:rPr/>
        <w:t>8. Принимает ли Святой Дух участие в убеждении людей отозваться на Божье приглашение?</w:t>
      </w:r>
    </w:p>
    <w:p>
      <w:r>
        <w:rPr/>
        <w:t>9. 144.000 — это много или мало? Насколько велик будет верный остаток?</w:t>
      </w:r>
    </w:p>
    <w:p>
      <w:r>
        <w:rPr/>
        <w:t>10. Что делать, чтобы попасть в число избранных и верных?</w:t>
      </w:r>
    </w:p>
    <w:p>
      <w:r>
        <w:rPr/>
        <w:t>11. Как мне понять, в каком статусе я сейчас нахожусь в Божьих глазах? Не являюсь ли я тем, кто отклонил Его приглашение?</w:t>
      </w:r>
    </w:p>
    <w:p>
      <w:r>
        <w:rPr/>
        <w:t>12. Как звучит приглашение Бога лично для меня? Что это за весть? Как её не перепутать с плохими вестями?</w:t>
      </w:r>
    </w:p>
    <w:p>
      <w:r>
        <w:rPr/>
        <w:t>13. Является ли приглашение на обучение в Школу Любви Агапэ частью Божьего плана для последнего времени?</w:t>
      </w:r>
    </w:p>
    <w:p>
      <w:r>
        <w:rPr/>
        <w:t>14. Почему Господь не может оставить открытой дверь Своей благодати до самого Второго Пришествия Христа и во время Пришествия спасать тех, кто не успел покаяться?</w:t>
      </w:r>
    </w:p>
    <w:p>
      <w:r>
        <w:rPr/>
        <w:t>15. В какой группе людей вам бы хотелось быть? Что вы делаете для того, чтобы там оказаться?</w:t>
      </w:r>
    </w:p>
    <w:p>
      <w:pPr>
        <w:pStyle w:val="Heading2"/>
        <w:pageBreakBefore/>
      </w:pPr>
      <w:r>
        <w:t>Глава 44</w:t>
      </w:r>
    </w:p>
    <w:p>
      <w:pPr>
        <w:pStyle w:val="Heading1"/>
      </w:pPr>
      <w:r>
        <w:t>Пустая комната</w:t>
      </w:r>
    </w:p>
    <w:p>
      <w:r>
        <w:rPr/>
        <w:t>С вами происходило подобное? Вы разговариваете со своим другом по телефону и что-то ему радостно рассказываете, а потом вдруг понимаете, что связи нет, и вы говорите ни с кем? Вы перезваниваете другу, а вам отвечают: «Абонент отключён или находится вне зоны действия связи». Вы кладёте трубку, гадая о том, на каком месте вас прервало. Думаю, что каждый из нас переживал нечто подобное. А потом выяснялось, что пропала связь, или кончился заряд батарейки, или закончились деньги, или кто-то позвонил другу, или ещё что-нибудь. Связь восстанавливается, и вы общаетесь дальше.</w:t>
      </w:r>
      <w:r>
        <w:rPr/>
        <w:t xml:space="preserve"> </w:t>
      </w:r>
      <w:r>
        <w:rPr/>
        <w:t>Но бывает и такое, что своим поведением вы причинили другу боль или нанесли оскорбление, и он просто прекратил с вами общение, не отвечает на звонки и сообщения и сам не звонит. Что тогда происходит с вами? Как вы себя чувствуете? Думаю, вы сразу поймёте, что что-то не так, и начнёте искать решение этой проблемы. Доказательство своей правоты — это не самый лучший выход. А чем дороже и ближе друг, тем становится более ощутимым его отсутствие.</w:t>
      </w:r>
    </w:p>
    <w:p>
      <w:r>
        <w:rPr/>
        <w:t>В общении с людьми можно очень быстро определить, есть ли между нами теплота и дружба, насколько мы близки и дороги, имеется ли у нас духовная близость? В каждом из нас существует невидимый барометр настроения, который очень точно улавливает дух отношений.</w:t>
      </w:r>
    </w:p>
    <w:p>
      <w:r>
        <w:rPr/>
        <w:t>А теперь давайте перенесём все эти понятия в духовную жизнь и поставим своим Другом Христа. Он тоже живой и желает иметь со мной общение и близкие отношения. Так как Он в настоящее время находится в Небесном Святилище и совершает там служение за меня, то на Земле Иисус имеет Своего Представителя — Святого Духа, через Которого связывается со мной и принимает участие во всех моих планах и молитвах.</w:t>
      </w:r>
    </w:p>
    <w:p>
      <w:r>
        <w:rPr/>
        <w:t>А Сам Святой Дух не против дружбы со мной по моей вере в Иисуса. Он не против общения с моим духом под названием разум, интуиция и совесть. И благодаря этому посредническому служению Двух Личностей Божества я имею личные отношения и с Небесным Отцом, Который любит меня безусловно и воспитывает меня для Своего Царства, наделяя меня новым сердцем и вписывая Свой закон в мои мысли. И все эти отношения возможны благодаря моей вере в Иисуса. Встав на такой путь упования, я верою постигаю многие Библейские тайны и становлюсь вхожим в общение со своим Творцом. Но даже и в этих отношениях присутствует элемент веры, который очень интересно встроен в моё сердце. Он подсказывает правильный путь там, где чувства и разум ничего не видят и не переживают.</w:t>
      </w:r>
    </w:p>
    <w:p>
      <w:r>
        <w:rPr/>
        <w:t>Я настолько привыкаю жить верою, что порою даже не задумываюсь, был ли я принят, услышан, понят Богом. Я просто верю и всё. Но Святой Дух каким-то особым образом даёт мне заверение в том, что я принят, на молитву дан ответ, и в душе царит мир и радость в Господе. Думаю, что вы все понимаете, о чём идёт речь, как это происходит внутри.</w:t>
      </w:r>
    </w:p>
    <w:p>
      <w:r>
        <w:rPr/>
        <w:t>Как церковь мы имеем разные проекты и всевозможные виды служений, в которых также Святой Дух принимает участие и дарует нам успех, Своё благословение и защиту. И мы как Божий народ идём верою, взирая на Христа. Мы объединены одним учением в одном духе. И даже если мы говорим на разных языках, вера и принципы жизни у нас одинаковые.</w:t>
      </w:r>
    </w:p>
    <w:p>
      <w:r>
        <w:rPr/>
        <w:t>А что будет, если Святой Дух покинет нас? Думаю, что жизнь церкви не изменится и не остановится. Мы так же будем собираться, молиться и петь песни, планировать различные проекты, идти в мир и свидетельствовать, как и делали раньше. Возможно, что кто-то заявит о своих чувствах, что есть какая-то пустота, но его убедят, что надо полагаться на веру, а не на чувства, и идти дальше. Как определить, имеем ли мы силу свыше или идём своим путём?</w:t>
      </w:r>
    </w:p>
    <w:p>
      <w:r>
        <w:rPr/>
        <w:t>А как быть в личной жизни? Как я смогу определить присутствие Того, Кто никогда не был видимым, а всегда действовал через мои мысли и чувства? Думаю, что в личном отношении будет очень быстро замечено отсутствие Бога, если раньше Он присутствовал, хотя многие вопросы будут также решаться по обыкновению и по вере.</w:t>
      </w:r>
    </w:p>
    <w:p>
      <w:r>
        <w:rPr/>
        <w:t>В общении и дружбе с Богом существуют определённые условия и критерии, соблюдая которые, я рождаюсь свыше, получаю дар Святого Духа и начинаю возрастать. И по мере моего роста Бог учит меня новым истинам, посылает мне новый свет и ждёт моего принятия и послушания, чтобы вести меня дальше. При всём этом я остаюсь свободным в своём выборе и решаю, как быстро мне идти и как быстро мне расти.</w:t>
      </w:r>
    </w:p>
    <w:p>
      <w:r>
        <w:rPr/>
        <w:t>Переживание моих отношений с Иисусом определяется моим опытом и навыком, где моё духовное ухо и сердце научились слышать Его тихий голос, а присутствие в моей жизни Святого Духа узнаётся по наличию Его плода. И по этим признакам, имея особую близость, можно понять, обладаю ли я Христом. Но я живу в человеческой плоти, которая слышит и другие голоса и иногда их путает или не обращает внимания на тихие призывы. А вера продолжает идти и постигать невидимое.</w:t>
      </w:r>
    </w:p>
    <w:p>
      <w:r>
        <w:rPr/>
        <w:t xml:space="preserve">Я знаю и то, что Бог имеет доброе сердце, которое уважает мой выбор. И когда я предпочитаю зло или не обращаю внимания на новый свет, идя настойчиво своим путём, Господь может меня оставить, сначала на малое время, лишая меня радости и мира, а потом, если я упорствую в своём выборе, навсегда. Мне останется вера, но я стану верить лжи. Место Христа займёт другой дух, и он будет не против того, чтобы я продолжал носить святое Имя, приписывая всему своё христианство, чтобы я был ревностным защитником своих знаний и традиций, имитируя по привычке обычное служение и произнося знакомые молитвы. Мои проповеди останутся такими же и даже смогут кого-то вдохновлять. А Бога не будет со мной, и моя комната общения с Ним будет пуста. Мои познания Божества не остановятся, но вот Он уже не будет интересоваться мной, тихо звать и стучать в моё сердце. Сколько раз Он призывал меня и обращал моё внимание на заключительные пророчества для последнего времени, сколько раз Он открывал мне узкий путь и приглашал идти по нему! Но мне не хотелось что-то менять и идти в одиночку. Я ждал весёлую компанию и постоянно откладывал </w:t>
      </w:r>
      <w:r>
        <w:rPr/>
        <w:t>свой ответ, а потом и перестал реагировать на эти призывы, надеясь на чудо преобразования, которое произойдёт при излитии Позднего Дождя.</w:t>
      </w:r>
    </w:p>
    <w:p>
      <w:r>
        <w:rPr/>
        <w:t>Я продолжаю набирать знакомый номер и общаться с пустотой, веря в то, что я услышан, стараясь видеть ответы в своей жизни. Ничего особенного не изменилось, хоть чувства беспокоят сердце, но думаю, что это у всех приходит с возрастом. Главное, что я верю и хожу в правильную церковь.</w:t>
      </w:r>
    </w:p>
    <w:p>
      <w:r>
        <w:rPr/>
        <w:t>Не хочется продолжать эту грустную историю, особенно когда всё не так, когда любовь движет мыслями и указывает на новые цели. Божьи советы рассматриваются и принимаются к жизни. Хоть чувства и не всегда понимают, что происходит, но они взвешивают действие полученного света до и после и наполняют сердце радостью и благодарением Богу. Комната, в которой царит и руководит любовь, никогда не опустеет. Никогда не наступит то время, когда любовь скажет, что она закончилась, и мне нужно дальше самому решать свои задачи. Любовь даёт мне право на ношение белой одежды и открывает мне глаза на многие вещи. Я имею глазную мазь, которую мне вручили при покупке золота, и мои уши открыты, чтобы слышать голос Духа, и я люблю.</w:t>
      </w:r>
    </w:p>
    <w:p>
      <w:pPr>
        <w:pStyle w:val="Heading2"/>
      </w:pPr>
      <w:r>
        <w:t>Вопросы к размышлению над этой главой</w:t>
      </w:r>
    </w:p>
    <w:p>
      <w:r>
        <w:rPr/>
        <w:t xml:space="preserve">1. Прочитайте, пожалуйста, 1Пар.28:9; Ис.54:7-8; Быт.6:3-7; 2Фес.2:7-12; Евр.10:25-29; 1Кор.13:1-3; Ин.12:35-37; Мф.12:26-32; 23:38; Лк.11:21-26; Откр.2:4-5; 3:3; Наум.1:2-7; Авв.2:4; Мф.7:13-20; 28:18-20; Откр.3:20 </w:t>
      </w:r>
      <w:r>
        <w:rPr/>
        <w:t>в свете этой главы</w:t>
      </w:r>
      <w:r>
        <w:rPr/>
        <w:t>.</w:t>
      </w:r>
    </w:p>
    <w:p>
      <w:r>
        <w:rPr/>
        <w:t xml:space="preserve">2. </w:t>
      </w:r>
      <w:r>
        <w:rPr/>
        <w:t>Что вы поняли из этой главы</w:t>
      </w:r>
      <w:r>
        <w:rPr/>
        <w:t>?</w:t>
      </w:r>
    </w:p>
    <w:p>
      <w:r>
        <w:rPr/>
        <w:t>3. Как вы понимаете выражение «хула на Святого Духа»?</w:t>
      </w:r>
    </w:p>
    <w:p>
      <w:r>
        <w:rPr/>
        <w:t>4. Почему Господь, так много говоривший о том, что не оставит нас, оставляет тех, кто не отзывается на Его призывы?</w:t>
      </w:r>
    </w:p>
    <w:p>
      <w:r>
        <w:rPr/>
        <w:t>5. Что происходит с теми, кто злоупотребляет долготерпением Бога?</w:t>
      </w:r>
    </w:p>
    <w:p>
      <w:r>
        <w:rPr/>
        <w:t>6. Что означает богооставленность в последнее время?</w:t>
      </w:r>
    </w:p>
    <w:p>
      <w:r>
        <w:rPr/>
        <w:t>7. Можно ли молиться, читать Библию, делать Божьи дела и при этом быть духовно мёртвым? В чём может быть причина?</w:t>
      </w:r>
    </w:p>
    <w:p>
      <w:r>
        <w:rPr/>
        <w:t>8. Есть ли для отвергнувших весть к Лаодикии какие-то другие вести, дающие им надежду?</w:t>
      </w:r>
    </w:p>
    <w:p>
      <w:r>
        <w:rPr/>
        <w:t>9. Если я от всего сердца верю в такого Бога, Который видит мою искренность и желание быть в раю и закрывает глаза на моё греховное поведение, потому что сильно любит меня, то есть ли у меня шансы попасть на Небо?</w:t>
      </w:r>
    </w:p>
    <w:p>
      <w:r>
        <w:rPr/>
        <w:t>10. Как долго терпит Бог противление человека?</w:t>
      </w:r>
    </w:p>
    <w:p>
      <w:r>
        <w:rPr/>
        <w:t>11. Как определить ту границу, когда Бог оставляет грешника навсегда?</w:t>
      </w:r>
    </w:p>
    <w:p>
      <w:r>
        <w:rPr/>
        <w:t>12. Каким образом наличие любви в моём разуме может мне помочь устоять? В чём её отличие от других даров Святого Духа?</w:t>
      </w:r>
    </w:p>
    <w:p>
      <w:r>
        <w:rPr/>
        <w:t>13. Желаете ли вы утвердиться в любви? Как вы это понимаете? Еф.3:17</w:t>
      </w:r>
    </w:p>
    <w:p>
      <w:r>
        <w:rPr/>
        <w:t>14. Верите ли вы в то, что пока вы имеете общение и дружбу со Христом, то Он вас никогда не оставит, даже если вы ошибётесь и упадёте?</w:t>
      </w:r>
    </w:p>
    <w:p>
      <w:r>
        <w:rPr/>
        <w:t>15. Чем отличается ошибка от восстания или от хулы на Святого Духа?</w:t>
      </w:r>
    </w:p>
    <w:p>
      <w:pPr>
        <w:pStyle w:val="Heading2"/>
        <w:pageBreakBefore/>
      </w:pPr>
      <w:r>
        <w:t>Глава 45</w:t>
      </w:r>
    </w:p>
    <w:p>
      <w:pPr>
        <w:pStyle w:val="Heading1"/>
      </w:pPr>
      <w:r>
        <w:t>Хватит прыгать!</w:t>
      </w:r>
    </w:p>
    <w:p>
      <w:r>
        <w:rPr/>
        <w:t>Когда-то давно я жил в доме на пятом этаже. В подъезде находился лифт, вокруг которого была построена лестница. Лифт возил людей только вверх, а вниз нужно было спускаться самим. Будучи ребёнком, я не мог просто ходить. Я бегал по лестнице, перепрыгивая ступеньки через одну. Иногда я бежал через три, а иногда испытывал свои силы, пытаясь прыгать через весь лестничный марш.</w:t>
      </w:r>
    </w:p>
    <w:p>
      <w:r>
        <w:rPr/>
        <w:t>В настоящее время привычка перепрыгивать ступеньки у меня ещё осталась, но уже нет необходимости постоянно это делать, разве только при подъёме вверх или при спешке.</w:t>
      </w:r>
    </w:p>
    <w:p>
      <w:r>
        <w:rPr/>
        <w:t>Если посмотреть на меня со стороны, то можно предположить, что я уважаю труд уборщиков и берегу покрытие лестницы, используя её только на 50 процентов.</w:t>
      </w:r>
    </w:p>
    <w:p>
      <w:r>
        <w:rPr/>
        <w:t>Но иногда я говорю сам себе: «Хватит прыгать! Не мальчик уже!»</w:t>
      </w:r>
    </w:p>
    <w:p>
      <w:r>
        <w:rPr/>
        <w:t>Бог дал нам Свой закон и Свои заповеди, и Он очень хочет, чтобы мы с ними познакомились, услышав о них. У Господа есть желание, чтобы я сам лично прочитал то, что Он заповедал, выучил наизусть, вник в дух Закона, а потом позволил Богу вложить его в моё сердце и написать его в моих мыслях.</w:t>
      </w:r>
    </w:p>
    <w:p>
      <w:r>
        <w:rPr/>
        <w:t>Весь закон свят, и дан миру как единый нравственный кодекс правильных отношений между людьми и Богом, а также между человеком и человеком. Это мерило праведности не изменилось с годами, и Божьи требования остаются непоколебимыми со дня их провозглашения. Но находятся те, кто прыгает через эти святые постановления, считая что-то устаревшим, а что-то ненужным в наше время. А кто-то совершает рекорды, стараясь в своей жизни перепрыгнуть весь закон и при этом не разбиться. В результате вырабатывается привычка, которая формирует характер. А если спросить людей, какие заповеди они знают, то вам назовут, как правило, только две: «Не убивай и не кради». А их 10. А сколько других правил, советов и постановлений содержит Библия? Очень много. И Бог желает, чтобы мы не прыгали в изучении Библии, а последовательно вникали в себя и в учение. Кто-то сказал, что для людей закон не писан, если писан, то не читан, если читан, то не понят, если понят, то не так.</w:t>
      </w:r>
      <w:r>
        <w:rPr/>
        <w:t xml:space="preserve"> </w:t>
      </w:r>
      <w:r>
        <w:rPr/>
        <w:t>Когда я говорю о Божьих заповедях, многие из вас согласятся, что их нужно соблюдать, и нельзя прыгать, нарушая гармонию жизни, так как это грех, а согрешающая душа умрёт. Но когда начинается разговор о пророчествах для последнего времени, то почему-то желающих их изучить, понять и последовательно ими идти становится очень мало. Однако начинаются игры по перепрыгиванию, и это входит в привычку. И я замечаю и себя в числе этих горе-спортсменов. Но так не стоит жить. Перепрыгивая через что-то в Библии, я становлюсь поверхностным слушателем и читателем и могу пропустить что-то важное.</w:t>
      </w:r>
    </w:p>
    <w:p>
      <w:r>
        <w:rPr/>
        <w:t xml:space="preserve">Любое пророчество содержит глубину откровений, и Бог желает, чтобы я не прыгал через непонятные стихи, а молился об их понимании и толковании. Соглашусь с тем, что не все пророчества нам откроются, а многие из них уже исполнились в прошлом, и просто свидетельствуют о том, что Бог исполнит всё, </w:t>
      </w:r>
      <w:r>
        <w:rPr/>
        <w:t>что задумал. Подобная позиция веры помогает мне понять, что многое совершится и в наши дни.</w:t>
      </w:r>
    </w:p>
    <w:p>
      <w:r>
        <w:rPr/>
        <w:t>Как вы думаете, является ли послание к Лаодикии важным пророчеством для конца времени? Те, кто изучал предыдущие уроки, скажут, что да. В этих стихах содержится самая важная истина для последних дней, которая учит тому, что необходимо что-то понять и предпринять, чтобы устоять.</w:t>
      </w:r>
    </w:p>
    <w:p>
      <w:r>
        <w:rPr/>
        <w:t>Хватит прыгать по стихам, перескакивая то, что не сразу открывается. Стоит задуматься над каждым словом этой вести, расшифровать все эти символы, вникнуть в смысл и жить так, как советует Свидетель Истинный и Верный. Хватит прыгать через слова, считая что-то ненужным и необязательным! В этой вести важно всё!</w:t>
      </w:r>
    </w:p>
    <w:p>
      <w:r>
        <w:rPr/>
        <w:t>Давайте рассмотрим пример. Когда не было Святилища, было ли важно приносить в нём жертвоприношения? Нет, ведь его не было. Пришло время, и Бог дал этот закон, и когда произошло посвящение этого места, то все предыдущие постановления о жертвоприношении потеряли силу. Жертву следовало приносить в определённом месте. Впоследствии был построен храм, и служение перешло в это место, а всё предыдущее утратило значение. Когда пришёл Иисус и принёс Себя в Жертву за грех, тогда служение в храме потеряло смысл, так как все обряды и Законы о жертвах указывали на Христа и исполнились в Нём. И уже со Своей кровью Иисус вошёл в истинное Небесное Святилище и стал истинным Первосвященником Небесного служения. До определённого времени Он ходатайствовал в первом отделении Святилища, куда принимались все, но, когда пришло время очищения Святилища, наш Небесный Ходатай покинул Святое и перешёл во Святое Святых, где продолжает Своё ходатайственное служение. А всякое служение, совершавшееся до этого перехода, утратило силу, хотя и осталось написанным в Библии.</w:t>
      </w:r>
    </w:p>
    <w:p>
      <w:r>
        <w:rPr/>
        <w:t>В настоящее время идёт Небесный суд, на котором рассматриваются дела всех людей, причастных к христианству, чтобы определить тех, кто стал достойным Вечной жизни и позволил себя приготовить к переселению на Небо. Дела всех мёртвых праведников будут рассмотрены, и будет вынесен вердикт. После этого суд перейдёт к живым, и их жизни будут рассмотрены, мысли и чувства взвешены, и найденные верными будут запечатлены.</w:t>
      </w:r>
    </w:p>
    <w:p>
      <w:r>
        <w:rPr/>
        <w:t>Иисус не станет вечно пребывать во Святом Святых. Вскоре Он закончит эту фазу служения и покинет это место, чтобы воздать каждому по его делам, заканчивая историю Земли и греха Своим Вторым Пришествием.</w:t>
      </w:r>
    </w:p>
    <w:p>
      <w:r>
        <w:rPr/>
        <w:t>Когда начнётся суд над живыми праведниками, тогда все предыдущие правила перейдут в окончательную фазу служения, и пророчества о последнем времени и приготовлении к этим событиям станут очень актуальными. Многие дети Божии будут удивлены тому, что всё идёт не так, как они представляли и ожидали, и многие из них соблазнятся и не примут новые условия служения Христа. Они отвергнут убеждения Святого Духа, противоречащие их пониманию этого времени.</w:t>
      </w:r>
    </w:p>
    <w:p>
      <w:r>
        <w:rPr/>
        <w:t>Масло для светильника окажется самым ценным продуктом, а его заправка — самым важным учением. Враг души предложит свою подделку, но Дух Божий раскроет все планы лукавого и даст Свой свет.</w:t>
      </w:r>
      <w:r>
        <w:rPr/>
        <w:t xml:space="preserve"> </w:t>
      </w:r>
      <w:r>
        <w:rPr/>
        <w:t xml:space="preserve">Знание и понимание Библейских </w:t>
      </w:r>
      <w:r>
        <w:rPr/>
        <w:t>пророчеств и символов о последнем времени помогут нам сориентироваться и устоять в этом просеивании. Бог не оставит в неведении никого, кто последовательно проходит все ступени роста и познания истины. Но недостаток ведения станет для многих верующих роковым.</w:t>
      </w:r>
    </w:p>
    <w:p>
      <w:r>
        <w:rPr/>
        <w:t>В Откр.3:18 Господь нам советует купить самое важное, что откроет нам новый путь и план для последнего времени. Не стоит перепрыгивать через этот стих и через непонятные символы. Если вы пропустите что-то из этих товаров, то вы потеряете всё, а вместе с этим и силу устоять в грядущих испытаниях. Хватит прыгать, друзья! Остановитесь и познайте, что предлагает нам Бог, а потом дайте и себя познать через открытие двери Тому, Кто стоит и стучит.</w:t>
      </w:r>
    </w:p>
    <w:p>
      <w:r>
        <w:rPr/>
        <w:t>Все Библейские науки хороши, но знание пророчеств о последнем времени важно и актуально сейчас, как ничто другое. Когда Первосвященник объявит о запечатлении тех, кого Он очистил и избрал, тогда всё остальное потеряет свою силу, и никто ничего уже не изменит. Где ты хочешь быть в это время, друг? Будешь ли ты и дальше прыгать? Тебе предлагается всё.</w:t>
      </w:r>
    </w:p>
    <w:p>
      <w:pPr>
        <w:pStyle w:val="Heading2"/>
      </w:pPr>
      <w:r>
        <w:t>Вопросы к размышлению над этой главой</w:t>
      </w:r>
    </w:p>
    <w:p>
      <w:r>
        <w:rPr/>
        <w:t xml:space="preserve">1. Прочитайте, пожалуйста, 1Тим.4:16; Мк.7:6-13; 2Тим.3:7; Иак.1:22-25; 1Цар.8:7; 15:23; Мф.26:41; Ос.4:6; 8:3; Прит.2:1-12; 15:8; 28:9; Пс.24:9; 1Кор.13:1-3; Ам.3:7; Еф.3:16-21; Иуд.1:24-25 </w:t>
      </w:r>
      <w:r>
        <w:rPr/>
        <w:t>в свете этой главы</w:t>
      </w:r>
      <w:r>
        <w:rPr/>
        <w:t>.</w:t>
      </w:r>
    </w:p>
    <w:p>
      <w:r>
        <w:rPr/>
        <w:t xml:space="preserve">2. </w:t>
      </w:r>
      <w:r>
        <w:rPr/>
        <w:t>Что вы поняли из этой главы</w:t>
      </w:r>
      <w:r>
        <w:rPr/>
        <w:t>?</w:t>
      </w:r>
    </w:p>
    <w:p>
      <w:r>
        <w:rPr/>
        <w:t>3. Прочитайте 2Пет.1:5-7. Что из этого можно перепрыгнуть, чтобы достигнуть верхней ступени?</w:t>
      </w:r>
    </w:p>
    <w:p>
      <w:r>
        <w:rPr/>
        <w:t>4. Вы обратили внимание на то, что находится на самом верху «лестницы Петра»?</w:t>
      </w:r>
    </w:p>
    <w:p>
      <w:r>
        <w:rPr/>
        <w:t>5. Как вы думаете, является ли притча о десяти девах лестницей, ведущей к предупреждению и познанию истины для настоящего времени?</w:t>
      </w:r>
    </w:p>
    <w:p>
      <w:r>
        <w:rPr/>
        <w:t>6. Вам понятны все символы из послания к Лаодикии? Сможете ли вы на память дать определение каждому из них?</w:t>
      </w:r>
    </w:p>
    <w:p>
      <w:r>
        <w:rPr/>
        <w:t>7. Знаете ли вы наизусть послание к Лаодикии? Или хотя бы стих 18?</w:t>
      </w:r>
    </w:p>
    <w:p>
      <w:r>
        <w:rPr/>
        <w:t xml:space="preserve">8. </w:t>
      </w:r>
      <w:r>
        <w:rPr/>
        <w:t>Важ</w:t>
      </w:r>
      <w:r>
        <w:rPr/>
        <w:t>но ли знать, что является маслом для светильника, и где его можно сегодня купить?</w:t>
      </w:r>
    </w:p>
    <w:p>
      <w:r>
        <w:rPr/>
        <w:t>9. Как вы думаете, нужно ли прилагать усилие к тому, чтобы не пропустить ничего из того, что очень важно знать и понимать в конце времени?</w:t>
      </w:r>
    </w:p>
    <w:p>
      <w:r>
        <w:rPr/>
        <w:t>10. О каком недостатке ведения говорит пророк Осия 4:6? Как понять, имею ли я это знание?</w:t>
      </w:r>
    </w:p>
    <w:p>
      <w:r>
        <w:rPr/>
        <w:t>11. Будет ли Господь тянуть в Вечность беспечных и поверхностных людей, которые хотят спастись, но не желают принимать Божий план своего Спасения?</w:t>
      </w:r>
    </w:p>
    <w:p>
      <w:r>
        <w:rPr/>
        <w:t>12. Важно ли понимать, что сейчас делает на Небе Иисус, и что будет, когда Он закончит Своё служение в Небесном Святилище?</w:t>
      </w:r>
    </w:p>
    <w:p>
      <w:r>
        <w:rPr/>
        <w:t>13. Вы понимаете важность постепенного роста и перехода из одной стадии веры в другую?</w:t>
      </w:r>
    </w:p>
    <w:p>
      <w:r>
        <w:rPr/>
        <w:t xml:space="preserve">14. </w:t>
      </w:r>
      <w:r>
        <w:rPr/>
        <w:t>Будет ли дано где-то объявление, чтобы все желающие могли пополнить число</w:t>
      </w:r>
      <w:r>
        <w:rPr/>
        <w:t xml:space="preserve"> 144.000?</w:t>
      </w:r>
    </w:p>
    <w:p>
      <w:r>
        <w:rPr/>
        <w:t>15. Как вы считаете, готовит ли эта школа нас к чему-то важному и интересному?</w:t>
      </w:r>
    </w:p>
    <w:p>
      <w:pPr>
        <w:pStyle w:val="Heading2"/>
        <w:pageBreakBefore/>
      </w:pPr>
      <w:r>
        <w:t>Глава 46</w:t>
      </w:r>
    </w:p>
    <w:p>
      <w:pPr>
        <w:pStyle w:val="Heading1"/>
      </w:pPr>
      <w:r>
        <w:t>Реальность Лаодикии</w:t>
      </w:r>
    </w:p>
    <w:p>
      <w:r>
        <w:rPr/>
        <w:t>Если вы попросите меня о том, чтобы я рассказал вам о смысле моей веры, о том, как проходят богослужения, как моё христианство противостоит миру, что я делаю как представитель Божьего народа, то в ответ вы услышите рассказ, который, возможно, заставит вас задуматься или обескуражит.</w:t>
      </w:r>
      <w:r>
        <w:rPr/>
        <w:t xml:space="preserve"> </w:t>
      </w:r>
      <w:r>
        <w:rPr/>
        <w:t xml:space="preserve">Если вы изучаете только Библию и уроки этой </w:t>
      </w:r>
      <w:r>
        <w:rPr/>
        <w:t>книги</w:t>
      </w:r>
      <w:r>
        <w:rPr/>
        <w:t>, имея отношения лишь с нашими учениками, то вы почувствуете атмосферу Неба, дух дружелюбия, какое-то особое присутствие Бога в нашем общении друг с другом. Истина для последнего времени будет открываться вам в ясности и простоте Священного Писания. Но мы разбросаны по всему миру, и даже не имеем возможности собираться очно вместе, а являемся простыми членами поместной церкви.</w:t>
      </w:r>
    </w:p>
    <w:p>
      <w:r>
        <w:rPr/>
        <w:t>Во Христа я уверовал летом 1993 года, заключил с Ним завет через водное крещение, а свою церковь нашёл чуть позже, приняв повторное крещение, свидетельствуя этим, что я соглашаюсь с учением той деноминации, в которую привёл меня Господь.</w:t>
      </w:r>
    </w:p>
    <w:p>
      <w:r>
        <w:rPr/>
        <w:t>Моё самообразование поддерживало меня в форме, а моя вера росла и укреплялась благодаря моим личным отношениям с Иисусом. В пророческих и духовных книгах я прочитал о том, чем является церковь в Божьих глазах, и как она дорога Всевышнему. Я всегда радовался тому, что нахожусь среди народа, который имеет учение, основанное на Библии, и не верит в заблуждения.</w:t>
      </w:r>
    </w:p>
    <w:p>
      <w:r>
        <w:rPr/>
        <w:t>Если спросить меня о реальном смысле общественного служения, исходя из моих наблюдений, то я расскажу о том, что, возможно, кого-то удивит.</w:t>
      </w:r>
    </w:p>
    <w:p>
      <w:r>
        <w:rPr/>
        <w:t>В субботу утром я собираюсь в церковь на богослужение по заповеди и уже знаю, какой будет порядок этой встречи. Мы собираемся вместе, поём духовные гимны, проводим урок субботней школы, слушаем проповедь и расходимся до следующей субботы. И так каждую неделю. В лучшем случае меня могут пригласить после богослужения на обед, или я, имея возможность, зову кого-то к себе. А всё остальное время между этими событиями я могу наполнять всем, что я считаю правильным и нужным. И много-много лет ничего не меняется в привычном ходе событий. Пандемия ввела какие-то новшества в чин богослужения, но ничего не изменила, только людей, посещающих собрания, стало меньше.</w:t>
      </w:r>
    </w:p>
    <w:p>
      <w:r>
        <w:rPr/>
        <w:t xml:space="preserve">Год за годом я привычно совершаю одно и то же и не знаю, как оно должно быть. Я не представляю, как это правильно в реальности наших дней. Но о себе я могу сказать, что меня не устраивает такой порядок, если только им жить. Я постоянно ищу себе духовную пищу, чтобы не умереть с голоду, и я не рассчитываю на то, что меня кто-то накормит в церкви. Моё христианство сконцентрировано не на субботнем богослужении, а на личном отношении со Христом, на постоянном приставании к Нему со своими заботами, нуждами, просьбами и проблемами. Иногда я Его благодарю за изобилие всего или радую Его сердце своими новыми идеями. Много раз я пытался воплотить свои духовные открытия в своей церкви, но понял, что меня просто не понимают. Ко мне относятся очень настороженно, </w:t>
      </w:r>
      <w:r>
        <w:rPr/>
        <w:t>и приходится в личном порядке искать себе тех, с кем можно поделиться тем огнём, который греет сердце и даёт смысл жизни.</w:t>
      </w:r>
    </w:p>
    <w:p>
      <w:r>
        <w:rPr/>
        <w:t>Я являюсь частью пророческого народа и не отделяю себя от него, потому что Господь избрал церковь для завершения истории этого мира и дал достаточно света, чтобы приготовить нас к этой миссии. Но, к сожалению, я знаю только теорию, а на практике вижу лишь то, что описал выше. Но меня не смущает это. Я нашёл живую воду, и готов ею делиться со всеми желающими.</w:t>
      </w:r>
    </w:p>
    <w:p>
      <w:r>
        <w:rPr/>
        <w:t>Меня очень вдохновляют лагерные собрания, на которых можно встретить живых миссионеров, которые имеют личные отношения с Иисусом и очень близки мне по духу. На подобных встречах происходят удивительные знакомства с уникальными людьми, и Божий Дух особым образом посещает такие мероприятия, вдохновляя нас на новые виды служения.</w:t>
      </w:r>
    </w:p>
    <w:p>
      <w:r>
        <w:rPr/>
        <w:t>Иногда я думаю о том, что будет, если нашу поместную церковь закроют. Заметят ли это соседи, и будут ли жители города сожалеть о том, что нас больше нет? Реальность такова, что никто на это даже не обратит внимания. Я говорю об этом, но так хочется и что-то изменить.</w:t>
      </w:r>
    </w:p>
    <w:p>
      <w:r>
        <w:rPr/>
        <w:t>Самое дорогое и ценное в любой Божьей церкви — это люди, наша дружба, любовь и общение в правильном духе. Союз единомышленников обладает мощным влиянием и даёт Богу возможность проявлять Свою силу для достижения поставленных задач. Но если подобных отношений нет, то мы становимся самособойчиками и ищем себе то, что поможет нам самостоятельно плыть против течения. Кому-то это удаётся, а кто-то тонет в соблазнах этого мира и уходит от Бога навсегда, затаив в сердце горькую обиду на своих собратьев.</w:t>
      </w:r>
    </w:p>
    <w:p>
      <w:r>
        <w:rPr/>
        <w:t>Если я буду каждый раз пытаться открыть закрытую дверь в надежде на то, что она вдруг распахнётся, и буду это повторять из года в год, то думаю, вы сочтёте меня странным человеком. Но когда на протяжении многих лет мы пытаемся через служение сделать то, что не работает, тогда это выглядит как миссионерская работа, которая не приносит результата, но поддерживает нас в форме. Мы молимся, просим благословения, идём в мир, приглашая людей к нам, радуемся хотя бы одному новому лицу, а потом понимаем, что вновь ничего не открылось, но планируем следующую попытку, надеясь на волшебное «А вдруг...»</w:t>
      </w:r>
    </w:p>
    <w:p>
      <w:r>
        <w:rPr/>
        <w:t>В этом рассказе я никого не ругаю, не ищу виновных, не хочу что-то доказать, а просто делюсь тем, что есть, и в чём я живу.</w:t>
      </w:r>
      <w:r>
        <w:rPr/>
        <w:t xml:space="preserve"> </w:t>
      </w:r>
      <w:r>
        <w:rPr/>
        <w:t>Когда я слушаю новости о том, как в Африке тысячами обращаются и приходят к Богу, тогда моё сердце трепещет от радости за тех миссионеров, которые там трудятся. Но у нас почему-то даже одного человека очень сложно найти, а потом его надо ещё и удержать. То, что я имею личные отношения с Богом, поддерживает меня в форме и делает меня живым, но я не знаю, как этому научить новичков. Они пришли не ко мне, а в церковь. Им нужны друзья, духовная семья, общение, просто интерес к себе, а в ответ только формализм. В чём проблема? Я не имею мудрости решать эти задачи в рамках всей церкви, хотя прекрасно знаю, что делать лично мне.</w:t>
      </w:r>
    </w:p>
    <w:p>
      <w:r>
        <w:rPr/>
        <w:t xml:space="preserve">В какой-то период своего христианства я понял, что я имею знания истины и веру, но не имею любви, и это ввергло меня в отчаяние. Я просто осознал, что не могу так дальше жить. Духовная пустота формализма обескураживала меня постоянно, и только богословские споры вносили какое-то разнообразие в мои </w:t>
      </w:r>
      <w:r>
        <w:rPr/>
        <w:t>будни. Я стал просить Господа о даре любви, и Он ответил, и дал мне это семя. О, как приятно её иметь, взращивать в своей жизни и делиться этим знанием и даром с другими. Моя жизнь стала разноцветной, интересной, живой. Я постоянно придумываю себе проекты, и они действуют. Любовь привносит удивительный смысл во всё. Любое моё дело с мотивом любви радует моё сердце и вдохновляет на новые проекты.</w:t>
      </w:r>
    </w:p>
    <w:p>
      <w:r>
        <w:rPr/>
        <w:t>Хоть мир вокруг меня не изменился, но моё отношение к жизни и людям стало другим. Я многого не умею и не знаю, но с радостью совершаю то, что у меня получается. Мне нравится отдавать и делиться духовными благословениями любви, и я делаю это очень нежно, чтобы не нарушать чужую свободу, да и самому нужно остаться свободным.</w:t>
      </w:r>
    </w:p>
    <w:p>
      <w:r>
        <w:rPr/>
        <w:t>Я понимаю, что в последнее время должны произойти какие-то особые потрясения, чтобы пробудить весь мой народ. И жду этого.</w:t>
      </w:r>
    </w:p>
    <w:p>
      <w:pPr>
        <w:pStyle w:val="Heading2"/>
      </w:pPr>
      <w:r>
        <w:t>Вопросы к размышлению над этой главой</w:t>
      </w:r>
    </w:p>
    <w:p>
      <w:r>
        <w:rPr/>
        <w:t xml:space="preserve">1. Прочитайте, пожалуйста, Мф.13:24-30; Лк.18:7-8; Флп.2:12-16; 1Тим.4:16; 1Пет.1:13-23; Лк.23:55-56; Лк.4:16; Деян.16:3; 17:2-3; Исх.31:13; Ис.66:23; Мк.2:27; Евр.5:11-14; Иез.9:4; Иак.1:21-25; 1Ин.2:15-17; Откр.3:15-16; Евр.10:25 </w:t>
      </w:r>
      <w:r>
        <w:rPr/>
        <w:t>в свете этой главы</w:t>
      </w:r>
      <w:r>
        <w:rPr/>
        <w:t>.</w:t>
      </w:r>
    </w:p>
    <w:p>
      <w:r>
        <w:rPr/>
        <w:t xml:space="preserve">2. </w:t>
      </w:r>
      <w:r>
        <w:rPr/>
        <w:t>Что вы поняли из этой главы</w:t>
      </w:r>
      <w:r>
        <w:rPr/>
        <w:t>?</w:t>
      </w:r>
    </w:p>
    <w:p>
      <w:r>
        <w:rPr/>
        <w:t>3. Как вы думаете, является ли мой опыт жизни в церкви исключением из правил, или вы тоже наблюдаете и переживаете подобное?</w:t>
      </w:r>
    </w:p>
    <w:p>
      <w:r>
        <w:rPr/>
        <w:t>4. Знает ли Бог, что происходит сейчас в Его церкви?</w:t>
      </w:r>
    </w:p>
    <w:p>
      <w:r>
        <w:rPr/>
        <w:t>5. Важно ли иметь в духовном росте личное самообразование, или нужно найти правильную и живую церковь, доверив её руководству своё воспитание?</w:t>
      </w:r>
    </w:p>
    <w:p>
      <w:r>
        <w:rPr/>
        <w:t>6. Стоит ли посвятить свою жизнь тому, чтобы заниматься выявлением и выдёргиванием плевел, чтобы помочь Господу достичь духовной чистоты в церкви?</w:t>
      </w:r>
    </w:p>
    <w:p>
      <w:r>
        <w:rPr/>
        <w:t>7. Вы понимаете, что такое духовный формализм? Знаете ли вы по своему опыту влияние этого духа?</w:t>
      </w:r>
    </w:p>
    <w:p>
      <w:r>
        <w:rPr/>
        <w:t>8. Стоит ли бороться за своё спасение, если никто вокруг не желает этим заниматься?</w:t>
      </w:r>
    </w:p>
    <w:p>
      <w:r>
        <w:rPr/>
        <w:t>9. Что может помочь в личном самообразовании? У вас есть идеи для личного духовного роста?</w:t>
      </w:r>
    </w:p>
    <w:p>
      <w:r>
        <w:rPr/>
        <w:t>10. Не будет ли выглядеть моё личное благочестие попыткой выделиться среди тихого и спокойного течения обстоятельств в жизни церкви?</w:t>
      </w:r>
    </w:p>
    <w:p>
      <w:r>
        <w:rPr/>
        <w:t xml:space="preserve">11. Стоит ли организовывать новую церковь, если </w:t>
      </w:r>
      <w:r>
        <w:rPr/>
        <w:t>моя</w:t>
      </w:r>
      <w:r>
        <w:rPr/>
        <w:t xml:space="preserve"> меня удручает?</w:t>
      </w:r>
    </w:p>
    <w:p>
      <w:r>
        <w:rPr/>
        <w:t>12. Может ли Господь возродить Свой народ? Что я могу для этого сделать?</w:t>
      </w:r>
    </w:p>
    <w:p>
      <w:r>
        <w:rPr/>
        <w:t xml:space="preserve">13. Вы пробовали предлагать материалы </w:t>
      </w:r>
      <w:r>
        <w:rPr/>
        <w:t>этой книги</w:t>
      </w:r>
      <w:r>
        <w:rPr/>
        <w:t xml:space="preserve"> в своих общинах для духовного развития?</w:t>
      </w:r>
    </w:p>
    <w:p>
      <w:r>
        <w:rPr/>
        <w:t>14. Помогают ли наши уроки постичь вам что-то великое и недоступное, чего вы не знали ранее?</w:t>
      </w:r>
    </w:p>
    <w:p>
      <w:r>
        <w:rPr/>
        <w:t>15. Переживаете ли вы о том, что сейчас происходит в духовном мире вашей общины?</w:t>
      </w:r>
    </w:p>
    <w:p>
      <w:pPr>
        <w:pStyle w:val="Heading2"/>
        <w:pageBreakBefore/>
      </w:pPr>
      <w:r>
        <w:t>Глава 47</w:t>
      </w:r>
    </w:p>
    <w:p>
      <w:pPr>
        <w:pStyle w:val="Heading1"/>
      </w:pPr>
      <w:r>
        <w:t>Заключительный перелёт</w:t>
      </w:r>
    </w:p>
    <w:p>
      <w:r>
        <w:rPr/>
        <w:t>Главный Конструктор дал мне план строительства личного самолёта, который в определённое время должен будет перенести меня в Небесную страну за океаном. Мне по моей вере была подарена Зелёная карта, дающая право на переселение и получение гражданства этого государства. Я получил чёткую инструкцию по сборке самолёта, где в подробных деталях описывается история предыдущих строителей, смена деталей самолёта, где даются мудрые советы и рекомендации по монтажу важных узлов и агрегатов. Я имею эскиз внешнего вида, описание того, как этот летательный аппарат должен выглядеть и во что быть покрашенным. Я заключаю завет с Главным Конструктором и приступаю к труду.</w:t>
      </w:r>
    </w:p>
    <w:p>
      <w:r>
        <w:rPr/>
        <w:t>Во время сборки я переживаю многие падения и разочарования в самом себе. Я вижу, какой я неудачник в доверенном процессе, но мне дан Духовный Наставник, Который меня постоянно утешает и учит не сдаваться, а идти вперёд. Я тружусь и учусь. Мои друзья по вере заняты этой же работой, и мы часто собираемся вместе, чтобы обсудить некоторые вопросы сборки, поделиться опытом новых открытий и поддержать друг друга. В этом общении мы становимся родными по духу, а кто-то даже создаёт семьи, но каждый продолжает строить свой самолёт.</w:t>
      </w:r>
    </w:p>
    <w:p>
      <w:r>
        <w:rPr/>
        <w:t>К сожалению, всегда находятся те, кто смотрит на окружающий мир и пытается оттуда привнести какие-то советы в нашу жизнь и работу. Мы порою удивляемся сходству деталей и принимаем их, но потом убеждаемся, что это всё подделка истинного плана и отказываемся от такого сотрудничества. А мирские друзья покидают наши ряды, оставив свои несобранные самолёты как печальные памятники о себе.</w:t>
      </w:r>
    </w:p>
    <w:p>
      <w:r>
        <w:rPr/>
        <w:t>Многие наши друзья уходят из жизни раньше намеченного перелёта, и их тела покоятся в земле до того времени, когда Главный Конструктор пошлёт Своего возлюбленного Сына, чтобы забрать в Небесную страну всех тех, кто был верным строителем, и сделать их полноправными гражданами Небесной Отчизны.</w:t>
      </w:r>
    </w:p>
    <w:p>
      <w:r>
        <w:rPr/>
        <w:t xml:space="preserve">Но кому-то предстоит совершить этот перелёт самому, и к таким людям предъявляются особые требования. Им даётся подробная инструкция по сборке и заправке самолёта. И этот вопрос перелёта стал настолько ответственным и важным, что Сам Сын решил участвовать в роли Учителя вождения самолёта, и для этой цели Он лично приходит в дом к каждому строителю, стучит в дверь, предлагая Свои услуги, и заходит к тем, кто Его узнаёт и принимает. Он подробно объясняет, каким маслом следует заправлять сосуд самолёта, чтобы во время полёта не произошло недостачи горючего материала, и никто не погиб во тьме. И в процессе этого общения мы становимся близкими друзьями, вместе едим и обсуждаем будущие дела. Я узнаю подробности грядущих испытаний, и мой Учитель даёт мне уроки вождения, в которых я ближе узнаю своего Небесного Друга, начинаю лучше понимать устройство самолёта, вникаю в искусство </w:t>
      </w:r>
      <w:r>
        <w:rPr/>
        <w:t>управления этим сложным механизмом и становлюсь очень счастливым пилотом.</w:t>
      </w:r>
    </w:p>
    <w:p>
      <w:r>
        <w:rPr/>
        <w:t>Мой Небесный Друг сообщил мне о том, что перелёт в Небесную страну запланирован на ближайшее время, и в состав эскадрильи определено 144.000 пилотов, которые сейчас по всему миру заняты сборкой своих летательных аппаратов. И во время полёта всякий лётчик сможет верою преодолевать все препятствия, а Небесный Наставник будет по рации держать с каждым из них связь, напоминая правила из Инструкции по эксплуатации самолёта.</w:t>
      </w:r>
    </w:p>
    <w:p>
      <w:r>
        <w:rPr/>
        <w:t>Как радостно слушать эти наставления! Сердце горит, руки делают, уста восхваляют и благодарят моего Конструктора. Я изучаю состав масла, узнаю, где оно продаётся, вношу в качестве платы своё время, свою запачканную одежду и самого себя. Наполняю сосуд самолёта и жду, размышляя об особенностях вождения и сложностях перелёта. Я понимаю, что если не будет должного запаса масла, то мой аппарат не долетит.</w:t>
      </w:r>
    </w:p>
    <w:p>
      <w:r>
        <w:rPr/>
        <w:t>Рядом со мной есть нерадивые друзья, кто всё построил, но почему-то откладывают заправку на потом, считая, что всегда успеют. Я стараюсь их убедить в том, что это лучше сделать сейчас, а то заправочная станция закроется, и будет очень поздно. Кто-то прислушивается, а кто-то обвиняет меня в фанатизме и фарисействе. Я прошу, чтобы каждый удостоверился в том, что самолёт собран правильно, заправлен нужным маслом, а их пилоты прошли Школу обучения вождению Агапэ у Самого Учителя. Кто-то дал согласие, а кто-то стал оправдываться тем, что купил поле и идёт посмотреть, у кого-то свадьба, а у кого-то просто нет времени. Я всё хорошо понимаю. Мы живём в деловом мире, где есть свои требования и нормативы, чтобы быть успешным предпринимателем, но если меня предупредили свыше о том, что этот мир обречён, то стоит переехать туда, где всё стабильно. Мне удалось совместить строительство самолёта с мирскими делами, отчего я очень устал, погрузился в оцепенение, и меня стало клонить ко сну. Мои нерадивые братья уже вовсю храпят, а я борюсь и пытаюсь делать вид, что бодрствую. Но пока мы дружно спали, враг души пришёл и нанёс существенный вред тем, кто поверхностно трудился, так, что у них не осталось никаких запасов горючего. Мы не предвидели такого сценария.</w:t>
      </w:r>
    </w:p>
    <w:p>
      <w:r>
        <w:rPr/>
        <w:t xml:space="preserve">Рано утром в определённый день громкий голос пробудил всех нас, и нам была дана команда на взлёт. Немудрые друзья стали просить у нас масло, но мы не могли им уже ничего дать, так как дружно вышли на взлётную полосу и поочерёдно поднимались в Небо. Нам навстречу приближались тёмные тучи с какими-то разноцветными язвами, но мы подняли с верою свои взоры ввысь, и нам не было причинено никакого вреда. Перелёт был затяжным и опасным, но знание правил и обетований Инструктора поддерживало нас в воздухе, и ничто не смогло к нам приблизиться, хотя тысячи и десятки тысяч невежд справа и слева падали и исчезали во тьме. Мы верою двигались вперёд сквозь облака и ураганы, полагаясь только на приборы самолёта и полученные знания. Земные власти приговорили нас к смертной казни как предателей Родины и пустили все свои силы вдогонку, но не могли преодолеть защиту свыше, хотя в ярости желали нашей смерти. Я крепко держал штурвал и понимал только одно. Всё, что я успел выучить и запомнить из инструкции по эксплуатации, только и поможет мне </w:t>
      </w:r>
      <w:r>
        <w:rPr/>
        <w:t>сейчас. Верою я полагался на то, что, если всё было сделано и построено правильно, мы достигнем заветной цели. Было очень скорбное время, но мы его прошли и пережили все испытания достойно. Самолёт выдержал все нагрузки, и ни у кого не было ни одной поломки в пути. И перед финишем мы увидели славную процессию Второго Визита нашего Учителя на Землю. Он нежно приземлил нас на Своём аэродроме, а потом показал нам силу Своего слова, приказывая всем погибшим друзьям покинуть свои могилы и подняться к Нему.</w:t>
      </w:r>
    </w:p>
    <w:p>
      <w:r>
        <w:rPr/>
        <w:t>Какая чудесная встреча состоялась в воздухе! Какая радость победы огласила Небеса! Вот она жизнь с избытком!!! Вот Он наш Учитель!!! Наши взгляды встречаются, и мы радуемся, как дети.</w:t>
      </w:r>
    </w:p>
    <w:p>
      <w:r>
        <w:rPr/>
        <w:t>Как хорошо, что мы оставили всё маленькое, земное, чтобы получить всё большое, Небесное. Тогда мы только верили и слабо представляли себе этот праздник, а теперь наши глаза видят то, что нам было обещано. И мы теперь знаем, что дальше будет интереснее.</w:t>
      </w:r>
    </w:p>
    <w:p>
      <w:pPr>
        <w:pStyle w:val="Heading2"/>
      </w:pPr>
      <w:r>
        <w:t>Вопросы к размышлению над этой главой</w:t>
      </w:r>
    </w:p>
    <w:p>
      <w:r>
        <w:rPr/>
        <w:t xml:space="preserve">1. Прочитайте, пожалуйста, Мф.5:6; 20:14-16; 25:1-13; Откр.3:18-20; 22:18-19; Лк.13:24-30; 14:16-24 </w:t>
      </w:r>
      <w:r>
        <w:rPr/>
        <w:t>в свете этой главы</w:t>
      </w:r>
      <w:r>
        <w:rPr/>
        <w:t>.</w:t>
      </w:r>
    </w:p>
    <w:p>
      <w:r>
        <w:rPr/>
        <w:t xml:space="preserve">2. </w:t>
      </w:r>
      <w:r>
        <w:rPr/>
        <w:t>Что вы поняли из этой главы</w:t>
      </w:r>
      <w:r>
        <w:rPr/>
        <w:t>?</w:t>
      </w:r>
    </w:p>
    <w:p>
      <w:r>
        <w:rPr/>
        <w:t>3. Вам понятен принцип, что любая притча не открывает полноту картины, но старается выделить важные детали, на которые стоит обратить внимание?</w:t>
      </w:r>
    </w:p>
    <w:p>
      <w:r>
        <w:rPr/>
        <w:t>4. Вы на самом деле собрались строить реальный самолёт, или наша подготовка будет иметь духовный характер?</w:t>
      </w:r>
    </w:p>
    <w:p>
      <w:r>
        <w:rPr/>
        <w:t>5. Почему так важно в деле приготовления к последним событиям быть верным в одном, не забыть про другое и обратить должное внимание на третье?</w:t>
      </w:r>
    </w:p>
    <w:p>
      <w:r>
        <w:rPr/>
        <w:t>6. Что важнее: построить самолёт, заправить его или научиться управлять им?</w:t>
      </w:r>
    </w:p>
    <w:p>
      <w:r>
        <w:rPr/>
        <w:t>7. Почему нас не приглашают на один общий авиалайнер, а советуют каждому иметь личный опыт подготовки?</w:t>
      </w:r>
    </w:p>
    <w:p>
      <w:r>
        <w:rPr/>
        <w:t>8. Обратили ли вы внимание на то, что обращение в послании к Лаодикии направлено на меня, а не на группу лиц?</w:t>
      </w:r>
    </w:p>
    <w:p>
      <w:r>
        <w:rPr/>
        <w:t>9. Важно ли внимать Божьим советам?</w:t>
      </w:r>
    </w:p>
    <w:p>
      <w:r>
        <w:rPr/>
        <w:t>10.</w:t>
      </w:r>
      <w:r>
        <w:rPr/>
        <w:t xml:space="preserve"> </w:t>
      </w:r>
      <w:r>
        <w:rPr/>
        <w:t>Ес</w:t>
      </w:r>
      <w:r>
        <w:rPr/>
        <w:t>ть ли что-то общее между посланием к Лаодикии и притчами о десяти девах и о брачном пире?</w:t>
      </w:r>
    </w:p>
    <w:p>
      <w:r>
        <w:rPr/>
        <w:t>11. Почему не всем интересно изучать символы обращения к Лаодикии?</w:t>
      </w:r>
    </w:p>
    <w:p>
      <w:r>
        <w:rPr/>
        <w:t>12. Есть ли у Иисуса ещё и другие важные вести о последнем времени для тех, кто не желает изучать весть к Лаодикии?</w:t>
      </w:r>
    </w:p>
    <w:p>
      <w:r>
        <w:rPr/>
        <w:t>13. Что будет с теми, кто проигнорирует весть к Лаодикии, но при этом будет активным миссионером и читателем Библии?</w:t>
      </w:r>
    </w:p>
    <w:p>
      <w:r>
        <w:rPr/>
        <w:t>14. Вы рады, что в вашей жизни есть Школа Любви Агапэ? Является ли обучение в ней для вас особым благословением?</w:t>
      </w:r>
    </w:p>
    <w:p>
      <w:r>
        <w:rPr/>
        <w:t>15. Как вы видите исполнение пророчеств Библии о конце времени в наши дни?</w:t>
      </w:r>
    </w:p>
    <w:p>
      <w:pPr>
        <w:pStyle w:val="Heading2"/>
        <w:pageBreakBefore/>
      </w:pPr>
      <w:r>
        <w:t>Глава 48</w:t>
      </w:r>
    </w:p>
    <w:p>
      <w:pPr>
        <w:pStyle w:val="Heading1"/>
      </w:pPr>
      <w:r>
        <w:t>Нет времени, чтобы спастись</w:t>
      </w:r>
    </w:p>
    <w:p>
      <w:r>
        <w:rPr/>
        <w:t>Любому из нас каждое утро даётся одинаковое количество времени. Всем в равной мере предлагается спасение. Всякий без исключения человек может стать сыном или дочерью Бога. Кровь Христа, пролитая за наши грехи, способна очистить каждую душу, как бы низко ни пал человек. Но что мы видим? Вокруг нас царит неверие и безразличие. Мир спешит в какое-то прекрасное будущее, которое всё ближе и ближе, но никогда не настаёт. Время уходит на всё, что угодно, а самое ценное и важное остаётся незамеченным.</w:t>
      </w:r>
    </w:p>
    <w:p>
      <w:r>
        <w:rPr/>
        <w:t>Библейские пророчества учат нас, что в конце истории Земли настанут времена скорбные и тяжкие, каких ещё никто не переживал. Я не представляю, как это будет происходить в действительности, но понимаю, что к подобным событиям стоит готовиться сейчас.</w:t>
      </w:r>
    </w:p>
    <w:p>
      <w:r>
        <w:rPr/>
        <w:t>Что такое скорбь? Это переживание страдания, уныния, страха, вины, горя, боли, утраты близких, отчаяния и прочего. И в моей жизни становится очень темно. А теперь всё это соберём вместе, умножим в несколько раз и возложим на одного человека. Получится что-то напоминающее очень глубокую депрессию. Вот что приблизительно ожидает этот мир в конце времени. Подобный дух коснётся каждого из нас. Все мы, так или иначе, пройдём через это время. Но стоит понимать, что все эти события, которые будут терзать наши души, имеют духовное основание.</w:t>
      </w:r>
    </w:p>
    <w:p>
      <w:r>
        <w:rPr/>
        <w:t>Возможно, частично скорбь усугубится некоторыми физическими заболеваниями, но, в целом, она коснётся всех.</w:t>
      </w:r>
    </w:p>
    <w:p>
      <w:r>
        <w:rPr/>
        <w:t>Что для сравнения можно противопоставить подобному духу? Любовь, счастье, дружбу, радость, веру, мир, благодарение и прочие прелести. Всё это приносит свет и покой, даёт надежду.</w:t>
      </w:r>
    </w:p>
    <w:p>
      <w:r>
        <w:rPr/>
        <w:t>Возникает вопрос: «Чему из перечисленных выше факторов можно научиться?» Думаю, все скорбные чувства приходят сами собой, если им не сопротивляться. Тьма — это естественное состояние души, в которой отсутствует источник света. А свет не возникает сам по себе. Он должен от чего-то исходить.</w:t>
      </w:r>
    </w:p>
    <w:p>
      <w:r>
        <w:rPr/>
        <w:t>Душевный и духовный свет не появляется без причины на ровном месте, но может отражаться от Истинного Источника света и согревать душу. Бог есть Свет мой. Он даёт каждому Своё благословение, чтобы мы вкусили, как Он благ, и оценили это преимущество жизни. Но Господь желает дать больший свет, и Ему очень хочется, чтобы я был светом миру. Но на это нужно моё согласие и время, которое я буду проводить рядом с Иисусом и, подобно фонарику, получать от Него заряд на грядущий день, чтобы ярко светить своим ближним.</w:t>
      </w:r>
    </w:p>
    <w:p>
      <w:r>
        <w:rPr/>
        <w:t xml:space="preserve">В Послании к Лаодикии мне объявляется моё истинное состояние, с которым я войду во время скорби, но при этом и предлагается то, с чем я могу противостоять всякой тьме и достойно перенести все испытания. Но это предложение содержит условие. Я должен купить то, что мне советует Иисус. Меня также призывают быть ревностным в приобретении этого товара и покаяться в своём прежнем образе жизни. А потом Сам Учитель приходит ко мне, чтобы наставлять меня во всём, с </w:t>
      </w:r>
      <w:r>
        <w:rPr/>
        <w:t>чем я войду в великую скорбь, дабы в нашем дружеском общении мы познали ближе друг друга.</w:t>
      </w:r>
    </w:p>
    <w:p>
      <w:r>
        <w:rPr/>
        <w:t>Любое обучение требует времени, которого у многих просто нет. Но интересно, что у всех оно есть на вещи, которые являются приоритетными, но его не хватает на не столь важное и нужное.</w:t>
      </w:r>
    </w:p>
    <w:p>
      <w:r>
        <w:rPr/>
        <w:t>Я замечал в своей жизни, как при всей деловой загруженности быстро находится время на тех людей, которые хотят что-то построить и платят за это большие деньги. Я готов прервать любой разговор и отменить важные встречи, чтобы заполучить этого клиента. А какому-то близкому другу я не смогу выделить время, даже если буду умирать от скуки, объясняя это тем, что я очень занят.</w:t>
      </w:r>
    </w:p>
    <w:p>
      <w:r>
        <w:rPr/>
        <w:t>Но если друг и поймёт, то что мне делать с Иисусом, Который советует мне инвестировать своё время в то, с чем я могу войти во время скорби? Я отвечаю Ему в лице Его слуг: «О, это так много! Это так долго! Это займёт всю мою жизнь, и я не могу Тебе этим заплатить! У меня просто нет времени на моё спасение. Придумай что-то другое, полегче, чтобы оно само собой меня спасло!» И удовлетворённый таким ответом, я продолжаю заниматься важными делами, веря в то, что Господь меня услышал, и обязательно что-то придумает, ведь Он любит меня и не хочет меня терять. Как я благодарен Господу, что Он дал мне столько работы и интересных дел, и я готов заниматься ими с утра до вечера, зарабатывая при этом много денег. А этими средствами я могу поддержать любое Божье дело и получить всеобщее почтение и уважение за свою благотворительность.</w:t>
      </w:r>
    </w:p>
    <w:p>
      <w:r>
        <w:rPr/>
        <w:t>Вам знаком такой сценарий, друзья? В какой роли вы находитесь в этой истории?</w:t>
      </w:r>
    </w:p>
    <w:p>
      <w:r>
        <w:rPr/>
        <w:t>Весть к Лаодикии — это самая последняя весть перед временем скорби. Она приглашает нас на брачный пир. И когда эти двери затворятся за всеми откликнувшимися, тогда, на самом деле, ни у кого больше не будет времени, чтобы спастись или что-то исправить. Когда мой Небесный Друг говорит, что Он скоро придёт, тогда я могу Его ждать, занимаясь при этом и обычными делами. Но когда Он пришёл и стоит у моей двери, говорить Ему, что у меня для Него и Его науки нет времени, очень глупо. И таких глупых окажется весьма много согласно Божьим пророчествам.</w:t>
      </w:r>
    </w:p>
    <w:p>
      <w:r>
        <w:rPr/>
        <w:t>Бог предлагает всего Себя в виде товаров для Лаодикии. Он желает, чтобы я прозрел, понял и увидел это. На эту покупку уйдёт всё моё лучшее время, вся моя последующая жизнь. Меньшего Он просто не примет в качестве оплаты. Бог даёт нам всякие вещи и блага для земной жизни, но больше всего желает научить нас богатеть вечными ценностями, которые не исчезнут во время великой скорби, но будут радовать нас своим внутренним богатством, силой и чистотой. Никакая подделка не выдержит огненного испытания, а чистое золото станет ещё чище и ярче. И это время стремительно приближается. Оно уже прикасается к нам своим горячим дыханием, и накроет весь мир, подобно погребальному савану. И никто этого не избежит.</w:t>
      </w:r>
    </w:p>
    <w:p>
      <w:r>
        <w:rPr/>
        <w:t xml:space="preserve">А ещё время скорби будет интересно тем, что Сам Господь изольёт Свои очищающие суды и разрушит всё, что было создано и произведено за многие века. Ну а радостных, любящих и счастливых друзей Он обещает хранить в этих </w:t>
      </w:r>
      <w:r>
        <w:rPr/>
        <w:t>испытаниях, потому что они нашли для Него время и посвятили свои жизни тому, чтобы учиться любить друг друга и слышать Божий голос.</w:t>
      </w:r>
    </w:p>
    <w:p>
      <w:r>
        <w:rPr/>
        <w:t>Есть ли у вас время, друзья, чтобы купить то, что советует Свидетель Верный в Послании к народу последнего времени? Нам предлагается Небесная любовь и вера, истинное счастье на прочном Основании, Вечная Школа Любви Агапэ и радость во Святом Духе. И мы подарены друг другу, чтобы все эти благословения реализовывать в нашем счастье и обоюдном развитии, в способности любить во всякое время. А время скорби настолько сблизит всех любящих Божьих детей, что они и всю Вечность не захотят терять этот счастливый дух радостных отношений.</w:t>
      </w:r>
    </w:p>
    <w:p>
      <w:r>
        <w:rPr/>
        <w:t>Очень хорошо, нужно, радостно и интересно входить во время скорби с любовью, дружбой и счастьем. Думаю, это будет наилучшее время для любящих друг друга. А Иисус будет настолько близок, что всё остальное просто померкнет от Его присутствия в сердце. Плакали ли вошедшие на брачный пир о том, что они спаслись? Думаю, они были очень счастливы, потому что нашли на это время.</w:t>
      </w:r>
    </w:p>
    <w:p>
      <w:pPr>
        <w:pStyle w:val="Heading2"/>
      </w:pPr>
      <w:r>
        <w:t>Вопросы к размышлению над этой главой</w:t>
      </w:r>
    </w:p>
    <w:p>
      <w:r>
        <w:rPr/>
        <w:t xml:space="preserve">1. Прочитайте, пожалуйста, Дан.12:1-3; Прит.15:13; Откр.3:18-20; 1Пар.12:32; Пс.89:12; Откр.10:5-6; 3Цар.3:9-14; Мф.25:3-5; Еф.5:14-21; Иер.8:20; Прит.8:5; 9:4-6; Иер.4:19-23; Пс.9:10,22; 21:12; 31:10; 36:39; 49:15; 90:14-16; 93:19; 119:1 </w:t>
      </w:r>
      <w:r>
        <w:rPr/>
        <w:t>в свете этой главы</w:t>
      </w:r>
      <w:r>
        <w:rPr/>
        <w:t>.</w:t>
      </w:r>
    </w:p>
    <w:p>
      <w:r>
        <w:rPr/>
        <w:t xml:space="preserve">2. </w:t>
      </w:r>
      <w:r>
        <w:rPr/>
        <w:t>Что вы поняли из этой главы</w:t>
      </w:r>
      <w:r>
        <w:rPr/>
        <w:t>?</w:t>
      </w:r>
    </w:p>
    <w:p>
      <w:r>
        <w:rPr/>
        <w:t>3. Влияет ли сейчас мой выбор жизненного пути на качество моей жизни и на моё спасение?</w:t>
      </w:r>
    </w:p>
    <w:p>
      <w:r>
        <w:rPr/>
        <w:t>4. Как вы считаете, смогут ли любовь и радость противостоять скорби и унынию?</w:t>
      </w:r>
    </w:p>
    <w:p>
      <w:r>
        <w:rPr/>
        <w:t>5. Поможет ли навык любви и счастья оставаться таким во время скорби и тьмы?</w:t>
      </w:r>
    </w:p>
    <w:p>
      <w:r>
        <w:rPr/>
        <w:t>6. Как вы думаете, приносит ли радостный дух особые благословения в жизнь?</w:t>
      </w:r>
    </w:p>
    <w:p>
      <w:r>
        <w:rPr/>
        <w:t>7. Стоит ли понимать, что такое время скорби, и как его перенести, или пусть это само как-то неожиданно настанет?</w:t>
      </w:r>
    </w:p>
    <w:p>
      <w:r>
        <w:rPr/>
        <w:t>8. Что делать мне сейчас, зная, что приближаются времена тяжкие?</w:t>
      </w:r>
    </w:p>
    <w:p>
      <w:r>
        <w:rPr/>
        <w:t>9. Стоит ли запасаться крупами и консервами на время скорби? Или что вы посоветуете?</w:t>
      </w:r>
    </w:p>
    <w:p>
      <w:r>
        <w:rPr/>
        <w:t>10. Заинтересован ли Бог в том, чтобы я уже сейчас готовился к последним событиям?</w:t>
      </w:r>
    </w:p>
    <w:p>
      <w:r>
        <w:rPr/>
        <w:t>11. Важно ли понимать, что нас ожидает в будущем, и к чему стоит готовиться?</w:t>
      </w:r>
    </w:p>
    <w:p>
      <w:r>
        <w:rPr/>
        <w:t xml:space="preserve">12. Как вы считаете, учат ли уроки </w:t>
      </w:r>
      <w:r>
        <w:rPr/>
        <w:t>этой книги</w:t>
      </w:r>
      <w:r>
        <w:rPr/>
        <w:t xml:space="preserve"> чему-то такому, что очень может пригодиться в недалёком будущем?</w:t>
      </w:r>
    </w:p>
    <w:p>
      <w:r>
        <w:rPr/>
        <w:t>13. Поможет ли наличие любви, счастья и дружбы перенести время скорби в правильном духе?</w:t>
      </w:r>
    </w:p>
    <w:p>
      <w:r>
        <w:rPr/>
        <w:t>14. Как вы думаете, какими желает нас видеть Бог: издыхающими от страха в ожидании бедствий или счастливыми от любви в ожидании Иисуса?</w:t>
      </w:r>
    </w:p>
    <w:p>
      <w:r>
        <w:rPr/>
        <w:t>15. Познали ли вы в этой Школе Любви Агапэ что-то такое, что даёт вам покой и уверенность в предстоящих событиях?</w:t>
      </w:r>
    </w:p>
    <w:p>
      <w:pPr>
        <w:pStyle w:val="Heading2"/>
        <w:pageBreakBefore/>
      </w:pPr>
      <w:r>
        <w:t>Глава 49</w:t>
      </w:r>
    </w:p>
    <w:p>
      <w:pPr>
        <w:pStyle w:val="Heading1"/>
      </w:pPr>
      <w:r>
        <w:t>Просеивание</w:t>
      </w:r>
    </w:p>
    <w:p>
      <w:r>
        <w:rPr/>
        <w:t>Самое занимательное событие, которое переживает Небо, — это наблюдение за тем, как Божий народ проходит огненные испытания, проверку на прочность и верность, экзамен на отношение к изобилию и праздности. Всей Вселенной очень интересно узнать, что решит сделать каждый из нас с посылаемым ему светом. Небожителям небезразлично, каким характером будут обладать люди, которые станут частью Небесной семьи.</w:t>
      </w:r>
    </w:p>
    <w:p>
      <w:r>
        <w:rPr/>
        <w:t>Когда мне было 12 лет, тогда во время летних каникул я отдыхал у бабушки в деревне. Мы с моей двоюродной сестрой ходили в местный колхоз и искали для себя работу. Иногда нам давали коней, и мы ездили на сенокос собирать траву. А однажды нас послали на элеватор, чтобы мы следили за просеивающей машиной и обслуживали её. Мне было очень интересно наблюдать за тем, как в большую яму высыпали из машины только что собранное зерно, и оно подавалось в специальное устройство с двумя ситами. При включении этого механизма начиналась вибрация, и поступающее зерно проходило просеивание, достигало определённого уровня и перемещалось дальше согласно полученному результату.</w:t>
      </w:r>
    </w:p>
    <w:p>
      <w:r>
        <w:rPr/>
        <w:t>Первое сито пропускало сквозь себя всё зерно, задерживая только крупный мусор, который скатывался с сита в специальное отверстие. Второе сито задерживало хорошее зерно, но имело мелкие отверстия, через которые вниз высыпалась пыль, мелкий мусор и все маленькие семена. Наша задача состояла в том, чтобы собирать все отходы в вёдра и грузить их на тракторный прицеп.</w:t>
      </w:r>
    </w:p>
    <w:p>
      <w:r>
        <w:rPr/>
        <w:t>Чистое зерно помещали в большую цистерну, где оно и ожидало свою дальнейшую судьбу. А для нас было большой радостью прыгать в эту ёмкость, зарываться в зёрна и наслаждаться необычным ароматом свежего урожая.</w:t>
      </w:r>
    </w:p>
    <w:p>
      <w:r>
        <w:rPr/>
        <w:t>Просеивание — это тот процесс очистки моего характера, который обязательно проходит весь Божий народ. Думаю, это самое печальное и торжественное событие, которое переживает Небесное воинство, наблюдая за Божьими детьми. Господь изливает Свой свет, который для кого-то является Хлебом жизни, а для кого-то камнем преткновения. Господь посылает огонь испытаний, который закаляет мягкие характеры и сжигает вредные примеси. Этот процесс очищения и закалки происходит постоянно, пока очищенное золото верного характера не начнёт отражать образ своего Создателя.</w:t>
      </w:r>
    </w:p>
    <w:p>
      <w:r>
        <w:rPr/>
        <w:t>Бог допускает некоторым стихиям мира и соблазнам, которые я в силах перенести, обрушиться в мою жизнь, а иногда Он Сам создаёт мне трудности, чтобы чему-то меня научить и в чём-то утвердить.</w:t>
      </w:r>
    </w:p>
    <w:p>
      <w:r>
        <w:rPr/>
        <w:t>Не все выдерживают эти испытания веры. Кто-то, подобно могучему дубу, переносит все натиски бури извне, но гибнет от маленьких жучков сплетен, споров и обид, быстро разъедающих душу изнутри.</w:t>
      </w:r>
    </w:p>
    <w:p>
      <w:r>
        <w:rPr/>
        <w:t>Кто-то верит в могучую силу Бога в жизни других людей, радуется чужим победам, но не может доверить Всевышнему свою жизнь.</w:t>
      </w:r>
    </w:p>
    <w:p>
      <w:r>
        <w:rPr/>
        <w:t>Кто-то очень хорошо ориентируется во тьме и знает, что чисто, а что нет, умея это интуитивно различать, но абсолютно не понимает, что делать с изобилием света, который приходит в его жизнь. И такой человек отвергает его.</w:t>
      </w:r>
    </w:p>
    <w:p>
      <w:r>
        <w:rPr/>
        <w:t>У каждого из нас разные экзамены и испытания. Мы все имеем общий свет, но видим его под своим углом зрения. Бог учитывает наш возраст, силу, интеллект, имеющиеся знания, опыт, особенности развития и согласно этому позволяет нам пережить то, что укрепит и научит.</w:t>
      </w:r>
    </w:p>
    <w:p>
      <w:r>
        <w:rPr/>
        <w:t>Враг души также имеет своё сито и очень желает собрать негодный урожай в свои житницы. Он готов обманывать, соблазнять, околдовывать, разочаровывать каждого человека, лишь бы обрести его душу. Узы тьмы и духовной смерти очень прочны, и лишь немногим с Божьей помощью удаётся их разорвать. Но Господь не перестаёт вторгаться в царство тьмы. Он постоянно посылает нас в стан врага, чтобы вырвать оттуда следующую душу.</w:t>
      </w:r>
    </w:p>
    <w:p>
      <w:r>
        <w:rPr/>
        <w:t>Хочу я того или нет, но моя жизнь со Христом полна испытаний, и моя душа постоянно проходит через очередное сито, которое настроено на Божьи стандарты и отделяет всё нечистое.</w:t>
      </w:r>
    </w:p>
    <w:p>
      <w:r>
        <w:rPr/>
        <w:t>Проходить просеивание — это самый неприятный процесс в жизни каждого Божьего человека. Иногда я становлюсь тюбиком, на который наступает Божья нога, и из меня выходит такая грязь, что становится жутко от осознания своего внутреннего содержания.</w:t>
      </w:r>
    </w:p>
    <w:p>
      <w:r>
        <w:rPr/>
        <w:t>Я содрогаюсь от происходящего и прошу Божьей милости и силы, чтобы очиститься от этой скверны греха, и Господь омывает меня и не позволяет этой нечистоте вновь осквернять мою душу. А кто-то, подобно псу, возвращается на свою блевотину или идёт валяться в грязи, не понимая происходящего.</w:t>
      </w:r>
    </w:p>
    <w:p>
      <w:r>
        <w:rPr/>
        <w:t>Всё, что сейчас случается в мире, — это тоже своеобразные испытания, которые или утверждают нас в вере, или уводят нас от Бога. Каждое моё решение может быть ступенью к возрастанию или спуском, уносящим меня в погибель.</w:t>
      </w:r>
    </w:p>
    <w:p>
      <w:r>
        <w:rPr/>
        <w:t>Не все плохие испытания приносят мне зло, и не все добрые испытания несут в себе для меня благословения. Для кого-то изобилие может послужить поводом к благотворительности, а для кого-то – соблазном к пресыщению и праздности. Но Бог желает очистить и испытать каждого верующего, прежде чем навеки Он поместит нас в Свой венец сияющим бриллиантом, чтобы мы непрестанно сияли, как звёзды. Пока мы живём, мы будем постоянно испытывать сопротивление мира, как и живая рыба всегда плывёт против течения.</w:t>
      </w:r>
    </w:p>
    <w:p>
      <w:r>
        <w:rPr/>
        <w:t>Не всякое моё падение или ошибка говорит о том, что я потерян для Неба. В процессе роста или учёбы подобное допускается. И не любая моя победа или успех свидетельствуют о моей прочности и верности. В Школе Христа нет окончательной победы. Война будет продолжаться до самого Второго Пришествия или моего последнего вздоха. И только одно из этих событий даст окончательную оценку моей жизни.</w:t>
      </w:r>
    </w:p>
    <w:p>
      <w:r>
        <w:rPr/>
        <w:t>Самую печальную категорию людей представляют не те, кого ветер испытаний возвратил в мир, а те Божьи дети, кто, видя свой грех, начинают его оправдывать и учить этому других. Люди, которые называют тьму светом и не желают ничего менять в своей жизни, этим самым хулят Святого Духа и неправильно представляют чистого Бога окружающим людям.</w:t>
      </w:r>
    </w:p>
    <w:p>
      <w:r>
        <w:rPr/>
        <w:t>Божье сито нелицеприятно, но оно имеет очень много нежных и милостивых ячеек, через которые проходят все слабые и немощные дети. С какой любовью и заботой наш Добрый Пастырь ведёт в испытания тех, кто без Него не может ничего. Он проносит нас на Своих руках, чтобы пламя не опалило, и вода не потопила. А всё гордое и надменное Он смиряет в том же самом сите, пропуская через ячейки справедливости и наказания, но не лишая любви и заботы.</w:t>
      </w:r>
    </w:p>
    <w:p>
      <w:r>
        <w:rPr/>
        <w:t>В конце этого пути Господь желает увидеть в нашем разнообразии Своё однообразие, Свою любовь и характер.</w:t>
      </w:r>
    </w:p>
    <w:p>
      <w:r>
        <w:rPr/>
        <w:t>Мы также переживаем боль утраты ближних, с которыми росли вместе, одерживали победы и учились верить. Эти люди живут в наших сердцах, и, теряя их в очередном испытании, невозможно поверить в то, что они ушли навсегда. И мы продолжаем за них бороться и убеждать их в том, что нужно вставать и идти дальше. Но не всегда нас хотят слышать, и мы понимаем, что что-то утеряно навсегда, чтобы уже никогда не воскреснуть. Эту боль нельзя передать словами, но сердце знает её и плачет вместе с любящим Богом.</w:t>
      </w:r>
      <w:r>
        <w:rPr/>
        <w:t xml:space="preserve"> </w:t>
      </w:r>
      <w:r>
        <w:rPr/>
        <w:t>В конце времени нас ждёт самое суровое испытание веры, и в нём устоят только те, кто облёкся во Христа и утвердился в любви, поэтому стоит это иметь и стоит этому учиться.</w:t>
      </w:r>
    </w:p>
    <w:p>
      <w:pPr>
        <w:pStyle w:val="Heading2"/>
      </w:pPr>
      <w:r>
        <w:t>Вопросы к размышлению над этой главой</w:t>
      </w:r>
    </w:p>
    <w:p>
      <w:r>
        <w:rPr/>
        <w:t xml:space="preserve">1. Прочитайте, пожалуйста, Лк.22:31-32; Ин.15:17-23; Иак.1:2-4,12; 1Пет.1:6-9; 4:12-16; Дан.3:11,17-18,23-26; 11:33-35; 12:1-3; 2Кор.8:1-2; Ис.1:25; 10:20-23; 46:3-4; Иер.33:8; Иез.36:25; Рим.9:27-28; Рим.11:2-6; Откр.14:12-13; Ин.12:35-36; 16:2-4 </w:t>
      </w:r>
      <w:r>
        <w:rPr/>
        <w:t>в свете этой главы</w:t>
      </w:r>
      <w:r>
        <w:rPr/>
        <w:t>.</w:t>
      </w:r>
    </w:p>
    <w:p>
      <w:r>
        <w:rPr/>
        <w:t xml:space="preserve">2. </w:t>
      </w:r>
      <w:r>
        <w:rPr/>
        <w:t>Что вы поняли из этой главы</w:t>
      </w:r>
      <w:r>
        <w:rPr/>
        <w:t>?</w:t>
      </w:r>
    </w:p>
    <w:p>
      <w:r>
        <w:rPr/>
        <w:t>3. Как вы понимаете просеивание? Что это такое? Как просеивание выглядит в вашей жизни?</w:t>
      </w:r>
    </w:p>
    <w:p>
      <w:r>
        <w:rPr/>
        <w:t>4. Как вы думаете, вы уже проходили процесс просеивания?</w:t>
      </w:r>
    </w:p>
    <w:p>
      <w:r>
        <w:rPr/>
        <w:t>5. Все ли ваши братья</w:t>
      </w:r>
      <w:r>
        <w:rPr/>
        <w:t xml:space="preserve"> </w:t>
      </w:r>
      <w:r>
        <w:rPr/>
        <w:t>продолжают участвовать во всех духовных проектах и посещать все собрания?</w:t>
      </w:r>
    </w:p>
    <w:p>
      <w:r>
        <w:rPr/>
        <w:t>6. Знаете ли вы тех, кто имел веру, а потом ушёл в мир? В чём может быть причина?</w:t>
      </w:r>
    </w:p>
    <w:p>
      <w:r>
        <w:rPr/>
        <w:t>7. Почему Бог просеивает Свой народ? Ведь нас и так мало в этом мире.</w:t>
      </w:r>
    </w:p>
    <w:p>
      <w:r>
        <w:rPr/>
        <w:t>8. Вам знакома пословица: «Цыплят по осени считают»? Есть ли в ней сходство с просеиванием?</w:t>
      </w:r>
    </w:p>
    <w:p>
      <w:r>
        <w:rPr/>
        <w:t>9. Вас не пугает перспектива самых суровых испытаний, которые ждут нас впереди?</w:t>
      </w:r>
    </w:p>
    <w:p>
      <w:r>
        <w:rPr/>
        <w:t>10. Почему золото должно быть испытано огнём?</w:t>
      </w:r>
    </w:p>
    <w:p>
      <w:r>
        <w:rPr/>
        <w:t>11. Знает ли враг души, насколько я твёрдый в истине, и где у меня слабые места?</w:t>
      </w:r>
    </w:p>
    <w:p>
      <w:r>
        <w:rPr/>
        <w:t xml:space="preserve">12. Как вы думаете, помогают ли </w:t>
      </w:r>
      <w:r>
        <w:rPr/>
        <w:t>эти знания</w:t>
      </w:r>
      <w:r>
        <w:rPr/>
        <w:t xml:space="preserve"> приготовиться к грядущим испытаниям?</w:t>
      </w:r>
    </w:p>
    <w:p>
      <w:r>
        <w:rPr/>
        <w:t>13. Стоит ли мне заниматься просеиванием и решать, кто достоин спасения, а кто погибнет?</w:t>
      </w:r>
    </w:p>
    <w:p>
      <w:r>
        <w:rPr/>
        <w:t>14. Что делать, если я вижу, что я не устоял в испытании, и моя вера угасает?</w:t>
      </w:r>
    </w:p>
    <w:p>
      <w:r>
        <w:rPr/>
        <w:t>15. Стоит ли бояться просеивания? Что необходимо делать, если нам страшно?</w:t>
      </w:r>
    </w:p>
    <w:p>
      <w:pPr>
        <w:pStyle w:val="Heading2"/>
        <w:pageBreakBefore/>
      </w:pPr>
      <w:r>
        <w:t>Глава 50</w:t>
      </w:r>
    </w:p>
    <w:p>
      <w:pPr>
        <w:pStyle w:val="Heading1"/>
      </w:pPr>
      <w:r>
        <w:t>Мудрые и неразумные</w:t>
      </w:r>
    </w:p>
    <w:p>
      <w:r>
        <w:rPr/>
        <w:t>В притче о десяти девах Иисус поделил Свой народ на две категории. Хоть этот рассказ и не раскрывает всю картину будущего в целом, но всё-таки в нём содержатся некоторые подсказки и предупреждения, на которые стоит обратить внимание. А если более глубоко вникнуть в суть сказанного, то открываются очень важные истины, о которых необходимо серьёзно задуматься.</w:t>
      </w:r>
    </w:p>
    <w:p>
      <w:r>
        <w:rPr/>
        <w:t>Господь разделил этих дев на две группы и дал им название: мудрые и неразумные. Чтобы не смущать нас, Иисус причислил к одним и вторым равное количество людей. Остаётся только догадываться, каким будет процентное соотношение между ними в последнее время. Но позволим нашему Небесному Другу Самому решить этот вопрос.</w:t>
      </w:r>
    </w:p>
    <w:p>
      <w:r>
        <w:rPr/>
        <w:t>Мудрые девочки отличались только тем, что они запаслись маслом, а неразумные не спешили это делать.</w:t>
      </w:r>
    </w:p>
    <w:p>
      <w:r>
        <w:rPr/>
        <w:t>Неразумный — это тот, кто не имеет здравого смысла, рассудительности, предвидения опасности, тот, кого Библия иногда называет глупым.</w:t>
      </w:r>
    </w:p>
    <w:p>
      <w:r>
        <w:rPr/>
        <w:t>Но стоит помнить, что неразумные девы являлись частью Божьего народа, и совсем глупыми их не стоит называть. Они имели страх Господень, они знали истину, они знали, где продаётся масло, и что нужно отдать, чтобы его купить, но почему-то не делали этого.</w:t>
      </w:r>
    </w:p>
    <w:p>
      <w:r>
        <w:rPr/>
        <w:t>Иисус упустил детали приготовления к свадебному торжеству, но из контекста притчи видно, что истина для настоящего времени не была какой-то тайной для неразумных дев. Они её слышали, изучали, понимали, но ничего не меняли в соответствии с ней. Почему-то они считали, что всегда успеют сделать то, к чему их призывали. Эти девы даже смогли получить для пробы небольшое количество того масла, которое было так необходимо.</w:t>
      </w:r>
    </w:p>
    <w:p>
      <w:r>
        <w:rPr/>
        <w:t>Христос использовал образ свадьбы, чтобы дать нам ясно понять, что вера и знания человека помогут ему только в том случае, если они будут сочетаться с послушанием и совершением того, что предлагается сделать.</w:t>
      </w:r>
    </w:p>
    <w:p>
      <w:r>
        <w:rPr/>
        <w:t>Неразумные девы, наверное, представляют класс зрителей и слушателей, которые ничего не пропускали, которые были полностью оповещены. Но информация последнего времени отличалась таким изобилием, что у неразумных дев просто не было времени для практических шагов, поэтому они не сделали то, что советовал им безотлагательно совершить их Небесный Повелитель. У них просто не хватило мудрости, чтобы поступить правильно.</w:t>
      </w:r>
    </w:p>
    <w:p>
      <w:r>
        <w:rPr/>
        <w:t xml:space="preserve">Я не думаю, что неразумные девы являлись отъявленными нарушителями Божьего Закона. Они хранили все Божьи заповеди и были им верны. Они знали истину и росли в этом. Но они ничего не предприняли для того, чтобы подготовиться и перенести испытания для последнего времени, хотя они знали, что от них ожидается. Девы знали, что представляет собой масло для светильника, где оно продаётся, сколько оно стоит, и что необходимо сделать, чтобы его приобрести. Когда их послали к продающим, они пошли к ним. Нам не сказано, купили ли они что-то, и если да, то было ли это масло настоящим, было </w:t>
      </w:r>
      <w:r>
        <w:rPr/>
        <w:t>ли его достаточно? Но ясно одно. Они опоздали. Было очень поздно что-то исправить. Когда мой самолёт, на котором я должен был лететь, отрывается от земли, тогда я понимаю, что произошло нечто, что я не в состоянии изменить. Но стоит учесть и тот факт, что эти девы опоздали в Вечность, будучи рождёнными свыше, имеющими полноту света, записанными в Книгу Жизни, но пренебрёгшими последними приготовлениями. И они навсегда остались со своим выбором. Не иначе, как глупостью, это и не назовёшь. Быть сердцем в Вечности, знать всё необходимое, мечтать об избавлении, представлять себя в числе спасённых, радоваться новому свету и всё это потерять по своему легкомыслию!</w:t>
      </w:r>
    </w:p>
    <w:p>
      <w:r>
        <w:rPr/>
        <w:t>Наверное, страшнее картины и не придумать. Имея возможности и право на всё Небо, потерять Вечность и стать лёгкой добычей сатаны. Вот уж на самом деле будет великая скорбь. Но самое печальное в этой истории то, что Христос говорит этим неразумным девам, что Он их не знает. Как так?! Ведь они были в правильной церкви, в правильном месте, знали всю истину, но упустили какие-то детали.</w:t>
      </w:r>
    </w:p>
    <w:p>
      <w:r>
        <w:rPr/>
        <w:t>Ответ можно найти у продающих, в том месте, куда пошли неразумные девы, когда поняли, что их светильники гаснут. Единственное место, которое лучше всего соответствует этому критерию, — это Откровение 3:18, где мне Господь советует купить у Него некоторые товары. Именно купить, а не взять.</w:t>
      </w:r>
    </w:p>
    <w:p>
      <w:r>
        <w:rPr/>
        <w:t>А моя мудрость, которую желает видеть Верный Свидетель, заключается в том, чтобы прямо сейчас совершить эту сделку, заплатить тем, что от меня ожидается, быть прилежным в приобретении и использовании купленного, покаяться в своём прошлом тёплом состоянии разума и открыть дверь Тому, Кто пришёл, чтобы войти.</w:t>
      </w:r>
    </w:p>
    <w:p>
      <w:r>
        <w:rPr/>
        <w:t>Быть мудрым в своих глазах — это очень правильно в моём понимании, но важно, чтобы эта мудрость соответствовала Божьим критериям. Услышать стук и голос Христа может каждый, но вот откроют Ему немногие.</w:t>
      </w:r>
      <w:r>
        <w:rPr/>
        <w:t xml:space="preserve"> </w:t>
      </w:r>
      <w:r>
        <w:rPr/>
        <w:t xml:space="preserve">Обратите внимание на последовательность. В послании к Лаодикии вначале даётся обличение в моих грехах, которые называются по имени. Затем мне предлагается выход. Я должен купить то, что решит мои проблемы. После этого звучит призыв быть прилежным в приобретении предложенных товаров и в покаянии о своей прошлой жизни. А затем Сам Господь желает иметь со мной личные близкие отношения, чтобы я дал Ему себя в этом узнать и познать. И, как следствие послушания всем этим истинам, мне обещана самая высокая награда в Вечности, которую сейчас очень сложно оценить. </w:t>
      </w:r>
      <w:r>
        <w:rPr/>
      </w:r>
      <w:r>
        <w:rPr/>
        <w:t>А после этой вести уже нет ничего для тех, кто решил быть забывчивым слушателем. Но имеющий ухо слышит, что Дух говорит церквям. Вы слышите, что говорит вам Дух?</w:t>
      </w:r>
    </w:p>
    <w:p>
      <w:r>
        <w:rPr/>
        <w:t>Можно легко определить, к какой группе дев я отношусь. Если я с интересом слушаю и читаю то, что мне советует Верный Свидетель, но не прихожу к Нему с просьбой: «Продай мне то, что Ты советуешь купить!» и не убеждаюсь в том, что сделка купли-продажи состоялась, то я рискую стать неразумным.</w:t>
      </w:r>
    </w:p>
    <w:p>
      <w:r>
        <w:rPr/>
        <w:t xml:space="preserve">Поймите, друзья, что в этом предложении заложено гораздо больше благословений Неба для последнего времени, чем можно себе представить!!! Если я этого не пойму, а, осознав, не буду ревностен, чтобы это приобрести и </w:t>
      </w:r>
      <w:r>
        <w:rPr/>
        <w:t>научиться этим владеть, то никто не придёт к моей двери, чтобы познать меня. Если я отвергаю советы Бога с предложением купить Его товары, в которые Он вложил, по сути, Самого Себя, то о чём Ему со мной ещё говорить? О том, каким несчастным и жалким и к тому же глупым я окажусь во время скорби? Разве этого желает Господь? Неужели Он мне советует купить мусор, раз я так небрежно к этому отношусь? Как ещё меня убедить в том, что именно в приобретении Божьих товаров и заключается мудрость мудрых дев?</w:t>
      </w:r>
    </w:p>
    <w:p>
      <w:r>
        <w:rPr/>
        <w:t>Самое дорогое, чем я могу оплатить эту покупку, — это моё время. Также Бог ожидает всего меня и все мои грехи, но если, отдавая это, я не отдам своё время, а просто заявлю: «Бери, что хочешь», то сделка не состоится. Покупая Божье, я должен посвятить всю оставшуюся жизнь тому, чтобы убедиться, что купленное стало моим, и я умею этим пользоваться. Масло даётся не для пополнения запасов, а для того, чтобы в тёмное время оно смогло поступать в светильник и гореть в нём, а для этого нужны глубокие познания Бога и моё открытое сердце, чтобы дать Господу меня познать.</w:t>
      </w:r>
    </w:p>
    <w:p>
      <w:r>
        <w:rPr/>
        <w:t>И Господь с радостью инвестирует всё моё время в Самого Себя и Свою любовь.</w:t>
      </w:r>
    </w:p>
    <w:p>
      <w:pPr>
        <w:pStyle w:val="Heading2"/>
      </w:pPr>
      <w:r>
        <w:t>Вопросы к размышлению над этой главой</w:t>
      </w:r>
    </w:p>
    <w:p>
      <w:r>
        <w:rPr/>
        <w:t xml:space="preserve">1. Прочитайте, пожалуйста, Прит.23:23; Мф.25:1-13; Откр.3:18-20; Иак.1:21-25; Еф.5:14-18; Рим.13:10-14; Ис.5:21; 29:11-16; Пс.48:21; Прит.1:5-7; 3:5-8; 8:1-19; 14:16; 28:26; Еккл.8:1; 2Кор.1:19-21; Иер.5:21-24 </w:t>
      </w:r>
      <w:r>
        <w:rPr/>
        <w:t>в свете этой главы</w:t>
      </w:r>
      <w:r>
        <w:rPr/>
        <w:t>.</w:t>
      </w:r>
    </w:p>
    <w:p>
      <w:r>
        <w:rPr/>
        <w:t xml:space="preserve">2. </w:t>
      </w:r>
      <w:r>
        <w:rPr/>
        <w:t>Что вы поняли из этой главы</w:t>
      </w:r>
      <w:r>
        <w:rPr/>
        <w:t>?</w:t>
      </w:r>
    </w:p>
    <w:p>
      <w:r>
        <w:rPr/>
        <w:t>3. В чём вы видите отличие мудрых дев от неразумных?</w:t>
      </w:r>
    </w:p>
    <w:p>
      <w:r>
        <w:rPr/>
        <w:t>4. Почему у неразумных дев не оказалось масла в запасе?</w:t>
      </w:r>
    </w:p>
    <w:p>
      <w:r>
        <w:rPr/>
        <w:t>5. Знали ли неразумные девы, где можно приобрести масло для светильника?</w:t>
      </w:r>
    </w:p>
    <w:p>
      <w:r>
        <w:rPr/>
        <w:t>6. Как можно определить, к какой группе дев я отношусь?</w:t>
      </w:r>
    </w:p>
    <w:p>
      <w:r>
        <w:rPr/>
        <w:t>7. Настроены ли вы на то, чтобы, начав покупать товары у Верного Свидетеля, заниматься этой торговлей до самого Второго Пришествия?</w:t>
      </w:r>
    </w:p>
    <w:p>
      <w:r>
        <w:rPr/>
        <w:t>8. Стоит ли начинать делать то, что не будешь продолжать?</w:t>
      </w:r>
    </w:p>
    <w:p>
      <w:r>
        <w:rPr/>
        <w:t>9. Для чего Иисус рассказал притчу о десяти девах?</w:t>
      </w:r>
    </w:p>
    <w:p>
      <w:r>
        <w:rPr/>
        <w:t>10. Как вы думаете, несёт ли притча о десяти девах что-то очень важное для нашего времени?</w:t>
      </w:r>
    </w:p>
    <w:p>
      <w:r>
        <w:rPr/>
        <w:t>11. Есть ли смысловая связь в предложенных для изучения Библейских стихах?</w:t>
      </w:r>
    </w:p>
    <w:p>
      <w:r>
        <w:rPr/>
        <w:t>12. Учит ли эта Школа вас неразумию?</w:t>
      </w:r>
    </w:p>
    <w:p>
      <w:r>
        <w:rPr/>
        <w:t>13. Какое решение вы приняли после изучения этого урока?</w:t>
      </w:r>
    </w:p>
    <w:p>
      <w:r>
        <w:rPr/>
        <w:t>14. Почему Господа не устраивают только слушатели и зрители?</w:t>
      </w:r>
    </w:p>
    <w:p>
      <w:r>
        <w:rPr/>
        <w:t>15. Придёт ли Иисус на ужин к тем, кто не пожелает тратить своё время на приобретение товаров для Лаодикии?</w:t>
      </w:r>
    </w:p>
    <w:p>
      <w:pPr>
        <w:pStyle w:val="Heading2"/>
        <w:pageBreakBefore/>
      </w:pPr>
      <w:r>
        <w:t>Глава 51</w:t>
      </w:r>
    </w:p>
    <w:p>
      <w:pPr>
        <w:pStyle w:val="Heading1"/>
      </w:pPr>
      <w:r>
        <w:t>В ожидании уснули</w:t>
      </w:r>
    </w:p>
    <w:p>
      <w:r>
        <w:rPr/>
        <w:t>Если бы мы сейчас посмотрели на то, чем занят сатана, то мы бы увидели, что он активно готовит начертание и образ зверя, чтобы предложить это нам. Он готовит весь мир к предстоящему событию и через возможные средства внушает всем людям безбожие, любовь ко греху и беспечность.</w:t>
      </w:r>
    </w:p>
    <w:p>
      <w:r>
        <w:rPr/>
        <w:t>Творец нашей Земли желает спасти каждого, кто этого пожелает и примет условия спасения. Бог призывает всех людей к покаянию и обращает внимание на никчёмность земных планов по сравнению с Вечными ценностями. И кто услышит этот голос?</w:t>
      </w:r>
    </w:p>
    <w:p>
      <w:r>
        <w:rPr/>
        <w:t>Накал духовного противостояния усиливается, и вскоре нас ожидает кульминация последних событий.</w:t>
      </w:r>
    </w:p>
    <w:p>
      <w:r>
        <w:rPr/>
        <w:t>Что ожидает мир впереди? Что будет с нами? К чему готовиться? Что происходит? Все эти и другие вопросы звучат ясно, и на них стоит знать правильный ответ. Люди хотят слышать истину, но вот примут ли они её и схватятся ли за предложенное спасение? Но если мы не скажем миру о том, что Господь открывает нам, то люди пойдут искать ответ в другом месте, и враг души обязательно объяснит им происходящее по-своему и убедит их в мире и безопасности.</w:t>
      </w:r>
    </w:p>
    <w:p>
      <w:r>
        <w:rPr/>
        <w:t>Печально понимать, что дух усыпления действует и в среде Божьего народа. Это предсказано нам как факт, с которым нам придётся иметь дело.</w:t>
      </w:r>
    </w:p>
    <w:p>
      <w:r>
        <w:rPr/>
        <w:t>Наше общество построено так, что везде нужны деньги, и за всё необходимо платить. Многие живут в изобилии. Кто-то зарабатывает деньги тяжёлым трудом, кто-то пашет с утра до вечера, чтобы выжить, а кто-то устал от всего этого и погряз в долгах. А враг души рисует мне прекрасные пейзажи сытой и обеспеченной жизни, желая убедить меня в том, что моя безопасность заключается в моём большом имении. Таким образом он подталкивает меня к тому, чтобы моё время уходило на приобретение богатств. На примере успешных людей я вижу, что, имея смекалку, знания и способности, можно очень быстро разбогатеть, но стоит помнить и то, что моё земное богатство не откроет мне двери Небесного Царства, но прибавит много забот и ненужных проблем, хотя может решить текущие вопросы и удовлетворить насущные потребности.</w:t>
      </w:r>
    </w:p>
    <w:p>
      <w:r>
        <w:rPr/>
        <w:t>Враг души выстроил очень интересную систему духовности, материализма, информации, в которой смешал истину с ложью, добро со злом, и теперь предлагает мне поселиться в этом Вавилоне и ни о чём Небесном не думать.</w:t>
      </w:r>
    </w:p>
    <w:p>
      <w:r>
        <w:rPr/>
        <w:t>Относительно последнего времени сказано, что люди не будут думать о своём спасении, как это и было во дни Ноя. И подобное влияние усыпляет меня, ведь всё так естественно, жизненно, обычно.</w:t>
      </w:r>
    </w:p>
    <w:p>
      <w:r>
        <w:rPr/>
        <w:t xml:space="preserve">Нам даны предсказания о последнем времени через Библию и Дух пророчества, где очень ясно указано, что будет происходить, и как эти события будут развиваться. Но нам не дана подробная информация о деталях этого времени. В пророчествах не стоит ни одного слова про интернет и средства связи, про всевозможные виды оружия и про технический прогресс, про достижения науки </w:t>
      </w:r>
      <w:r>
        <w:rPr/>
        <w:t>и удивительные открытия. Но мы всё это видим, понимая, что это не предел. А жизнь людей не стала более праведной.</w:t>
      </w:r>
    </w:p>
    <w:p>
      <w:r>
        <w:rPr/>
        <w:t>Сатана — это очень талантливый полководец. Он лучше нас изучил все пророчества и понял, что ему будет дана некоторая власть, чтобы совершить своё губительное дело над теми, кто будет им обманут. И он не планирует упускать эту возможность. Он – искусный стратег, который тщательно изучает планы Бога и придумывает подделки и ловушки на этом пути. И кто может устоять перед сатанинскими обольщениями?</w:t>
      </w:r>
    </w:p>
    <w:p>
      <w:r>
        <w:rPr/>
        <w:t>Я думаю о том, что многие Божьи дети, изучая пророчества о последнем времени, нарисовали себе картину того, как это должно быть, и ждут именно такого, соответствующего их пониманию, развития событий. Но проблема заключается в том, что сатана — это мудрый противник, который тщательно изучил все наши планы и прослушал все наши уроки и проповеди, и он не настолько глуп, чтобы идти со своей армией туда, где его ждут и готовы к нападению. Он придумает подделку и пошлёт некоторых воинов своей армии, чтобы создать видимость соответствия пророчествам, а все свои основные силы и обольщения направит туда, где его меньше всего ждут. И сатана будет бить наверняка.</w:t>
      </w:r>
    </w:p>
    <w:p>
      <w:r>
        <w:rPr/>
        <w:t>В отличие от нас, враг не спит, но готовится к нападению.</w:t>
      </w:r>
    </w:p>
    <w:p>
      <w:r>
        <w:rPr/>
        <w:t>Знает ли Бог планы сатаны? Да, знает. Есть ли у Всевышнего Свой план ведения войны? Да, есть. Изложен ли этот план в Библии или других произведениях? Да, но не открыт во всех деталях.</w:t>
      </w:r>
    </w:p>
    <w:p>
      <w:r>
        <w:rPr/>
        <w:t>В послании к Лаодикии мы видим, что Господь советует купить, не давая подробных объяснений. Но желающим познать этот план Святой Дух начинает открывать значение символов и пророчеств.</w:t>
      </w:r>
    </w:p>
    <w:p>
      <w:r>
        <w:rPr/>
        <w:t>Божьи откровения для последнего приготовления к битве уникальны тем, что они принимаются на уровне моих мыслей и чувств и вписываются в моё сердце, становясь лично мне понятными. И в свете этих откровений свыше я понимаю, что меня ожидает, и к чему мне стоит готовиться. Бог предупреждает меня о ловушках врага, а где-то позволяет даже упасть, чтобы я мог чему-то научиться. И я учусь, учусь у Самого Христа.</w:t>
      </w:r>
    </w:p>
    <w:p>
      <w:r>
        <w:rPr/>
        <w:t>Враг души не может читать мои мысли и узнать то, что мне открыл Бог, и он сходит с ума от такой стратегии войны. Сатана и его бесы знают, что Бог велик в Своей Силе, и никто не сможет Ему противостоять, поэтому силы зла трепещут от предстоящего поражения. И враг души понимает, что победителями будут те, кто примет полноту Божьей Любви Агапэ и через это сольётся с Богом, всё преодолев. Он не может помешать осуществлению Божьего плана, но попытается обольстить, если возможно, и избранных.</w:t>
      </w:r>
    </w:p>
    <w:p>
      <w:r>
        <w:rPr/>
        <w:t>Сон — это одно из верных средств врага, чтобы убедить Божьих детей не спешить к своему спасению, не проявлять ревность в познании особых истин и не тратить своё время на отношения с Богом. Нужно только почувствовать себя усталым или выгоревшим и пойти на заслуженный покой. Не стоит всё время грести против течения, следует найти тихую гавань и там приятно отдохнуть с мыслями: «Много добра у меня на многие годы. Ешь душа, пей, веселись!»</w:t>
      </w:r>
    </w:p>
    <w:p>
      <w:r>
        <w:rPr/>
        <w:t>Не стоит недооценивать силу сатаны. Его обольщения очень искусны, и они опьяняют сознание. Ты живёшь, думая, что всё хорошо, а не понимаешь, что ты под влиянием чар. Но эта власть врага успешно действует на его территории, куда многие из нас иногда заходят. При всей силе сатаны не следует его превозносить и уделять этому всё своё время. Он есть, хитёр и силён, но Бог сильнее и мудрее. Поэтому лучше помышлять о горнем, сидя у Божьих ног.</w:t>
      </w:r>
    </w:p>
    <w:p>
      <w:r>
        <w:rPr/>
        <w:t>Лучше играть в песочнице и строить куличики, находясь в Божьих руках, нежели быть инженером или генералом в армии сатаны.</w:t>
      </w:r>
    </w:p>
    <w:p>
      <w:r>
        <w:rPr/>
        <w:t>Бог готовит Свой народ к особой войне. Его оружие — это моя вера, Божья любовь-Агапэ, характер Иисуса и мудрость к различению добра и зла. И всё это мне предлагает купить Верный Свидетель. Затем Он просит меня быть прилежным в постоянном приобретении этих свойств души и покаяться в прежних грехах. И чтобы утвердить меня в любви и вере, чтобы запечатлеть Свой характер в моих мыслях и чувствах, Господь Сам приходит к двери моего сердца, чтобы через личные откровения передать мне все Свои планы.</w:t>
      </w:r>
    </w:p>
    <w:p>
      <w:r>
        <w:rPr/>
        <w:t>Мне даны пророчества, которые обязательно исполнятся, но не так, как я их представляю, а вот детали этого времени и что мне делать, Господь открывает на личном уровне всему Своему народу. И это время называется: сейчас! Ты услышал?</w:t>
      </w:r>
    </w:p>
    <w:p>
      <w:pPr>
        <w:pStyle w:val="Heading2"/>
      </w:pPr>
      <w:r>
        <w:t>Вопросы к размышлению над этой главой</w:t>
      </w:r>
    </w:p>
    <w:p>
      <w:r>
        <w:rPr/>
        <w:t xml:space="preserve">1. Прочитайте, пожалуйста, Мф.24:37-39; 25:5; Прит.10:5,28; Еф.5:14-18; Прит.23:31-35; Откр.14:8; 18:2,23; 1Пет.5:8; Пс.16:8-9; Мф.12:28; Евр.10:26-29; Лк.8:18; Евр.3:15; Откр.3:18-20 </w:t>
      </w:r>
      <w:r>
        <w:rPr/>
        <w:t>в свете этой главы</w:t>
      </w:r>
      <w:r>
        <w:rPr/>
        <w:t>.</w:t>
      </w:r>
    </w:p>
    <w:p>
      <w:r>
        <w:rPr/>
        <w:t xml:space="preserve">2. </w:t>
      </w:r>
      <w:r>
        <w:rPr/>
        <w:t>Что вы поняли из этой главы</w:t>
      </w:r>
      <w:r>
        <w:rPr/>
        <w:t>?</w:t>
      </w:r>
    </w:p>
    <w:p>
      <w:r>
        <w:rPr/>
        <w:t>3. У вас есть твёрдое представление о последних событиях?</w:t>
      </w:r>
    </w:p>
    <w:p>
      <w:r>
        <w:rPr/>
        <w:t>4. Как вы думаете, будет ли сатана действовать так, как мы того ожидаем?</w:t>
      </w:r>
    </w:p>
    <w:p>
      <w:r>
        <w:rPr/>
        <w:t>5. Понимаете ли вы необходимость особого приготовления к последнему времени?</w:t>
      </w:r>
    </w:p>
    <w:p>
      <w:r>
        <w:rPr/>
        <w:t>6. Вам понятно то, как именно нужно готовиться ко времени скорби?</w:t>
      </w:r>
    </w:p>
    <w:p>
      <w:r>
        <w:rPr/>
        <w:t>7. Будет ли сатана действовать в соответствии с моими ожиданиями, или у него есть свои планы?</w:t>
      </w:r>
    </w:p>
    <w:p>
      <w:r>
        <w:rPr/>
        <w:t>8. Что мне делать, чтобы устоять до самого Второго Пришествия?</w:t>
      </w:r>
    </w:p>
    <w:p>
      <w:r>
        <w:rPr/>
        <w:t>9. Что вы понимаете под выражением «территория врага», куда нельзя заходить?</w:t>
      </w:r>
    </w:p>
    <w:p>
      <w:r>
        <w:rPr/>
        <w:t>10. Почему спящий человек менее опасен для противника, чем бодрствующий?</w:t>
      </w:r>
    </w:p>
    <w:p>
      <w:r>
        <w:rPr/>
        <w:t>11. Есть ли в планах лукавого перерывы на обед или на заслуженный отпуск?</w:t>
      </w:r>
    </w:p>
    <w:p>
      <w:r>
        <w:rPr/>
        <w:t>12. Обучаясь в нашей Школе, вы узнали что-то новое и полезное, что поможет вам лучше приготовиться к последним событиям?</w:t>
      </w:r>
    </w:p>
    <w:p>
      <w:r>
        <w:rPr/>
        <w:t>13. Поможет ли моя дружба и личные отношения со Христом устоять во время испытаний?</w:t>
      </w:r>
    </w:p>
    <w:p>
      <w:r>
        <w:rPr/>
        <w:t>14. У вас есть в планах постоянная покупка того, что советует Верный Свидетель в послании к Лаодикии?</w:t>
      </w:r>
    </w:p>
    <w:p>
      <w:r>
        <w:rPr/>
        <w:t>15. Нужна ли мне любовь в последних сражениях с силами тьмы и зла? Если да, то для чего?</w:t>
      </w:r>
    </w:p>
    <w:p>
      <w:pPr>
        <w:pStyle w:val="Heading2"/>
        <w:pageBreakBefore/>
      </w:pPr>
      <w:r>
        <w:t>Глава 52</w:t>
      </w:r>
    </w:p>
    <w:p>
      <w:pPr>
        <w:pStyle w:val="Heading1"/>
      </w:pPr>
      <w:r>
        <w:t>Я всё это знаю</w:t>
      </w:r>
    </w:p>
    <w:p>
      <w:r>
        <w:rPr/>
        <w:t>В жизни каждого человека наступает такой момент, когда он, познавая этот мир, начинает понимать его устройство и закономерности. В духовных вопросах мы также сталкиваемся с множеством загадок, которые не можем понять с первого раза, но приходит откровение свыше, и мы начинаем видеть глубины познания Божьего и удивляться простоте и мудрости того, что нам явилось. А потом все мои открытия становятся частью меня и аккуратно складываются на полочках моей памяти, чтобы в нужное время Дух Святой мог мне напомнить всё, что Он мне ранее говорил.</w:t>
      </w:r>
    </w:p>
    <w:p>
      <w:r>
        <w:rPr/>
        <w:t>Я учусь любить, и эта наука связана со множеством откровений, которые не единожды посылаются, чтобы быть полностью познанными, но требуют времени, определённых обстоятельств, повторения, опыта, напоминания и вдохновения. Тогда они с новой силой озаряют мой разум и показывают ещё большую глубину в своей простоте. И чем проще Божьи откровения любви, тем более глубокими они кажутся, и тем интереснее с ними иметь дело.</w:t>
      </w:r>
    </w:p>
    <w:p>
      <w:r>
        <w:rPr/>
        <w:t>Например, слова «Я тебя люблю» не содержат в себе ничего нового. Они стары, как наш мир. Они заезжены до предела, но как приятно их вновь и вновь слушать. И думаю, что даже Вечности будет мало, чтобы насытиться этим словосочетанием и сказать, что я это знаю, и не надо мне постоянно об этом говорить.</w:t>
      </w:r>
    </w:p>
    <w:p>
      <w:r>
        <w:rPr/>
        <w:t>Слышал историю, в которой жена через пять лет после свадьбы спросила мужа, любит ли он её. На что он ответил, что любит. А она спросила, почему он об этом не говорит. Муж сказал, что перед свадьбой он её уже поставил в известность, и если что-то изменится, то он обязательно сообщит об этом. Смешно? Глупо? Но я знаю людей, которые ни разу не слышали этих слов любви в своих семьях, хотя сами готовы об этом постоянно говорить.</w:t>
      </w:r>
    </w:p>
    <w:p>
      <w:r>
        <w:rPr/>
        <w:t>Особенность любви состоит в том, что она, даруя себя, не ищет своего и не выпрашивает ответных слов подобного рода, но любви очень нравится слышать такие слова и в свой адрес. Она никогда не устанет говорить о своей любви и слушать в ответ те же самые признания. Любовь не стесняется саму себя, явленную через сердце другого человека. Она жаждет этих слов любви, хотя не вынуждает их произносить. Она очень радуется искренним признаниям, хотя и не ищет их. Даже задавая вопрос «А любишь ли ты меня?», она не ждёт простого «да», а желает увидеть глубину сердца, которое чистосердечно признаётся в своих чистых чувствах, облекая свои мысли в слова, чтобы поделиться тем, что переполняет разум. И любовь слышит голос любви. Она его не перепутает ни с чем.</w:t>
      </w:r>
    </w:p>
    <w:p>
      <w:r>
        <w:rPr/>
        <w:t>В последнее время Божий народ будет иметь особое ведение и получать особые откровения свыше. Нужна определённая мудрость, чтобы убедиться в том, что я имею это ведение, и что мне достаточно полученных знаний. Необходимо чётко понимать, что весь свет свыше даётся мне для того, чтобы я был готов к предстоящим испытаниям и смог их достойно встретить и перенести.</w:t>
      </w:r>
    </w:p>
    <w:p>
      <w:r>
        <w:rPr/>
        <w:t>Бог позаботится о том, чтобы через Свои каналы донести до каждого то, что необходимо будет узнать. Вот здесь и произойдёт самое печальное разделение.</w:t>
      </w:r>
    </w:p>
    <w:p>
      <w:r>
        <w:rPr/>
        <w:t>Когда Бог посылает свет Своим детям, тогда всегда находятся те, кто ответит: «Я это знаю». Но ещё худший ответ может звучать следующим образом: «Мы это знаем». Тем самым мы делаем соучастниками и других людей, которые могут невольно поддержать такую позицию. Что содержит в себе подобный подход к принятию света? Это вежливое заявление о его отвержении. И практически невозможно посеять семя там, где идёт открытое сопротивление.</w:t>
      </w:r>
    </w:p>
    <w:p>
      <w:r>
        <w:rPr/>
        <w:t>А Господь тихо говорит, что «ты не знаешь, насколько ты несчастен, и жалок, и нищ, и слеп, и наг». Откр.3:17.</w:t>
      </w:r>
    </w:p>
    <w:p>
      <w:r>
        <w:rPr/>
        <w:t>А если вспомнить просьбу Бога из Иер 33:3: «Воззови ко Мне — и Я отвечу тебе, покажу тебе великое и недоступное, чего ты не знаешь», то становится совсем понятно, что лучше выслушать знакомые истины ещё раз, чем пропустить что-то очень важное. И если я не взываю в поиске великого и недоступного, но уверен в том, что уже всё знаю, то мне никто ничего не будет открывать.</w:t>
      </w:r>
    </w:p>
    <w:p>
      <w:r>
        <w:rPr/>
        <w:t>Дети отличаются от взрослых тем, что они очень любят слушать то, что им уже знакомо, говоря: «Расскажи ещё». Взрослые же предпочитают перебивать любой разговор словами: «Я это знаю». Кому из них легче донести истину?</w:t>
      </w:r>
    </w:p>
    <w:p>
      <w:r>
        <w:rPr/>
        <w:t>Не думайте, что новый свет будет содержать в себе что-то уникальное, состоящее из новых слов. Это будут очень знакомые истины, которые в силе Святого Духа предстанут иначе. Божий свет даётся для того, чтобы освещать знакомые вещи с разных сторон.</w:t>
      </w:r>
    </w:p>
    <w:p>
      <w:r>
        <w:rPr/>
        <w:t>Будет ли польза человеку, если он выучит послание к Лаодикии наизусть, но не поймёт смысла сказанного?</w:t>
      </w:r>
    </w:p>
    <w:p>
      <w:r>
        <w:rPr/>
        <w:t>Когда ученикам давалась новая заповедь: «Да любите друг друга», тогда для них это было не что-то новое, а повторение знакомых слов. Думаю, что за три с половиной года они часто слышали такой совет, но не обращали на него внимания. Так и каждому из нас в определённое время Бог начинает открывать новые истины в другом свете. Но это не делается против моей воли. Достаток ведения будет дан только тем, кто жаждет, кто ищет, кто стучит, кто отворяет на стук, слыша Божий голос.</w:t>
      </w:r>
    </w:p>
    <w:p>
      <w:r>
        <w:rPr/>
        <w:t>Если я считаю себя мудрее, богаче, выше других, то мне будет очень сложно услышать Божий призыв к моему сердцу. Гордость и самодостаточность никогда не будут выглядеть в глазах Неба как особый статус души, который необходимо с почтительностью оберегать. Это те ржавые замки, которые держат сердце в невежестве. Таким людям ничего не будет дано, да и отнимется и то, что имеют.</w:t>
      </w:r>
    </w:p>
    <w:p>
      <w:r>
        <w:rPr/>
        <w:t>Божья весть для народа последнего времени будет очень проста, знакома и скромна. Никто не скажет нам: «Купите у Меня масло для светильника». Но Господь вежливо делает предложение: «Советую тебе купить у Меня…» Когда Бог что-то советует, лучше всего к этому прислушаться и сделать то, о чём идёт речь. Даже если я знаю все тайны и могу расшифровать значения всех символов, но не имею того, что мне предлагается, то какая мне будет польза от этих знаний?</w:t>
      </w:r>
    </w:p>
    <w:p>
      <w:r>
        <w:rPr/>
        <w:t xml:space="preserve">Мы уже очень много уроков прошли, говоря о Послании к Лаодикии. Но хочу нас заверить в том, что мы ещё до конца не знаем, о чём оно повествует. Есть такое предчувствие, что в нём сокрыто что-то очень важное, что будет обнаружено только </w:t>
      </w:r>
      <w:r>
        <w:rPr/>
        <w:t>воистину жаждущими и ищущими. Мы выяснили, что в этом совете Бог предлагает Самого Себя во всей Своей красоте и силе, но как Его обрести, пока нам ещё до конца не открыто. Но можно точно и с уверенностью сказать, что в этом послании содержится самая торжественная весть для последнего времени, весть о том, что нам всем надо обязательно купить и чем важно уметь владеть.</w:t>
      </w:r>
    </w:p>
    <w:p>
      <w:r>
        <w:rPr/>
        <w:t>Мы копаем что-то великое и недоступное, чего ещё не знаем. Я не знаю, к чему мы придём, но, когда Бог нам откроет и эту глубину, мы удивимся её простоте и тем новым возможностям в познании Христа, которые мы не знали.</w:t>
      </w:r>
    </w:p>
    <w:p>
      <w:r>
        <w:rPr/>
        <w:t>Когда Сам Господь скажет мне, что Он меня любит, и, руководствуясь этой любовью, желает мне открыть и смысл сказанного, тогда я не планирую заявлять о том, что я что-то уже знаю. Эти слова любви я готов слушать всю Вечность и думаю, что они никогда не утомят меня своим однообразием.</w:t>
      </w:r>
    </w:p>
    <w:p>
      <w:r>
        <w:rPr/>
        <w:t>Господь предлагает мне купить это золото, а потом ещё и ещё бесконечно долго совершать эту сделку, пока я дышу, потому что это — дыхание Вечной жизни.</w:t>
      </w:r>
    </w:p>
    <w:p>
      <w:pPr>
        <w:pStyle w:val="Heading2"/>
      </w:pPr>
      <w:r>
        <w:t>Вопросы к размышлению над этой главой</w:t>
      </w:r>
    </w:p>
    <w:p>
      <w:r>
        <w:rPr/>
        <w:t xml:space="preserve">1. Прочитайте, пожалуйста, 1Кор.15:34; Ин.3:8; 13:7,34-35; 15:15; 17:3; 1Кор.10:12; Иов.38:3-4,17-18,33; Ос.4:6; Еккл.8:16-17; 9:1; 11:5-6; 1Ин.2:20-21; 3:23; Тит.1:15-16; Откр.3:17-20; Пс.138:4; Прит.27:1; 30:5-6; Иер.33:3; 1Кор.13:1-3 </w:t>
      </w:r>
      <w:r>
        <w:rPr/>
        <w:t>в свете этой главы</w:t>
      </w:r>
      <w:r>
        <w:rPr/>
        <w:t>.</w:t>
      </w:r>
    </w:p>
    <w:p>
      <w:r>
        <w:rPr/>
        <w:t xml:space="preserve">2. </w:t>
      </w:r>
      <w:r>
        <w:rPr/>
        <w:t>Что вы поняли из этой главы</w:t>
      </w:r>
      <w:r>
        <w:rPr/>
        <w:t>?</w:t>
      </w:r>
    </w:p>
    <w:p>
      <w:r>
        <w:rPr/>
        <w:t>3. Что вы слышите в выражении «Я это знаю»?</w:t>
      </w:r>
    </w:p>
    <w:p>
      <w:r>
        <w:rPr/>
        <w:t>4. С какого возраста человек начинает всё знать?</w:t>
      </w:r>
    </w:p>
    <w:p>
      <w:r>
        <w:rPr/>
        <w:t>5. Согласны ли вы с заявлением, что мы ещё многого не знаем?</w:t>
      </w:r>
    </w:p>
    <w:p>
      <w:r>
        <w:rPr/>
        <w:t>6. Будет ли мне польза от всех моих знаний, если я не имею любви?</w:t>
      </w:r>
    </w:p>
    <w:p>
      <w:r>
        <w:rPr/>
        <w:t>7. Можно ли что-то узнать в совершенстве, если только поверхностно это изучать?</w:t>
      </w:r>
    </w:p>
    <w:p>
      <w:r>
        <w:rPr/>
        <w:t>8. Нужны ли нам особые знания в последнее время?</w:t>
      </w:r>
    </w:p>
    <w:p>
      <w:r>
        <w:rPr/>
        <w:t>9. О каком недостатке ведения говорит Бог через Ос.4:6?</w:t>
      </w:r>
    </w:p>
    <w:p>
      <w:r>
        <w:rPr/>
        <w:t>10. Даёт ли вам послание к Лаодикии какое-то важное знание?</w:t>
      </w:r>
    </w:p>
    <w:p>
      <w:r>
        <w:rPr/>
        <w:t>11. Как вы считаете, важно ли понимать, что предлагается мне в Откр.3:18, и приобретать это?</w:t>
      </w:r>
    </w:p>
    <w:p>
      <w:r>
        <w:rPr/>
        <w:t>12. Получаете ли вы какие-то важные знания, обучаясь в этой Школе?</w:t>
      </w:r>
    </w:p>
    <w:p>
      <w:r>
        <w:rPr/>
        <w:t xml:space="preserve">13. Что полезного узнали вы, изучая уроки </w:t>
      </w:r>
      <w:r>
        <w:rPr/>
        <w:t>этой книги</w:t>
      </w:r>
      <w:r>
        <w:rPr/>
        <w:t>?</w:t>
      </w:r>
    </w:p>
    <w:p>
      <w:r>
        <w:rPr/>
        <w:t>14. Вы уже всё знаете, или ещё есть что-то такое, что нужно обязательно узнать? Как можно просить показать великое и недоступное, если я даже не знаю, что оно есть?</w:t>
      </w:r>
    </w:p>
    <w:p>
      <w:r>
        <w:rPr/>
        <w:t>15. Планируете ли вы вечно учиться чему-то у Бога?</w:t>
      </w:r>
    </w:p>
    <w:p>
      <w:pPr>
        <w:pStyle w:val="Heading2"/>
        <w:pageBreakBefore/>
      </w:pPr>
      <w:r>
        <w:t>Глава 53</w:t>
      </w:r>
    </w:p>
    <w:p>
      <w:pPr>
        <w:pStyle w:val="Heading1"/>
      </w:pPr>
      <w:r>
        <w:t>Вечная торговля</w:t>
      </w:r>
    </w:p>
    <w:p>
      <w:r>
        <w:rPr/>
        <w:t>Каждый из нас что-то когда-то покупал и что-то продавал. А кто-то пробует перейти на полное самообеспечение, чтобы не зависеть от мира и не заниматься никакой торговлей. Подобный образ жизни возможен, но только в сельской местности, где земля будет кормить тех, кто на ней трудится. Будучи городским жителем, я привязан к продовольственным магазинам, и у меня всегда должны быть в наличии средства, на которые я смогу купить себе еду и другие предметы быта. И подобную торговлю мне придётся вести до конца моих земных лет. И меня не пугает подобный подход.</w:t>
      </w:r>
    </w:p>
    <w:p>
      <w:r>
        <w:rPr/>
        <w:t>Из Библейских пророчеств я знаю, что в последнее время враг души будет использовать земные власти, чтобы запретить всем имеющим Божью печать покупать и продавать. И подобные законы обрекут многих Божьих детей на верную голодную смерть.</w:t>
      </w:r>
    </w:p>
    <w:p>
      <w:r>
        <w:rPr/>
        <w:t>Но Бог со Своей стороны предупредил нас о том, что глады, моры и землетрясения по местам будут уносить тысячи жизней, а Божьи суды разрушат всё земное, беспощадно изливаясь на Землю в виде семи последних язв. Но при этом Библия учит, что хлеб и вода не иссякнут у Божьего народа.</w:t>
      </w:r>
    </w:p>
    <w:p>
      <w:r>
        <w:rPr/>
        <w:t>У Бога было достаточно ресурсов, чтобы прокормить миллионы людей, вышедших из египетского рабства, и делать это в течение сорока лет.</w:t>
      </w:r>
    </w:p>
    <w:p>
      <w:r>
        <w:rPr/>
        <w:t>Меня не пугает перспектива того, что я должен всю свою жизнь покупать себе еду или выращивать её на своём участке. Я понимаю, что это всё крайне необходимо для моего здоровья и продления земной жизни. Но что мне делать с Богом, Который мне советует что-то у Него купить?</w:t>
      </w:r>
    </w:p>
    <w:p>
      <w:r>
        <w:rPr/>
        <w:t>Когда я понимаю, что мне хотят что-то продать, тогда я начинаю осторожно интересоваться тем, что мне предлагается. Я заглядываю в Откр.3:18 и вижу там ассортимент только из трёх товаров. Начинаю думать, что это такое, зачем мне это нужно, стоит ли за это отдавать установленную плату? Я привык жить без подобных вещей, а тут требуется отдать всё своё, чтобы приобрести всё Божье.</w:t>
      </w:r>
    </w:p>
    <w:p>
      <w:r>
        <w:rPr/>
        <w:t>Те, кто из нас посмелее, решаются на такую покупку, и мы видим их радостные возбуждённые лица и слышим рассказы о том, какое великое и недоступное сокровище они нашли. Решаясь стать участником этой торговли, я понимаю, что мне предлагается самое большое Небесное благословение, которое можно себе только представить. Я совершаю покупку и радостно убегаю. Моё сердце поёт. Я нашёл золото, которое меня обогатило, приобрёл белую одежду, которая прикрыла мою срамоту наготы, а глазная мазь сделала меня мудрым и видящим. И я в радости убежал в мир, чтобы рассказать другим, что я имею. Мир полон своих забот, и, стараясь в нём выжить, я теряю все Лаодикийские качества жизни. Я понимаю, что мне вновь нужны эти сокровища. Но я же уже их однажды купил! Почему мне вновь и вновь необходимо приходить в Небесную лавку и платить такую высокую цену? Почему мне не могут продать всё это однажды и навсегда, как, к примеру, дом, чтобы, купив это всё, я мог всю оставшуюся жизнь этим пользоваться и не переживать о наличии у себя такого товара?</w:t>
      </w:r>
    </w:p>
    <w:p>
      <w:r>
        <w:rPr/>
        <w:t>Но, изучая послание к Лаодикии, я прихожу к ясному выводу о том, что предлагаемые товары невозможно купить один раз и потом пользоваться ими всю жизнь. Мне предлагается Небесная еда, воздух и тепло. Они дают мне силу на короткое время, а потом я начинаю вновь во всём этом нуждаться. И я ясно понимаю, что Иисус желает сделать меня живым, счастливым, но при этом зависимым от Себя. Он продаёт мне жизненно важные сокровища Неба, которые имеют особенность насыщать моё тело и разум и заканчиваться до следующей закупки.</w:t>
      </w:r>
    </w:p>
    <w:p>
      <w:r>
        <w:rPr/>
        <w:t>Я набрался смелости прийти и заглянуть в этот магазин и немного разобраться в том, что мне предлагается. И я считаю какой-то свой интерес к этому уже большим одолжением Богу. А тут получается, что меня хотят подсадить на вечную торговлю и не дают никаких шансов на воздержание от покупки!</w:t>
      </w:r>
    </w:p>
    <w:p>
      <w:r>
        <w:rPr/>
        <w:t>Моя проблема заключается в том, что я слеп и не вижу своего истинного тёплого полумёртвого состояния. А незрячий никогда не оценит Вечные ценности, которые постигаются глазами веры и Небесной мудрости.</w:t>
      </w:r>
      <w:r>
        <w:rPr/>
        <w:t xml:space="preserve"> </w:t>
      </w:r>
      <w:r>
        <w:rPr/>
        <w:t>Если я не понимаю, что из себя представляют товары для Лаодикии, и почему они мне так нужны, то у меня и не будет интереса к их приобретению. А если я считаю себя богатым, разбогатевшим и ни в чём не имеющим нужды, то всё Небо со своими сокровищами покажется мне ничтожным по сравнению с благами, которыми я обладаю.</w:t>
      </w:r>
    </w:p>
    <w:p>
      <w:r>
        <w:rPr/>
        <w:t>Верный Свидетель очень ясно заявляет мне о моём истинном состоянии и советует воспользоваться выходом, который актуален для последнего времени. Но Господь предусмотрел и то, чтобы я не смог удержать в своих дырявых сосудах души эту Небесную воду жизни, и поэтому предлагает мне Вечную торговлю. Иисус ожидает, что я буду ежедневно приходить в Его лавку с товарами, а затем с головой уйду в эти сделки, втягивая и других друзей в подобные отношения.</w:t>
      </w:r>
    </w:p>
    <w:p>
      <w:r>
        <w:rPr/>
        <w:t>Предлагая Себя и всё Небо, Господь желает отдавать это вечно, чтобы мы непрестанно зависели от Него и познавали Его. И никогда на протяжении всей Вечности не настанет тот момент, когда я скажу: «Довольно, я всё уже имею и знаю». Но всегда будет нужда в новом глотке воздуха жизни, в познании красоты Божьего характера, в развитии лучших качеств своей души, и за всё это нужно будет платить всем своим Вечным временем и отдавать всего себя, с головою погружаясь в сердце Бога.</w:t>
      </w:r>
    </w:p>
    <w:p>
      <w:r>
        <w:rPr/>
        <w:t>Богопознание — это Вечная наука, дающая Вечную жизнь, а плоды древа жизни будут делать это познание удивительно вкусным и радостным.</w:t>
      </w:r>
    </w:p>
    <w:p>
      <w:r>
        <w:rPr/>
        <w:t>Но мир, в котором Бог нас ищет, очень привлекателен своими проектами. Он желает иметь все наши ресурсы в своей власти, привязывая наши сердца к земному. Господь предлагает Себя и даёт понять, что Он не одноразовый Товар, а Предмет Вечной торговли. Ты слышишь это, читатель? Ты понимаешь, что ожидает и предлагает Небо?</w:t>
      </w:r>
    </w:p>
    <w:p>
      <w:r>
        <w:rPr/>
        <w:t>Просто зайти что-то купить или попробовать, а потом убежать навсегда — это не то, что нужно Богу. Ты необходим Ему навсегда, и Небесная торговля будет вечно продолжаться, и она должна начаться уже сейчас на этой Земле, чтобы иметь своё продолжение в Божьем Царстве.</w:t>
      </w:r>
    </w:p>
    <w:p>
      <w:r>
        <w:rPr/>
        <w:t>Господь принимает нас в нашем невежестве и прощает нам то, что мы не знали про Лаодикийские товары. Однако что Ему делать с теми, кто зашёл, вкусил, купил и ушёл навсегда, считая себя отныне очень богатым и знающим?</w:t>
      </w:r>
    </w:p>
    <w:p>
      <w:r>
        <w:rPr/>
        <w:t>Неужели вам надоело дышать, есть хлеб жизни и пребывать в тепле Божьей любви? Неужели вы думаете, что этот мир согреет и накормит нас лучше? Вас пугает постоянство Божьей торговли? А что я теряю при этом?</w:t>
      </w:r>
    </w:p>
    <w:p>
      <w:r>
        <w:rPr/>
        <w:t>Мои земные потери лучше оценивать не в свете земных приобретений, а в сравнении с величием Небесных сокровищ. Вникая в значение и состав Лаодикийских товаров, я обнаруживаю космос бесконечных перспектив и открытий, понимая, что Бог желает в этом предложить что-то очень важное и значимое. Но как скромно Он советует это купить. Такой маленький стих 3:18, а какая в нём глубина и полнота бесконечных открытий и откровений!</w:t>
      </w:r>
    </w:p>
    <w:p>
      <w:r>
        <w:rPr/>
        <w:t>Моё понимание ценности предлагаемых товаров побудит меня постоянно приходить в этот магазин, чтобы непрестанно заправлять свои сосуды Небесным маслом. И уже не Господь будет меня упрашивать, а я сам стану этого желать.</w:t>
      </w:r>
    </w:p>
    <w:p>
      <w:pPr>
        <w:pStyle w:val="Heading2"/>
      </w:pPr>
      <w:r>
        <w:t>Вопросы к размышлению над этой главой</w:t>
      </w:r>
    </w:p>
    <w:p>
      <w:r>
        <w:rPr/>
        <w:t xml:space="preserve">1. Прочитайте, пожалуйста, Ин.17:3; Флп.1:6; 4:4; Ис.66:22-23; Дан.12:3; Откр.3:18; Ин.5:39; 6:40,47,54; 1Фес.5:15-18; 1Пет.1:22; 3:15; Исх.25:30; 29:38-43; Рим.2:6-8; 6:22-23; 12:11-12; Еф.6:18; Кол.4:2; 1Тим.4:12-16; Прит.15:15; Мат.28:18-20; Евр.7:24-25; Иуд.1:21 </w:t>
      </w:r>
      <w:r>
        <w:rPr/>
        <w:t>в свете этой главы</w:t>
      </w:r>
      <w:r>
        <w:rPr/>
        <w:t>.</w:t>
      </w:r>
    </w:p>
    <w:p>
      <w:r>
        <w:rPr/>
        <w:t xml:space="preserve">2. </w:t>
      </w:r>
      <w:r>
        <w:rPr/>
        <w:t>Что вы поняли из этой главы</w:t>
      </w:r>
      <w:r>
        <w:rPr/>
        <w:t>?</w:t>
      </w:r>
    </w:p>
    <w:p>
      <w:r>
        <w:rPr/>
        <w:t>3. Есть ли в Библии указания, которые нам советуют что-то делать постоянно и всегда?</w:t>
      </w:r>
    </w:p>
    <w:p>
      <w:r>
        <w:rPr/>
        <w:t>4. Говорит ли вам слово «Вечность» о том, что мы вечно будем там чем-то добрым заниматься?</w:t>
      </w:r>
    </w:p>
    <w:p>
      <w:r>
        <w:rPr/>
        <w:t>5. Важно ли понимать, что предлагает нам Верный Свидетель, советуя купить Небесные товары?</w:t>
      </w:r>
    </w:p>
    <w:p>
      <w:r>
        <w:rPr/>
        <w:t>6. Если я буду покупать у Иисуса то, что Он советует Лаодикии, буду ли я иметь то, что приобретаю?</w:t>
      </w:r>
    </w:p>
    <w:p>
      <w:r>
        <w:rPr/>
        <w:t xml:space="preserve">7. Вас </w:t>
      </w:r>
      <w:r>
        <w:rPr/>
        <w:t>радует</w:t>
      </w:r>
      <w:r>
        <w:rPr/>
        <w:t xml:space="preserve">, что </w:t>
      </w:r>
      <w:r>
        <w:rPr/>
        <w:t>торговля с Иисусом</w:t>
      </w:r>
      <w:r>
        <w:rPr/>
        <w:t xml:space="preserve"> — это Вечное предприятие, которое никогда не закончится?</w:t>
      </w:r>
    </w:p>
    <w:p>
      <w:r>
        <w:rPr/>
        <w:t>8. Настраиваетесь ли вы на то, что вам придётся вечно дышать, вкушать плоды древа жизни, вечно пребывать в Божьей любви и учиться у Его ног? Вам не страшно от такого постоянства?</w:t>
      </w:r>
    </w:p>
    <w:p>
      <w:r>
        <w:rPr/>
        <w:t>9. Приятно ли будет Богу видеть вас всегда ходящим в белой одежде, вечно богатым Небесным золотом и постоянно зрячим даже в самое тёмное время истории?</w:t>
      </w:r>
    </w:p>
    <w:p>
      <w:r>
        <w:rPr/>
        <w:t>10. Масло для светильника — это одноразовая заправка сосуда или постоянное собирание Божьих откровений и опытов для своего духовного роста?</w:t>
      </w:r>
    </w:p>
    <w:p>
      <w:r>
        <w:rPr/>
        <w:t>11. Вас не раздражает постоянство обучения в этой Школе? Научились ли вы в ней чему-то новому и полезному?</w:t>
      </w:r>
    </w:p>
    <w:p>
      <w:r>
        <w:rPr/>
        <w:t>12. Любить ближнего — это что-то постоянное, или достаточно один раз об этом сказать, и хватит?</w:t>
      </w:r>
    </w:p>
    <w:p>
      <w:r>
        <w:rPr/>
        <w:t>13. Можно ли непрестанно получать что-то особое от Бога, лишь изредка обращаясь к Нему с этим?</w:t>
      </w:r>
    </w:p>
    <w:p>
      <w:r>
        <w:rPr/>
        <w:t>14. Согласны ли вы быть вечным покупателем в Божьем магазине?</w:t>
      </w:r>
    </w:p>
    <w:p>
      <w:r>
        <w:rPr/>
        <w:t>15. Почему Бог продаёт, а не раздаёт Свои товары просто так?</w:t>
      </w:r>
    </w:p>
    <w:p>
      <w:pPr>
        <w:pStyle w:val="Heading2"/>
        <w:pageBreakBefore/>
      </w:pPr>
      <w:r>
        <w:t>Глава 54</w:t>
      </w:r>
    </w:p>
    <w:p>
      <w:pPr>
        <w:pStyle w:val="Heading1"/>
      </w:pPr>
      <w:r>
        <w:t>Сетевой маркетинг</w:t>
      </w:r>
    </w:p>
    <w:p>
      <w:r>
        <w:rPr/>
        <w:t>Богатство стало для некоторых людей целью и смыслом жизни. Золотой венец этого мира ослепил умы многих, и в стремлении его получить человек готов инвестировать всё своё время в учёбу, в постижение законов денег, в работу, в деловые встречи и отношения. Он не против того, чтобы ехать на край света, если знает, что эта поездка принесёт ему в перспективе прибыль. В результате этого предприимчивые люди понимают, что больше зарабатывает не тот, кто умеет что-то делать своими руками и добывать себе этим хлеб, а тот, кто может организовать свой бизнес так, чтобы на тебя работали другие и приносили тебе своим умением прибыль. Жажда обретения лёгкого богатства, подобно проказе, заражает всё общество. Возможность вавилонской системы торговли такова, что она позволяет талантливым и проворным людям зарабатывать большие деньги путём привлечения внешних финансовых и физических ресурсов.</w:t>
      </w:r>
    </w:p>
    <w:p>
      <w:r>
        <w:rPr/>
        <w:t>Сетевой маркетинг стал одной из популярных структур бизнеса, позволяющих иметь пассивный доход за счёт силы убеждения и активности других людей. Суть этого маркетинга такова. Ты, являясь независимым продавцом, получаешь процент с проданного товара и при этом предлагаешь своим покупателям стать независимыми продавцами этого же товара и получать свой процент с оборота, но при этом ты имеешь какой-то процент и от торговли тех, кого ты втянул в эту сеть. А все твои дистрибьюторы получают прибыль с продаж найденных ими продавцов. Для успешного развития бизнеса необходимо иметь качественный продукт для реализации его в обществе и хорошо подвешенный язык для убеждения и привлечения новых клиентов.</w:t>
      </w:r>
    </w:p>
    <w:p>
      <w:r>
        <w:rPr/>
        <w:t>За свою жизнь я часто пересекался с подобными предпринимателями, и, к удивлению, это были мои друзья, знакомые и даже единоверцы. Меня старались убедить приобрести себе умные пылесосы, супер-кастрюли, пластиковую посуду, волшебные витамины от всех болезней, пищевые добавки, предметы быта и гигиены и очень много других красивых и нужных вещей. И подобная реклама из уст близких людей звучит весьма убедительно. Но меня всегда смущало то, что мой бюджет не позволял мне покупать подобные «ценные» вещи, а в отношениях я видел более жажду наживы за мой счёт, чем разумную рекомендацию полезных продуктов. А изучая альтернативу, я понимал, что эти же предлагаемые товары можно купить гораздо дешевле у других производителей.</w:t>
      </w:r>
    </w:p>
    <w:p>
      <w:r>
        <w:rPr/>
        <w:t>Также я обратил внимание и на то, что разум подобных торговцев повреждается, и они, проповедуя другим, сами начинают верить в то, что предлагаемые вещи самые лучшие в мире. Эти люди готовы ими пользоваться всю оставшуюся жизнь. Я не оспариваю их точку зрения, но у меня есть своё мнение, которое меня устраивает.</w:t>
      </w:r>
    </w:p>
    <w:p>
      <w:r>
        <w:rPr/>
        <w:t xml:space="preserve">Когда в наши дружеские отношения вносится торговля или желание что-то заработать за мой счёт, тогда это становится хорошей проверкой моего дружелюбия. И чтобы сохранить отношения, я вежливо отказываюсь, ссылаясь на </w:t>
      </w:r>
      <w:r>
        <w:rPr/>
        <w:t>разные причины. А сам я не могу торговать подобным образом, а если не избежать факта купли-продажи, то я стараюсь продать вещь по её себестоимости или дешевле, или подарить, чтобы не разрушить отношения и не испортить себе репутацию. Мне друзья дороже, чем все деньги этого мира, но я сам не являюсь богатым другом, готовым содержать всех желающих.</w:t>
      </w:r>
    </w:p>
    <w:p>
      <w:r>
        <w:rPr/>
        <w:t>Как смотрит Бог на подобный маркетинг? Сказать, что эта торговля является проклятием для Божьих детей, неправильно. Мне дан разум и мудрость, чтобы вникать в суть вещей и размышлять о принципах, которые движут мною в подобных предприятиях. До определённой степени всё может быть честно и чисто. Но стоит также знать и Библейские принципы, чтобы не перейти на «торговлю свиньями» или не впасть во власть сребролюбия.</w:t>
      </w:r>
    </w:p>
    <w:p>
      <w:r>
        <w:rPr/>
        <w:t>Большие доходы ещё не говорят о том, что я стану богатым. Состоятельный человек — это не тот, кто много зарабатывает, а тот, кто умеет копить и откладывать даже с малого, или мудро инвестировать полученное в дальнейшее преумножение.</w:t>
      </w:r>
    </w:p>
    <w:p>
      <w:r>
        <w:rPr/>
        <w:t>Но всегда стоит помнить простую истину о том, что в конце жизни мне придётся дать отчёт за всё, что было мне доверено, за всё, что было в моей власти, за те преимущества, которые я имел и как их использовал.</w:t>
      </w:r>
    </w:p>
    <w:p>
      <w:r>
        <w:rPr/>
        <w:t>Господь предлагает мне Свою сеть по имени «Агапэ». Он желает привлечь меня в Свой бизнес, чтобы я, приобретая это свойство души, позволял Святому Духу менять моё сознание, и затем втягивал и своих ближних в Божьи сети, помогая им в них запутаться навсегда. Господь побуждает меня вести разумную торговлю уже со своими ближними. И интересно то, что моя личная прибыль от каждого нового человека записывается на мой Небесный счёт и в виде счастья, благодарственных молитв, радости и мира обогащает меня, принося постоянный пассивный доход обильными Божьими благословениями.</w:t>
      </w:r>
    </w:p>
    <w:p>
      <w:r>
        <w:rPr/>
        <w:t>Бог не устаёт изобретать новые товары для моей успешной торговли и обогащения моих дистрибьюторов в нашем маркетинге. Он постоянно радует нас новыми откровениями и благословениями. А пропуская весь Божий свет через свои руки и сердце, я приобретаю опыт Небесной торговли и могу убеждать и других людей вступать в наш бизнес и делиться с остальными той самой неизвестной «Агапэ», которая открывается мне всё ярче и шире и становится настолько понятной, что её никак невозможно удержать в своём сердце.</w:t>
      </w:r>
    </w:p>
    <w:p>
      <w:r>
        <w:rPr/>
        <w:t>Мне думается, что все мы имеем дар торговли, но вот только товары у нас у всех разные. И проблема не в том, что я торгаш, а в том, что я распространяю и в какой сети нахожусь.</w:t>
      </w:r>
    </w:p>
    <w:p>
      <w:r>
        <w:rPr/>
        <w:t>Бог имеет Свой сетевой маркетинг, который работает по принципам Неба. Враг души всегда старается подделать Небесное и представить это под своей торговой маркой. Он пал с Небес по причине обширности своей торговли, и сейчас желает втянуть в свои сети, если возможно, даже избранных.</w:t>
      </w:r>
    </w:p>
    <w:p>
      <w:r>
        <w:rPr/>
        <w:t xml:space="preserve">Вся система Вавилона основана на земной торговле. Мир денег стал управлять волей и интересами живущих на планете. А люди денег возомнили себя богами этого мира, и решают использовать власть земных сокровищ для продвижения планов сатаны. Нам предсказано, что Божьим детям будет запрещено покупать и продавать, и система денег объявит нам бойкот и войну, чтобы уничтожить нас, </w:t>
      </w:r>
      <w:r>
        <w:rPr/>
        <w:t>но Бог никогда не оставлял Своих детей, тем более не сделает этого и в последнее время. Он желает, чтобы все Его дети одержали окончательную победу над миром денег и через это прославили своего Господа перед лицом всей Вселенной. У Бога достаточно сил, средств и мудрости, чтобы довести Свои планы до конца и показать, что Божьи сети самые лучшие, прочные и надёжные. А Божий маркетинг является самым продуманным, прочным и весьма прибыльным. И Небесное золото — самая ценная, чистая и твёрдая валюта для всей Вечности.</w:t>
      </w:r>
    </w:p>
    <w:p>
      <w:r>
        <w:rPr/>
        <w:t>Думаю, что каждому из нас стоит сейчас взвесить весь свой бизнес и убедиться в том, что он не делает меня очень лёгким для Божьих весов. Лишь бы мне не пришлось платить своим правом на спасение и терять Вечность ради земной прибыли.</w:t>
      </w:r>
    </w:p>
    <w:p>
      <w:r>
        <w:rPr/>
        <w:t>Сейчас для многих из нас слово «Любовь» звучит как что-то обыденное и скучное. А ведь именно она и будет играть решающую роль в моём спасении.</w:t>
      </w:r>
    </w:p>
    <w:p>
      <w:r>
        <w:rPr/>
        <w:t>Любовь — это Небесный товар для земной торговли, и он приносит колоссальную прибыль и неимоверный доход всем желающим её иметь.</w:t>
      </w:r>
    </w:p>
    <w:p>
      <w:pPr>
        <w:pStyle w:val="Heading2"/>
      </w:pPr>
      <w:r>
        <w:t>Вопросы к размышлению над этой главой</w:t>
      </w:r>
    </w:p>
    <w:p>
      <w:r>
        <w:rPr/>
        <w:t xml:space="preserve">1. Прочитайте, пожалуйста, Пс.118:36, 110; 1Тим.6:5-12; Деян.5:4; Евр.13:5; Лук.16:10-15; Прит.1:17-19; 12:12; 15:27; Ис.56:11-12; 57:15-18; Мар.1:17-18; 1Пет.5:2-3; Иез.28:5,16; Ин.2:13-16; 1Кор.13:1-3; Откр.13:16-17; 18:21; Втор.7:25; Ос.11:3-4 </w:t>
      </w:r>
      <w:r>
        <w:rPr/>
        <w:t>в свете этой главы</w:t>
      </w:r>
      <w:r>
        <w:rPr/>
        <w:t>.</w:t>
      </w:r>
    </w:p>
    <w:p>
      <w:r>
        <w:rPr/>
        <w:t xml:space="preserve">2. </w:t>
      </w:r>
      <w:r>
        <w:rPr/>
        <w:t>Что вы поняли из этой главы</w:t>
      </w:r>
      <w:r>
        <w:rPr/>
        <w:t>?</w:t>
      </w:r>
    </w:p>
    <w:p>
      <w:r>
        <w:rPr/>
        <w:t>3. Даёт ли стих из Мар.1:18 пример тому, как можно и нужно оставить сети?</w:t>
      </w:r>
    </w:p>
    <w:p>
      <w:r>
        <w:rPr/>
        <w:t>4. Вам знаком сетевой маркетинг? Если да, то что вы можете о нём рассказать?</w:t>
      </w:r>
    </w:p>
    <w:p>
      <w:r>
        <w:rPr/>
        <w:t>5. Как вы себя чувствуете, когда ваш друг пытается продать вам какую-то ненужную вещь, доказывая вам, что вы без неё не можете жить?</w:t>
      </w:r>
    </w:p>
    <w:p>
      <w:r>
        <w:rPr/>
        <w:t>6. Что делать, если я попал под влияние хитрых продавцов и потратил все свои средства на их товары, а потом пришёл в себя?</w:t>
      </w:r>
    </w:p>
    <w:p>
      <w:r>
        <w:rPr/>
        <w:t>7. Почему Бог желает поймать меня в Свои сети любви?</w:t>
      </w:r>
    </w:p>
    <w:p>
      <w:r>
        <w:rPr/>
        <w:t>8. Чем отличаются Божьи сети любви от мирских?</w:t>
      </w:r>
    </w:p>
    <w:p>
      <w:r>
        <w:rPr/>
        <w:t>9. Вы понимаете, какую прибыль приносит вам любовь-агапэ?</w:t>
      </w:r>
    </w:p>
    <w:p>
      <w:r>
        <w:rPr/>
        <w:t>10. Что делать, если я люблю и по-другому не могу жить?</w:t>
      </w:r>
    </w:p>
    <w:p>
      <w:r>
        <w:rPr/>
        <w:t>11. Научила ли вас эта Школа Небесной торговле?</w:t>
      </w:r>
    </w:p>
    <w:p>
      <w:r>
        <w:rPr/>
        <w:t>12. Что вы собираетесь делать с прибылью от вашей любви? Есть ли что-то лучше неё? Песн.8:7.</w:t>
      </w:r>
    </w:p>
    <w:p>
      <w:r>
        <w:rPr/>
        <w:t>13. Почему Бог желает, чтобы мы любили друг друга?</w:t>
      </w:r>
    </w:p>
    <w:p>
      <w:r>
        <w:rPr/>
        <w:t>14. Вы понимаете, что человек, который любит вас, старается вас поймать в эту сеть навсегда и держать вас в этом состоянии всю Вечность? Вас не пугает такая перспектива?</w:t>
      </w:r>
    </w:p>
    <w:p>
      <w:r>
        <w:rPr/>
        <w:t>15. Относятся ли социальные сети к тем, которые стоит оставить, если в них нет возможности расставлять Божьи сети?</w:t>
      </w:r>
    </w:p>
    <w:p>
      <w:pPr>
        <w:pStyle w:val="Heading2"/>
        <w:pageBreakBefore/>
      </w:pPr>
      <w:r>
        <w:t>Глава 55</w:t>
      </w:r>
    </w:p>
    <w:p>
      <w:pPr>
        <w:pStyle w:val="Heading1"/>
      </w:pPr>
      <w:r>
        <w:t>Небесный маркетинг</w:t>
      </w:r>
    </w:p>
    <w:p>
      <w:r>
        <w:rPr/>
        <w:t>Изучая послание к Лаодикии, мы увидели, что Верный Свидетель советует нам купить у Него очень ценные товары. Господь употребляет знакомые выражения из системы торговли, давая понять, что пока не заплатишь — не получишь. Самое большее, на что я был способен, это прочитать о том, что Он предлагает мне купить, не вникая в значение и принципы. Но сейчас, глубже изучая это послание, я понял важность подобных сделок и колоссальную ценность предлагаемого ассортимента. И это не просто один из советов, а самое жизненно важное напутствие, которое может решить мою вечную участь.</w:t>
      </w:r>
    </w:p>
    <w:p>
      <w:r>
        <w:rPr/>
        <w:t>Пока я был невменяем и проходил мимо Лаодикийской лавки, с меня не было никакого спроса. Я просто рос в лучах Божьей славы и давал Святому Духу власть менять мой характер в образ и подобие Христа.</w:t>
      </w:r>
    </w:p>
    <w:p>
      <w:r>
        <w:rPr/>
        <w:t>В духовном росте есть свои стадии веры и ступени возрастания. Я могу остановиться, могу вернуться назад, могу пересмотреть свои ценности или посчитать себя знающим всё. И в какой-то момент моего роста Господь подводит меня к Своему магазину в Откр.3:18 и очень настоятельно советует купить то, что там выставлено на продажу. Мой разум вдруг озаряется. Я начинаю понимать, что открывается что-то очень великое и недоступное, чего я не знал ранее. Нечто новое и чрезвычайно важное проникает в моё сердце. Я покупаю глазную мазь, мажу свои глаза и начинаю видеть, что мне предлагается. Но это ещё не всё.</w:t>
      </w:r>
    </w:p>
    <w:p>
      <w:r>
        <w:rPr/>
        <w:t>Небесный Купец желает, чтобы я втянул в эту торговлю и других слепцов, которые считают себя зрячими и очень богатыми. Но при этом я не должен оставлять и свои торговые соглашения. Было бы очень глупо приобрести для Христа весь мир, а своей душе повредить.</w:t>
      </w:r>
    </w:p>
    <w:p>
      <w:r>
        <w:rPr/>
        <w:t>Вспоминаю разговор с одной сестрой, которая сознательно ушла в мир, написала заявление в совет церкви о её исключении, но при этом она похвалилась мне тем, что перед этим поступком она сумела привести всех своих детей ко Христу и довести их до водного крещения. Считая свой материнский долг выполненным, она покинула ряды единоверцев и стала жить в своё удовольствие. Мы до сих пор дружим с ней и общаемся, и у меня есть надежда на то, что она придёт в себя и что-то изменит в своём взгляде на жизнь, но пока она считает себя свободной и поступает, как считает правильным.</w:t>
      </w:r>
    </w:p>
    <w:p>
      <w:r>
        <w:rPr/>
        <w:t>Но у Бога есть дети, которые не ушли в мир, но, оставаясь в церкви, порвали с Ним отношения и потеряли Христа. Знание закона помогает им быть в форме и соблюдать букву. Они прилежно живут в свете всех открытых реформ. Чуть ранее Господь обличал таких людей в Откр.3:1-2: «…Знаю твои дела; ты носишь имя, будто жив, но ты мёртв. Бодрствуй и утверждай прочее близкое к смерти; ибо Я не нахожу, чтобы дела твои были совершенны пред Богом Моим». Но наш Господь уникален и тем, что Он умеет воскрешать погибшее и оживлять мёртвое.</w:t>
      </w:r>
    </w:p>
    <w:p>
      <w:r>
        <w:rPr/>
        <w:t xml:space="preserve">Иисус приглашает всех желающих в Свой магазин, и Он не против, чтобы туда приходили хромые, увечные и больные. Господь радуется, когда мы приносим на носилках своих парализованных друзей, желая, чтобы Он их исцелил. Иисусу </w:t>
      </w:r>
      <w:r>
        <w:rPr/>
        <w:t>очень приятно иметь дело с теми, кто желает спасать своих ближних, но больше всего Он хочет спасти меня, чтобы, проповедуя другим, я не оказался недостойным.</w:t>
      </w:r>
    </w:p>
    <w:p>
      <w:r>
        <w:rPr/>
        <w:t>В план Небесной Лаодикийской торговли входит вовлечение всех своих ближних и духовных друзей в этот бизнес. Просто привести их в Откр.3:18 и сказать, чтобы они купили предлагаемое, мало. В Небесном маркетинге есть свои законы, свой порядок, свои ожидания и вознаграждения.</w:t>
      </w:r>
    </w:p>
    <w:p>
      <w:r>
        <w:rPr/>
        <w:t>Любой коммерсант, рассматривая ваш бизнес, может быстро определить ваши слабые и сильные стороны и предсказать, как долго вам ещё придётся прожить в вашем деле. Божье дело — это тоже бизнес, который в немалой степени зависит от человеческого фактора. Один посвящённый Богу предприниматель может позволить Господу совершить через себя колоссальные перемены в сознании общества. Возьмём пример Иосифа, Моисея, Иоанна Крестителя, Мартина Лютера и других реформаторов своего времени. И мы не исключение.</w:t>
      </w:r>
    </w:p>
    <w:p>
      <w:r>
        <w:rPr/>
        <w:t>У Бога очень много рычагов влияния, через которые Он может привлекать внимание к Своей вести и убеждать людей в принятии Своих планов, но Он желает использовать в этом меня, чтобы и через меня проводить Свою рекламную кампанию, открывать новые «рыбные места», сеять семя, собирать урожай, привлекать и других друзей к Небесному бизнесу.</w:t>
      </w:r>
    </w:p>
    <w:p>
      <w:r>
        <w:rPr/>
        <w:t>Мне не хочется никого и ничто умалять в своих и ваших глазах, но чем глубже я вникаю в весть к Лаодикии, тем более понимаю особую важность её принятия в самом конце времени. Я ясно вижу, что предлагаемое в Откр.3:18-20 будет играть ключевую роль в последних событиях истории Земли. Мне бы хотелось думать иначе и искать замену в другом месте, но забыть то, что очень ясно и подробно открыто, уже невозможно.</w:t>
      </w:r>
    </w:p>
    <w:p>
      <w:r>
        <w:rPr/>
        <w:t>Война последнего времени будет иметь информационный характер, где силою угроз и убеждения нам будет навязываться особый образ мысли. И противостоять этому обольщению можно будет, только имея полноту Божьей любви и веры, живя в преобразовании характера в подобие Христа и имея Небесную мудрость от Святого Духа. И всё это я могу купить в Лаодикийском магазине, внося определённую Богом плату. Я не знаю, как Бог будет через меня заканчивать историю, но, если я приму Его план и отзовусь на Его совет, Он придёт ко мне и будет учить меня всему, что посчитает нужным мне открыть.</w:t>
      </w:r>
    </w:p>
    <w:p>
      <w:r>
        <w:rPr/>
        <w:t>Бог собирает команду из активных покупателей Его товаров. Когда я слышу выражение «золото, огнём очищенное», тогда по-человечески я даже не задумываюсь, что это и сколько это, но когда передо мной открывается бесконечный океан этого золота, который я не могу окинуть не только взглядом, но даже и воображением, тогда я понимаю, что против такой мощи ничто не устоит. И имя этому океану «вера и любовь», которые я должен купить. И мне продаётся не маленькое ведёрко, а вся полнота этой бездны, и я не могу купить чуть-чуть и успокоиться. Я обречён на вечную торговлю, пока это бесконечное пространство не станет моим навсегда, а я не перейду в вечную Божью собственность. Имея такие откровения, я не могу пройти мимо. Мне необходимо что-то предпринять, иначе у меня отнимется всё, что имею.</w:t>
      </w:r>
    </w:p>
    <w:p>
      <w:r>
        <w:rPr/>
        <w:t>Далее, как прилежный покупатель, я приобретаю Белую одежду. Вся моя срамота наготы прикрыта. Но это не какой-то халатик, а полнота Божьего света, окутавшая и пропитавшая меня изнутри и снаружи, которая обнаруживает во мне всё нечистое и удаляет это с моего позволения.</w:t>
      </w:r>
    </w:p>
    <w:p>
      <w:r>
        <w:rPr/>
        <w:t>Приобретая глазную мазь, передо мной открывается космос безграничных возможностей, и я получаю в этом товаре всю Небесную мудрость, необходимую для победы в заключительных событиях, но Господь призывает меня быть прилежным, ревностным и активным в этой торговле, покаяться в невежестве, заверяя меня в Своей любви и нежно наказывая за мои ошибки. А потом Он стоит у двери моего сердца и стучит, желая войти и научить меня всем этим пользоваться. Как всё интересно!</w:t>
      </w:r>
    </w:p>
    <w:p>
      <w:r>
        <w:rPr/>
        <w:t>Господь желает, чтобы я, поняв значение этих символов Небесных товаров, вовлекал в эту торговлю всех своих ближних, а если они откажутся, чтобы шёл по дорогам и изгородям, приглашая всех желающих прийти на брачный пир.</w:t>
      </w:r>
    </w:p>
    <w:p>
      <w:pPr>
        <w:pStyle w:val="Heading2"/>
      </w:pPr>
      <w:r>
        <w:t>Вопросы к размышлению над этой главой</w:t>
      </w:r>
    </w:p>
    <w:p>
      <w:r>
        <w:rPr/>
        <w:t xml:space="preserve">1. Прочитайте, пожалуйста, 1Тим.4:11-16; 6:19; Откр.3:18-20; Ис.50:4; 55:1-3; 60:22; 1Ин.5:11-13; Исх.15:18; Ос.4:6; Пс.138:23-24; Прит.10:25; Ис.57:15; 60:19; Дан.12:3-4; Иуд.1:21; Иер.31:3; Ин.6:54; Гал.6:8 </w:t>
      </w:r>
      <w:r>
        <w:rPr/>
        <w:t>в свете этой главы</w:t>
      </w:r>
      <w:r>
        <w:rPr/>
        <w:t>.</w:t>
      </w:r>
    </w:p>
    <w:p>
      <w:r>
        <w:rPr/>
        <w:t xml:space="preserve">2. </w:t>
      </w:r>
      <w:r>
        <w:rPr/>
        <w:t>Что вы поняли из этой главы</w:t>
      </w:r>
      <w:r>
        <w:rPr/>
        <w:t>?</w:t>
      </w:r>
    </w:p>
    <w:p>
      <w:r>
        <w:rPr/>
        <w:t>3. Понимаете ли вы, что вам предлагается купить в послании к Лаодикии?</w:t>
      </w:r>
    </w:p>
    <w:p>
      <w:r>
        <w:rPr/>
        <w:t>4. Верите ли вы в то, что в символах Небесных товаров сокрыто что-то великое и недоступное, чего вы не знаете?</w:t>
      </w:r>
    </w:p>
    <w:p>
      <w:r>
        <w:rPr/>
        <w:t>5. Вас радует перспектива предстоящей торговли?</w:t>
      </w:r>
    </w:p>
    <w:p>
      <w:r>
        <w:rPr/>
        <w:t>6. Что делать, если воображением я понимаю, что мне предлагает Иисус в Откр.3:18, а глазами вижу только этот мир?</w:t>
      </w:r>
    </w:p>
    <w:p>
      <w:r>
        <w:rPr/>
        <w:t>7. В уроке нам представлены товары Лаодикии в виде бесконечных реалий. Так ли это на самом деле? Есть ли у вас другое понимание или толкование?</w:t>
      </w:r>
    </w:p>
    <w:p>
      <w:r>
        <w:rPr/>
        <w:t>8. Что делать, если я ничего не вижу в Откр.3:18 и не понимаю, о чём вы тут говорите?</w:t>
      </w:r>
    </w:p>
    <w:p>
      <w:r>
        <w:rPr/>
        <w:t>9. Вводят ли эти уроки вас в заблуждение или содержат откровения о чём-то очень важном?</w:t>
      </w:r>
    </w:p>
    <w:p>
      <w:r>
        <w:rPr/>
        <w:t>10. Что будет с теми, кто не станет обращать внимание на Откр.3:18 и продолжит жить, как привык?</w:t>
      </w:r>
    </w:p>
    <w:p>
      <w:r>
        <w:rPr/>
        <w:t>11. Есть ли что-то общее в послании к Лаодикии с притчей о десяти девах из Мат.25:1-13?</w:t>
      </w:r>
    </w:p>
    <w:p>
      <w:r>
        <w:rPr/>
        <w:t>12. Есть ли после послания к Лаодикии ещё какое-то послание для последних дней?</w:t>
      </w:r>
    </w:p>
    <w:p>
      <w:r>
        <w:rPr/>
        <w:t>13. Вас не утомило то, что мы так много разбираем стих из Откр.3:18?</w:t>
      </w:r>
    </w:p>
    <w:p>
      <w:r>
        <w:rPr/>
        <w:t>14. Стоит ли обращать внимание на то, что советует нам купить Верный Свидетель?</w:t>
      </w:r>
    </w:p>
    <w:p>
      <w:r>
        <w:rPr/>
        <w:t>15. Что ожидает тех, кто пренебрегает Божьими советами?</w:t>
      </w:r>
    </w:p>
    <w:p>
      <w:pPr>
        <w:pStyle w:val="Heading2"/>
        <w:pageBreakBefore/>
      </w:pPr>
      <w:r>
        <w:t>Глава 56</w:t>
      </w:r>
    </w:p>
    <w:p>
      <w:pPr>
        <w:pStyle w:val="Heading1"/>
      </w:pPr>
      <w:r>
        <w:t>Давайте подумаем</w:t>
      </w:r>
    </w:p>
    <w:p>
      <w:r>
        <w:rPr/>
        <w:t>Если говорить о крупных видах транспорта, таких как самолёт, поезд, корабль, то можно заметить следующее. Чтобы попасть внутрь этих конструкций, необходимо войти в маленькую дверь, на которую вам укажут. А когда вам нужно лететь в определённый город, тогда, зайдя на терминал отправки, вы не садитесь на борт любого авиалайнера, а ищете именно тот, который вам нужен. А какая разница? Ведь все самолёты одинаковые, и выходы на посадку очень похожи друг на друга. Однако вы начинаете думать, смотреть на посадочный талон, сверять номера, указанные на билете, с номерами на выход, читаете, в какой город начинается посадка, слушаете, что объявляют по транслятору, а если вы заблудились, то начинаете искать служащих аэропорта и просить их помощи, и получаете её. Зачем столько переживаний? Ведь это только самолёт. Подумаешь, улетит без вас. Полетите на другом, ведь это не смертельно. А если не туда улетели, какая разница? Хоть мир посмотрите, да и будет что вспомнить и рассказать.</w:t>
      </w:r>
    </w:p>
    <w:p>
      <w:r>
        <w:rPr/>
        <w:t>Думаю, вы сейчас пытаетесь понять, в здравом ли уме тот, кто это всё пишет? Хочу вас заверить, что у меня всё прекрасно.</w:t>
      </w:r>
    </w:p>
    <w:p>
      <w:r>
        <w:rPr/>
        <w:t>А давайте возьмём этот пример и применим его к духовной сфере.</w:t>
      </w:r>
    </w:p>
    <w:p>
      <w:r>
        <w:rPr/>
        <w:t>Иисус приготовил большой самолёт, в который может поместиться весь мир, чтобы полететь на нём в Вечность. В этом Небесном авиалайнере есть маленькая дверь, в которую можно войти, только нагнувшись. Чтобы попасть на борт самолёта, необходимо заранее купить билеты, изучить правила полёта, приехать лично в аэропорт, посидеть в зале ожидания, знакомясь с другими пассажирами, пройти таможенный и паспортный контроль. В зависимости от приближения даты отлёта в правила полёта вносятся некоторые реформы, которые стоит изучить и применить в своей жизни.</w:t>
      </w:r>
    </w:p>
    <w:p>
      <w:r>
        <w:rPr/>
        <w:t>В терминале, где вы ожидаете посадку, есть много выходов, и все они очень похожи друг на друга. Периодически появляются менеджеры других авиакомпаний, которые проводят рекламные программы и приглашают пройти в свои самолёты, и обещают, что вы с ними обязательно попадёте туда, куда нужно, а у других потеряетесь. Номера многих рейсов носят Библейские названия. Представители этих авиакомпаний снуют между пассажирами, желая привлечь каждого на свой рейс. Кто-то, чтобы получить побольше пассажиров, удаляет правила полёта, а в месте таможенного и паспортного контроля делает зелёный коридор, чтобы путь, ведущий к самолёту, был как можно шире и комфортнее. И многие идут им.</w:t>
      </w:r>
    </w:p>
    <w:p>
      <w:r>
        <w:rPr/>
        <w:t>В аэропорту есть также и такие выходы на посадку, куда допускают только особых людей, состоящих в тайных обществах или спецслужбах. Их самолёты периодически увозят своих пассажиров в неизвестность, и многие посетители аэропорта с завистью смотрят на этих избранных счастливчиков, которые имеют привилегии и покрывают все свои дела мраком и тайной.</w:t>
      </w:r>
    </w:p>
    <w:p>
      <w:r>
        <w:rPr/>
        <w:t>Жизнь аэропорта похожа на большой улей, где каждый представитель авиакомпании знает своё дело и уверенно рекламирует свой рейс. Многие пассажиры часто меняют свои самолёты, следуя призывам рекламных агентов. Какая разница, на чём лететь, лишь бы было комфортно?! Иногда доходят слухи о том, что многие самолёты падают в пути, и все погибают, но это хоть и настораживает некоторых людей, но общий накал страстей отвлекает мысли от раздумий. Каждый считает, что ему повезёт, ведь пилот выбранного самолёта очень красив и широко улыбается, обещая приятный полёт и мягкую посадку. А раз все самолёты так или иначе прилетят в Небесную страну, то нет никакой разницы, на чём лететь.</w:t>
      </w:r>
    </w:p>
    <w:p>
      <w:r>
        <w:rPr/>
        <w:t>На рейс Иисуса нет очереди, а те, кто решается попасть в Его авиалайнер, должны быть проверены и испытаны на добропорядочность, пройдя узкий путь испытания. Некоторых пассажиров приносят на носилках, кто-то приходит на костылях, а кто-то приползает к трапу в последней надежде, и Господь принимает всех, никого не изгоняя вон.</w:t>
      </w:r>
    </w:p>
    <w:p>
      <w:r>
        <w:rPr/>
        <w:t>Божьи служители нежно заботятся о всех попавших в лайнер Христа и ежедневно предлагают хлеб и воду жизни, заверяя, что отправление стремительно приближается. Кто-то из пассажиров теряет терпение и уходит в другие самолёты, а кто-то делает вылазки в аэропорт, чтобы пригласить новых пассажиров в Божий авиалайнер.</w:t>
      </w:r>
    </w:p>
    <w:p>
      <w:r>
        <w:rPr/>
        <w:t>По прошествии 2.300 вечеров и утр Иисус сменил выход на посадку и объяснил, почему Он это сделал, чтобы испытать веру призванных и очистить ряды избранных.</w:t>
      </w:r>
    </w:p>
    <w:p>
      <w:r>
        <w:rPr/>
        <w:t>Но привычный доселе выход не остался закрытым. Его тут же прибрал к рукам враг души и сделал его основным входом на свои рейсы, стараясь сделать этот выход на посадку как можно шире.</w:t>
      </w:r>
    </w:p>
    <w:p>
      <w:r>
        <w:rPr/>
        <w:t>А Иисус решил, что перед самым отлётом Он даст особый совет всем Своим пассажирам, чтобы они, услышав Его, отдали всё, что от них ожидается, за приобретение предлагаемого. Господь дал название этому новому выходу на посадку Откр.3:18 и в изобилии приготовил то, что посоветовал у Себя купить. Многие пассажиры смотрели на этот странный выход и не понимали, зачем нужна такая трата, и, не думая, шли далее в поиске привычной двери. В головах многих просто не укладывалась мысль о том, что узкий путь стал ещё уже по мере приближения дня отлёта. Они даже не хотели думать о том, что новый выход на посадку будет таким особенным. Хоть их и предупреждали о грядущем просеивании, но они никак не могли поверить в то, что оно уже началось.</w:t>
      </w:r>
    </w:p>
    <w:p>
      <w:r>
        <w:rPr/>
        <w:t>Некоторые пассажиры, которые уже прошли паспортный и таможенный контроли, в ожидании отлёта стали спорить между собой, насколько вредно или нужно иглоукалывание, кто за этим стоит, и знаком кого оно является. И эти споры достигли такого накала, что Господь был вынужден вывести эту группу за пределы самолёта, чтобы они не заразили своим духом разумных пассажиров. Разумные же взяли с собой масло в сосудах, которое купили по совету Верного Свидетеля, и ждали того времени, когда оно может пригодиться.</w:t>
      </w:r>
    </w:p>
    <w:p>
      <w:r>
        <w:rPr/>
        <w:t>А в аэропорту была объявлена чрезвычайная ситуация, и было сделано всё возможное, чтобы все, кто не желал думать о советах Иисуса, нашли себе альтернативу в других рейсах, очень схожих с Божьим.</w:t>
      </w:r>
    </w:p>
    <w:p>
      <w:r>
        <w:rPr/>
        <w:t>Господь с грустью смотрел на тех, кто подходил к выходу на посадку в Его самолёт, слушал свидетельства людей, которые вошли в торговые отношения с Верным Свидетелем, но не задумывался о происходящем, а тут же забывал о предложенном и шёл заниматься своими обычными делами, погружаясь в привычную суету и просторы интернета. А кто-то из званых, не зная, чем заняться, пробовал вино Вавилона и засыпал от удовольствия.</w:t>
      </w:r>
    </w:p>
    <w:p>
      <w:r>
        <w:rPr/>
        <w:t>А Господь терпеливо ждал всех, кто задумается о Его предложении и купит Его товары. Он вложил в них всю Свою душу и творческую мысль, давая понять покупающим, что они приобретают всё Небо и Тех, Кто в нём есть.</w:t>
      </w:r>
    </w:p>
    <w:p>
      <w:r>
        <w:rPr/>
        <w:t>Пришло время, и посадка на Божий самолёт была окончена, и двери затворились. Враг души понял, что он окончательно потерял власть над теми, кто всё-таки попал на Божий авиалайнер, и в последней ярости обрушил весь свой Армагеддон на Божий самолёт. Но ничто не могло потушить горящие светильники, и мудрые пассажиры тихо молились, ожидая взлёта, полагаясь не на свою праведность, а на мастерство Пилота самолёта. И единственное, что у них хорошо получалось, — это любить друг друга.</w:t>
      </w:r>
    </w:p>
    <w:p>
      <w:pPr>
        <w:pStyle w:val="Heading2"/>
      </w:pPr>
      <w:r>
        <w:t>Вопросы к размышлению над этой главой</w:t>
      </w:r>
    </w:p>
    <w:p>
      <w:r>
        <w:rPr/>
        <w:t xml:space="preserve">1. Прочитайте, пожалуйста, Дан.12:10; Ин.10:1,6-11; Исх.19:4; Откр.3:18-20; 14:8; 18:2-4,21-23; Мат.25:3-4; 23:37; Втор.32:11-12; 2Цар.22:11-12; Ин.6:37,44,56; 10:16; 15:6; 17:21; Пс.90:1-4 </w:t>
      </w:r>
      <w:r>
        <w:rPr/>
        <w:t>в свете этой главы</w:t>
      </w:r>
      <w:r>
        <w:rPr/>
        <w:t>.</w:t>
      </w:r>
    </w:p>
    <w:p>
      <w:r>
        <w:rPr/>
        <w:t xml:space="preserve">2. </w:t>
      </w:r>
      <w:r>
        <w:rPr/>
        <w:t>Что вы поняли из этой главы</w:t>
      </w:r>
      <w:r>
        <w:rPr/>
        <w:t>?</w:t>
      </w:r>
    </w:p>
    <w:p>
      <w:r>
        <w:rPr/>
        <w:t xml:space="preserve">3. Какую главную мысль вы извлекли для себя </w:t>
      </w:r>
      <w:r>
        <w:rPr/>
        <w:t>из этой главы</w:t>
      </w:r>
      <w:r>
        <w:rPr/>
        <w:t>?</w:t>
      </w:r>
    </w:p>
    <w:p>
      <w:r>
        <w:rPr/>
        <w:t xml:space="preserve">4. Какие символы </w:t>
      </w:r>
      <w:r>
        <w:rPr/>
        <w:t>в этой главе</w:t>
      </w:r>
      <w:r>
        <w:rPr/>
        <w:t xml:space="preserve"> указывают на Иисуса?</w:t>
      </w:r>
    </w:p>
    <w:p>
      <w:r>
        <w:rPr/>
        <w:t>5. Вам понятна важность Божьего совета к Лаодикии?</w:t>
      </w:r>
    </w:p>
    <w:p>
      <w:r>
        <w:rPr/>
        <w:t>6. Стоит ли думать о своём спасении, или это Божья забота, и Он пусть меня спасает?</w:t>
      </w:r>
    </w:p>
    <w:p>
      <w:r>
        <w:rPr/>
        <w:t>7. Есть ли разница в том, к какой деноминации в последнее время я принадлежу?</w:t>
      </w:r>
    </w:p>
    <w:p>
      <w:r>
        <w:rPr/>
        <w:t>8. О чём предлагает подумать этот урок?</w:t>
      </w:r>
    </w:p>
    <w:p>
      <w:r>
        <w:rPr/>
        <w:t>9. Всякое ли радостное и эмоциональное возбуждение на богослужении говорит о том, что это Божье собрание?</w:t>
      </w:r>
    </w:p>
    <w:p>
      <w:r>
        <w:rPr/>
        <w:t>10. По каким критериям мне определить, что я нахожусь в правильном самолёте?</w:t>
      </w:r>
    </w:p>
    <w:p>
      <w:r>
        <w:rPr/>
        <w:t>11. Что мне делать, если я понял, что я не в Божьей церкви, а где истинная церковь, не знаю?</w:t>
      </w:r>
    </w:p>
    <w:p>
      <w:r>
        <w:rPr/>
        <w:t>12. Почему так важно в последнее время не ошибиться дверью и сесть на правильный авиалайнер?</w:t>
      </w:r>
    </w:p>
    <w:p>
      <w:r>
        <w:rPr/>
        <w:t xml:space="preserve">13. Какую роль играет Школа Любви Агапэ </w:t>
      </w:r>
      <w:r>
        <w:rPr/>
        <w:t>в этой главе</w:t>
      </w:r>
      <w:r>
        <w:rPr/>
        <w:t>? Каким символом она представлена?</w:t>
      </w:r>
    </w:p>
    <w:p>
      <w:r>
        <w:rPr/>
        <w:t>14. Что будет с теми, кто внял советам Иисуса и сделал всё так, как Он советовал?</w:t>
      </w:r>
    </w:p>
    <w:p>
      <w:r>
        <w:rPr/>
        <w:t>15. Чем отличается думающий о своём спасении от думающего обо всём?</w:t>
      </w:r>
    </w:p>
    <w:p>
      <w:pPr>
        <w:pStyle w:val="Heading2"/>
        <w:pageBreakBefore/>
      </w:pPr>
      <w:r>
        <w:t>Глава 57</w:t>
      </w:r>
    </w:p>
    <w:p>
      <w:pPr>
        <w:pStyle w:val="Heading1"/>
      </w:pPr>
      <w:r>
        <w:t>Иметь Бога в разуме</w:t>
      </w:r>
    </w:p>
    <w:p>
      <w:r>
        <w:rPr/>
        <w:t>Мой разум представляет самый большой интерес для Небесных сил. Быть разумным — это значит иметь способность анализировать, задавать направление своим мыслям, принимать взвешенные решения, контролировать низшие силы души, сопоставлять факты и возможности со своими возможностями и всё это делать в свете Библии и откровений свыше. Важно отметить, что именно наличие Божьего света и жизнь в послушании этому свету являются определяющим фактором моего спасения.</w:t>
      </w:r>
    </w:p>
    <w:p>
      <w:r>
        <w:rPr/>
        <w:t>Добрый человек, каким бы хорошим и правильным он ни был, какими бы хорошими ни были все его дела, будет потерян для Вечности, если в его разуме отсутствует Бог.</w:t>
      </w:r>
    </w:p>
    <w:p>
      <w:r>
        <w:rPr/>
        <w:t>В послании Рим.1:28 читаем: «И как они не заботились иметь Бога в разуме, то предал их Бог превратному уму — делать непотребства…»</w:t>
      </w:r>
    </w:p>
    <w:p>
      <w:r>
        <w:rPr/>
        <w:t>Бог желает, чтобы я имел Его в своём разуме на самом первом месте. Чтобы, несмотря на все свои дела и обязанности, небесные ценности всегда были в приоритете во всех моих планах. Это несложно определить. С чего я начинаю новый день? Сколько времени я провожу в общении со своим Спасителем? Могу ли я быстро переключаться с житейских забот на Небесную волну? Тянет ли меня к большему познанию Бога?</w:t>
      </w:r>
    </w:p>
    <w:p>
      <w:r>
        <w:rPr/>
        <w:t>Все эти особенности приходят не в один день, но моя духовная жажда может задавать тон и направление всем моим мыслям о горнем.</w:t>
      </w:r>
    </w:p>
    <w:p>
      <w:r>
        <w:rPr/>
        <w:t>Когда-то я понял, что телевидение, мирские радио, газеты и журналы несут в мою жизнь пустоту и суету и представляют опасность для моего духовного человека. Я решил исключить это из своей жизни, и у меня получилось. В моём доме есть телевизор, но он стоит и работает там, куда я не захожу для его просмотра. Мне бывает сложно общаться с близкими людьми в присутствии работающего телевизора. Это очень сильный конкурент в вопросе привлечения внимания. Он отвлекает мысли от важных вопросов. Когда в твоём доме помимо тебя ещё кто-то говорит и мерцает, этот кто-то притягивает к себе и разрушает концентрацию внимания на важных вещах. Нынешние телепередачи и фильмы создаются профессионалами во всех областях наук и техники, а яркие образы на подвижном экране завораживают своими переливами и разнообразием. Если в природе всё гармонично переходит из одного в другое, то на экране вся информация представляется в сжатом и концентрированном формате.</w:t>
      </w:r>
    </w:p>
    <w:p>
      <w:r>
        <w:rPr/>
        <w:t>Включённое мирское радио влияет на моё подсознание и заполняет собой тишину моей души, отвлекая поток мыслей от размышлений о Небесном. А знакомые песни, бывает, так сильно залипают в сознании, что могут часами или даже днями проигрываться в моём разуме, и даже когда кругом тишина, я напеваю эти мелодии, занимаясь разными делами.</w:t>
      </w:r>
    </w:p>
    <w:p>
      <w:r>
        <w:rPr/>
        <w:t>Мирские книги, газеты и журналы включают моё воображение и рисуют в сознании те образы, которые желает мне представить автор читаемого произведения.</w:t>
      </w:r>
    </w:p>
    <w:p>
      <w:r>
        <w:rPr/>
        <w:t>Все эти вещи очень сильно влияют на мой разум и заполняют его собой. А в наши дни подобные услуги мира я имею в своём умном телефоне и могу к ним обращаться в любое время, в любом месте, где есть интернет.</w:t>
      </w:r>
    </w:p>
    <w:p>
      <w:r>
        <w:rPr/>
        <w:t>А что остаётся Богу? Даже если я посвящаю лучшее время для молитвы и чтения Библии, а потом открываю свой разум для мирских потоков информации, то моё сознание оскверняется и становится неспособным воспринимать и анализировать духовное. Если сосуд моей души наполняется всевозможным мусором, то для нежных и правильных вещей там просто не остаётся места.</w:t>
      </w:r>
    </w:p>
    <w:p>
      <w:r>
        <w:rPr/>
        <w:t>А Бог желает быть в моем разуме, и Он претендует на это место по факту нашего соглашения принадлежать друг другу.</w:t>
      </w:r>
    </w:p>
    <w:p>
      <w:r>
        <w:rPr/>
        <w:t>Меня удивляет Божье уважение моей свободы и выбора моей воли. Господь не нарушает установленные мною границы в наших отношениях и ограничивает Свою силу и влияние моими решениями. Есть многие вещи, которые без меня Господь не будет делать.</w:t>
      </w:r>
    </w:p>
    <w:p>
      <w:r>
        <w:rPr/>
        <w:t xml:space="preserve">Возьмём, например, уроки этой </w:t>
      </w:r>
      <w:r>
        <w:rPr/>
        <w:t>книги</w:t>
      </w:r>
      <w:r>
        <w:rPr/>
        <w:t>. Я часто слышу в ваших ответах благодарность Богу и понимание того, что Автор данных произведений — Сам Бог. И я с этим согласен, однако пишет эти уроки человек. И если я найду другое занятие, то никто меня не заменит и не будет делать то, что делаю я.</w:t>
      </w:r>
    </w:p>
    <w:p>
      <w:r>
        <w:rPr/>
        <w:t>Урок написан и вышел в свет. Он несёт в себе информацию для человека, который сам должен его прослушать или прочитать. Бог не будет силою навязывать это. Ваше образование в Школе Любви Агапэ напрямую зависит только от вашего выбора.</w:t>
      </w:r>
    </w:p>
    <w:p>
      <w:r>
        <w:rPr/>
        <w:t>Я заметил такую вещь. Если я заменяю святые вещи обыденными, а время для Бога на другие дела, то вопросы не решаются быстрее, и у меня не становится больше свободного времени для общения с Иисусом. Если я потерял это время в этом дне, то потерял его навсегда.</w:t>
      </w:r>
    </w:p>
    <w:p>
      <w:r>
        <w:rPr/>
        <w:t>Духовные вещи начинают приносить мне пользу не тогда, когда я нахожу на них свободную минутку, а тогда, когда я выделяю на их познание время, когда полностью останавливаюсь, чтобы погрузиться в мир, где присутствует и учит Бог. А потом на протяжении остального дня я мысленно обращаюсь к изученным ранее истинам, чтобы в их свете анализировать все свои поступки и приходящие мысли.</w:t>
      </w:r>
    </w:p>
    <w:p>
      <w:r>
        <w:rPr/>
        <w:t>Бог в моём разуме — это совокупность духовных знаний, личного общения с Творцом, контроль всего входящего в мой разум и совершение разных дел в свете Божьих законов и правил.</w:t>
      </w:r>
    </w:p>
    <w:p>
      <w:r>
        <w:rPr/>
        <w:t xml:space="preserve">Когда я решаю сложные задачи во время строительства, тогда, хоть я и не думаю о Библии, а концентрируюсь на других законах, но именно Бог в моём разуме помогает мне выполнить поставленные задачи наилучшим образом и найти правильные ответы на все насущные вопросы. Я могу приписать себе эту мудрость, но это не моё. Это дар свыше. И чем ближе я в отношениях с Богом, тем быстрее я ориентируюсь в решении текущих вопросов. Я часто замечал, что когда я не знаю ответа и не имею понятия, что делать, но в мыслях молю Иисуса о помощи, тогда приходят удивительные идеи, которые предлагают лучшее решение, и я представляю такой ответ от Бога как свой. И это наследие от Господа, </w:t>
      </w:r>
      <w:r>
        <w:rPr/>
        <w:t>Который живёт в моём разуме не только для принятия поклонения, а для участия во всех моих маленьких делах и заботах.</w:t>
      </w:r>
    </w:p>
    <w:p>
      <w:r>
        <w:rPr/>
        <w:t>Не так сложно поддерживать связь со своим Небесным Другом, если эти отношения есть, и мы заключили завет. Но стоит всегда помнить и то, что враг души тоже желает вклиниться в наши отношения и разрушить их, отвлекая мой взор, переключая его на временное, пустое, мирское.</w:t>
      </w:r>
    </w:p>
    <w:p>
      <w:r>
        <w:rPr/>
        <w:t>Я понимаю следующее. Чтобы иметь Бога в разуме, необходимо с моей стороны прикладывать к этому усилие и выделять на это время. Бога легко искать, Бога легко найти. Понимание Божьей безусловной любви помогает мне спокойно входить с Ним в отношения и без страха иметь общение.</w:t>
      </w:r>
    </w:p>
    <w:p>
      <w:r>
        <w:rPr/>
        <w:t>В совете к Лаодикии Иисус предлагает моему разуму приобрести Бога, быть прилежным в этом приобретении, покаяться в тёплом состоянии и открыть своё сердце для более глубоких и близких отношений с Ним. Если я не приму этот совет, то ко мне никто не будет стучаться и звать. Бог уважает мой выбор.</w:t>
      </w:r>
    </w:p>
    <w:p>
      <w:r>
        <w:rPr/>
        <w:t>Если я предлагаю своей возлюбленной избраннице руку и сердце в обмен на её руку и сердце, а она мне отказывает, то я не буду настаивать на перемене решения. Это её право. Я уважаю её выбор, хотя он мог бы быть другим.</w:t>
      </w:r>
    </w:p>
    <w:p>
      <w:r>
        <w:rPr/>
        <w:t>Весть к Лаодикии приглашает меня получить Бога в разум, чтобы научиться и утвердиться в любви и устоять в грядущих испытаниях, которые приближаются. Что я отвечу?</w:t>
      </w:r>
    </w:p>
    <w:p>
      <w:pPr>
        <w:pStyle w:val="Heading2"/>
      </w:pPr>
      <w:r>
        <w:t>Вопросы к размышлению над этой главой</w:t>
      </w:r>
    </w:p>
    <w:p>
      <w:r>
        <w:rPr/>
        <w:t xml:space="preserve">1. Прочитайте, пожалуйста, Еф.3:16-19; Ин.15:5-13; 17:3; 1Кор.2:10-15; Кол.2:1-8; 3:14-15; Рим.1:28-32; 3:10-18; Пс.13:2; Дан.1:8,17-20; Мат.22:37-40; Откр.3:18; Гал.5:13; 2Кор.11:3; 1Пет.1:13; 1Ин.5:20-21 </w:t>
      </w:r>
      <w:r>
        <w:rPr/>
        <w:t>в свете этой главы</w:t>
      </w:r>
      <w:r>
        <w:rPr/>
        <w:t>.</w:t>
      </w:r>
    </w:p>
    <w:p>
      <w:r>
        <w:rPr/>
        <w:t xml:space="preserve">2. </w:t>
      </w:r>
      <w:r>
        <w:rPr/>
        <w:t>Что вы поняли из этой главы</w:t>
      </w:r>
      <w:r>
        <w:rPr/>
        <w:t>?</w:t>
      </w:r>
    </w:p>
    <w:p>
      <w:r>
        <w:rPr/>
        <w:t>3. Вы понимаете, что значит иметь в разуме Бога?</w:t>
      </w:r>
    </w:p>
    <w:p>
      <w:r>
        <w:rPr/>
        <w:t>4. Как вы думаете, что имели в своём разуме разумные девы из Мат.25:1-13?</w:t>
      </w:r>
    </w:p>
    <w:p>
      <w:r>
        <w:rPr/>
        <w:t>5. Как мне определить, имею ли я Бога в разуме?</w:t>
      </w:r>
    </w:p>
    <w:p>
      <w:r>
        <w:rPr/>
        <w:t>6. Стоит ли мне определять то, кто имеет Бога в разуме, а кто не имеет? Ин.21:21-22.</w:t>
      </w:r>
    </w:p>
    <w:p>
      <w:r>
        <w:rPr/>
        <w:t>7. Почему не все добрые в мире люди являются добрыми в глазах Неба? Прит.23:7.</w:t>
      </w:r>
    </w:p>
    <w:p>
      <w:r>
        <w:rPr/>
        <w:t>8. Вы понимаете, что вам предлагает и советует Небесный Купец в послании к Лаодикии?</w:t>
      </w:r>
    </w:p>
    <w:p>
      <w:r>
        <w:rPr/>
        <w:t xml:space="preserve">9. </w:t>
      </w:r>
      <w:r>
        <w:rPr/>
        <w:t>К</w:t>
      </w:r>
      <w:r>
        <w:rPr/>
        <w:t xml:space="preserve"> какой группе людей в последнее время будут относиться те, кто имеет Бога в разуме?</w:t>
      </w:r>
    </w:p>
    <w:p>
      <w:r>
        <w:rPr/>
        <w:t>10. Что значит для вас иметь в разуме Бога?</w:t>
      </w:r>
    </w:p>
    <w:p>
      <w:r>
        <w:rPr/>
        <w:t>11. Хотели бы вы иметь в своём разуме Бога? Что для этого нужно делать?</w:t>
      </w:r>
    </w:p>
    <w:p>
      <w:r>
        <w:rPr/>
        <w:t xml:space="preserve">12. Подходит ли смысл стиха из Лук.19:26 к теме </w:t>
      </w:r>
      <w:r>
        <w:rPr/>
        <w:t>этой главы</w:t>
      </w:r>
      <w:r>
        <w:rPr/>
        <w:t>?</w:t>
      </w:r>
    </w:p>
    <w:p>
      <w:r>
        <w:rPr/>
        <w:t xml:space="preserve">13. </w:t>
      </w:r>
      <w:r>
        <w:rPr/>
        <w:t>Ест</w:t>
      </w:r>
      <w:r>
        <w:rPr/>
        <w:t>ь ли какое-то преимущество у тех, кто имеет разум Христа, перед теми, кто не имеет?</w:t>
      </w:r>
    </w:p>
    <w:p>
      <w:r>
        <w:rPr/>
        <w:t>14. Что мне делать, если я вижу, что в моём разуме нет Бога?</w:t>
      </w:r>
    </w:p>
    <w:p>
      <w:r>
        <w:rPr/>
        <w:t>15. Помогают ли вам эти уроки приглашать Бога в свою жизнь?</w:t>
      </w:r>
    </w:p>
    <w:p>
      <w:pPr>
        <w:pStyle w:val="Heading2"/>
        <w:pageBreakBefore/>
      </w:pPr>
      <w:r>
        <w:t>Глава 58</w:t>
      </w:r>
    </w:p>
    <w:p>
      <w:pPr>
        <w:pStyle w:val="Heading1"/>
      </w:pPr>
      <w:r>
        <w:t>Для чего Ты пришёл?</w:t>
      </w:r>
    </w:p>
    <w:p>
      <w:r>
        <w:rPr/>
        <w:t>В обращении к Своим церквям Иисус говорит о том, что Он вскоре придёт.</w:t>
      </w:r>
    </w:p>
    <w:p>
      <w:r>
        <w:rPr/>
        <w:t>Откр 2:5: "…скоро приду к тебе и сдвину светильник твой с места его, если не покаешься."</w:t>
      </w:r>
    </w:p>
    <w:p>
      <w:r>
        <w:rPr/>
        <w:t>Откр 2:16: "Покайся; а если не так, скоро приду к тебе и сражусь с ними мечом уст Моих."</w:t>
      </w:r>
    </w:p>
    <w:p>
      <w:r>
        <w:rPr/>
        <w:t>Откр 2:25: "Только то, что имеете, держите, пока приду."</w:t>
      </w:r>
    </w:p>
    <w:p>
      <w:r>
        <w:rPr/>
        <w:t>Откр 3:3: "…Если же не будешь бодрствовать, то Я найду на тебя, как тать, и ты не узнаешь, в который час найду на тебя."</w:t>
      </w:r>
    </w:p>
    <w:p>
      <w:r>
        <w:rPr/>
        <w:t>Откр 3:11: "Се, гряду скоро; держи, что имеешь, дабы кто не восхитил венца твоего."</w:t>
      </w:r>
    </w:p>
    <w:p>
      <w:r>
        <w:rPr/>
        <w:t>Христос заверяет нас в том, что Он придёт. И мы знаем, что это событие будет величественным и грандиозным. Оно называется «Второе Пришествие Христа».</w:t>
      </w:r>
    </w:p>
    <w:p>
      <w:r>
        <w:rPr/>
        <w:t>Но у Бога есть план, который должен осуществиться перед этим великим событием. В Откр. 3:20 читаем: "Се, стою у двери и стучу: если кто услышит голос Мой и отворит дверь, войду к нему и буду вечерять с ним, и он со Мною."</w:t>
      </w:r>
    </w:p>
    <w:p>
      <w:r>
        <w:rPr/>
        <w:t>Из этого стиха можно понять, что Иисус уже пришёл, и все Его предыдущие обещания по этому поводу исполнились в этом необычном явлении Себя Своему народу.</w:t>
      </w:r>
    </w:p>
    <w:p>
      <w:r>
        <w:rPr/>
        <w:t>«Се, стою» — означает, что Он уже здесь, рядом, пришёл и желает войти.</w:t>
      </w:r>
    </w:p>
    <w:p>
      <w:r>
        <w:rPr/>
        <w:t>В этом заявлении Христа содержится нечто очень важное, что стоит понять каждому. Если вырвать данный стих из контекста, то это обращение относится ко всем христианам всех веков. И через служение Святого Духа подобное было возможно. Но в свете последнего времени следует рассмотреть это обращение в контексте послания к Лаодикии.</w:t>
      </w:r>
    </w:p>
    <w:p>
      <w:r>
        <w:rPr/>
        <w:t>Мы читаем о том, что заявление о визите Господа написано сразу после обличения в тёплом состоянии, совета купить Небесные товары и призыва быть прилежным и покаяться. Это означает, что тем, кто прислушался к предыдущим вестям, изучал их и принимал в свою жизнь, будет нанесён особый визит. Но при этом дверь, перед которой стоит Иисус, открывается только мною, и только мои уши должны услышать Его голос.</w:t>
      </w:r>
    </w:p>
    <w:p>
      <w:r>
        <w:rPr/>
        <w:t>Если я встану, пойду к двери своей квартиры, открою её и скажу, чтобы ко мне зашли те, кто стоит снаружи, то никто не зайдёт, потому что там никого нет. Но если я слышу стук в дверь и голос извне, то я понимаю, что пришли гости, а по голосу догадываюсь даже, кто пришёл.</w:t>
      </w:r>
    </w:p>
    <w:p>
      <w:r>
        <w:rPr/>
        <w:t>Стоит понять, что стук и голос Христа слышны каждому, перед чьей дверью Он решил остановиться. Но думаю, что люди, которые ничего не купили из предлагаемых товаров, рискуют никогда не услышать этот стук в дверь. Её можно держать всегда открытой и даже написать, чтобы Господь заходил, но есть вероятность того, что этого не произойдёт.</w:t>
      </w:r>
    </w:p>
    <w:p>
      <w:r>
        <w:rPr/>
        <w:t xml:space="preserve">Не стоит путать это с обращением из мира и освобождением от власти греха. Здесь Господь идёт впереди и избавляет заблудшую душу. Он принимает в Свои </w:t>
      </w:r>
      <w:r>
        <w:rPr/>
        <w:t>объятия всех желающих. Но когда я готов к более близким отношениям, и получаю особое приглашение вступить в них, но игнорирую эти советы, то тем самым я даю понять, что я ещё не хочу что-либо развивать, что мне это не нужно. И зачем кому-то приходить?</w:t>
      </w:r>
      <w:r>
        <w:rPr/>
        <w:t xml:space="preserve"> </w:t>
      </w:r>
      <w:r>
        <w:rPr/>
        <w:t>Если мужчина дарит своей возлюбленной обручальное кольцо и делает ей предложение стать его женой, и получает отказ или видит равнодушие в поведении невесты, то он не станет нарушать её свободу и, скорее всего, перестанет беспокоить её своими визитами. Если же предложение о создании семьи было поверхностным или в виде тонкого намёка, то его могли и не понять. Но когда оно звучит очень чётко и ясно, тогда любой отказ оказывается ясным «нет».</w:t>
      </w:r>
    </w:p>
    <w:p>
      <w:r>
        <w:rPr/>
        <w:t>Я много лет ездил мимо одного магазина и даже не знал, чем там торгуют. Но однажды я решил зайти туда и посмотреть, что предлагается. Я подробно изучил все товары, размышляя о том, насколько они мне нужны. Продавцы наблюдали за мной и не мешали мне в моём исследовании. Но когда я поблагодарил их за свой визит и вышел ни с чем, они окончательно потеряли ко мне интерес и даже не пытались узнать мой номер телефона, чтобы сделать мне спецпредложение о скидках. Я ушёл навсегда, но уже зная, что там продают. А вдруг пригодится?</w:t>
      </w:r>
    </w:p>
    <w:p>
      <w:r>
        <w:rPr/>
        <w:t>Нас предупредили о том, что наличие масла для светильника будет жизненно важным перед последними событиями. Нам показали, где оно продаётся. Но никто нам его не навязывает. И если я не хочу что-то покупать, то Продающий не бегает за мной, сбивая цену.</w:t>
      </w:r>
    </w:p>
    <w:p>
      <w:r>
        <w:rPr/>
        <w:t>Для кого пришёл Иисус? И что Ему надо? Я знаю, что все Божьи пророчества имеют глубокий смысл и несут особые благословения для тех, кому они сказаны, кто в них поверит и примет.</w:t>
      </w:r>
      <w:r>
        <w:rPr/>
        <w:t xml:space="preserve"> </w:t>
      </w:r>
      <w:r>
        <w:rPr/>
        <w:t>Если Иисус посчитал нужным именно так что-то сделать для меня, предлагая что-то важное и ценное, а потом Сам лично стучится в мою дверь, то важно досконально изучить это предложение и что-то решить.</w:t>
      </w:r>
    </w:p>
    <w:p>
      <w:r>
        <w:rPr/>
        <w:t>Бог знает наперёд, что необходимо в тёмное время истории, и как я смогу пережить грядущие события. Он приготовил выход, и предлагает то, что поможет мне устоять и победить. А победителю даётся заверение в том, что он воссядет на престоле рядом со Христом. Но как одержать победу, не имея оружия или не зная, как им пользоваться, и не понимая, какого рода сражение тебя ожидает?</w:t>
      </w:r>
    </w:p>
    <w:p>
      <w:r>
        <w:rPr/>
        <w:t>Если кто-то идёт на меня с мечами и копьями, то я буду искать защиту и оружие против такого нападения. Щит и меч помогут мне выстоять. Если кто-то решает применить химическое оружие, то щит не поможет, в этом случае нужен противогаз. А против ядерного нападения и противогаз беззащитен, необходимо подземное убежище и система ПРО. Но всё это бессильно против информационной войны между моим правым и левым ухом.</w:t>
      </w:r>
    </w:p>
    <w:p>
      <w:r>
        <w:rPr/>
        <w:t>Советуя мне купить Свои товары, Иисус не оставляет меня в неведении об их содержании. Он начинает открывать и состав, и их значимость для последнего сражения. Мой интерес и положительный ответ дают Ему повод лично прийти ко мне и посвятить меня в детали Своих товаров.</w:t>
      </w:r>
    </w:p>
    <w:p>
      <w:r>
        <w:rPr/>
        <w:t xml:space="preserve">Когда однажды я купил себе новый автомобиль, тогда перед тем, как его забрать, мне очень подробно объяснили функции каждой кнопки и расшифровали показания всех значков на панели управления, дали мне книгу с правилами эксплуатации, проверили наличие прав на вождение, а потом вручили мне </w:t>
      </w:r>
      <w:r>
        <w:rPr/>
        <w:t>ключи. У автомобиля была гарантия, и в любое время я мог обращаться за бесплатной помощью по любым вопросам.</w:t>
      </w:r>
    </w:p>
    <w:p>
      <w:r>
        <w:rPr/>
        <w:t>Верный Свидетель приходит к тем, кто приобретает предлагаемое, чтобы утвердить Своих покупателей в том, что они выбрали очень ценный товар. Он желает научить их с ним жить и воевать.</w:t>
      </w:r>
    </w:p>
    <w:p>
      <w:r>
        <w:rPr/>
        <w:t>Нам не до конца открыт план послания к Лаодикии. Но сам факт нашего интереса к этой теме даёт Богу возможность посвятить нас в глубины рассматриваемых пророчеств.</w:t>
      </w:r>
    </w:p>
    <w:p>
      <w:r>
        <w:rPr/>
        <w:t>Мы стоим перед самой важной покупкой, какая может только быть. Никакому предыдущему периоду истории не предлагалось такое богатство Божьей благодати, как нам. И чем яснее я понимаю значение Небесных товаров, тем более понятной становится и суть последнего сражения.</w:t>
      </w:r>
    </w:p>
    <w:p>
      <w:r>
        <w:rPr/>
        <w:t>Выходить на войну с любовью и верой и быть победителем. Это говорит о том, что последнее сражение будет иметь духовный характер, в котором моё человеческое не выдержит, но Божье устоит и победит.</w:t>
      </w:r>
    </w:p>
    <w:p>
      <w:r>
        <w:rPr/>
        <w:t>Когда люди смотрели на крест и распятого Спасителя, они видели крах всех своих планов и полное поражение. Но это была самая верная победа над силами зла.</w:t>
      </w:r>
    </w:p>
    <w:p>
      <w:r>
        <w:rPr/>
        <w:t>Иисус считает последние события и сражения настолько важными и жестокими, что решает Сам прийти. Для чего Он пришёл? Что я отвечу?</w:t>
      </w:r>
    </w:p>
    <w:p>
      <w:pPr>
        <w:pStyle w:val="Heading2"/>
      </w:pPr>
      <w:r>
        <w:t>Вопросы к размышлению над этой главой</w:t>
      </w:r>
    </w:p>
    <w:p>
      <w:r>
        <w:rPr/>
        <w:t xml:space="preserve">1. Прочитайте, пожалуйста, Откр.3:18-20; Лук.18:8; Дан.12:10; Песн.2:8-10; Ис.3:13; 26:20-21; 46:10; Иак.5:9; Откр.14:1; Пс.23:7-10; Прит.8:32-36; Иез.33:31-32; Мих.7:4; Мал.1:10; Мат.24:33; 2Фес.2:3-4; Ин.10:2-5; 16:16 </w:t>
      </w:r>
      <w:r>
        <w:rPr/>
        <w:t>в свете этой главы</w:t>
      </w:r>
      <w:r>
        <w:rPr/>
        <w:t>.</w:t>
      </w:r>
    </w:p>
    <w:p>
      <w:r>
        <w:rPr/>
        <w:t xml:space="preserve">2. </w:t>
      </w:r>
      <w:r>
        <w:rPr/>
        <w:t>Что вы поняли из этой главы</w:t>
      </w:r>
      <w:r>
        <w:rPr/>
        <w:t>?</w:t>
      </w:r>
    </w:p>
    <w:p>
      <w:r>
        <w:rPr/>
        <w:t>3. Как вы понимаете выражение: «Се, стою у двери и стучу…»?</w:t>
      </w:r>
    </w:p>
    <w:p>
      <w:r>
        <w:rPr/>
        <w:t>4. Почему Господь решил прийти к народу Лаодикии лично?</w:t>
      </w:r>
    </w:p>
    <w:p>
      <w:r>
        <w:rPr/>
        <w:t>5. Предупреждает ли стих из Откр.3:20 о том, что у Бога есть для нас какой-то очень важный план?</w:t>
      </w:r>
    </w:p>
    <w:p>
      <w:r>
        <w:rPr/>
        <w:t>6. Как вы думаете, для чего пришёл Иисус?</w:t>
      </w:r>
    </w:p>
    <w:p>
      <w:r>
        <w:rPr/>
        <w:t>7. Ожидает ли Господь от меня каких-то движений и решений, советуя мне что-то у Него купить?</w:t>
      </w:r>
    </w:p>
    <w:p>
      <w:r>
        <w:rPr/>
        <w:t>8. Заметили ли вы последовательность от стиха 18 до 20?</w:t>
      </w:r>
    </w:p>
    <w:p>
      <w:r>
        <w:rPr/>
        <w:t xml:space="preserve">9. </w:t>
      </w:r>
      <w:r>
        <w:rPr/>
        <w:t>Б</w:t>
      </w:r>
      <w:r>
        <w:rPr/>
        <w:t>удет ли победителем тот, кто послушает совет Господа, будет ревностным и откроет свою дверь?</w:t>
      </w:r>
    </w:p>
    <w:p>
      <w:r>
        <w:rPr/>
        <w:t>10. Что означает держать дверь закрытой?</w:t>
      </w:r>
    </w:p>
    <w:p>
      <w:r>
        <w:rPr/>
        <w:t>11. Стоит ли открывать свою дверь тогда, когда в неё не стучат?</w:t>
      </w:r>
    </w:p>
    <w:p>
      <w:r>
        <w:rPr/>
        <w:t xml:space="preserve">12. </w:t>
      </w:r>
      <w:r>
        <w:rPr/>
        <w:t>Что будет</w:t>
      </w:r>
      <w:r>
        <w:rPr/>
        <w:t>, если я буду держать свою дверь всегда и для всех открытой?</w:t>
      </w:r>
    </w:p>
    <w:p>
      <w:r>
        <w:rPr/>
        <w:t>13. Если Сам Господь решил лично прийти ко мне, то стоит ли обратить на это внимание?</w:t>
      </w:r>
    </w:p>
    <w:p>
      <w:r>
        <w:rPr/>
        <w:t xml:space="preserve">14. </w:t>
      </w:r>
      <w:r>
        <w:rPr/>
        <w:t>Б</w:t>
      </w:r>
      <w:r>
        <w:rPr/>
        <w:t>удет ли Бог изливать Свой Дух на тех, кто принял советы Иисуса и открыл Ему дверь?</w:t>
      </w:r>
    </w:p>
    <w:p>
      <w:r>
        <w:rPr/>
        <w:t>15. Если я не понимаю символы послания к Лаодикии, то стоит мне их изучать? Неужели это так важно для Спасения?</w:t>
      </w:r>
    </w:p>
    <w:p>
      <w:pPr>
        <w:pStyle w:val="Heading2"/>
        <w:pageBreakBefore/>
      </w:pPr>
      <w:r>
        <w:t>Глава 59</w:t>
      </w:r>
    </w:p>
    <w:p>
      <w:pPr>
        <w:pStyle w:val="Heading1"/>
      </w:pPr>
      <w:r>
        <w:t>Очистятся и убелятся</w:t>
      </w:r>
    </w:p>
    <w:p>
      <w:r>
        <w:rPr/>
        <w:t>Книга пророка Даниила уникальна тем, что она описывает реальные события того времени, когда жил Даниил, а также повествует о том, что должно было произойти после и в самом конце земной истории. Некоторые пророчества нашли своё исполнение уже при жизни автора этого послания, но в конце Даниил пишет о том, что слова его книги будут запечатаны до последнего времени. Это означает, что читающие эти пророчества не поймут их значение, пока Господь не снимет печать.</w:t>
      </w:r>
    </w:p>
    <w:p>
      <w:r>
        <w:rPr/>
        <w:t>Последнее время началось после вознесения Христа на Небо, где Он приступил к служению в Небесном Храме. А когда Апостол Иоанн написал пророческую книгу Откровение, тогда многие символы книги Даниила стали понятными сознанию читающих, и Божьи дети, изучающие написанные предсказания, увидели, как переплетены между собой эти книги.</w:t>
      </w:r>
      <w:r>
        <w:rPr/>
        <w:t xml:space="preserve"> </w:t>
      </w:r>
      <w:r>
        <w:rPr/>
        <w:t>Но окончательное понимание всех пророчеств произойдёт в самом конце последнего времени, то есть в наши дни.</w:t>
      </w:r>
    </w:p>
    <w:p>
      <w:r>
        <w:rPr/>
        <w:t xml:space="preserve">Мне хотелось бы </w:t>
      </w:r>
      <w:r>
        <w:rPr/>
        <w:t>в этой главе</w:t>
      </w:r>
      <w:r>
        <w:rPr/>
        <w:t xml:space="preserve"> обратить внимание на два важных стиха, которые очень ясно указывают на товары Лаодикийского магазина. Читаем Дан 11:35: «Пострадают некоторые и из разумных для испытания их, очищения и для убеления к последнему времени; ибо есть ещё время до срока». Принято считать, что Лаодикийский период начался с 1844 года, когда окончательно исполнилось пророчество о 2300 вечерах и утрах. Само слово «Лаодикия» переводится как «народ суда». В этом совпадении есть особое Божье провидение.</w:t>
      </w:r>
    </w:p>
    <w:p>
      <w:r>
        <w:rPr/>
        <w:t>В стихе 35 хотелось бы выделить 3 слова: разумные, очищения и убеления. Их важно сравнить со стихом из Откр.3:18. Разумные — те, кто купил глазную мазь. Очищенные — приобретшие золото, прошедшее через огонь. Убелённые — купившие белую одежду.</w:t>
      </w:r>
    </w:p>
    <w:p>
      <w:r>
        <w:rPr/>
        <w:t>«Пострадают некоторые». Эта фраза говорит о том, что в течение этого периода будут притеснения и гонения, во время которых кому-то придётся пострадать, что-то потерять или даже умереть. На исторических примерах мы видим, что некоторые государственные, атеистические и религиозные режимы способствуют этим притеснениям до сих пор. А в конце последних событий весь мир поднимется против нас, но не сможет одолеть, потому что Сам Иисус будет вести эту войну и победит, а с Ним и мы выйдем победителями.</w:t>
      </w:r>
    </w:p>
    <w:p>
      <w:r>
        <w:rPr/>
        <w:t>Читаем стих из Дан 12:10: «Многие очистятся, убелятся и переплавлены будут в искушении; нечестивые же будут поступать нечестиво, и не уразумеет сего никто из нечестивых, а мудрые уразумеют». Здесь идёт прямое указание на Откр.3:18 и говорится о том, что уже многие будут испытаны, и мудрые уразумеют. И если к этому присовокупить притчу о пяти мудрых девах из Мат.25:1-13, то вырисовывается очень интересная картина.</w:t>
      </w:r>
      <w:r>
        <w:rPr/>
        <w:t xml:space="preserve"> </w:t>
      </w:r>
      <w:r>
        <w:rPr/>
        <w:t>Если Господь что-то в пророчестве повторяет дважды или более раз, то это означает, что на описанное стоит обратить особое внимание, потому что оно обязательно исполнится. Быт.41:32 «А что сон повторился фараону дважды, это значит, что сие истинно слово Божие, и что вскоре Бог исполнит сие».</w:t>
      </w:r>
    </w:p>
    <w:p>
      <w:r>
        <w:rPr/>
        <w:t>Господь за много тысяч лет предсказал то, что сейчас переживаем мы, и дал понять важность того, что будет советовать нам Верный Свидетель.</w:t>
      </w:r>
    </w:p>
    <w:p>
      <w:r>
        <w:rPr/>
        <w:t>В Откр 3:14 читаем: «И Ангелу Лаодикийской церкви напиши: так говорит Аминь, Свидетель Верный и Истинный, Начало создания Божия». Господь характеризует Себя как Того, Кто даёт самое безошибочное и точное свидетельство. Он очень чётко определяет моё истинное положение, ни за что не хвалит и даёт единственный выход из моего тёплого состояния. Даниил предсказывает, что многие очистятся и облекутся в белые одежды, но говорит и о том, что нечестивые не уразумеют.</w:t>
      </w:r>
    </w:p>
    <w:p>
      <w:r>
        <w:rPr/>
        <w:t>Напрашивается вывод. Если у меня нет интереса к советам Иисуса, или я не понимаю, о чём идёт речь, то я, возможно, нахожусь в группе не с очень хорошим названием. Но если я решусь что-то изменить в этом вопросе и стану просить, искать, изучать и вникать, то Господь начнёт мне продавать предлагаемые товары. Силою Он никого обогащать не намерен.</w:t>
      </w:r>
    </w:p>
    <w:p>
      <w:r>
        <w:rPr/>
        <w:t>Однажды Господь отдал Самое Ценное, что у Него было, — Своего возлюбленного Сына, и мир убил этого Человека. То же самое мир сделает и со всеми последователями Христа, если Бог отнимет Свою защиту. Но Господь пришёл не губить, а спасать мир, и у Него это получается.</w:t>
      </w:r>
    </w:p>
    <w:p>
      <w:r>
        <w:rPr/>
        <w:t>В Дан.12:1 мы читаем, что «восстанет в то время Михаил, Князь великий», и описывается время скорби. И всё это говорит о том, что в самое последнее время Господь особым образом будет лично совершать что-то очень значимое. А заявление Христа о том, что Он уже стоит, свидетельствует о моём пребывании в том периоде времени, когда всё это исполняется.</w:t>
      </w:r>
    </w:p>
    <w:p>
      <w:r>
        <w:rPr/>
        <w:t>Но пророчества Даниила могут остаться простыми буквами, сокрытыми от понимания, если у меня нет времени и желания в них разобраться. И тогда я точно не войду в число мудрых.</w:t>
      </w:r>
    </w:p>
    <w:p>
      <w:r>
        <w:rPr/>
        <w:t>Что будет с теми, кто ничего не купит по совету Истинного Аминь? Думаю, что они не будут переплавлены, очищены и убелены так, как это предсказывает пророк Даниил. Бог не будет кидать в огонь простые камни, в этом нет смысла. Они не изменятся и не станут чище.</w:t>
      </w:r>
    </w:p>
    <w:p>
      <w:r>
        <w:rPr/>
        <w:t>Золото огнём очищенное, которое символизирует веру, надежду и любовь, обогащает всякого, кто его покупает. Оно становится частью души человека, переплавляя эту душу в соответствии с Божьими требованиями и ожиданиями, но не нарушая свободу выбора христианина. Очень просто быть богатым любовью, имея безграничный потенциал и ресурс Небесной любви. И когда этот расплавленный Небесный металл проходит через моё сердце, тогда он переплавляет меня, выжигая и удаляя вредные и нечистые примеси. Божья Агапэ проделала для себя путь в моём сердце так, что теперь, проходя через него, она может естественно изливаться на всех ближних, ожидая лишь того, что я стану постоянным покупателем её бесконечных возможностей.</w:t>
      </w:r>
    </w:p>
    <w:p>
      <w:r>
        <w:rPr/>
        <w:t>Даже если самого грязного человека одеть в чистые белые одежды, то он будет выглядеть очень нарядно. Но Господь не покрывает нашу грязь, а очищает её, смывая Своей Кровью по нашему покаянию. И на чистое сердце и разум Он надевает торжественный «белый виссон», чтобы в таком виде представить нас перед всей Вселенной.</w:t>
      </w:r>
    </w:p>
    <w:p>
      <w:r>
        <w:rPr/>
        <w:t>Белая одежда — это характер моего Спасителя, который посредством постоянной покупки и товарообмена стал моим и настолько прочно укрепился в моей жизни, что уже не похож на ткань, которую можно постоянно снимать и надевать. Он теперь является Божьим светом, который виден всем людям как горящий светильник в тёмном мире.</w:t>
      </w:r>
    </w:p>
    <w:p>
      <w:r>
        <w:rPr/>
        <w:t>Глазная мазь делает неразумных мудрыми, а нечестивых праведными. Но её необходимо купить, чтобы увидеть и уразуметь, что она из себя представляет. А с открытыми глазами можно оценить и стоимость всех остальных наиважнейших товаров для Лаодикии.</w:t>
      </w:r>
    </w:p>
    <w:p>
      <w:r>
        <w:rPr/>
        <w:t>Как желали Даниил и Иоанн попасть в наше время, чтобы пережить все эти благословения, и очиститься и убелиться, и быть переплавленными в искушении, но им дано было это только увидеть и описать. А мы можем всё это купить и съесть, и сделать своим достоянием на эту жизнь и всю Вечность.</w:t>
      </w:r>
    </w:p>
    <w:p>
      <w:r>
        <w:rPr/>
        <w:t>Как мечтали многие Божьи дети войти в наше время и очиститься, и убелиться, а мы живём в этом и можем это совершать с утра до вечера, закупившись у Небесного Купца. И как это всё вкусно, и как обогащается этими товарами моя жизнь. Что можно ещё пожелать? Только не останавливаться в этой покупке и за всё благодарить.</w:t>
      </w:r>
    </w:p>
    <w:p>
      <w:pPr>
        <w:pStyle w:val="Heading2"/>
      </w:pPr>
      <w:r>
        <w:t>Вопросы к размышлению над этой главой</w:t>
      </w:r>
    </w:p>
    <w:p>
      <w:r>
        <w:rPr/>
        <w:t xml:space="preserve">1. Прочитайте, пожалуйста, Мат.13:12; Ин.3:16; Дан.7:22,26; 8:14; 11:32-36; 12:10; Еф.5:14-17; Ос.4:6; Откр.13:5-7; 19:8; 22:17-20; Ис.55:1-3; Пс.118:18; 1Кор.11:31-32; 2Кор.6:1-3; Рим.13:10-13 </w:t>
      </w:r>
      <w:r>
        <w:rPr/>
        <w:t>в свете этой главы</w:t>
      </w:r>
      <w:r>
        <w:rPr/>
        <w:t>.</w:t>
      </w:r>
    </w:p>
    <w:p>
      <w:r>
        <w:rPr/>
        <w:t xml:space="preserve">2. </w:t>
      </w:r>
      <w:r>
        <w:rPr/>
        <w:t>Что вы поняли из этой главы</w:t>
      </w:r>
      <w:r>
        <w:rPr/>
        <w:t>?</w:t>
      </w:r>
    </w:p>
    <w:p>
      <w:r>
        <w:rPr/>
        <w:t>3. Вас радует то, что ещё древние пророки писали о нашем времени, предсказывая, что многие очистятся и убелятся?</w:t>
      </w:r>
    </w:p>
    <w:p>
      <w:r>
        <w:rPr/>
        <w:t>4. Верите ли вы в то, что покупка нами Небесных товаров является Божьим планом для нас?</w:t>
      </w:r>
    </w:p>
    <w:p>
      <w:r>
        <w:rPr/>
        <w:t>5. Наступило ли уже это время, когда стоит понять, что предлагает Иисус лаодикийцам?</w:t>
      </w:r>
    </w:p>
    <w:p>
      <w:r>
        <w:rPr/>
        <w:t>6. Как будут называться те, кто ничего не купит у Небесного Купца?</w:t>
      </w:r>
    </w:p>
    <w:p>
      <w:r>
        <w:rPr/>
        <w:t>7. Желаете ли вы обогатиться Небесным золотом?</w:t>
      </w:r>
    </w:p>
    <w:p>
      <w:r>
        <w:rPr/>
        <w:t>8. Как выглядит богатый Небесным золотом человек? В чём проявляется его богатство?</w:t>
      </w:r>
    </w:p>
    <w:p>
      <w:r>
        <w:rPr/>
        <w:t>9. Что делать тем, кто не понимает ни одного слова из обращения Верного Свидетеля, но очень желает спастись, ища другие пути?</w:t>
      </w:r>
    </w:p>
    <w:p>
      <w:r>
        <w:rPr/>
        <w:t>10. Вы рады тому, что мы живём уже перед самым Вторым Пришествием, и будем участниками великих Божьих дел?</w:t>
      </w:r>
    </w:p>
    <w:p>
      <w:r>
        <w:rPr/>
        <w:t>11. Будет ли преимущество у купивших Небесные товары перед теми, кто не стал этого делать, но знал, где это продаётся?</w:t>
      </w:r>
    </w:p>
    <w:p>
      <w:r>
        <w:rPr/>
        <w:t>12. В чём отличие мудрых от неразумных, ведь у них одна вера и одна церковь?</w:t>
      </w:r>
    </w:p>
    <w:p>
      <w:r>
        <w:rPr/>
        <w:t>1</w:t>
      </w:r>
      <w:r>
        <w:rPr/>
        <w:t>3</w:t>
      </w:r>
      <w:r>
        <w:rPr/>
        <w:t>. Вас не пугает перспектива того, что нам придётся всю Вечность учиться познанию любви?</w:t>
      </w:r>
    </w:p>
    <w:p>
      <w:r>
        <w:rPr/>
        <w:t>1</w:t>
      </w:r>
      <w:r>
        <w:rPr/>
        <w:t>4</w:t>
      </w:r>
      <w:r>
        <w:rPr/>
        <w:t>. Есть ли у вас масло в ваших сосудах? Если да, то где вы его достали?</w:t>
      </w:r>
    </w:p>
    <w:p>
      <w:pPr>
        <w:pStyle w:val="Heading2"/>
        <w:pageBreakBefore/>
      </w:pPr>
      <w:r>
        <w:t>Глава 60</w:t>
      </w:r>
    </w:p>
    <w:p>
      <w:pPr>
        <w:pStyle w:val="Heading1"/>
      </w:pPr>
      <w:r>
        <w:t>Суровое предупреждение</w:t>
      </w:r>
    </w:p>
    <w:p>
      <w:r>
        <w:rPr/>
        <w:t>Изучая в свете любви характер Бога, можно очень быстро создать в своём разуме образ бесконечной милости без справедливости. И есть даже те, кто считает, что Господь любит только прощать и благословлять, а если человек не желает покаяться, то от него убирается защита, и тогда эта душа попадает под власть тёмных сил, которые начинают её терзать всевозможными страхами и бедами и даже могут лишить жизни.</w:t>
      </w:r>
    </w:p>
    <w:p>
      <w:r>
        <w:rPr/>
        <w:t>Когда человек, живущий во грехе и открыто заявляющий о том, что Бог его таким создал и таким принимает и любит, искажает таким образом Божий характер, тогда слушающие начинают представлять себе христианского Бога в неправильном свете.</w:t>
      </w:r>
    </w:p>
    <w:p>
      <w:r>
        <w:rPr/>
        <w:t>На фоне подобного искажённого представления можно очень легко предложить иное божество, не имеющее любви, но обладающее чувством справедливости и наказывающее грешников безжалостными судами. А некоторые люди решают даже стать карающим мечом своих богов, чтобы уничтожать нечестивых.</w:t>
      </w:r>
    </w:p>
    <w:p>
      <w:r>
        <w:rPr/>
        <w:t>Но наш Бог — есть Любовь, есть Агапэ. А это совокупность милости и справедливости.</w:t>
      </w:r>
    </w:p>
    <w:p>
      <w:r>
        <w:rPr/>
        <w:t>В послании к Лаодикии не высказано ни одной похвалы, но также — и никаких предостережений, но звучит только короткое «покайся». Господь знает, с какими соблазнами мы будем сталкиваться, и как искусно будет обольщать нас враг души, поэтому Верный Свидетель заверяет нас в Своей нежной и справедливой любви, и нам предлагается самая действенная помощь, а послушным — великая награда.</w:t>
      </w:r>
    </w:p>
    <w:p>
      <w:r>
        <w:rPr/>
        <w:t>Стоит заметить, что книга Откровение содержит информацию о политических событиях всех эпох христианства и также повествует о том, какие силы будут править миром в конце истории, и как Бог будет наказывать нечестивых.</w:t>
      </w:r>
      <w:r>
        <w:rPr/>
        <w:t xml:space="preserve"> </w:t>
      </w:r>
      <w:r>
        <w:rPr/>
        <w:t>Самые грозные и торжественные предостережения описаны в Откр.14:9-11 как весть третьего ангела. И ещё одно предупреждение помещено в самом конце этой книги. В Откр. 22:18-19 читаем: «И я также свидетельствую всякому слышащему слова пророчества книги сей: если кто приложит что к ним, на того наложит Бог язвы, о которых написано в книге сей; И, если кто отнимет что от слов книги пророчества сего, у того отнимет Бог участие в книге жизни и в святом граде, и в том, что написано в книге сей».</w:t>
      </w:r>
    </w:p>
    <w:p>
      <w:r>
        <w:rPr/>
        <w:t>Оба эти предостережения относятся непосредственно к нам и очень ясно дают понять, что будет с теми, кто в невежестве или осознанно злоупотребляет Божьей милостью. Таким людям придётся лично испытать другую силу любви — справедливость, которая звучит как нечто весьма торжественное, но содержит в себе Божий гнев, ярость, язвы, причиняющие мучения и беспокойство. Не хочется говорить об этой стороне любви, но она есть. А любовь есть совокупность совершенств, в которую нам предлагают облечься. Кол.3:4. Стих из Откр.3:18 содержит в себе совет, дающий выход из тёплого состояния. Его стоит изучить, расшифровать и применить к себе.</w:t>
      </w:r>
    </w:p>
    <w:p>
      <w:r>
        <w:rPr/>
        <w:t>Не следует приписывать этому повествованию то, чего в нём нет. Подобное грозит тем, что читающие неверные объяснения примут эту весть в искажённом виде или отвергнут её. В результате, суды в виде язв будут справедливым наказанием для заблуждающихся и для тех, кто вводит других в этот соблазн.</w:t>
      </w:r>
      <w:r>
        <w:rPr/>
        <w:t xml:space="preserve"> </w:t>
      </w:r>
      <w:r>
        <w:rPr/>
        <w:t>Но и игнорировать этот совет тоже не стоит, так как это грозит тем, что моё имя будет удалено из Книги жизни.</w:t>
      </w:r>
    </w:p>
    <w:p>
      <w:r>
        <w:rPr/>
        <w:t>В символах Небесных товаров нам предлагается всё Небо и та власть любви и мудрости, которая может стать моей, если я её куплю и буду прилежным в этом действии. А моё решение быть постоянным покупателем и иметь близкое общение с Продавцом имеет далеко идущие последствия, которые простираются в Вечность.</w:t>
      </w:r>
    </w:p>
    <w:p>
      <w:r>
        <w:rPr/>
        <w:t>Но чтобы получить на это право, предстоит выполнить все условия, выучить все задания, пройти через все испытания и успешно сдать экзамены.</w:t>
      </w:r>
    </w:p>
    <w:p>
      <w:r>
        <w:rPr/>
        <w:t>За свою жизнь я заканчивал некоторые учебные заведения и получал различные права на многие виды деятельности. Общее, что было во всём этом, — сдача экзаменов, которая определяла глубину моих знаний. Мне не было известно, какие вопросы мне будут задавать, поэтому приходилось учить всё, и именно совокупность всего и помогала мне успешно отвечать и выполнять практические работы. Обретённые знания теперь помогают мне качественно жить и планировать свою жизнедеятельность, потому что я принимаю решения на основе полученных и изученных уроков тех далёких дней.</w:t>
      </w:r>
    </w:p>
    <w:p>
      <w:r>
        <w:rPr/>
        <w:t>Воспитание и обучение — это то, что мы прививаем своим детям, чтобы они потом всю жизнь могли достойно использовать усвоенную культуру и знания. Они не сдают нам экзамены, но жизнь испытывает вложенное образование, а опыт утверждает его в сердце.</w:t>
      </w:r>
    </w:p>
    <w:p>
      <w:r>
        <w:rPr/>
        <w:t>Господь также воспитывает нас для Своих целей, чтобы уже здесь мы могли достойно жить по Вечным законам. Он не желает, чтобы мы болели по своей глупости или получали право на смерть по своему невежеству. Но наш выбор Бог уважает.</w:t>
      </w:r>
    </w:p>
    <w:p>
      <w:r>
        <w:rPr/>
        <w:t>В самом начале книги Откровение даётся благословение для читающего её и всех слушающих. Там же находится и маленькое слово «соблюдающие», на которое следует обратить особое внимание. Откр.1:3.</w:t>
      </w:r>
      <w:r>
        <w:rPr/>
        <w:t xml:space="preserve"> </w:t>
      </w:r>
      <w:r>
        <w:rPr/>
        <w:t>Соблюдающие — это те, которые изучают истину, постигают глубины, и, познав это, живут соответственно полученным знаниям.</w:t>
      </w:r>
    </w:p>
    <w:p>
      <w:r>
        <w:rPr/>
        <w:t>Совет к Лаодикии открывает дверь к получению самого важного знания для последнего времени, которое делает учащегося победителем в заключительном и решающем экзамене.</w:t>
      </w:r>
    </w:p>
    <w:p>
      <w:r>
        <w:rPr/>
        <w:t>Однажды я пожелал получить право на управление автомобилем. Я изучал правила дорожного движения, особенности вождения, знаки. На экзамене у меня была пара незначительных ошибок, но я его сдал. До сих пор полученные знания сохраняют мою жизнь и мои автомобили от катастрофы.</w:t>
      </w:r>
    </w:p>
    <w:p>
      <w:r>
        <w:rPr/>
        <w:t xml:space="preserve">Господь предлагает нам знание Себя, и в Откр.3:18 советует купить это знание. Он готов прийти в роли Учителя, чтобы наставить нас и закрепить на практике всю теорию истины, периодически посылая нас на поле боя. Ему нужны не просто </w:t>
      </w:r>
      <w:r>
        <w:rPr/>
        <w:t>выжившие в этой войне, а победители, те, кто умеет нападать, уничтожать, окружать и захватывать.</w:t>
      </w:r>
    </w:p>
    <w:p>
      <w:r>
        <w:rPr/>
        <w:t>Совет Верного Свидетеля не предлагает замену старого на новое, но открывает дверь для более глубокого понимания древних истин, изложенных на страницах Библии. Иисус желает дать мне подлинное знание в постижении Самого Себя.</w:t>
      </w:r>
    </w:p>
    <w:p>
      <w:r>
        <w:rPr/>
        <w:t>А для чего мне это нужно? Впереди нас ожидает особая война, в которой используются необычные средства. Против меня выступает мощная армия врага души: журналисты, врачи, учителя, учёные, министры, банкиры, депутаты, юристы, президенты, родственники и соседи. Они расставят мне сети и окружат со всех сторон, предлагая перейти на их сторону, ведь их большинство. Их оружием будет лесть, ложь, угрозы, научные открытия, всеобщее благо, прекрасное будущее, комфорт, сытость, торговля, деньги. Они применят всё это, чтобы привести меня к сдаче твёрдых Библейских позиций и к поклонению зверю. Но знание истины и товары из Лаодикии помогут мне противостоять этим людям и выйти победителем из этой войны.</w:t>
      </w:r>
    </w:p>
    <w:p>
      <w:r>
        <w:rPr/>
        <w:t>А сейчас идёт подготовка к сражению, которое, похоже, уже началось и вовсю идёт. Стоит при этом помнить о тех предостережениях, которые ожидают неразумных и беспечных воинов Христа. Мирное время уже прошло, духовный сон не дарует мне преимуществ. Но любовь Бога в моём разуме станет мне помощью и поддержкой в это время. Против неё ничто не устоит.</w:t>
      </w:r>
    </w:p>
    <w:p>
      <w:r>
        <w:rPr/>
        <w:t>Победитель наследует Небо и получит всё.</w:t>
      </w:r>
    </w:p>
    <w:p>
      <w:pPr>
        <w:pStyle w:val="Heading2"/>
      </w:pPr>
      <w:r>
        <w:t>Вопросы к размышлению над этой главой</w:t>
      </w:r>
    </w:p>
    <w:p>
      <w:r>
        <w:rPr/>
        <w:t xml:space="preserve">1. Прочитайте, пожалуйста, Прит.30:5-6; Втор.4:1-2; 11:26-28; 12:32; 30:19-29; Пс.26:1-3; 18:8-11; 84:11-12; Мат.24:9-13; Откр.1:3; 3:18-21; 6:9-10; 14:9-12,19-20; 16:1; 20:13-15; 22:17-20; Пс.44:7-8; Нав.24:15 </w:t>
      </w:r>
      <w:r>
        <w:rPr/>
        <w:t>в свете этой главы</w:t>
      </w:r>
      <w:r>
        <w:rPr/>
        <w:t>.</w:t>
      </w:r>
    </w:p>
    <w:p>
      <w:r>
        <w:rPr/>
        <w:t xml:space="preserve">2. </w:t>
      </w:r>
      <w:r>
        <w:rPr/>
        <w:t>Что вы поняли из этой главы</w:t>
      </w:r>
      <w:r>
        <w:rPr/>
        <w:t>?</w:t>
      </w:r>
    </w:p>
    <w:p>
      <w:r>
        <w:rPr/>
        <w:t>3. Можете ли вы совместить милость и справедливость в одном лице? Как это выглядит?</w:t>
      </w:r>
    </w:p>
    <w:p>
      <w:r>
        <w:rPr/>
        <w:t>4. Почему нам даются такие суровые предостережения? Не проще ли было всё простить и забыть?</w:t>
      </w:r>
    </w:p>
    <w:p>
      <w:r>
        <w:rPr/>
        <w:t>5. Как вы думаете, исполнит ли Господь Своё обещание о наказании?</w:t>
      </w:r>
    </w:p>
    <w:p>
      <w:r>
        <w:rPr/>
        <w:t>6. Чем отличается наказание для Божьих детей от наказания нечестивых? Прит.19:18-19.</w:t>
      </w:r>
    </w:p>
    <w:p>
      <w:r>
        <w:rPr/>
        <w:t>7. Чем отличается человеческий гнев от гнева Божьего?</w:t>
      </w:r>
    </w:p>
    <w:p>
      <w:r>
        <w:rPr/>
        <w:t>8. А может ли быть такое, что Божьи суды будут виртуальными, имеющими отношение только к духовному миру?</w:t>
      </w:r>
    </w:p>
    <w:p>
      <w:r>
        <w:rPr/>
        <w:t xml:space="preserve">9. Как вы думаете, к </w:t>
      </w:r>
      <w:r>
        <w:rPr/>
        <w:t>кому</w:t>
      </w:r>
      <w:r>
        <w:rPr/>
        <w:t xml:space="preserve"> отнесёт Бог тех, кто отвергнет советы к Лаодикии?</w:t>
      </w:r>
    </w:p>
    <w:p>
      <w:r>
        <w:rPr/>
        <w:t>10. Вы уже решили совершать покупки в Лаодикийском магазине?</w:t>
      </w:r>
    </w:p>
    <w:p>
      <w:r>
        <w:rPr/>
        <w:t>11. Что будет первым из Небесных товаров, которые вы купите?</w:t>
      </w:r>
    </w:p>
    <w:p>
      <w:r>
        <w:rPr/>
        <w:t>12. Можно ли купить только белую одежду, а всё другое оставить без внимания?</w:t>
      </w:r>
    </w:p>
    <w:p>
      <w:r>
        <w:rPr/>
        <w:t>13. Открывается ли вам что-то важное в этих уроках?</w:t>
      </w:r>
    </w:p>
    <w:p>
      <w:r>
        <w:rPr/>
        <w:t>14. Какой вы представляете себе войну последнего времени?</w:t>
      </w:r>
    </w:p>
    <w:p>
      <w:r>
        <w:rPr/>
        <w:t>15. Кто ваши враги? И почему вы считаете их врагами?</w:t>
      </w:r>
    </w:p>
    <w:p>
      <w:pPr>
        <w:pStyle w:val="Heading2"/>
        <w:pageBreakBefore/>
      </w:pPr>
      <w:r>
        <w:t>Глава 61</w:t>
      </w:r>
    </w:p>
    <w:p>
      <w:pPr>
        <w:pStyle w:val="Heading1"/>
      </w:pPr>
      <w:r>
        <w:t>Спичка и фитиль</w:t>
      </w:r>
    </w:p>
    <w:p>
      <w:r>
        <w:rPr/>
        <w:t>Про нас сказано, что мы — свет миру. И как верующие люди мы понимаем, что этот свет должен иметь правильный Источник, и цель свечения сводится к тому, чтобы сидящие во тьме люди прославляли за этот свет Бога.</w:t>
      </w:r>
      <w:r>
        <w:rPr/>
        <w:t xml:space="preserve"> </w:t>
      </w:r>
      <w:r>
        <w:rPr/>
        <w:t>Я принимаю такую позицию и начинаю познавать Истинный Свет, чтобы стать Его отражением. Соприкасаясь с Вечным Богом, я открываю для себя новые источники жизни и света, которые даруются Им. И моя жизнь, подобно Луне, отражает изобилие откровений, изливающихся в неё. Ближние смотрят на меня и узнают в моём поведении Иисуса, а я радуюсь такому исходу событий и стараюсь быть абсолютно чистым, чтобы Божий свет мог беспрепятственно отражаться от поверхности моего характера.</w:t>
      </w:r>
    </w:p>
    <w:p>
      <w:r>
        <w:rPr/>
        <w:t>Чем ближе мы подходим к концу истории Земли, тем настойчивее Господь советует мне купить у Него масло для светильника и сделать запас этого масла в сосудах моего опыта и знаний. Я не понимаю такой необходимости, но прислушиваюсь к наставлению Верного Свидетеля и покупаю всё предлагаемое.</w:t>
      </w:r>
    </w:p>
    <w:p>
      <w:r>
        <w:rPr/>
        <w:t>Как это удивительно прекрасно получать в обмен на своё время и свои грехи такое Небесное сокровище, опускать свои руки в бесконечный океан Божьей любви и, зачерпывая её своими ладошками, смотреть, как она, проходя сквозь мои пальцы веры, изливается в сердца ближних Святым Духом! Какое захватывающее зрелище! Благодаря мне и другие люди становятся причастниками Небесных сокровищ и могут вкушать их из моих рук, наполняя свои сердца приятными переживаниями. Это воистину огромная ценность, которая делает богатым не только меня, но и тех, кому я её дарю.</w:t>
      </w:r>
    </w:p>
    <w:p>
      <w:r>
        <w:rPr/>
        <w:t>Глазная мазь открывает мой разум и духовное зрение для того, чтобы я мог проникать в глубины океана Божьей любви и оценивать безграничные залежи новых благословений, которые ожидают пытливого искателя сокровенного, желающего оценивать не только общую площадь Божьего океана, но и его объём. Удивительно, что эта любовь бесконечна не только в широте своих откровений, но и в глубине своего познания. Ныряя в золотой океан, я желаю достичь дна и понять, где находится основание, в которое всё это влито, но всякий раз убеждаюсь в том, что у Божьей любви нет пределов, достигнув которых, я мог бы сказать, что наконец-то нашёл те границы Вечности, по которым способен оценить её объём.</w:t>
      </w:r>
    </w:p>
    <w:p>
      <w:r>
        <w:rPr/>
        <w:t>Занимаясь познанием золота, очищенного огнём, я становлюсь обладателем прекрасной белой одежды, которая, подобно Божественному свету, начинает прикрывать мою наготу, и вся моя срамота исчезает в лучах Божьей славы, а мой характер преображается под влиянием этого света.</w:t>
      </w:r>
    </w:p>
    <w:p>
      <w:r>
        <w:rPr/>
        <w:t>Посвящая своё время приобретению подобных покупок и проявляя прилежную ревность в постоянстве, я позволяю Верному Свидетелю приходить в дом моего сердца и проводить со мной время, чтобы я мог учиться у Его ног искусству пользования Небесными товарами.</w:t>
      </w:r>
    </w:p>
    <w:p>
      <w:r>
        <w:rPr/>
        <w:t>Господь открывает мне будущее и показывает, что в последнее время все запасы Небесного масла мне очень пригодятся. Но чтобы это произошло, мой человеческий дух должен стать подобным фитилю.</w:t>
      </w:r>
    </w:p>
    <w:p>
      <w:r>
        <w:rPr/>
        <w:t>До сих пор я понимал эту истину следующим образом. Мы все являемся спичками в Божьем коробке, и Он периодически зажигает нас, чтобы мы светили во мраке и готовили Ему путь. Мне было достаточно того, что я, подобно Луне, могу отражать Его свет, а уж стать спичкой и светить самому — это особая честь. Но мой Небесный Друг объясняет мне, что проблема спички в том, что она светит сама собой. Она быстро зажигается, и в её свете многие вещи становятся видимыми, но её внутренний потенциал ограничен. Она никак не подходит для светильника. Она независима от Небесных товаров, и хоть сама по себе она и не холодна, но и горячей её не назовёшь. Она способна дать ближним тепло, но на короткое время, а в конце сгорит сама и обожжёт Божьи пальцы. И даже если её в затухающем состоянии поливать маслом, она не сможет поддерживать этот огонь, ибо выгорела изнутри, хотя может периодически вспыхивать, соприкасаясь с Источником света.</w:t>
      </w:r>
    </w:p>
    <w:p>
      <w:r>
        <w:rPr/>
        <w:t>А фитиль хорош тем, что он не очень большого мнения о себе. Он понимает, что он только проводник Небесного масла, которое через него из сосуда поступает в светильник и преобразуется в огонь. И он не причиняет никакого вреда. Господь может регулировать этот свет, вытаскивая часть фитиля из масла для более яркого свечения или пряча весь фитиль в золото, чтобы только маленький огонёк мерцал на его поверхности.</w:t>
      </w:r>
    </w:p>
    <w:p>
      <w:r>
        <w:rPr/>
        <w:t>Вдумываясь в эту науку светлой жизни, я понимаю, что я никто, и сам по себе без запаса масла и светильника не представляю ценности, а уподобляюсь неразумной спичке, которая, имея ограниченный внутренний потенциал, считает его достаточным, чтобы светить, не угасая, во время скорби. Фитиль без масла тоже может гореть, но не очень долго, производя много копоти и зыбкого мерцания.</w:t>
      </w:r>
      <w:r>
        <w:rPr/>
        <w:t xml:space="preserve"> </w:t>
      </w:r>
      <w:r>
        <w:rPr/>
        <w:t>А что мне делать, чтобы быть таким? Господь отвечает, чтобы я стал ревностным и прилежным в покупке Его товаров и покаялся в своей самонадеянности и невежестве. Он заверяет меня в Своей любви и даёт понять, что Его наказание в случае моей беспечности не заставит себя долго ждать. Он умеет выводить из сна и оцепенения и обличать тех, кого любит.</w:t>
      </w:r>
    </w:p>
    <w:p>
      <w:r>
        <w:rPr/>
        <w:t>А за что меня наказывать, ведь я учусь? Но в процессе этой учёбы я иногда возвращаюсь на старые рельсы и веду себя так, будто я богат, разбогател и ни в чём не имею нужды. Моя греховная память умудряется присвоить себе даже Небесные сокровища, пытаясь убедить меня в том, что моя любовь к людям настоящая, не то что там у этих новичков, которые столпились у двери магазина и не решаются войти. И тут я получаю хороший удар по мягкому месту и вспоминаю, что я тоже человек, и я занимаю своё место в Божьем светильнике, сгорая от стыда от своей надменности, но уже не выгорая от гордости.</w:t>
      </w:r>
    </w:p>
    <w:p>
      <w:r>
        <w:rPr/>
        <w:t>Огонь, очищающий золото, очищает и меня. Я весь пропитан этим горючим маслом и чувствую тепло моего светильника. Единственное, что меня очень беспокоит, — это наличие масла в сосуде, из которого идёт постоянная подача Небесного продукта в зону горения.</w:t>
      </w:r>
    </w:p>
    <w:p>
      <w:r>
        <w:rPr/>
        <w:t>Проходя через фитиль моей совести, это масло очищает её, пропитывая каждую ниточку моего сознания своим чудесным ароматом любви, мудрости и света.</w:t>
      </w:r>
    </w:p>
    <w:p>
      <w:r>
        <w:rPr/>
        <w:t>Смотрю на неразумные спички, на то, как они дружно спят, не понимая того, что их ресурс ограничен, и пытаюсь их пробудить, указывая на Небесного Купца, Который с радостью принимает новых покупателей и готов со всеми делиться безграничными ресурсами Божьей любви. А меня Он спрашивает о том, придя, найдёт ли Он веру в тех, за кого заплатил очень высокую цену?</w:t>
      </w:r>
      <w:r>
        <w:rPr/>
        <w:t xml:space="preserve"> </w:t>
      </w:r>
      <w:r>
        <w:rPr/>
        <w:t>Господь регистрирует всех новых покупателей, записывая их адреса, а потом приходит и стоит у их дверей, желая продолжить отношения не только в магазине, но и в домашних условиях, и усовершенствовать навыки в пользовании теми покупками, которые делают Его постоянные клиенты.</w:t>
      </w:r>
    </w:p>
    <w:p>
      <w:r>
        <w:rPr/>
        <w:t>Своим постоянным покупателям наш Небесный Купец решает предложить войти в вечные торговые отношения, где в обмен на всего меня и всё моё время я смогу иметь безграничный доступ к Нему и всему, чем Он обладает. Он обещает, что разделит со мной Свой престол и позволит сидеть рядом с Ним, и меня уже никто не выгонит из океана любви, и я смогу вечно делиться им с другими фитилями.</w:t>
      </w:r>
    </w:p>
    <w:p>
      <w:pPr>
        <w:pStyle w:val="Heading2"/>
      </w:pPr>
      <w:r>
        <w:t>Вопросы к размышлению над этой главой</w:t>
      </w:r>
    </w:p>
    <w:p>
      <w:r>
        <w:rPr/>
        <w:t xml:space="preserve">1. Прочитайте, пожалуйста, Ин.4:13-14; Прит.13:9; 20:27; 24:29; 31:18; Флп.4:13; Лук.11:33-36; 18:7-8; Ин.1:6-9; 15:4-6; Мат.5:14-16; 25:3; 2Цар.22:29; Пс.17:29; 83:7-8; 26:1-4; 118:105; 2Кор.3:18; Пс.16:15; Еф.1:17-21; 3:16-21; Евр.1:3; 9:14; Пс.44:9-10; Откр.3:18-21; Ис.60:1-5; Дан.12:3; Ос.6:3,6; Зах.4:2,6,12,14 </w:t>
      </w:r>
      <w:r>
        <w:rPr/>
        <w:t>в свете этой главы</w:t>
      </w:r>
      <w:r>
        <w:rPr/>
        <w:t>.</w:t>
      </w:r>
    </w:p>
    <w:p>
      <w:r>
        <w:rPr/>
        <w:t xml:space="preserve">2. </w:t>
      </w:r>
      <w:r>
        <w:rPr/>
        <w:t>Что вы поняли из этой главы</w:t>
      </w:r>
      <w:r>
        <w:rPr/>
        <w:t>?</w:t>
      </w:r>
    </w:p>
    <w:p>
      <w:r>
        <w:rPr/>
        <w:t>3. Помогает ли язык притч понять вам духовные ценности?</w:t>
      </w:r>
    </w:p>
    <w:p>
      <w:r>
        <w:rPr/>
        <w:t xml:space="preserve">4. Кем вы увидели себя </w:t>
      </w:r>
      <w:r>
        <w:rPr/>
        <w:t>в этой главе</w:t>
      </w:r>
      <w:r>
        <w:rPr/>
        <w:t>?</w:t>
      </w:r>
    </w:p>
    <w:p>
      <w:r>
        <w:rPr/>
        <w:t>5. Как вы понимаете выражение: «Вы свет миру»?</w:t>
      </w:r>
    </w:p>
    <w:p>
      <w:r>
        <w:rPr/>
        <w:t>6. Есть ли разница в том, какой во мне свет, и кто является его источником?</w:t>
      </w:r>
    </w:p>
    <w:p>
      <w:r>
        <w:rPr/>
        <w:t>7. Почему в последнее время так важно наличие масла?</w:t>
      </w:r>
    </w:p>
    <w:p>
      <w:r>
        <w:rPr/>
        <w:t>8. Что символизирует собою масло для светильника? Почему его продают? Мат.25:9-10</w:t>
      </w:r>
    </w:p>
    <w:p>
      <w:r>
        <w:rPr/>
        <w:t>9. Спросите своих братьев и сестёр из церкви о том, где можно купить масло для светильника, а потом поделитесь их ответом.</w:t>
      </w:r>
    </w:p>
    <w:p>
      <w:r>
        <w:rPr/>
        <w:t>10. Почему так важно быть проводником Божьего света, беря у Него запасы масла?</w:t>
      </w:r>
    </w:p>
    <w:p>
      <w:r>
        <w:rPr/>
        <w:t>11. Вы поняли, что значит «быть спичкой»? Как это выглядит в вашей жизни?</w:t>
      </w:r>
    </w:p>
    <w:p>
      <w:r>
        <w:rPr/>
        <w:t>12. Изменится ли что-то в моей жизни, если я только решу кем-то быть и правильно жить, но не буду ничего для этого делать?</w:t>
      </w:r>
    </w:p>
    <w:p>
      <w:r>
        <w:rPr/>
        <w:t>13. Помогают ли эти уроки что-то изменить в вашем мышлении? Если да, то в какую сторону?</w:t>
      </w:r>
    </w:p>
    <w:p>
      <w:r>
        <w:rPr/>
        <w:t>14. Почему важно иметь образ мысли праведника? И что это такое?</w:t>
      </w:r>
    </w:p>
    <w:p>
      <w:r>
        <w:rPr/>
        <w:t>15. Верите ли вы в то, что Христос стоит у вашей двери и стучит, и зовёт? После каких ваших действий Он придёт к вам на ужин?</w:t>
      </w:r>
    </w:p>
    <w:p>
      <w:pPr>
        <w:pStyle w:val="Heading2"/>
        <w:pageBreakBefore/>
      </w:pPr>
      <w:r>
        <w:t>Глава 62</w:t>
      </w:r>
    </w:p>
    <w:p>
      <w:pPr>
        <w:pStyle w:val="Heading1"/>
      </w:pPr>
      <w:r>
        <w:t>Особенности победы</w:t>
      </w:r>
    </w:p>
    <w:p>
      <w:r>
        <w:rPr/>
        <w:t>Всем тем, кто купит Небесные товары у Верного Свидетеля и будет ревностен в их изучении, открывая свои двери Господу, Иисус обещает Свой престол. В Откр.3:21 читаем: «Побеждающему дам сесть со Мною на престоле Моём, как и Я победил и сел с Отцем Моим на престоле Его». В этом обещании речь идёт о награде победителю. И каждый читающий эти строки невольно представляет себя таким человеком. Но Господь даёт пояснение: «Как и Я победил». А как победил Христос? Кого Он победил? Какое отношение это имеет ко мне?</w:t>
      </w:r>
    </w:p>
    <w:p>
      <w:r>
        <w:rPr/>
        <w:t>Понимание ответов на заданные вопросы так же важно, как и понимание значения Небесных товаров. Если я не знаю, как победил Господь, то я сам себе придумаю войну и победу и настолько начну в это верить, что, когда я столкнусь с реальностью, буду очень удивлён тому, насколько она отличается от моего представления. Мы не можем с математической точностью описать все детали предстоящей борьбы и её последовательность, но мы способны увидеть некоторые главные принципы, которые дадут правильное направление мыслям.</w:t>
      </w:r>
    </w:p>
    <w:p>
      <w:r>
        <w:rPr/>
        <w:t>Все эти ответы содержатся в жизни и смерти Иисуса Христа. Он прошёл эту борьбу и победил врага. И во всех дальнейших столкновениях Он объявляет Себя Победителем, давая нам надежду на то, что исход войны уже предрешён.</w:t>
      </w:r>
    </w:p>
    <w:p>
      <w:r>
        <w:rPr/>
        <w:t>Кульминация победы Христа произошла при Его предсмертном крике: «Совершилось!!!» Это слово очень глубоко по своему содержанию. Суть борьбы Иисуса заключалась в уверенном противостоянии добра и праведности злу и греху, где сатане и его воинству было позволено применять любые методы и тактику для достижения своей победы.</w:t>
      </w:r>
    </w:p>
    <w:p>
      <w:r>
        <w:rPr/>
        <w:t>Цель врага души состояла в том, чтобы склонить Христа ко греху или отвести Его взор от Отца, чтобы Он положился на человеческие усилия. Соблазны и давление, обрушившиеся на Спасителя, были настолько велики, насколько Он был совершеннее нас.</w:t>
      </w:r>
    </w:p>
    <w:p>
      <w:r>
        <w:rPr/>
        <w:t>Нам не понять всех переживаний Иисуса, но мы можем представить себе, что испытывал сатана, когда на арену вселенской борьбы вышел Царь царей в качестве беспомощного младенца, Который был рождён и развивался по всем человеческим законам. В голову падшего ангела не вмещалась такая жертва и такое унижение. Его эгоистичному уму была непонятна такая тактика ведения боя, поэтому она приводила сатану и всю его армию в ужас от неминуемой катастрофы.</w:t>
      </w:r>
    </w:p>
    <w:p>
      <w:r>
        <w:rPr/>
        <w:t>План спасения был на самом деле грандиозным. Даже святые ангелы не могли понять всех перипетий этой войны. Бог стал человеком! Как это могло произойти? Что это за Бог, позволяющий Себя так унизить?</w:t>
      </w:r>
    </w:p>
    <w:p>
      <w:r>
        <w:rPr/>
        <w:t>Иисус рос, будучи совершенным человеческим Ребёнком, переживая все этапы развития и становления, которые проходят все люди. Он изнутри человеческим умом пережил всё то, с чем сталкиваемся мы, и знает лично, какое влияние оказывает на нас окружающий мир.</w:t>
      </w:r>
    </w:p>
    <w:p>
      <w:r>
        <w:rPr/>
        <w:t>Бог Отец окружил Младенца-Христа Своей заботой, используя для этого отзывчивых на влияние Святого Духа людей. Ребёнок-Иисус был научен богобоязненными родителями бояться и любить Бога и быть послушным всем Его законам и заповедям, а Святой Дух вписывал эти правила жизни в открытое сердце молодого Человека, утверждая Его в истине.</w:t>
      </w:r>
    </w:p>
    <w:p>
      <w:r>
        <w:rPr/>
        <w:t>Иисус с детства был научен побеждать все соблазны Словом Божьим, и всегда руководствовался этими принципами, вспоминая изученные места Писаний.</w:t>
      </w:r>
    </w:p>
    <w:p>
      <w:r>
        <w:rPr/>
        <w:t>Победа Христа заключалась не в каком-то окончательном заявлении или решении, а в постоянном выборе добра в противовес злу на протяжении всей Его жизни в человеческом теле. Шаг за шагом Он одерживал маленькие победы в этом вселенском противостоянии сатаны Богу и греха добру. День за днём Он поражал врага в голову, принося в копилку Вселенной очередную победу. Ярости сатаны не было предела. Он понимал, что теряет свою власть и своих подданных, и уже никогда не сможет вернуть себе тех, кто прилепился ко Христу.</w:t>
      </w:r>
    </w:p>
    <w:p>
      <w:r>
        <w:rPr/>
        <w:t>Особенность духовной войны состояла и в том, что Иисус мог пасть, и Он очень рисковал, живя в грешном мире среди нечестивых людей. Одно неосторожное слово или неправильное решение, или сомнение, или маленькая уступка врагу сделала бы Сына Человеческого грешником, и Он бы не смог уже стать нашим Спасителем, а умер бы за Свои грехи. Враг души это знал, потому и не ослабевал в своих атаках, желая использовать весь свой опыт обольщения в нападках на Христа. Но Иисус победил каждое искушение, будучи испытан во всём. Он так и не познал грех внутри Себя, но противостоял ему той силой Святого Духа, которая доступна и нам. Его победа была полной и совершенной.</w:t>
      </w:r>
    </w:p>
    <w:p>
      <w:r>
        <w:rPr/>
        <w:t>Пришёл час последнего испытания смертью, которой Господь мог бы избежать, если бы захотел. Но Он принял решение испить и эту чашу вместо меня, чтобы дать мне право на жизнь.</w:t>
      </w:r>
      <w:r>
        <w:rPr/>
        <w:t xml:space="preserve"> </w:t>
      </w:r>
      <w:r>
        <w:rPr/>
        <w:t>Величие Неба стоит на коленях перед Отцом, прося, чтобы эта чаша прошла мимо, чтобы её не пить. Иисус просил о другом пути спасения людей, но другого плана у Бога не было, и Спаситель это знал, и в смирении вступил в последнее сражение, от исхода которого зависела судьба всех нас. Вечная смерть дышала в лицо Иисуса, и Он добровольно вошёл в её объятия. Господь мог всё оставить и уйти на Небо, предоставив эту землю сатане, но Он выбрал смерть, чтобы вырвать это жало из рук врага и дать нам жизнь. Решение Христа было окончательным, и Он вступил туда, откуда ещё никто не возвращался.</w:t>
      </w:r>
    </w:p>
    <w:p>
      <w:r>
        <w:rPr/>
        <w:t>Вся ярость врага обрушилась на тело и душу Христа. Наконец-то сатана получил власть над плотью Иисуса и мог показать всей Вселенной, что он совершил бы с Богом и всеми небожителями, если бы ему было позволено остаться на Небе и иметь власть.</w:t>
      </w:r>
    </w:p>
    <w:p>
      <w:r>
        <w:rPr/>
        <w:t xml:space="preserve">Дьявол был уверен в том, что плоть Христа не выдержит той жестокости, которая будет к Нему проявлена, и Он откажется спасать Своих мучителей, отдав их и всю Землю во власть сатаны. Но Любовь решила спасти грешника от мук вечной смерти, жертвуя Своей Вечной жизнью. Помимо телесных мук Божий Сын переживал разлуку с Отцом и пил чашу Божьего гнева. Нам не понять этих страданий и лучше их и не испытывать. Нераскаявшимся грешникам придётся </w:t>
      </w:r>
      <w:r>
        <w:rPr/>
        <w:t>самим испить эту чашу. А Божьи дети примут венец Победителя и получат силу победы от Того, Кто прошёл этот путь и одержал верх над всяким злом.</w:t>
      </w:r>
    </w:p>
    <w:p>
      <w:r>
        <w:rPr/>
        <w:t>Взирая на Христа, размышляя о Нём, веря в Него, общаясь с Ним, проводя с Ним время, я приобретаю характер Победителя и могу противостоять всякому злу так, как это делал Он. Я только иду по тому пути Победителя, который уже проложен для меня. Бог усиливает всякое моё решение быть с Ним и хранить верность Его закону. Цель врага — отвлечь мой взор от Христа и направить мои мысли к земному и нечистому, предлагая грех в красивой упаковке. Что я изберу? Кому я буду послушен?</w:t>
      </w:r>
    </w:p>
    <w:p>
      <w:r>
        <w:rPr/>
        <w:t>Но я не оставлен в этой войне. Иисус советует мне купить то, с чем я пройду последнее сражение и одержу верную победу. И предвкушая мою радость победителя, Господь обещает мне дать то, что не обещал никому другому. Это будет не просто моя победа, а окончательный триумф Бога во мне над вселенским злом, и через моё поведение и верность в последней битве Бог будет прославлен на все оставшиеся века. Почему-то именно так желает Господь закончить историю этого мира, и Он уже победил, но ждёт меня, чтобы и мне дать эту победу, проведя меня через долину смерти.</w:t>
      </w:r>
    </w:p>
    <w:p>
      <w:pPr>
        <w:pStyle w:val="Heading2"/>
      </w:pPr>
      <w:r>
        <w:t>Вопросы к размышлению над этой главой</w:t>
      </w:r>
    </w:p>
    <w:p>
      <w:r>
        <w:rPr/>
        <w:t xml:space="preserve">1. Прочитайте, пожалуйста, Ин.16:33; 1Ин.5:4-5; 1Кор.15:54-58; Откр.2:7,11,17,26; 3:5,12,21; Исх.32:18; Рим.12:21; Евр.11:32-40; 12:1-4; 2Пет.2:18-22; Прит.21:31; Мат.12:17-21; 1Ин.2:12-17; 4:15-19; Откр.12:10-11; 15:2; 17:12-14; 21:7 </w:t>
      </w:r>
      <w:r>
        <w:rPr/>
        <w:t>в свете этой главы</w:t>
      </w:r>
      <w:r>
        <w:rPr/>
        <w:t>.</w:t>
      </w:r>
    </w:p>
    <w:p>
      <w:r>
        <w:rPr/>
        <w:t xml:space="preserve">2. </w:t>
      </w:r>
      <w:r>
        <w:rPr/>
        <w:t>Что вы поняли из этой главы</w:t>
      </w:r>
      <w:r>
        <w:rPr/>
        <w:t>?</w:t>
      </w:r>
    </w:p>
    <w:p>
      <w:r>
        <w:rPr/>
        <w:t>3. Кто является победителем в Божьих глазах?</w:t>
      </w:r>
    </w:p>
    <w:p>
      <w:r>
        <w:rPr/>
        <w:t>4. Почему Бог даёт награду и обещает благословения Неба только победителям?</w:t>
      </w:r>
    </w:p>
    <w:p>
      <w:r>
        <w:rPr/>
        <w:t>5. Если я не понимаю, кто такой победитель в свете Библии, то в чём будет опасность для меня?</w:t>
      </w:r>
    </w:p>
    <w:p>
      <w:r>
        <w:rPr/>
        <w:t>6. Как мне стать тем, кто одерживает победы?</w:t>
      </w:r>
    </w:p>
    <w:p>
      <w:r>
        <w:rPr/>
        <w:t>7. Можно ли назвать победителем того, кто упал, но встал и продолжил сражение на стороне Христа? Есть ли разница между такими людьми и теми, кто упал и перестал воевать?</w:t>
      </w:r>
    </w:p>
    <w:p>
      <w:r>
        <w:rPr/>
        <w:t>8. Кого и что мы должны побеждать?</w:t>
      </w:r>
    </w:p>
    <w:p>
      <w:r>
        <w:rPr/>
        <w:t>9. Стоит ли мне ждать последнего сражения, чтобы победить в нём, а сейчас достаточно быть в мире со всеми?</w:t>
      </w:r>
    </w:p>
    <w:p>
      <w:r>
        <w:rPr/>
        <w:t>10. Можно ли будет избежать испытания смертью тем победителям, которые будут встречать Христа живыми? Пс.22:4.</w:t>
      </w:r>
    </w:p>
    <w:p>
      <w:r>
        <w:rPr/>
        <w:t>11. В каком месте совершаются победы и падения? Быт.6:5.</w:t>
      </w:r>
    </w:p>
    <w:p>
      <w:r>
        <w:rPr/>
        <w:t>12. Кем вы планируете быть? И что вы для этого делаете?</w:t>
      </w:r>
    </w:p>
    <w:p>
      <w:r>
        <w:rPr/>
        <w:t>13. Продаётся ли в Откр.3:18 оружие для победителей? Можно ли будет устоять в последней битве без того, что советует купить у Себя Иисус?</w:t>
      </w:r>
    </w:p>
    <w:p>
      <w:r>
        <w:rPr/>
        <w:t>14. Готовит ли эта Школа кандидатов на победу, или мы только рассматриваем возможности? Лук.12:42-44.</w:t>
      </w:r>
    </w:p>
    <w:p>
      <w:pPr>
        <w:pStyle w:val="Heading2"/>
        <w:pageBreakBefore/>
      </w:pPr>
      <w:r>
        <w:t>Глава 63</w:t>
      </w:r>
    </w:p>
    <w:p>
      <w:pPr>
        <w:pStyle w:val="Heading1"/>
      </w:pPr>
      <w:r>
        <w:t>Нужные советы</w:t>
      </w:r>
    </w:p>
    <w:p>
      <w:r>
        <w:rPr/>
        <w:t>При изучении предыдущего урока может сложиться впечатление о том, что всё связанное с прошлым лучше не ворошить. Но давайте посмотрим на это действие со стороны мудрости. Любой человек чему-то учится, и в этом процессе он совершает некоторые ошибки. Мудрый родитель или учитель старается проанализировать причину этих оплошностей и сделать вывод. Разбирается сложившаяся ситуация, что и как было сделано, что было хорошо, а что плохо. Как было бы лучше поступить, а чего не стоило бы делать.</w:t>
      </w:r>
    </w:p>
    <w:p>
      <w:r>
        <w:rPr/>
        <w:t>Когда к этому подходят корректно, с любовью, без крика и гнева, тогда учащийся сопоставляет весь свой путь и делает выводы. Подобный метод обучения способствует тому, что большая часть информации запоминается в правильном порядке, и в следующий раз ошибки исключены или быстро распознаются.</w:t>
      </w:r>
    </w:p>
    <w:p>
      <w:r>
        <w:rPr/>
        <w:t>Ошибка учит, и порою очень больно. И благо мне, если я это понимаю и не боюсь подобных испытаний.</w:t>
      </w:r>
    </w:p>
    <w:p>
      <w:r>
        <w:rPr/>
        <w:t>Но не стоит путать математические задачи с жизненным опытом. Если я ошибся в расчёте, то это можно исправить, а если я пустил свою или чью-то жизнь под откос, то это трагедия.</w:t>
      </w:r>
    </w:p>
    <w:p>
      <w:r>
        <w:rPr/>
        <w:t>Школа Христа даёт мне ошибаться, и пока я учусь, я могу оступиться и что-то неправильно понять. Но цель Бога — привести меня к полному совершенству, твёрдости духа и верности Библейским принципам.</w:t>
      </w:r>
    </w:p>
    <w:p>
      <w:r>
        <w:rPr/>
        <w:t>В духовном мире всегда будут встречаться люди, которые чего-то достигли и научились делать свою работу совершенно, без ошибок. Но рост не закончился. Если человек остановился и не планирует идти дальше через огонь испытаний, даже не представляя, что есть ещё что-то непознанное, то он может закрыться для дальнейшего роста и радоваться тому, что есть.</w:t>
      </w:r>
    </w:p>
    <w:p>
      <w:r>
        <w:rPr/>
        <w:t>Мы стремительно приближаемся к финалу истории Земли. Нас ждёт интересное противостояние, и очень скоро нам пригодятся все знания, которые мы получили в этой Школе Любви Агапэ. Сейчас не очень понятно, что мне с этим делать, хотя качество жизни становится лучше и радуют перспективы познания Божьей любви. Есть хорошая новость! Любовь вечна и никогда не перестаёт. И она никогда не будет изучена до конца так, что я скажу: «Всё, достиг совершенства».</w:t>
      </w:r>
    </w:p>
    <w:p>
      <w:r>
        <w:rPr/>
        <w:t xml:space="preserve">Один автомеханик решил починить свой автомобиль и для этого он надел футболку, где с двух сторон было написано: «Не терплю ничьих советов». Этот человек дал очень ясно понять, что он всё знает, и не стоит его учить. А сколько подобных надписей можно найти в сердцах твоих братьев и сестёр? Сколько заборов выстроено в наших отношениях? </w:t>
      </w:r>
      <w:r>
        <w:rPr/>
        <w:t>Но</w:t>
      </w:r>
      <w:r>
        <w:rPr/>
        <w:t xml:space="preserve"> Господь избрал нас, чтобы мы учили друг друга.</w:t>
      </w:r>
    </w:p>
    <w:p>
      <w:r>
        <w:rPr/>
        <w:t xml:space="preserve">Моя дочь училась три года на секретаря, и когда я решил открыть свою строительную фирму, она помогала мне вести бухгалтерию и объясняла, как это лучше делать, терпеливо корректируя мои ошибки и следя за тем, чтобы всё было правильно. Меня не смущало то, что я старше и имею больший жизненный опыт, </w:t>
      </w:r>
      <w:r>
        <w:rPr/>
        <w:t>чем она. Я внимательно слушал и учился, а теперь могу всё делать самостоятельно, хотя она это делает лучше.</w:t>
      </w:r>
    </w:p>
    <w:p>
      <w:r>
        <w:rPr/>
        <w:t>Когда я слушаю ваши ответы на вопросы к урокам или обсуждение прошлых занятий, я учусь вместе с вами. И бывает, что через вас, друзья, Господь даёт откровение для следующих уроков. Меня не удивит также, если кто-то из вас настолько прилепится к Иисусу, что встанет впереди всех нас и будет делиться откровениями свыше, помогая нам лучше разбираться в подстерегающих опасностях.</w:t>
      </w:r>
    </w:p>
    <w:p>
      <w:r>
        <w:rPr/>
        <w:t>Моё сердце настроено на учёбу и познание глубин Божьей любви. И когда этого много, тогда так радостно этим делиться! Это жемчуг и святыня из Божьих рук, которые Он желает через нас подарить этому миру. Но также Иисус советует не бросать это сокровище тем, кто открыто его обесценивает.</w:t>
      </w:r>
    </w:p>
    <w:p>
      <w:r>
        <w:rPr/>
        <w:t>Верный Свидетель советует мне, чтобы я купил у Него самое лучшее, что имеет Небо. Это совет. Сколько раз я его читал и не понимал, о чём идёт речь. И мой разум был закрыт для того, чтобы понять эту истину. Но случилось следующее. Когда я проводил семинар о любви, счастье и дружбе, нужно было говорить субботнюю проповедь, и хотелось, чтобы это была актуальная тема. Я молился об этом, и взгляд упал на притчу о десяти девах из Мат.25:1-13. Я задумался о том, почему масло для светильника продаётся? И где его можно купить? Ведь девы знали это место. И Господь показал мне Лаодикийский магазин. Для меня открылся новый мир, чем я и делюсь с вами. И чем больше мы изучаем эту тему, тем больше утверждаемся в ней. Мы стали искать любовь и счастье, а докопались до подземных Небесных сокровищ, необходимых в последнее время. И если в свете последних событий понять, чем является весть для Лаодикии, то думаю, это левая рука трёхангельской вести. Правая рука, как нам известно, — это санитарная реформа, которая открывает сердца людей для более глубокого понимания Библии и Божьей воли.</w:t>
      </w:r>
    </w:p>
    <w:p>
      <w:r>
        <w:rPr/>
        <w:t>Павел пишет, как вести нашу войну. В 2Кор 6:6-7 читаем: «В чистоте, в благоразумии, в великодушии, в благости, в Духе Святом, в нелицемерной любви, в слове истины, в силе Божией, с оружием правды в правой и левой руке». Видите ли в этом перечислении товары для Лаодикии?</w:t>
      </w:r>
    </w:p>
    <w:p>
      <w:r>
        <w:rPr/>
        <w:t>Бог желает, чтобы обе мои руки были задействованы в этой войне, а мой разум был защищён от нападок лукавого. Буду ли я внимать Его советам?</w:t>
      </w:r>
    </w:p>
    <w:p>
      <w:r>
        <w:rPr/>
        <w:t>Нам открыто самое ценное сокровище и для последнего времени. Всё Небо внимательно наблюдает за теми, кто добывает эти товары и осваивает их. Оценить их стоимость может тот, кто их покупает и делает частью себя.</w:t>
      </w:r>
    </w:p>
    <w:p>
      <w:r>
        <w:rPr/>
        <w:t>Просто знать, что символизируют золото, белая одежда, глазная мазь и масло для светильника, мало. Я только дам определение, но не стану их собственником. Неразумные девы были как раз теми, кто много знал, но ничего не покупал во время благоприятное. И нам придётся столкнуться с такой категорией людей, которые не ценят Божьи советы и не пытаются вникнуть в их суть. И это будут не люди с улицы, а мои дорогие братья и сёстры из моей церкви.</w:t>
      </w:r>
    </w:p>
    <w:p>
      <w:r>
        <w:rPr/>
        <w:t xml:space="preserve">Как Господу заинтересовать нас? Ведь придёт время, когда эта дверь закроется для всех навсегда, и войдут только избранные. С какой болью Иисус вынесет Свой окончательный приговор из Откр. 22:11: «Неправедный пусть ещё делает </w:t>
      </w:r>
      <w:r>
        <w:rPr/>
        <w:t>неправду; нечистый пусть ещё сквернится; праведный да творит правду ещё, и святой да освящается ещё»!</w:t>
      </w:r>
    </w:p>
    <w:p>
      <w:r>
        <w:rPr/>
        <w:t>Наша торговля с Иисусом не закончится, даже когда двери затворятся. Какой смысл прекращать то, что учит нас и формирует наш характер? Если уж я вступил в подобные отношения, то это уже навечно. Никогда Господь не скажет, что я всё скупил, и у Него больше ничего для меня нет. Он будет продолжать всю Вечность советовать мне приобрести ещё некоторые особенности характера для отражения Божьей славы. А я стану отдавать Ему всего себя и сидеть у Его ног и смотреть, как Он меня вкушает и рассказывает другим небожителям о том, какой я вкусный.</w:t>
      </w:r>
    </w:p>
    <w:p>
      <w:r>
        <w:rPr/>
        <w:t>Моя способность учиться и искать новое и полезное в Божьем слове и в отношениях с Иисусом открывает колоссальные возможности для духовного роста, а полученные знания могут стать великим благословением для вас, друзья.</w:t>
      </w:r>
    </w:p>
    <w:p>
      <w:r>
        <w:rPr/>
        <w:t>Одно из имён Иисуса: Советник. Ис.9:6. И этот титул очень актуален в наши дни. Он советует и ждёт тех, кто отзовётся, чтобы благословить их Небесным изобилием.</w:t>
      </w:r>
    </w:p>
    <w:p>
      <w:r>
        <w:rPr/>
        <w:t>Нравится ли вам подобный совет?!</w:t>
      </w:r>
    </w:p>
    <w:p>
      <w:pPr>
        <w:pStyle w:val="Heading2"/>
      </w:pPr>
      <w:r>
        <w:t>Вопросы к размышлению над этой главой</w:t>
      </w:r>
    </w:p>
    <w:p>
      <w:r>
        <w:rPr/>
        <w:t xml:space="preserve">1. Прочитайте, пожалуйста, Прит.27:9; Мат.5:48; Лук.6:48; 2Кор.6:3-10; Ис.9:6; Откр.3:18; Рим.6:13; 10:3; 12:1-2; 1Ин.3:11; Соф.2:3; 1Фес.5:24; Пс.1:1; 72:24; 118:24; Прит.1:5-9; 11:14; 15:22 </w:t>
      </w:r>
      <w:r>
        <w:rPr/>
        <w:t>в свете этой главы</w:t>
      </w:r>
      <w:r>
        <w:rPr/>
        <w:t>.</w:t>
      </w:r>
    </w:p>
    <w:p>
      <w:r>
        <w:rPr/>
        <w:t xml:space="preserve">2. </w:t>
      </w:r>
      <w:r>
        <w:rPr/>
        <w:t>Что вы поняли из этой главы</w:t>
      </w:r>
      <w:r>
        <w:rPr/>
        <w:t>?</w:t>
      </w:r>
    </w:p>
    <w:p>
      <w:r>
        <w:rPr/>
        <w:t>3. Как вы относитесь к тем, кто вам советует полезные вещи, желая улучшить вашу жизнь?</w:t>
      </w:r>
    </w:p>
    <w:p>
      <w:r>
        <w:rPr/>
        <w:t>4. Вам нравится изучать послание к Лаодикии?</w:t>
      </w:r>
    </w:p>
    <w:p>
      <w:r>
        <w:rPr/>
        <w:t xml:space="preserve">5. Как вы понимали совет Верного Свидетеля до </w:t>
      </w:r>
      <w:r>
        <w:rPr/>
        <w:t>чтения этой книги</w:t>
      </w:r>
      <w:r>
        <w:rPr/>
        <w:t>?</w:t>
      </w:r>
    </w:p>
    <w:p>
      <w:r>
        <w:rPr/>
        <w:t xml:space="preserve">6. Открылось ли вам что-то важное в послании к Лаодикии через уроки </w:t>
      </w:r>
      <w:r>
        <w:rPr/>
        <w:t>этой книги</w:t>
      </w:r>
      <w:r>
        <w:rPr/>
        <w:t>?</w:t>
      </w:r>
    </w:p>
    <w:p>
      <w:r>
        <w:rPr/>
        <w:t>7. Как вы понимаете, является ли совет Верного Свидетеля жизненно важным для Божьих детей последнего времени?</w:t>
      </w:r>
    </w:p>
    <w:p>
      <w:r>
        <w:rPr/>
        <w:t>8. Что делать, если я не понимаю, о чём идёт речь в послании к Лаодикии, и считаю его не очень важным?</w:t>
      </w:r>
    </w:p>
    <w:p>
      <w:r>
        <w:rPr/>
        <w:t>9. В Библии так много всего полезного, и стоит ли из этого выделять какое-то послание как что-то очень важное?</w:t>
      </w:r>
    </w:p>
    <w:p>
      <w:r>
        <w:rPr/>
        <w:t>10. Почему лишь в послании к Лаодикии Иисус нам даёт совет, а в других случаях Он учит, заповедает, повелевает?</w:t>
      </w:r>
    </w:p>
    <w:p>
      <w:r>
        <w:rPr/>
        <w:t>11. Как вы думаете, пригодятся ли вам те знания, которые вы получаете в наших уроках?</w:t>
      </w:r>
    </w:p>
    <w:p>
      <w:r>
        <w:rPr/>
        <w:t>12. Что изменилось в вашей жизни, когда вы поняли смысл совета Верного Свидетеля?</w:t>
      </w:r>
    </w:p>
    <w:p>
      <w:r>
        <w:rPr/>
        <w:t xml:space="preserve">13. Вам нравится </w:t>
      </w:r>
      <w:r>
        <w:rPr/>
        <w:t>торговать с Иисусом</w:t>
      </w:r>
      <w:r>
        <w:rPr/>
        <w:t>? Как долго вы планируете это делать?</w:t>
      </w:r>
    </w:p>
    <w:p>
      <w:r>
        <w:rPr/>
        <w:t>14. Можете ли вы сказать о себе, что вы имеете любовь-агапэ?</w:t>
      </w:r>
    </w:p>
    <w:p>
      <w:r>
        <w:rPr/>
        <w:t>15. Какое преимущество даёт любовь в последнее время?</w:t>
      </w:r>
    </w:p>
    <w:p>
      <w:pPr>
        <w:pStyle w:val="Heading2"/>
        <w:pageBreakBefore/>
      </w:pPr>
      <w:r>
        <w:t>Глава 64</w:t>
      </w:r>
    </w:p>
    <w:p>
      <w:pPr>
        <w:pStyle w:val="Heading1"/>
      </w:pPr>
      <w:r>
        <w:t>Руки Вавилона</w:t>
      </w:r>
    </w:p>
    <w:p>
      <w:r>
        <w:rPr/>
        <w:t>Сатана вот уже 6.000 лет изучает наш мир и делает всё возможное, чтобы проникнуть во все сферы человеческой жизнедеятельности и установить в них свой контроль, поставить своих людей, ввести свои правила, и, к сожалению, у него это очень хорошо получается. Вся эта система называется духовным Вавилоном, который поит своим вином все народы.</w:t>
      </w:r>
    </w:p>
    <w:p>
      <w:r>
        <w:rPr/>
        <w:t>У сатаны одна цель — украсть у Христа всех, кого возможно, чтобы их убить и погубить. Но Христос, хоть и очень добрый Пастырь, также и очень сильный, и не отдаёт Своих овец просто так, но хранит их и защищает. А там, где нельзя одержать победу силой, враг души начинает применять хитрость и ложные убеждения.</w:t>
      </w:r>
    </w:p>
    <w:p>
      <w:r>
        <w:rPr/>
        <w:t>Если кто-то из нас решит логически понять сатану и станет оценивать его человеческими стандартами и законами, то он представит себе что угодно, и это будет не совсем правильный образ.</w:t>
      </w:r>
    </w:p>
    <w:p>
      <w:r>
        <w:rPr/>
        <w:t>Стараясь совместить Библейские пророчества с происходящими ныне событиями, мне приходится размышлять вслух, делясь откровениями и своим пониманием. Я знаю, что у меня недостаточно информации, чтобы что-то конкретно заявлять, чтобы это стало неоспоримым доказательством, а скептицизм и сарказм многих ближних выставляют все мои открытия в неприглядном свете. И этот урок представляется вам как иллюстрация, чтобы объединить происходящее в мире в одну картину.</w:t>
      </w:r>
    </w:p>
    <w:p>
      <w:r>
        <w:rPr/>
        <w:t>Давайте представим себе две Библейские модели противостояния, которые обязательно проявятся в последнем сражении. При этом Божья модель однозначно победит. Со своей стороны враг души выставляет Вавилон, который есть образ зверя со всеми его структурами, влиянием и средствами, а с Божьей стороны представлена Весть Трёх Ангелов, которая несёт на себе Божью печать и обличает всю вавилонскую систему, выносит ей смертный приговор и уничтожает её.</w:t>
      </w:r>
    </w:p>
    <w:p>
      <w:r>
        <w:rPr/>
        <w:t>Хоть сатана изначально знает исход этой войны, понимает, что не одержит победу, но он неутомимо готовит свою армию, чтобы вырвать из рук Христа, если возможно, и избранных. Суть противостояния и сводится к тому, что Иисус даёт всем верующим в Него и желающим Спасения Жизнь Вечную, а сатана желает, чтобы все его подданные духовно погибли и мучились в ожидании последнего Суда. Он был бы не против даже убить Самого Бога Отца и Святого Духа, но это исключено. Врагу предоставилась возможность встретиться лично с Сыном Божьим, и сатана 33 года преследовал Его и в конце концов убил. Такова природа дьявола. У него нет привязанностей ни к кому. Он эгоист высшей степени, но при этом он не ведёт борьбу против Бога в одиночку, а привлекает в свою армию всех, кого удастся обольстить.</w:t>
      </w:r>
    </w:p>
    <w:p>
      <w:r>
        <w:rPr/>
        <w:t xml:space="preserve">Пророчества Иисуса говорят о том, что в конце времени будут болезни и климатические катаклизмы, которые будут вызваны следствием греха людей как </w:t>
      </w:r>
      <w:r>
        <w:rPr/>
        <w:t>суды Божьи Мат.24:7-8. Также и враг души приложит свою руку, чтобы усугубить положение живущих на земле.</w:t>
      </w:r>
    </w:p>
    <w:p>
      <w:r>
        <w:rPr/>
        <w:t>Реформа здоровья является правой рукой Трёхангельской вести. И эта рука очень успешно рушит все планы лукавого, даруя людям свет, счастье, знания законов духовного и физического здоровья. Она наносит сокрушительные удары по вавилонским бастионам и вырывает из стен этого города многих обманутых людей, чтобы научить их не болеть, указывая на Великого Врача — Иисуса, Который исцеляет всякую немощь. Для Христа нет неизлечимых болезней, но есть неизлечимые люди. И через исцеление тела больного человека эта рука открывает его сердце для Бога и Его вести. А весть объявляет всю вавилонскую систему падшей и призывает покинуть её и прилепиться к Богу.</w:t>
      </w:r>
    </w:p>
    <w:p>
      <w:r>
        <w:rPr/>
        <w:t>И чтобы хоть как-то противостоять Иисусу, враг души придумал в качестве альтернативы свою правую руку Вавилона, которая называется в оригинале «фармакея» и вводит в заблуждение все народы. Откр.18:23.</w:t>
      </w:r>
    </w:p>
    <w:p>
      <w:r>
        <w:rPr/>
        <w:t>Сатана знает, что подделка истины всегда выглядит привлекательно и соблазняет многих. А когда ключевые посты и должности возглавляют подданные сатаны, врагу души не составляет труда использовать эту науку в своих интересах.</w:t>
      </w:r>
    </w:p>
    <w:p>
      <w:r>
        <w:rPr/>
        <w:t>Думаю, что в последнее время медицинские достижения и открытия, попав в руки нечестивых людей и правителей, будут способствовать осуществлению коварных планов лукавого.</w:t>
      </w:r>
    </w:p>
    <w:p>
      <w:r>
        <w:rPr/>
        <w:t>Фармакея предложит миру свою альтернативу здоровья, запугивая людей ужасными болезнями вне стен Вавилона. Она безжалостно рушит основы Реформы здоровья, предлагая свои ценности. И многие воины Христа попадут в очень сложную ситуацию, решая, какую позицию лучше занять, чтобы не быть ограниченными в своей свободе. Правая рука Вавилона предлагает альтернативу Реформе здоровья, неся в себе элементы добра и заботы о людях. Враг не против того, чтобы услуги Вавилона были платными и высасывали из человека все ресурсы в обмен на короткую надежду быть здоровым.</w:t>
      </w:r>
    </w:p>
    <w:p>
      <w:r>
        <w:rPr/>
        <w:t>Для противостояния вести к Лаодикии Вавилон имеет левую руку, которой отводит взор жителей Земли от Небесного Святилища, предлагает через свои СМИ всё, что угодно, любые пути спасения, лишь бы нейтрализовать влияние совета Иисуса или сделать эту весть незаметной. Вавилон предоставляет свою пищу, лишь бы человек не стал совершать торговлю с Иисусом.</w:t>
      </w:r>
    </w:p>
    <w:p>
      <w:r>
        <w:rPr/>
        <w:t>Руки Вавилона имеют и государственную поддержку, так как находятся на службе у царя Вавилонского. О них можно прочитать в Дан.3:2. Хоть руки не являются начертанием зверя, но составляют часть его тела и успешно трудятся, готовя сознание людей к принятию настоящей печати и образа князя мира сего, чтобы впоследствии эти подданные могли действовать в его духе.</w:t>
      </w:r>
    </w:p>
    <w:p>
      <w:r>
        <w:rPr/>
        <w:t>Современные открытия в области передачи информации, биоинженерии и микротехники враг души также будет использовать в своих интересах, желая взять под свой контроль многие сферы жизни общества, чтобы впоследствии иметь учёт тех, кто обладает числом имени зверя, и тех, кто находится на службе у Бога.</w:t>
      </w:r>
      <w:r>
        <w:rPr/>
        <w:t xml:space="preserve"> </w:t>
      </w:r>
      <w:r>
        <w:rPr/>
        <w:t xml:space="preserve">Но каким бы сильным и могущественным ни пытался выглядеть Вавилон, Бог превосходит всю эту сатанинскую систему в миллиарды раз, хотя и одерживает уверенную победу со скромным преимуществом Своей силы, </w:t>
      </w:r>
      <w:r>
        <w:rPr/>
        <w:t>явленной в человеческом характере.</w:t>
      </w:r>
      <w:r>
        <w:rPr/>
        <w:t xml:space="preserve"> </w:t>
      </w:r>
      <w:r>
        <w:rPr/>
        <w:t>Реформа здоровья очищает мой разум, делая его способным понять и оценить весть к Лаодикии. А советы Верного Свидетеля очищают моё сердце и душу, делая меня способным нести весть трёх ангелов этому миру.</w:t>
      </w:r>
    </w:p>
    <w:p>
      <w:r>
        <w:rPr/>
        <w:t>Любовь не знает проигрыша. Она есть самое прочное основание Вселенной и всех её законов. И надо быть абсолютным безумцем, чтобы объявить любви войну и ещё рассчитывать на победу. Но, к сожалению, земляне выбрали именно такой подход – бороться с Богом.</w:t>
      </w:r>
    </w:p>
    <w:p>
      <w:r>
        <w:rPr/>
        <w:t>Мы привыкли думать о войне, представляя танки, ракеты, самолёты, флот и полчища головорезов. И когда в противовес этому всему ставится любовь и Божьи дети, облечённые в белые одежды света и сияющие Небесной мудростью, тогда нам сложно назвать их победителями. Но в их руках находится самое мощное оружие правды, против которого никто не устоит и которое никто не сможет одолеть. А враг не сдаётся и пытается вдохновить своих слуг на быструю и лёгкую победу, готовя им своё начертание и примеряя цепи оков беспечным людям. И он пока имеет успех, и его обольщения очень убедительны и сильны. Но горе мне, если я начну следить за зверем и изучать традиции и схемы Вавилона, посвящая всё своё время этим открытиям. Я рискую потерять Христа из виду и стану лёгкой добычей врага.</w:t>
      </w:r>
    </w:p>
    <w:p>
      <w:pPr>
        <w:pStyle w:val="Heading2"/>
      </w:pPr>
      <w:r>
        <w:t>Вопросы к размышлению над этой главой</w:t>
      </w:r>
    </w:p>
    <w:p>
      <w:r>
        <w:rPr/>
        <w:t xml:space="preserve">1. Прочитайте, пожалуйста, Иер.51:9; Еф.6:10-18; 2Кор.6:4-7; Быт.11:9; Откр.14:8; 18:1-20; Ин.5:39; 10:10,27-30; 2Кор.11:14-15; Мат.8:16; 12:15; 24:6-8; Лук.22:31-32; Мар.4:15; Иов.1:6-22; 2:1-10; Прит.21:31; 1Ин.5:4; Откр.13:3-4 </w:t>
      </w:r>
      <w:r>
        <w:rPr/>
        <w:t>в свете этой главы</w:t>
      </w:r>
      <w:r>
        <w:rPr/>
        <w:t>.</w:t>
      </w:r>
    </w:p>
    <w:p>
      <w:r>
        <w:rPr/>
        <w:t xml:space="preserve">2. </w:t>
      </w:r>
      <w:r>
        <w:rPr/>
        <w:t>Что вы поняли из этой главы</w:t>
      </w:r>
      <w:r>
        <w:rPr/>
        <w:t>?</w:t>
      </w:r>
    </w:p>
    <w:p>
      <w:r>
        <w:rPr/>
        <w:t>3. Весть и вестники — это одно и то же?</w:t>
      </w:r>
    </w:p>
    <w:p>
      <w:r>
        <w:rPr/>
        <w:t xml:space="preserve">4. Понятно ли </w:t>
      </w:r>
      <w:r>
        <w:rPr/>
        <w:t>вам</w:t>
      </w:r>
      <w:r>
        <w:rPr/>
        <w:t xml:space="preserve"> слово: «руки»</w:t>
      </w:r>
      <w:r>
        <w:rPr/>
        <w:t xml:space="preserve"> в свете этой главы</w:t>
      </w:r>
      <w:r>
        <w:rPr/>
        <w:t>?</w:t>
      </w:r>
    </w:p>
    <w:p>
      <w:r>
        <w:rPr/>
        <w:t>5. Как вы думаете, если Бог предлагает что-то доброе и нужное миру, то будет ли сатана предлагать свою подделку, чтобы привлечь взор к себе?</w:t>
      </w:r>
    </w:p>
    <w:p>
      <w:r>
        <w:rPr/>
        <w:t>6. Стоит ли следить за зверем, наблюдая, как он успешно действует и обольщает весь мир? Какую опасность это может представлять?</w:t>
      </w:r>
    </w:p>
    <w:p>
      <w:r>
        <w:rPr/>
        <w:t>7. Как вы думаете, логично ли то, что весь мир со всеми его ресурсами, финансами и силой проиграет в борьбе с горсткой жалких и бедных Божьих детей? Может ли такое быть?</w:t>
      </w:r>
    </w:p>
    <w:p>
      <w:r>
        <w:rPr/>
        <w:t>8. На чьей стороне вы планируете вести борьбу, и против кого вы будете воевать?</w:t>
      </w:r>
    </w:p>
    <w:p>
      <w:r>
        <w:rPr/>
        <w:t>9. Что и кого вы собираетесь побеждать?</w:t>
      </w:r>
    </w:p>
    <w:p>
      <w:r>
        <w:rPr/>
        <w:t>10. Должны ли мои</w:t>
      </w:r>
      <w:r>
        <w:rPr/>
        <w:t xml:space="preserve"> желания </w:t>
      </w:r>
      <w:r>
        <w:rPr/>
        <w:t>совпадать с моим поведением, делами?</w:t>
      </w:r>
    </w:p>
    <w:p>
      <w:r>
        <w:rPr/>
        <w:t>11. Какое отношение имеет любовь к вести трёх ангелов?</w:t>
      </w:r>
    </w:p>
    <w:p>
      <w:r>
        <w:rPr/>
        <w:t>12. Если я буду только взирать на Христа и не буду знать, что делает зверь, то смогу ли я избежать расставленных ловушек?</w:t>
      </w:r>
    </w:p>
    <w:p>
      <w:r>
        <w:rPr/>
        <w:t>1</w:t>
      </w:r>
      <w:r>
        <w:rPr/>
        <w:t>3</w:t>
      </w:r>
      <w:r>
        <w:rPr/>
        <w:t>. Будет ли Господь спасать тех, кто только и думает о любви и не следит за зверем, и не вникает в дела Вавилона, и не знает, какие опасности подстерегают беспечных людей?</w:t>
      </w:r>
    </w:p>
    <w:p>
      <w:pPr>
        <w:pStyle w:val="Heading2"/>
        <w:pageBreakBefore/>
      </w:pPr>
      <w:r>
        <w:t>Глава 65</w:t>
      </w:r>
    </w:p>
    <w:p>
      <w:pPr>
        <w:pStyle w:val="Heading1"/>
      </w:pPr>
      <w:r>
        <w:t>Игра в любовь</w:t>
      </w:r>
    </w:p>
    <w:p>
      <w:r>
        <w:rPr/>
        <w:t>Есть интересная фраза из поэмы Пушкина, которую подхватил мир и предлагает её как свой ответ на оценку происходящего: «Что наша жизнь? Игра!» И в этом есть доля правды.</w:t>
      </w:r>
    </w:p>
    <w:p>
      <w:r>
        <w:rPr/>
        <w:t>А Шекспир однажды написал: «Вся жизнь — театр, а люди в ней — актёры». Напрашивается вопрос: «А кто тогда зрители?»</w:t>
      </w:r>
    </w:p>
    <w:p>
      <w:r>
        <w:rPr/>
        <w:t xml:space="preserve">С вашего позволения опишу свой взгляд на тему </w:t>
      </w:r>
      <w:r>
        <w:rPr/>
        <w:t>этой главы</w:t>
      </w:r>
      <w:r>
        <w:rPr/>
        <w:t>.</w:t>
      </w:r>
    </w:p>
    <w:p>
      <w:r>
        <w:rPr/>
        <w:t>Родившись в этот мир, я не задумывался о смысле жизни, а просто жил, как того требовала обстановка и моё окружение.</w:t>
      </w:r>
    </w:p>
    <w:p>
      <w:r>
        <w:rPr/>
        <w:t>С ранних лет я стал понимать, что любое общество имеет свои правила поведения, и я должен подстраиваться под этот регламент. Где-то такие правила прописаны, где-то они условны и устанавливаются теми, кто имеет больший авторитет, а где-то я сам должен придумать себе роль, чтобы вписаться в общую атмосферу и быть принятым или привлечь к себе внимание.</w:t>
      </w:r>
    </w:p>
    <w:p>
      <w:r>
        <w:rPr/>
        <w:t>Подобный подход к жизни присущ каждому человеку, но всякий играет свою роль по-своему.</w:t>
      </w:r>
    </w:p>
    <w:p>
      <w:r>
        <w:rPr/>
        <w:t>Советское общество формировало в нас особый тип мышления, и хоть этот строй рухнул, но наша ментальность никуда не делась. Новому режиму пришла на смену другая идеология, которая предложила свою игру с большими возможностями.</w:t>
      </w:r>
    </w:p>
    <w:p>
      <w:r>
        <w:rPr/>
        <w:t>Господь использовал сложившийся вакуум при разрушении бастионов коммунизма и дал постсоветскому пространству Евангелие. Я попал под этот поток света и принял всем сердцем то, что предлагалось Небом. Я изучил новый сценарий для лучшей жизни с Иисусом и решил поступать именно так, как предлагает Бог. Все мои жизненные ценности были пересмотрены, и я заменил то, что не соответствовало Небесным критериям. Я стал актёром в новом произведении под названием «Вечная жизнь». Прошу вас не пугаться такого сравнения и названий. Тема довольно серьёзная.</w:t>
      </w:r>
    </w:p>
    <w:p>
      <w:r>
        <w:rPr/>
        <w:t>Актёр — это своего рода лицедей, который играет жизнь героя по выбранному им сценарию. И чтобы эта роль выглядела реальной, актёру необходимо вжиться в новый образ, сделать его частью себя, пропустить через своё сердце все необходимые высказывания, включая при этом соответствующую мимику и жестикуляцию. И всё это оказывает влияние на поведение артиста. Он вживается в предложенный образ и становится тем, кого играет. Вступает в силу закон взирания: я преображаюсь в то, на что смотрю. Слова актёра, пусть и наигранные, формируют определённый характер и манеру поведения, а зритель подхватывает увиденный типаж и уже не желает видеть этого артиста в другой роли.</w:t>
      </w:r>
    </w:p>
    <w:p>
      <w:r>
        <w:rPr/>
        <w:t xml:space="preserve">Когда Бог предлагает мне что-то новое, поначалу это кажется сменой декораций. Я не привык так жить, но умом понимаю, что это лучше и полезнее. И я решаюсь на подобный шаг, а порою жажду его. И если прежнее направление моего пути было в определённую сторону, то новая жизнь с Богом повела меня в совершенно </w:t>
      </w:r>
      <w:r>
        <w:rPr/>
        <w:t>противоположном направлении, вопреки привычному течению жизни, и Господь стал давать мне на это силы и средства.</w:t>
      </w:r>
    </w:p>
    <w:p>
      <w:r>
        <w:rPr/>
        <w:t>Новая роль моей новой жизни стала удивительно гармонировать с желаниями моего нового сердца. И создалось такое впечатление, что уже не я живу, но живёт во мне Христос. Моя новая роль настолько преобразила мой разум и изменила мой характер, что я стал тем, кого я поначалу пытался сыграть, и теперь являюсь уже не актёром, а представителем того Небесного типажа, который живёт по законам Неба и не планирует что-то менять, а настроен только улучшать и исполнять.</w:t>
      </w:r>
    </w:p>
    <w:p>
      <w:r>
        <w:rPr/>
        <w:t>В какой-то момент моей оперы Господь перевёл меня на новый этап развития моего мастерства и предложил мне удивительный сценарий под названием «Любовь». Я сам понял, что мне не хватает этой черты характера, чтобы правильно играть главную роль, и когда я это осознал и стал понимать, что без любви я ничто, а вся моя жизнь — пустой звук, и нет мне никакой пользы от моих преобразований, тогда и мои молитвы к Главному Режиссёру стали другими. И Господь стал меня учить новому искусству любви, в которую мне поначалу приходилось неестественно играть, чтобы понять, как она действует через мои привычные мысли и чувства. И что удивительно — игра стала получаться. Я сразу заметил разницу между любовью и её отсутствием и решил всегда любить и брать это новое свойство души в любую компанию, чтобы играть настоящего человека.</w:t>
      </w:r>
    </w:p>
    <w:p>
      <w:r>
        <w:rPr/>
        <w:t>Я настолько вжился в эту роль любящего человека, что уже непонятно, кто в кого играет. Или я играю в любовь, уже не различая, где я, а где она, или она играет в меня, вставляя иногда в моё поведение мои человеческие особенности, чтобы мне ещё как-то прожить в этом мире, ведь я имею часть земного происхождения.</w:t>
      </w:r>
    </w:p>
    <w:p>
      <w:r>
        <w:rPr/>
        <w:t>Любовь наблюдательна. Она прекрасно видит, кто какую роль играет в церкви и в жизни. Её невозможно обмануть. Хоть она и всему верит, но умеет сопоставлять и то, что видит и слышит, с реальностью. Она взвешивает всё на своих весах, пропуская через свои фильтры.</w:t>
      </w:r>
    </w:p>
    <w:p>
      <w:r>
        <w:rPr/>
        <w:t>Игра в любовь — это не опасный театр, который представляет меня лицемером в Божьих глазах. Я не смогу играть эту роль без силы Святого Духа, Который вначале преображает моё сердце, делая его новым, плотяным, а после вписывает в него Божьи мысли и законы любви, которые я вначале проигрываю как нечто необычное и новое, а потом уже как своё.</w:t>
      </w:r>
    </w:p>
    <w:p>
      <w:r>
        <w:rPr/>
        <w:t>Бог не даёт Свою любовь в качестве маски для лицемера. Он вручает её как новое лицо, которое отражает состояние сердца. Хоть для меня это и игра, но это та игра, которая делает меня таким, каким желает меня видеть Бог.</w:t>
      </w:r>
    </w:p>
    <w:p>
      <w:r>
        <w:rPr/>
        <w:t>Все мы люди настроения. Я иногда не знаю, кого я встречу в очередное утро в своём доме. Всё зависит от настроения этого чуда, которое живёт со мной под одной крышей. Я привык к тому, что времена года и различные климатические сезоны присущи также и людям определённого склада ума, поэтому уже ничему не удивляюсь. Хотя в ответ часто слышу: «Какая есть», только вот не всегда могу предугадать, «каким» это чудо будет сегодня или после моего честного признания, когда я решил что-то предпринять.</w:t>
      </w:r>
    </w:p>
    <w:p>
      <w:r>
        <w:rPr/>
        <w:t>Теперь про вас. Если я и могу назвать себя актёром и честно сказать, что я игрок в театре жизни, но я не имею права так вас называть. Это не в моей компетенции. Вы сами решайте, кто вы и во что играете. Вы для меня все настоящие и непредсказуемые. Мир может повернуть вас как угодно, а вот любовь сделает вас стабильным и твёрдым человеком, если вы ей это позволите.</w:t>
      </w:r>
    </w:p>
    <w:p>
      <w:r>
        <w:rPr/>
        <w:t>В послании к Лаодикии мне предлагается новая роль богатого любовью и верой человека, новый наряд, делающий меня одетым, и новое мышление, открывающее мне глаза. Я не уверен, насколько мне всё это подойдёт, и справлюсь ли я. Но Господь знает мой размер и учитывает мои особенности, вручая мне новые покупки. Он верит в меня и предлагает мне попрактиковаться в новой роли горячего человека, предлагает быть ревностным в этом выступлении. Но интересно то, что, вступая в новую роль, я играю самого себя и вижу, как такой сценарий соответствует Небесному стандарту. И любовь — это уже не игра красивых слов, а образ моих мыслей и выражение моих искренних чувств. Хоть я и бедный человек, имеющий тленную природу, но, приобщившись к Небесной торговле, я уже не желаю жить по другим правилам. Я просто не могу больше играть в мир, пытаясь выглядеть в нём своим. Выбираю любовь. Это уже как-то роднее и проще. Хоть и не все меня понимают, но этот язык знаком ангелам. Это язык Бога.</w:t>
      </w:r>
    </w:p>
    <w:p>
      <w:pPr>
        <w:pStyle w:val="Heading2"/>
      </w:pPr>
      <w:r>
        <w:t>Вопросы к размышлению над этой главой</w:t>
      </w:r>
    </w:p>
    <w:p>
      <w:r>
        <w:rPr/>
        <w:t xml:space="preserve">1. Прочитайте, пожалуйста, 1Тим.1:5-7; Евр.19:32-35; 12:1-2; Мат.25:20-21; Пс.118:73; Иов.20:5; 27:8; Гал.2:29; Еф.1:9-19; Кол.1:26-28; Иак.4:8-10; Мат.23:15; 23:28; 2Кор.3:5-6,18; 4:1-4; Иез.36:25-28; Пс.21:18; Лук.12:1; 23:48; Прит.1:20-33; 11:9; Суд.21:25 </w:t>
      </w:r>
      <w:r>
        <w:rPr/>
        <w:t>в свете этой главы</w:t>
      </w:r>
      <w:r>
        <w:rPr/>
        <w:t>.</w:t>
      </w:r>
    </w:p>
    <w:p>
      <w:r>
        <w:rPr/>
        <w:t xml:space="preserve">2. </w:t>
      </w:r>
      <w:r>
        <w:rPr/>
        <w:t>Что вы поняли из этой главы</w:t>
      </w:r>
      <w:r>
        <w:rPr/>
        <w:t>?</w:t>
      </w:r>
    </w:p>
    <w:p>
      <w:r>
        <w:rPr/>
        <w:t>3. Вы понимаете разницу между лицемерием и духовным ростом?</w:t>
      </w:r>
    </w:p>
    <w:p>
      <w:r>
        <w:rPr/>
        <w:t>4. Похожа ли ваша жизнь на игру в театр, где каждый сам себе пишет правила?</w:t>
      </w:r>
    </w:p>
    <w:p>
      <w:r>
        <w:rPr/>
        <w:t>5. Стоит ли что-то новое и полезное когда-то начинать? Если да, то с чего это начинается?</w:t>
      </w:r>
    </w:p>
    <w:p>
      <w:r>
        <w:rPr/>
        <w:t>6. Когда вы родились для Христа и решили расти, всё ли у вас получалось правильно?</w:t>
      </w:r>
    </w:p>
    <w:p>
      <w:r>
        <w:rPr/>
        <w:t>7. Кто зритель в нашем театре жизни?</w:t>
      </w:r>
    </w:p>
    <w:p>
      <w:r>
        <w:rPr/>
        <w:t>8. Вас не смущает сравнение духовного роста с игрой в театр?</w:t>
      </w:r>
    </w:p>
    <w:p>
      <w:r>
        <w:rPr/>
        <w:t xml:space="preserve">9. Понимаете ли вы, что речь </w:t>
      </w:r>
      <w:r>
        <w:rPr/>
        <w:t>в этой главе</w:t>
      </w:r>
      <w:r>
        <w:rPr/>
        <w:t xml:space="preserve"> идёт не о театральных постановках?</w:t>
      </w:r>
    </w:p>
    <w:p>
      <w:r>
        <w:rPr/>
        <w:t>10. Если человек очень часто повторяет одно и то же действие, то возможно ли, что он привыкнет к этому?</w:t>
      </w:r>
    </w:p>
    <w:p>
      <w:r>
        <w:rPr/>
        <w:t>11. Если я понимаю, что мне некоторые вещи надо делать правильно, а я не умею, то будет ли моя попытка что-то начать делать называться лицемерием?</w:t>
      </w:r>
    </w:p>
    <w:p>
      <w:r>
        <w:rPr/>
        <w:t>12. Когда «Игра в любовь» может стать опасной для души?</w:t>
      </w:r>
    </w:p>
    <w:p>
      <w:r>
        <w:rPr/>
        <w:t>13. Если я решаю кого-то полюбить, но не знаю, как правильно, но пытаюсь что-то сделать, а у меня не получается, то как это назвать?</w:t>
      </w:r>
    </w:p>
    <w:p>
      <w:r>
        <w:rPr/>
        <w:t>14. А стоит ли учиться любить, если у меня этого совсем нет?</w:t>
      </w:r>
    </w:p>
    <w:p>
      <w:r>
        <w:rPr/>
        <w:t>15. Для чего нужна любовь, когда у нас есть мобильные телефоны?</w:t>
      </w:r>
    </w:p>
    <w:p>
      <w:pPr>
        <w:pStyle w:val="Heading2"/>
        <w:pageBreakBefore/>
      </w:pPr>
      <w:r>
        <w:t>Глава 66</w:t>
      </w:r>
    </w:p>
    <w:p>
      <w:pPr>
        <w:pStyle w:val="Heading1"/>
      </w:pPr>
      <w:r>
        <w:t>Духовная слепота</w:t>
      </w:r>
    </w:p>
    <w:p>
      <w:r>
        <w:rPr/>
        <w:t>В Откр.3:14 читаем: «И Ангелу Лаодикийской церкви напиши: так говорит Аминь, Свидетель Верный и Истинный, Начало создания Божия». Господь Сам Себе даёт имя, называясь Верным Свидетелем. После этого Он оценивает моё духовное состояние и называет меня слепым. Мне очень сложно принять такую оценку, ведь я считаю, что я вижу, и могу это даже доказать. Своими глазами я обозревал все новостные отчёты по телевизору, следя за событиями в Вавилоне, и я просто не могу ошибиться. Но Истинный Свидетель заявляет, что я слеп, но даёт мне выход, советуя купить глазную мазь, чтобы мне видеть.</w:t>
      </w:r>
    </w:p>
    <w:p>
      <w:r>
        <w:rPr/>
        <w:t>А если я являюсь тем человеком, который учит других, или если я выполняю роль духовного наставника и имею влияние на других людей, то что произойдёт, если я упаду в яму заблуждений? Думаю, все мои ученики упадут вслед за мной. Но интересно, что, даже угодив в эту яму, я буду считать, что я на правильном пути, и находить множество доказательств, чтобы убедить своих последователей в том, что дела идут совсем неплохо.</w:t>
      </w:r>
    </w:p>
    <w:p>
      <w:r>
        <w:rPr/>
        <w:t>Духовная слепота опасна тем, что она находится не в моих глазах, а в моём разуме и сердце. Глаза видят то, что им показывают, и когда они анализируют всю картину целиком, тогда сигнал об этом передаётся в центр управления разума, где происходит запечатление происходящего. И потом сложно что-то исправить.</w:t>
      </w:r>
    </w:p>
    <w:p>
      <w:r>
        <w:rPr/>
        <w:t>Помню случай, когда я, будучи подростком, накопил денег себе на новые джинсы и поехал на рынок совершать покупку. Там я впервые увидел игру в напёрстки и, наблюдая за лёгким выигрышем, решил удвоить свой капитал и купить себе очень хорошие джинсы. Я крайне внимательно следил за руками игрока и наконец сделал ставку. В один момент сильно обеднел и разочарованный ехал домой с пустыми руками, сожалея о том, что указал не на тот напёрсток. Но позже я узнал, что эти мастера прячут шарик в пальцах, и ты никогда не выиграешь, даже если очень внимателен.</w:t>
      </w:r>
    </w:p>
    <w:p>
      <w:r>
        <w:rPr/>
        <w:t>Но если деньги можно накопить, то как быть, если ты начинаешь верить лжи, считая её светом, и уверенно принимаешь заблуждение, думая, что это истина? Например, если я верю в то, что будет тайное восхищение, и жду Пришествия Христа именно в таком виде, и учу этому других людей, потому что я смотрел про это фильм, где я нахожусь в таком понимании истины? Вы пробовали ждать нужный вам автобус там, где он никогда не ездит? Глупое занятие. И кого винить в этой ошибке? Только того, кто убедил вас в том, что ждать нужно именно здесь.</w:t>
      </w:r>
    </w:p>
    <w:p>
      <w:r>
        <w:rPr/>
        <w:t>Господь не против того, чтобы мы имели критический ум и могли сопоставлять многие факты, руководствуясь своим зрением, здравым смыслом и логическими выводами. Нам дана Библия и сила Святого Духа, чтобы направлять наши мысли в нужном и правильном русле. Однако у нас есть враг души, который желает запутать нас и представить истину по-своему. И у него это очень искусно получается. И моё первое согласие с заблуждением утверждает его в моём сердце навсегда.</w:t>
      </w:r>
    </w:p>
    <w:p>
      <w:r>
        <w:rPr/>
        <w:t>Называя кого-то слепыми, Иисус обращался к определённой категории людей, которые имели духовную власть и являлись наставниками народа. Учение Христа было понятно простым людям, но оно перечёркивало многое из того, что предлагалось учителями и вождями того времени. Нас удивляет слепота книжников и фарисеев, но подобный дух жив и в наши дни. И Верный Свидетель называет меня таким человеком.</w:t>
      </w:r>
    </w:p>
    <w:p>
      <w:r>
        <w:rPr/>
        <w:t>Оценка Христа является правильным утверждением в свете того, что Он мне советует у Него купить.</w:t>
      </w:r>
    </w:p>
    <w:p>
      <w:r>
        <w:rPr/>
        <w:t>Сам по себе я могу ходить в том свете, которого достаточно для моего определённого уровня знаний, но когда Господь приглашает меня подняться выше и увидеть великое и недоступное, чего я не знаю, то мой отказ не сделает меня более зрячим, а моё нежелание расти не прибавит мне мудрости.</w:t>
      </w:r>
    </w:p>
    <w:p>
      <w:r>
        <w:rPr/>
        <w:t>А мы живём в то время, когда всему миру и всем Божьим детям придётся определиться и сделать окончательный выбор в вопросе поклонения, и ошибка в этом выборе будет роковой и неисправимой.</w:t>
      </w:r>
    </w:p>
    <w:p>
      <w:r>
        <w:rPr/>
        <w:t>Быть слепым и ничего не исправить означает дать врагу свою руку и разум для нанесения своего начертания. Единственное, что меня делает зрячим, — это покупка глазной мази, которая продаётся только вместе с другими товарами.</w:t>
      </w:r>
    </w:p>
    <w:p>
      <w:r>
        <w:rPr/>
        <w:t>Вавилон обязательно предложит нам что-то такое, с чем мы должны будем согласиться, чтобы спокойно жить, и это будет представлено как общее благо. И даже если оно будет ущемлять мою свободу и требовать от меня прохождения каких-то необходимых процедур, то ради всеобщего мира и безопасности это так называемое благо будет мне представлено как что-то наиболее важное, что я должен принять. Возможно, вначале будет происходить репетиция, чтобы установить границы терпения общества и то, насколько удастся лишить людей личной свободы с их согласия.</w:t>
      </w:r>
    </w:p>
    <w:p>
      <w:r>
        <w:rPr/>
        <w:t>Стоит иметь критический ум и помазание Святого Духа, чтобы увидеть опасность и иметь мудрость в том, как правильно себя вести и куда направлять внимание людей, которые видят в тебе человека, передающего Небесный хлеб и имеющего глубокие отношения со Христом. Понимать опасность — это хорошо, но знать выход — это мудро. Нам нужна Божья мудрость, которая предлагается в виде глазной мази. Мудрые девы потому так и названы, что они купили нечто необходимое.</w:t>
      </w:r>
    </w:p>
    <w:p>
      <w:r>
        <w:rPr/>
        <w:t>Знание о том, что представляет собой начертание зверя, не спасёт меня от принятия этого знака, если я окажусь слепым в момент запечатления Божьей печатью. Бог не будет одобрять мою слепоту Своим утверждением. Фарисеи не стали более зрячими, когда увидели, что они сделали с предсказанным Мессией. Они продолжали упорствовать и погибли в своём ожесточении.</w:t>
      </w:r>
    </w:p>
    <w:p>
      <w:r>
        <w:rPr/>
        <w:t>Наличие Божьей любви в моей жизни станет решающим фактором в момент моего испытания перед запечатлением. Моя слепота будет свидетельствовать о моём духовном невежестве и нежелании что-то совершать для своего спасения. Когда Господь даёт совет и предлагает выход, ожидая моего положительного отклика, Его не устроит никакой другой ответ. Ему нужно только моё «да» и последующие шаги в этом выборе.</w:t>
      </w:r>
    </w:p>
    <w:p>
      <w:r>
        <w:rPr/>
        <w:t>Ожидает ли Господь, что на стенах Сиона будут стоять мудрые стражи, имеющие критический ум, которые будут сообщать не только о приближении опасности, но и показывать выход? Если пастух переложит охрану и заботу об овцах на самих овец, давая понять, что они в мире и безопасности, а волки как-то сами должны будут о себе предупредить, то кем будет назван такой лидер? Наёмником.</w:t>
      </w:r>
    </w:p>
    <w:p>
      <w:r>
        <w:rPr/>
        <w:t>Мне Бог не даёт права вешать на кого-либо подобные ярлыки. Он один имеет власть так нас называть, а нам предлагает заповедь любить друг друга, и не слепо и бездумно, а критично по отношению к себе и с пониманием и жертвенным духом к другим.</w:t>
      </w:r>
    </w:p>
    <w:p>
      <w:r>
        <w:rPr/>
        <w:t>Опасность легко определить, если просить Бога о мудрости и начать вникать и изучать происходящее с разных сторон, не веря никому, но всё испытывая и проверяя. Бог не оставит в неведении тех, кто захочет понять происходящее и, поняв, будет просить мудрости свыше, как себя вести.</w:t>
      </w:r>
    </w:p>
    <w:p>
      <w:r>
        <w:rPr/>
        <w:t>Не стоит принимать рекомендации и решения Вавилона, но важно всем сердцем полагаться на Божье водительство и защиту. И в этом уповании мне будет очень нужна вера и любовь, которые советует купить Аминь. Он предлагает то, с чем я устою и одержу победу.</w:t>
      </w:r>
    </w:p>
    <w:p>
      <w:pPr>
        <w:pStyle w:val="Heading2"/>
      </w:pPr>
      <w:r>
        <w:t>Вопросы к размышлению над этой главой</w:t>
      </w:r>
    </w:p>
    <w:p>
      <w:r>
        <w:rPr/>
        <w:t xml:space="preserve">1. Прочитайте, пожалуйста, Мат.15:14; 11:5-6; Лук.6:39-40; Исх.4:11; 23:8; Втор.16:19; Пс.145:8; Прит.1:17-18; 4:23-27; 12:15; 17:24; 21:2; Быт.3:5-7; 1Кор.15:33; Еккл.2:14; Ис.42:18-20; 43:8; 56:10-11; Иер.5:21-25; Рим.2:20-21; Мат.13:14-15; 20:30-34; Лук.24:16,31 </w:t>
      </w:r>
      <w:r>
        <w:rPr/>
        <w:t>в свете этой главы</w:t>
      </w:r>
      <w:r>
        <w:rPr/>
        <w:t>.</w:t>
      </w:r>
    </w:p>
    <w:p>
      <w:r>
        <w:rPr/>
        <w:t xml:space="preserve">2. </w:t>
      </w:r>
      <w:r>
        <w:rPr/>
        <w:t>Что вы поняли из этой главы</w:t>
      </w:r>
      <w:r>
        <w:rPr/>
        <w:t>?</w:t>
      </w:r>
    </w:p>
    <w:p>
      <w:r>
        <w:rPr/>
        <w:t>3. Как такое может быть, имея глаза, не видеть?</w:t>
      </w:r>
    </w:p>
    <w:p>
      <w:r>
        <w:rPr/>
        <w:t>4. Вы зрячий человек? Как вы можете это определить?</w:t>
      </w:r>
    </w:p>
    <w:p>
      <w:r>
        <w:rPr/>
        <w:t>5. Кто делает слепым и видящим? 2Кор.3:14.</w:t>
      </w:r>
    </w:p>
    <w:p>
      <w:r>
        <w:rPr/>
        <w:t>6. Что делать, если я вижу, что что-то не понимаю и к тому же духовно слеп?</w:t>
      </w:r>
    </w:p>
    <w:p>
      <w:r>
        <w:rPr/>
        <w:t>7. Если просить Иисуса открыть мне очи, то Он ответит положительно?</w:t>
      </w:r>
    </w:p>
    <w:p>
      <w:r>
        <w:rPr/>
        <w:t>8. Что делать, если я верю лжи и считаю её истиной, а другую точку зрения не принимаю? Ведь я искренен в своём понимании.</w:t>
      </w:r>
    </w:p>
    <w:p>
      <w:r>
        <w:rPr/>
        <w:t>9. Важно ли знать, что мне делать в конце времени, или главное верить в Бога и петь больше песен?</w:t>
      </w:r>
    </w:p>
    <w:p>
      <w:r>
        <w:rPr/>
        <w:t>10. Чем отличается вера в Бога от веры в Бога? Почему так много конфессий?</w:t>
      </w:r>
    </w:p>
    <w:p>
      <w:r>
        <w:rPr/>
        <w:t>11. Заинтересован ли Верный Свидетель в моей жизни и в моём духовном зрении?</w:t>
      </w:r>
    </w:p>
    <w:p>
      <w:r>
        <w:rPr/>
        <w:t>12. Как вы думаете, если я буду усиленно просить Иисуса дать мне мудрости и света о том, как жить и что делать в последнее время, то ответит ли Он на такое отношение?</w:t>
      </w:r>
    </w:p>
    <w:p>
      <w:r>
        <w:rPr/>
        <w:t>13. Помогла ли наша Школа вам чего-то больше увидеть?</w:t>
      </w:r>
    </w:p>
    <w:p>
      <w:r>
        <w:rPr/>
        <w:t>14. Вы увидели ценность и важность послания к Лаодикии?</w:t>
      </w:r>
    </w:p>
    <w:p>
      <w:r>
        <w:rPr/>
        <w:t>15. Какую роль играет Святой Дух в моём прозрении?</w:t>
      </w:r>
    </w:p>
    <w:p>
      <w:pPr>
        <w:pStyle w:val="Heading2"/>
        <w:pageBreakBefore/>
      </w:pPr>
      <w:r>
        <w:t>Глава 67</w:t>
      </w:r>
    </w:p>
    <w:p>
      <w:pPr>
        <w:pStyle w:val="Heading1"/>
      </w:pPr>
      <w:r>
        <w:t>Духовная нагота</w:t>
      </w:r>
    </w:p>
    <w:p>
      <w:r>
        <w:rPr/>
        <w:t>Я часто вижу картины, на которых изображают Адама и его жену до грехопадения. Художники рисуют двух обнажённых людей, которые, не стесняясь, проживают счастливую жизнь. Библия пишет, что они были наги и не стыдились. Но стоит уточнить, что у них была особая нагота, прикрытая одеждой Божьей праведности в виде мягкого света, обволакивающего всё тело. Это написано в книге «Патриархи и пророки». «Безгрешная чета не носила никаких искусственных одежд; подобно ангелам, они были одеты в сияние света и славы. И пока они жили в повиновении воле Божьей, эти одежды света оставались на них». – {ПП 45.3} После такого описания первых людей становится более понятным, почему они увидели свою наготу, когда согрешили. Бог не творил слепых людей. Но они были безгрешны и слепы ко греху, и одеяние Божественного света было печатью их праведности.</w:t>
      </w:r>
    </w:p>
    <w:p>
      <w:r>
        <w:rPr/>
        <w:t>Нечто подобное имеем и мы в духовном мире. Ангелы, которые нас окружают, видят эту особую одежду, именуемую «праведность Христа», и очень тщательно охраняют нас. Я не могу с точностью описать, что на самом деле видят в невидимом мире, но думаю, что мы все, верующие в Иисуса, сильно отличаемся от людей этого мира. И это отличие даётся Христом в образах, которые мы понимаем, имея аналог в видимом мире.</w:t>
      </w:r>
    </w:p>
    <w:p>
      <w:r>
        <w:rPr/>
        <w:t>Верный Свидетель говорит мне о том, что я наг. А потом Он заявляет, что эта нагота является срамотой, которую можно прикрыть только особой белой одеждой, купленной в Лаодикийском магазине. Мы понимаем, что речь идёт не о белом халатике, а об одеждах света, которые имели Адам с женою, пока были чисты. Но по причине нашего греха наши глаза не видят нашей одежды наделяемой и вменяемой праведности, но очи нашей веры дают нам некоторое представление о том, что это так.</w:t>
      </w:r>
    </w:p>
    <w:p>
      <w:r>
        <w:rPr/>
        <w:t>Нагота — это неприкрытое одеждой тело. Демонстрация телесной наготы называется в Библии позором и срамом. О многих из нас Господь может истинно сказать, что мы буквально голые, когда начинается время летних отпусков или наступает жаркая погода. Если я перевязал своё тело верёвочкой или ниточкой с тряпочкой, считая это пляжной одеждой, или надел то, что откровенно демонстрирует интимные части тела, то в свете Библии всё это выглядит как срамота и нагота, демонстрация которой осуждается Богом.</w:t>
      </w:r>
    </w:p>
    <w:p>
      <w:r>
        <w:rPr/>
        <w:t>Я не могу сделать одежду человека критерием его принятия или отвержения, но Господь лично мне дал свет реформы одежды, чтобы я мог отличать святое от мирского. Но каким бы я голым и обнажённым ни был в этом мире, всё это очень легко и быстро исправляется, когда я осознаю, что я наг. Я тут же одеваюсь и становлюсь очень приличным. Но Богу хоть и важен мой внешний вид, но также Он ожидает и моего внутреннего преобразования, духовной святости. А тут я сам уже не могу что-то надеть, чтобы прикрыть свою срамоту.</w:t>
      </w:r>
    </w:p>
    <w:p>
      <w:r>
        <w:rPr/>
        <w:t xml:space="preserve">Называя меня нагим, Верный Свидетель говорит истину. А я почему-то считаю, что это не про меня, и начинаю перечислять все свои духовные дела и </w:t>
      </w:r>
      <w:r>
        <w:rPr/>
        <w:t>преимущества. Молюсь, читаю, делаю, размышляю, распространяю, участвую, отдаю и делаю прочие благодеяния. Это точно не про меня, и я спокойно размышляю о том, кто же может быть голым в таком прямом свидетельстве? Конечно же, это мой сосед по церковному стулу. Он такой странный, ни с кем не общается, ни в чём не участвует, ни о чём не свидетельствует. Думаю, что это точно про него. Хорошо, что я не такой. К сожалению, я описываю то, что переживал очень долгое время, пока вдруг не понял, что тёплым человеком являюсь в глазах Иисуса именно я. Но я это осознал лишь тогда, когда я зашёл в Лаодикийский магазин и стал разглядывать Небесные товары, примеряя к себе то, что там предлагается.</w:t>
      </w:r>
    </w:p>
    <w:p>
      <w:r>
        <w:rPr/>
        <w:t>Моя нагота, о которой заявляет Свидетель Истинный, определяется не моим пониманием и сравнением себя с Библейскими критериями, а моим облачением в предлагаемую Им белую одежду. Вывод прост. Если я купил и надел белую одежду Христа, то я одетый и праведный, если я не совершил этой покупки, то я голый. Можно считать это по-другому, приводя некоторые отрывки из Писания, но необходимо учесть, что мы живём в самое последнее время, и в силу вступили самые высокие требования последних дней. В связи с этим нам даётся и больше света. Отсутствие масла в светильниках у неразумных дев не было насущной проблемой очень долгое время, и многие из них ушли из жизни, так и не дождавшись Жениха. Но во время громкого клича и приближения свадебной процессии наличие масла сыграло решающую роль.</w:t>
      </w:r>
    </w:p>
    <w:p>
      <w:r>
        <w:rPr/>
        <w:t>Божья печать, которая будет поставлена на чела особой группы людей, не ставилась до этого времени запечатления, но, когда закончились все сроки, и Господь решил окончательно отделить плевелы от пшеницы, моё запечатление уже определяет мою Вечную участь.</w:t>
      </w:r>
    </w:p>
    <w:p>
      <w:r>
        <w:rPr/>
        <w:t>Быть голым — это отклонить все советы и предложения Иисуса о кардинальных переменах в моей жизни. Моя нагота или облачение определяются принятием совета из Откр.3:18. Господу важно не только моё знание и согласие, но и то, чтобы я вошёл с Ним в вечные торговые отношения и купил всё, что Он предлагает. И купил всё сразу.</w:t>
      </w:r>
    </w:p>
    <w:p>
      <w:r>
        <w:rPr/>
        <w:t>Быть нагим — это выбрать свой путь спасения и сшить себе собственную одежду, применяя библейскую ткань, предложенную для предыдущих поколений.</w:t>
      </w:r>
    </w:p>
    <w:p>
      <w:r>
        <w:rPr/>
        <w:t>То, что было условным и исполнилось в жизни Христа, не будет моим оправданием, если я решу это соблюдать. К примеру, если сооружу жертвенник и принесу на нём барашка во всесожжение Господу, то как это будет принято Небом? Мы понимаем, что это уже не действует.</w:t>
      </w:r>
    </w:p>
    <w:p>
      <w:r>
        <w:rPr/>
        <w:t>Когда Небесный Первосвященник выйдет из Небесного Святилища, тогда перестанет быть важным, что я буду делать во дворе Храма, а будет важно, в каком одеянии я предстану перед Ним.</w:t>
      </w:r>
    </w:p>
    <w:p>
      <w:r>
        <w:rPr/>
        <w:t>Любовь и Небесная мудрость в совокупности с одеянием света праведности по вере делают меня одетым, зрячим и очень богатым. Я не могу что-то одно из этого выбрать или удалить.</w:t>
      </w:r>
    </w:p>
    <w:p>
      <w:r>
        <w:rPr/>
        <w:t xml:space="preserve">Представьте себе воина, который вышел на битву с врагом в голом виде или без оружия и стал в позу каратиста против вооружённого противника. Большей потехи и развлечения для врага даже сложно придумать. Каким бы сильным и </w:t>
      </w:r>
      <w:r>
        <w:rPr/>
        <w:t>великим в своих глазах ни был этот голый человек, он никогда не станет победителем. Ему никто не будет поддаваться, но ради развлечения с ним могут поиграться, постепенно делая его инвалидом.</w:t>
      </w:r>
    </w:p>
    <w:p>
      <w:r>
        <w:rPr/>
        <w:t>А Господь сделает победителями тех, кто отзовётся на Его совет и будет ревностным покупателем.</w:t>
      </w:r>
    </w:p>
    <w:p>
      <w:r>
        <w:rPr/>
        <w:t>Моя праведность в глазах Неба как запачканная одежда. Это даже хуже, чем нагота. Ис.64:6. Когда Бог входит со мной в близкие отношения, тогда Он ожидает плода в моей жизни. И когда происходит зачатие, уже никакая нечистота не испачкает моё одеяние. И моим плодом будет святость, а конец — жизнь вечная. Рим.6:22.</w:t>
      </w:r>
    </w:p>
    <w:p>
      <w:r>
        <w:rPr/>
        <w:t>Вопрос моего духовного одеяния очень важен. И самое лучшее облачение — это облечься в Иисуса (Рим.13:14), во всеоружие Божие (Еф.6:11) и в Его любовь, которая есть совокупность совершенства. (Кол.3:12-14).</w:t>
      </w:r>
    </w:p>
    <w:p>
      <w:r>
        <w:rPr/>
        <w:t>Иметь характер Христа — это самое прекрасное одеяние в глазах Неба. И эта одежда утверждается на мне в результате постоянных торговых отношений с Небесным Купцом. Я настолько привыкаю к таким отношениям, что без них чувствую и вижу себя голым. Облекаюсь в любовь.</w:t>
      </w:r>
    </w:p>
    <w:p>
      <w:pPr>
        <w:pStyle w:val="Heading2"/>
      </w:pPr>
      <w:r>
        <w:t>Вопросы к размышлению над этой главой</w:t>
      </w:r>
    </w:p>
    <w:p>
      <w:r>
        <w:rPr/>
        <w:t xml:space="preserve">1. Прочитайте, пожалуйста, Исх.20:26; Ис.3:16-17; 47:2-3; 57:8; 61:3; 64:6; Зах.3:3-4; Откр.3:17-18; 16:15; 19:8; 2Кор.5:21; Рим.4:5; 8:35; 13:14; Еф.6:11; Кол.3:12-14; Пс.44:14; Иер.13:26; Иез.16:36-37; 23:29; Лев.10:6; 20:17; Быт.9:20-23; Мих.1:11 </w:t>
      </w:r>
      <w:r>
        <w:rPr/>
        <w:t>в свете этой главы</w:t>
      </w:r>
      <w:r>
        <w:rPr/>
        <w:t>.</w:t>
      </w:r>
    </w:p>
    <w:p>
      <w:r>
        <w:rPr/>
        <w:t xml:space="preserve">2. </w:t>
      </w:r>
      <w:r>
        <w:rPr/>
        <w:t>Что вы поняли из этой главы</w:t>
      </w:r>
      <w:r>
        <w:rPr/>
        <w:t>?</w:t>
      </w:r>
    </w:p>
    <w:p>
      <w:r>
        <w:rPr/>
        <w:t>3. Вы одетый человек?</w:t>
      </w:r>
    </w:p>
    <w:p>
      <w:r>
        <w:rPr/>
        <w:t>4. Почему Господь называет меня нагим? Можно же было более мягкое выражение придумать.</w:t>
      </w:r>
    </w:p>
    <w:p>
      <w:r>
        <w:rPr/>
        <w:t>5. Что вы понимаете под своей наготой в глазах Иисуса?</w:t>
      </w:r>
    </w:p>
    <w:p>
      <w:r>
        <w:rPr/>
        <w:t>6. Что переживает Господь, когда оценивает моё состояние?</w:t>
      </w:r>
    </w:p>
    <w:p>
      <w:r>
        <w:rPr/>
        <w:t>7. Важно ли в последнее время быть одетым в правильную одежду?</w:t>
      </w:r>
    </w:p>
    <w:p>
      <w:r>
        <w:rPr/>
        <w:t>8. Есть ли разница, во что я одеваюсь в повседневной жизни?</w:t>
      </w:r>
    </w:p>
    <w:p>
      <w:r>
        <w:rPr/>
        <w:t>9. Что такое «белая одежда» из Откр.3:18? Как её приобрести, и как она выглядит в вашем понимании?</w:t>
      </w:r>
    </w:p>
    <w:p>
      <w:r>
        <w:rPr/>
        <w:t>10. Почему Господь предупреждает нас о том, чтобы мы не оказались нагими? Откр.16:15.</w:t>
      </w:r>
    </w:p>
    <w:p>
      <w:r>
        <w:rPr/>
        <w:t>11. Можно ли купить у Христа только белую одежду, а другие товары не заметить? Возможно ли такое?</w:t>
      </w:r>
    </w:p>
    <w:p>
      <w:r>
        <w:rPr/>
        <w:t>12. Имеет ли масло для светильника какое-то отношение к моей наготе?</w:t>
      </w:r>
    </w:p>
    <w:p>
      <w:r>
        <w:rPr/>
        <w:t>13. Помогают ли наши уроки приобрести вам достойный гардероб?</w:t>
      </w:r>
    </w:p>
    <w:p>
      <w:r>
        <w:rPr/>
        <w:t>14. Если кто-то меня специально разденет и выставит в таком виде на всеобщее обозрение, то будет ли это считаться моим грехом?</w:t>
      </w:r>
    </w:p>
    <w:p>
      <w:r>
        <w:rPr/>
        <w:t>15. Задумывались ли вы о том, почему Христос вознёс наготу на крест? Что это может символизировать?</w:t>
      </w:r>
    </w:p>
    <w:p>
      <w:pPr>
        <w:pStyle w:val="Heading2"/>
        <w:pageBreakBefore/>
      </w:pPr>
      <w:r>
        <w:t>Глава 68</w:t>
      </w:r>
    </w:p>
    <w:p>
      <w:pPr>
        <w:pStyle w:val="Heading1"/>
      </w:pPr>
      <w:r>
        <w:t>Ты нищий</w:t>
      </w:r>
    </w:p>
    <w:p>
      <w:r>
        <w:rPr/>
        <w:t>В Своём обращении к Лаодикии Верный Свидетель называет меня нищим. Кого-кого? Меня? Наверное, Он что-то перепутал. Я уже 26 лет в правильной церкви, за это время я прочитал Библию несколько раз, мои дела веры ясно свидетельствуют о моей верности, а мои знания помогают мне твёрдо стоять на рельсах Библейского учения. А если взять все духовные книги, которые я прочитал, а некоторые и по несколько раз, и то высшее Небесное образование, которое я приобрёл за период своего духовного роста, то я больше похож на богатого Духом человека или на разбогатевшего знаниями христианина. Я совершенно не согласен с такой оценкой. Это точно не я. А раз это не про меня, то не стоит и вникать в продолжение этого обличения. Как хорошо, что я не такой, как эти тёплые собратья, о которых так верно и кратко сказано. Надо дать им почитать это заявление. Нет, лучше я их обличу в следующей проповеди. Кстати, о проповедях. Они настолько горячи, что сердца людей трепещут от услышанного. И разве на такое способен нищий человек? В нашем мире на нищих смотрят свысока и не слушают их, а меня уважают. И есть даже те, кто приезжает на встречу со мной издалека, чтобы услышать мои советы и что-то изменить в своей жизни.</w:t>
      </w:r>
    </w:p>
    <w:p>
      <w:r>
        <w:rPr/>
        <w:t>А как красивы мои молитвы! Я думаю, что всё Небо смолкает, чтобы услышать то, как я обращаюсь к Всевышнему. Думаю, что те товары, которые предлагает Свидетель Истинный и Верный, уже давно стали моими, просто по праву того, что я сын, рождённый от Святого Духа для Вечной жизни. Неужели вы думаете, что Господь воспитывал меня всю жизнь для того, чтобы в конце отвергнуть? Да, точно, это обличение для тех, кто только пришёл в церковь и ещё не так много, как я, знает. И мне не жалко делиться своим духовным богатством. Ведь я в Бога разбогател. И никто не отнимет у меня этих знаний.</w:t>
      </w:r>
    </w:p>
    <w:p>
      <w:r>
        <w:rPr/>
        <w:t>Мой светильник весело горит в любое время. Моё богатство помогает мне приобретать масло для каждого дня без ущерба для моих духовных сокровищ.</w:t>
      </w:r>
    </w:p>
    <w:p>
      <w:r>
        <w:rPr/>
        <w:t>А как приятно быть богатым, разбогатевшим и ни в чём не имеющим нужды. Мои знания распространяются также и на мою жизнь в мире. Я, подобно Иосифу из Египта, прошёл огонь и воду испытаний и научился зарабатывать столько, сколько необходимо для комфортного проживания в этом бренном мире, и ещё умудряюсь откладывать про запас. Библия называет богатых в мире мудрыми, видимо, я попадаю в эту категорию.</w:t>
      </w:r>
    </w:p>
    <w:p>
      <w:r>
        <w:rPr/>
        <w:t>А моя должность в церкви говорит сама за себя. Неужели нищему духом доверят такой ответственный пост? А быть духовным лидером среди своих по вере — это особое положение, которое простым желанием не приобретёшь. А моя скромность говорит сама за себя. Я могу о ней часами рассказывать.</w:t>
      </w:r>
    </w:p>
    <w:p>
      <w:r>
        <w:rPr/>
        <w:t>Одним словом, я не согласен с такой оценкой в мой адрес и поэтому даже не желаю вникать в продолжение. А вот награда мне нравится. Я даже вижу себя на престоле рядом со своим Господом. Уж про меня Он точно не забудет.</w:t>
      </w:r>
      <w:r>
        <w:rPr/>
        <w:t xml:space="preserve"> </w:t>
      </w:r>
      <w:r>
        <w:rPr/>
        <w:t xml:space="preserve">Только вот меня сильно смущает маленькая группка моих единоверцев. Они что-то копают и </w:t>
      </w:r>
      <w:r>
        <w:rPr/>
        <w:t>постоянно выискивают в Послании к Лаодикии. Создаётся такое впечатление, что для них, кроме этой вести, больше нет ничего другого. Всё бубнят о какой-то любви, о каком-то масле и праведности по вере. Да у меня этого масла завались. Я не успеваю раздавать его направо и налево. Мне не жалко своих знаний, и я могу всегда и со всеми делиться своим опытом. И думаю, что даже в тёмное время мой светильник укажет истинный путь тем, кто сбился, а моего масла хватит всем, кто ещё мало знает.</w:t>
      </w:r>
    </w:p>
    <w:p>
      <w:r>
        <w:rPr/>
        <w:t>У этих «кладоискателей» только одно на уме — научиться любить друг друга. Пришли бы ко мне, и я бы прочитал им все стихи о любви, которыми так полна Библия. Не там они ищут. Мой опыт ясно свидетельствует о том, что любовь — это дела, а не теория. А мои руки — это руки любви, которые привыкли делать добро.</w:t>
      </w:r>
    </w:p>
    <w:p>
      <w:r>
        <w:rPr/>
        <w:t>Я так и знал, что они увидели себя нищими духом и теперь пытаются купить себе какое-то особое богатство, чтобы обогатиться. Ну-ну, давайте. Посмотрим, что у вас получится. Неужели вы не понимаете, что у Господа всё даётся даром, а про покупку Он говорит в виде притчи. А те, кто, как я, занят делом, имеют полное право на обогащение небесными товарами, и это прилагается автоматически. И покупка подразумевает то, что Господь, видя мою веру и то, как я умело переставляю горы, какой человеческий и ангельский язык я имею, каким даром пророчества я обладаю, знаю все тайны и могу даже отдать всё своё имение и, если надо, и тело на сожжение, Он просто автоматически дарует мне всё то, что эти «золотоискатели» пытаются купить.</w:t>
      </w:r>
    </w:p>
    <w:p>
      <w:r>
        <w:rPr/>
        <w:t>Мои года в вере — моё богатство, а Господь — Пастырь мой, и я ни в чём не буду нуждаться.</w:t>
      </w:r>
    </w:p>
    <w:p>
      <w:r>
        <w:rPr/>
        <w:t>Но мои друзья-копальщики не оставляют меня в покое и пытаются направить мой взор на само послание к Лаодикии, и просят вникнуть в его суть. Особенно им нравится стих из Откр.3:18. Создаётся впечатление, что это какая-то особая дверь к бесконечным Небесным сокровищам, и узкий путь последних дней проходит через эту дверь.</w:t>
      </w:r>
    </w:p>
    <w:p>
      <w:r>
        <w:rPr/>
        <w:t>Но чего не могу не заметить, что эти «рыхлители» откровений какие-то счастливые и сияющие. Такое впечатление, что они изучают не Библию, а книгу блаженства. Да и между собой они какие-то дружные и жизнерадостные, и только говорят о любви с утра до вечера. Лучше бы дела делали. Прошу их показать эту любовь, а они меня в магазин тянут, мол, сам купи. А я им свои дела демонстрирую, а они говорят, что этого недостаточно, надо чтобы сердце преобразилось. Нашли кого учить.</w:t>
      </w:r>
    </w:p>
    <w:p>
      <w:r>
        <w:rPr/>
        <w:t>Они мне этой любовью все уши прожужжали. Создаётся впечатление из их слов, что я её не имею, но могу это купить. Но я смотрю на свой опыт, перебираю свои знания и понимаю, что этим «покупателям» надо ещё многому у меня научиться. Но вот их доводы очень убедительны. Такое впечатление, что вся Библия написана в свете любви, и они каждое действие Бога видят именно в этом духе. И хоть это красиво звучит, но закон ясно говорит, что его нарушители будут наказаны, поэтому любовь не спасёт, а важно послушание и исполнение написанного.</w:t>
      </w:r>
    </w:p>
    <w:p>
      <w:r>
        <w:rPr/>
        <w:t xml:space="preserve">Всё же решаюсь заглянуть в Лаодикийский магазин. Я так и знал. Ничего особенного в нём нет, все эти товары более обширно представлены на страницах </w:t>
      </w:r>
      <w:r>
        <w:rPr/>
        <w:t>Библии и даются бесплатно, поэтому не стоит концентрироваться на одном стихе и делать его чем-то особым и наделять его каким-то чудодейственным свойством. Надо бы что-то предпринять против этих людей. Уж больно они активны в своей торговле. Использую весь свой авторитет, чтобы как-то нейтрализовать их влияние. Но нужно быть деликатным, а то ещё попаду в разряд богопротивников.</w:t>
      </w:r>
    </w:p>
    <w:p>
      <w:r>
        <w:rPr/>
        <w:t>А они и к этому готовы, и ничуть не смущаются. Такое впечатление, что я не прав, а они всё знают. И что мне с ними делать? Придётся изучить их оружие и понять, как оно действует. О, сколько времени уходит на эту учёбу! Но я одолею. Да, крепкие орешки попались. Читаю, перечитываю, вникаю.</w:t>
      </w:r>
    </w:p>
    <w:p>
      <w:r>
        <w:rPr/>
        <w:t>И вдруг, как вспышка, озарила мой разум. Господь мне сказал, что я слепой, нищий и нагой. Я услышал это и пришёл в ужас. Оказывается, Он прав. И мне уже ни до кого, самому бы спастись. Что повелишь мне делать, Господи?</w:t>
      </w:r>
    </w:p>
    <w:p>
      <w:r>
        <w:rPr/>
        <w:t>«Иди и учись дальше, и сказано будет тебе, что делать!»</w:t>
      </w:r>
    </w:p>
    <w:p>
      <w:pPr>
        <w:pStyle w:val="Heading2"/>
      </w:pPr>
      <w:r>
        <w:t>Вопросы к размышлению над этой главой</w:t>
      </w:r>
    </w:p>
    <w:p>
      <w:r>
        <w:rPr/>
        <w:t xml:space="preserve">1. Прочитайте, пожалуйста, Втор.8:12-18; Пс.72:3-18; Иез.16:49; Иер.9:23-24; Мар.10:23; Пс.33:6-11; 39:18; 61:11; 68:30-34; 69:6; 85:1-5; 108:21-27; Прит.11:4,28; 13:18; 14:24; 18:23; 22:22-23; 23:4-5; 28:22; 1Цар.2:6-8; Ис.61:1-2; Лук.4:18-19; 14:13-14; 16:9; Откр.2:9; 3:17-18; 13:16; Еккл.5:9,12; 9:11; Иак.5:1-3; Песн.8:7 </w:t>
      </w:r>
      <w:r>
        <w:rPr/>
        <w:t>в свете этой главы</w:t>
      </w:r>
      <w:r>
        <w:rPr/>
        <w:t>.</w:t>
      </w:r>
    </w:p>
    <w:p>
      <w:r>
        <w:rPr/>
        <w:t xml:space="preserve">2. </w:t>
      </w:r>
      <w:r>
        <w:rPr/>
        <w:t>Что вы поняли из этой главы</w:t>
      </w:r>
      <w:r>
        <w:rPr/>
        <w:t>?</w:t>
      </w:r>
    </w:p>
    <w:p>
      <w:r>
        <w:rPr/>
        <w:t xml:space="preserve">3. Почему стих из Мат.5:3: «Блаженны нищие духом, ибо их есть Царство Небесное» не подходит к </w:t>
      </w:r>
      <w:r>
        <w:rPr/>
        <w:t>этому</w:t>
      </w:r>
      <w:r>
        <w:rPr/>
        <w:t xml:space="preserve"> уроку?</w:t>
      </w:r>
    </w:p>
    <w:p>
      <w:r>
        <w:rPr/>
        <w:t>4. Вы богатый?</w:t>
      </w:r>
    </w:p>
    <w:p>
      <w:r>
        <w:rPr/>
        <w:t>5. Может ли духовное богатство человека стать ловушкой для души?</w:t>
      </w:r>
    </w:p>
    <w:p>
      <w:r>
        <w:rPr/>
        <w:t>6. В чём отличие богатого от нищего?</w:t>
      </w:r>
    </w:p>
    <w:p>
      <w:r>
        <w:rPr/>
        <w:t>7. Почему Верный Свидетель упрекает меня за то, что я богат и разбогател и ни в чём не имею нужды?</w:t>
      </w:r>
    </w:p>
    <w:p>
      <w:r>
        <w:rPr/>
        <w:t>8. Есть ли у Христа что-то лучшее, чем моё богатство?</w:t>
      </w:r>
    </w:p>
    <w:p>
      <w:r>
        <w:rPr/>
        <w:t>9. Грех ли быть богатым?</w:t>
      </w:r>
    </w:p>
    <w:p>
      <w:r>
        <w:rPr/>
        <w:t>10. В какой момент моё духовное богатство, которое является Божьим благословением, становится для меня проклятием?</w:t>
      </w:r>
    </w:p>
    <w:p>
      <w:r>
        <w:rPr/>
        <w:t>11. Что мне делать, если я понимаю, что я нищий?</w:t>
      </w:r>
    </w:p>
    <w:p>
      <w:r>
        <w:rPr/>
        <w:t>12. Обогатила ли вас наша Школа, или вы обнищали в ней?</w:t>
      </w:r>
    </w:p>
    <w:p>
      <w:r>
        <w:rPr/>
        <w:t>13. Что делает любовь с нищими людьми?</w:t>
      </w:r>
    </w:p>
    <w:p>
      <w:r>
        <w:rPr/>
        <w:t>14. Быть богатым любовью и радоваться этому изобилию, и хвалиться этим — это плохо?</w:t>
      </w:r>
    </w:p>
    <w:p>
      <w:r>
        <w:rPr/>
        <w:t>15. Почему Господь, упрекая меня в богатстве, желает меня обогатить? Где логика? В чём отличие моего богатства от золота, огнём очищенного?</w:t>
      </w:r>
    </w:p>
    <w:p>
      <w:pPr>
        <w:pStyle w:val="Heading2"/>
        <w:pageBreakBefore/>
      </w:pPr>
      <w:r>
        <w:t>Глава 69</w:t>
      </w:r>
    </w:p>
    <w:p>
      <w:pPr>
        <w:pStyle w:val="Heading1"/>
      </w:pPr>
      <w:r>
        <w:t>Ты жалок</w:t>
      </w:r>
    </w:p>
    <w:p>
      <w:r>
        <w:rPr/>
        <w:t>Величие Неба называет меня жалким, и это является истинной оценкой любящего сердца. С какой жалостью Господь произносит эти слова! Сколько сочувствия ко мне вложено в такое определение!</w:t>
      </w:r>
    </w:p>
    <w:p>
      <w:r>
        <w:rPr/>
        <w:t>Тот, Кто сейчас пребывает в неприступном свете, Кому служат святые существа, Кого окружает абсолютная чистота, взирает на меня и на мои духовные амбиции, и с нежностью обличает меня. Если бы мне не давался выход, то подобная оценка звучала бы как приговор, и я бы уже ничего не смог изменить. Но мне послан совет с вытекающими из него благословениями и пояснениями.</w:t>
      </w:r>
    </w:p>
    <w:p>
      <w:r>
        <w:rPr/>
        <w:t>Как бы хорошо я ни жил в этом мире, в глазах Неба наша Земля — Содом, а все его ценности — это Вавилон. Всё, что было дано человеку, осквернилось грехом. И даже лучшие вещи, попав в руки нечестивых людей, становятся проклятием.</w:t>
      </w:r>
    </w:p>
    <w:p>
      <w:r>
        <w:rPr/>
        <w:t>Но в этом мире существуют островки безопасности — Божьи церкви, где возвеличивается Божий закон, где властвует Святой Дух, где царствует благодать Господа. И всякий, приходящий к Иисусу, получает духовное исцеление. Но сопричастность церкви и покаяние в грехах подразумевают духовный рост и постоянное очищение сознания человека в потоках живой воды Божественного света. Я делаю шаг веры навстречу Небесному Отцу, и Бог принимает меня в Свои объятья, как заблудшего сына. Он торжественно снимает с меня мои греховные одежды и даёт мне одеяния света Христовой праведности. Я не вижу этого, но верю, что это так, и что это особый знак моего отличия в глазах Неба.</w:t>
      </w:r>
    </w:p>
    <w:p>
      <w:r>
        <w:rPr/>
        <w:t>Мой духовный рост даёт мне новые знания через изучение духовных книг и молитвы. А мой личный опыт жизни с Богом записывает в мою память все те победы, которые я одерживаю, противостоя соблазнам этого мира. Я выбрал жизнь с Богом и строю её так, чтобы всё в ней отвечало Его требованиям и соответствовало Небесным стандартам. Но я не был на Небе, и не знаю, насколько там чисто, поэтому моё представление о непорочности отличается от Небесного. Но Господу известно всё это, потому что Он жил среди нас и видел этот мир нашими глазами.</w:t>
      </w:r>
    </w:p>
    <w:p>
      <w:r>
        <w:rPr/>
        <w:t>Каким бы святым и праведным я себя ни ощущал, всегда найдётся то, что ещё нужно исправить или удалить из моей жизни. В моём сердце есть что-то такое, что делает меня горячим, а есть и то, что я не развиваю, и оно охлаждает меня. И смешение этих качеств моей души является в Божьих глазах тёплым состоянием. Я не знаю, что я такой, и смело претендую на особое Божье расположение ко мне, а Иисус с жалостью взирает на меня и говорит, какой я жалкий. Хоть я и не могу сразу согласиться с таким заявлением, но я понимаю, что Верный Свидетель говорит истину. И Он прав, а я жалок. На все мои доводы и оправдания Он не отвечает изменением Своей оценки. Иисус испытывает отвращение к моему состоянию, но при этом заверяет меня в Своей любви.</w:t>
      </w:r>
    </w:p>
    <w:p>
      <w:r>
        <w:rPr/>
        <w:t xml:space="preserve">Господь допускает некоторые ситуации и испытания, чтобы показать мне моё истинное лицо и выявить причину моей теплоты. Ему важно открыть и показать </w:t>
      </w:r>
      <w:r>
        <w:rPr/>
        <w:t>мне мои слабые места, чтобы через эти откровения привлечь меня к Себе и дать мне полное исцеление.</w:t>
      </w:r>
    </w:p>
    <w:p>
      <w:r>
        <w:rPr/>
        <w:t>Иисус знает, что своими силами я не смогу ничего исправить и стать лучше. А впереди нас ждёт особое время великой скорби, которое мне надлежит пройти. И как бы я ни был готов, я даже не представляю, что это такое. Я понимаю это. И Господь предусмотрел для меня товары, которые могут стать моими, если я приобрету их у Него. Иисус предлагает мне самую удивительную в истории Вселенной сделку. Советуя вступить с Ним в торговые отношения, Господь таким образом указывает мне выход из моего тёплого состояния. И из жалкого представителя Неба я превращаюсь в достойного горячего победителя. В то время, когда уже никто из святых людей не сможет ничего ни купить, ни продать в земном Вавилоне, небесная торговля не остановится, и сделки со Христом будут продолжаться ежедневно. Победитель в духовной войне не может одолевать врага без оружия, без одежды, без зрения. И все эти доспехи мне предстоит купить и научиться ими пользоваться.</w:t>
      </w:r>
    </w:p>
    <w:p>
      <w:r>
        <w:rPr/>
        <w:t>Последняя война будет похожа на события после рождения Христа, когда все силы зла были брошены на сражение, а Господь уходил с избранными учениками в пустынные места и делился с ними особыми откровениями. Духовные лидеры недоумевали, что это за Мессия, Который не освобождает их народ из римского рабства, а Иисус тем временем учил счастью, любви и дружелюбию, давая наглядный пример в Своей жизни. Вам бы хотелось посидеть у Его ног и послушать слова жизни? Я мечтаю об этом.</w:t>
      </w:r>
    </w:p>
    <w:p>
      <w:r>
        <w:rPr/>
        <w:t>Последнее время будет содержать в себе подобные переживания, когда среди бурь человеческих и сатанинских страстей Господь не перестанет приходить ко мне, совершающему покупки в Его магазине, на ужин и делиться со мной особыми откровениями Небесной любви. Я вначале не понимал, зачем мне нужны все эти товары, но, приобретая их и учась ими пользоваться, я уже не представляю своей жизни без этих Небесных сокровищ. Всё моё богатство ушло в Лаодикийский магазин, чтобы мне стать собственником Небесных товаров. И это не бездушные вещи, а живые ценности Неба, которые делают меня живым навсегда. Обретая золото, белую одежду и глазную мазь, я уже не такой жалкий, каким был при дверях магазина. Я верю и люблю. Я вижу. Я полностью завишу от Христа в ожидании следующей партии товара, который тут же начинаю раздавать и применять для победы. Невозможно удержать в себе то богатство, которое, подобно реке, устремилось в твою жизнь, чтобы, пройдя через сердце, излиться в сердца тех, кто тебя окружает.</w:t>
      </w:r>
    </w:p>
    <w:p>
      <w:r>
        <w:rPr/>
        <w:t>Сравнивая свою жизнь до захода в Лаодикийский магазин и после того, как я стал в нём постоянным клиентом, я вижу разницу между тем, кем я был и кем стал. И уже не Господь, а я сам вспоминаю время, когда такое жалкое существо, которое называлось мною и которым я был, думало, что оно очень богатое и ни в чём не имеет нужды.</w:t>
      </w:r>
    </w:p>
    <w:p>
      <w:r>
        <w:rPr/>
        <w:t xml:space="preserve">А сейчас при изобилии любви и света я жажду Христа и не могу без Него. И уже не Он стоит у моей двери и стучит, чтобы войти, а я стою около неё и постоянно выглядываю наружу, и зову моего дорогого Гостя, Который уже стал Хозяином в моём доме. Он даже не успевает поднять руку, чтобы постучать, как я </w:t>
      </w:r>
      <w:r>
        <w:rPr/>
        <w:t>перехватываю её и тяну Его на свой ужин, чтобы услышать новые откровения Его любви. Одно осознание того, что вот так мы будем общаться всю Вечность, наполняет меня неописуемой радостью.</w:t>
      </w:r>
    </w:p>
    <w:p>
      <w:r>
        <w:rPr/>
        <w:t>Все мои знания и опыты меркнут в свете того, что мне советует купить Верный Свидетель. Хоть Он и видит меня жалким, бедным и нагим, но я сам этого не понимаю и считаю себя самодостаточным. Это подобно тому, как миллиардер встретил нищего, который сидит в окружении мешков из-под отходов, наполненных сокровищами из мусорных баков. Что видит богатый человек? Жалкого бомжа, который даже не понимает, насколько он несчастен и нищ, и слеп, и наг. А что видит нищий? Какой-то странный человек с необычным выражением лица наблюдает за моими сокровищами. Что ему надо? Наверное, завидует. Нужно быть бдительным, как бы чего не украл. А богач желает иметь меня другом, зовёт меня к себе и предлагает мне в обмен на весь мой хлам прекрасную одежду, дом и работу. Он называет меня жалким. Что я отвечу? Кто из нас видит, знает и может больше? Я могу показать все помойки, а он советует мне нечто лучшее.</w:t>
      </w:r>
    </w:p>
    <w:p>
      <w:pPr>
        <w:pStyle w:val="Heading2"/>
      </w:pPr>
      <w:r>
        <w:t>Вопросы к размышлению над этой главой</w:t>
      </w:r>
    </w:p>
    <w:p>
      <w:r>
        <w:rPr/>
        <w:t xml:space="preserve">1. Прочитайте, пожалуйста, Ис.1:2-20; Рим.7:14-25; Лук.10:33-34; 15:22; Иер.3:13; 9:23-24; 22:23; Мат.9:36; 14:14; Иов.16:1-2; Ин.3:30; Иак.4:7; Пс.41:2-4; 45:5-6; 62:2; 136:1-4; Откр.3:17-20; Ис.29:8 </w:t>
      </w:r>
      <w:r>
        <w:rPr/>
        <w:t>в свете этой главы</w:t>
      </w:r>
      <w:r>
        <w:rPr/>
        <w:t>.</w:t>
      </w:r>
    </w:p>
    <w:p>
      <w:r>
        <w:rPr/>
        <w:t xml:space="preserve">2. </w:t>
      </w:r>
      <w:r>
        <w:rPr/>
        <w:t>Что вы поняли из этой главы</w:t>
      </w:r>
      <w:r>
        <w:rPr/>
        <w:t>?</w:t>
      </w:r>
    </w:p>
    <w:p>
      <w:r>
        <w:rPr/>
        <w:t>3. Почему Господь называет меня жалким?</w:t>
      </w:r>
    </w:p>
    <w:p>
      <w:r>
        <w:rPr/>
        <w:t>4. На самом ли деле вы жалкий человек?</w:t>
      </w:r>
    </w:p>
    <w:p>
      <w:r>
        <w:rPr/>
        <w:t>5. В какой момент я могу из жалкого человека превратиться в достойного и счастливого?</w:t>
      </w:r>
    </w:p>
    <w:p>
      <w:r>
        <w:rPr/>
        <w:t>6. Даёт ли мне Господь выход из моего тёплого состояния? Если да, то какой?</w:t>
      </w:r>
    </w:p>
    <w:p>
      <w:r>
        <w:rPr/>
        <w:t>7. Почему Иисус советует купить Его товары, а не отдаёт их просто так?</w:t>
      </w:r>
    </w:p>
    <w:p>
      <w:r>
        <w:rPr/>
        <w:t>8. Как вы думаете, есть ли у жалкого человека шанс на то, чтобы стать другим?</w:t>
      </w:r>
    </w:p>
    <w:p>
      <w:r>
        <w:rPr/>
        <w:t>9. Может ли Иисус мне чем-то помочь в моём жалком состоянии?</w:t>
      </w:r>
    </w:p>
    <w:p>
      <w:r>
        <w:rPr/>
        <w:t>10. Жалкое состояние — это моя окончательная судьба или тот этап жизни, из которого стоит выбраться?</w:t>
      </w:r>
    </w:p>
    <w:p>
      <w:r>
        <w:rPr/>
        <w:t>11. Что будет со мной, если я последую совету Верного Свидетеля и войду в торговые отношения с Ним?</w:t>
      </w:r>
    </w:p>
    <w:p>
      <w:r>
        <w:rPr/>
        <w:t>12. Является ли наша Школа дилером Небесного Купца?</w:t>
      </w:r>
    </w:p>
    <w:p>
      <w:r>
        <w:rPr/>
        <w:t>13. Заинтересован ли Иисус в том, чтобы быть моим постоянным Гостем на вечерней трапезе у меня дома? Что это значит?</w:t>
      </w:r>
    </w:p>
    <w:p>
      <w:r>
        <w:rPr/>
        <w:t>14. Могу ли я своими силами стать горячим? Если да, то как?</w:t>
      </w:r>
    </w:p>
    <w:p>
      <w:r>
        <w:rPr/>
        <w:t xml:space="preserve">15. Кем вы себя увидели </w:t>
      </w:r>
      <w:r>
        <w:rPr/>
        <w:t>в этой главе</w:t>
      </w:r>
      <w:r>
        <w:rPr/>
        <w:t>? Почему вы так думаете?</w:t>
      </w:r>
    </w:p>
    <w:p>
      <w:pPr>
        <w:pStyle w:val="Heading2"/>
        <w:pageBreakBefore/>
      </w:pPr>
      <w:r>
        <w:t>Глава 70</w:t>
      </w:r>
    </w:p>
    <w:p>
      <w:pPr>
        <w:pStyle w:val="Heading1"/>
      </w:pPr>
      <w:r>
        <w:t>Ты такой несчастный</w:t>
      </w:r>
    </w:p>
    <w:p>
      <w:r>
        <w:rPr/>
        <w:t>Если бы кто-то из нас побывал на Небе, увидел бы ту чистоту и святость, которые лежат в основании Небесной жизни, то думаю, наш мир после этого выглядел бы очень тускло, а всё наше земное счастье показалось бы пародией. Но при этом мы ничуть не переживаем и ищем всего того, что может хотя бы ненадолго нас осчастливить. Отсутствие мира с Богом делает всех живущих на Земле крайне несчастными, а всевозможные искусственные страхи и запугивания через СМИ усугубляют это положение.</w:t>
      </w:r>
    </w:p>
    <w:p>
      <w:r>
        <w:rPr/>
        <w:t>Враг души делает всё возможное, чтобы держать всю планету в страхе и неверии, предлагая своё решение проблем, и эти обольщения настолько велики и сильны, что даже Божий народ попал под это влияние. Когда в Божью церковь вносится вино Вавилона и грех предлагается как наука, тогда ни о каком счастье не может быть и речи. В планы Бога не входит плодить счастливых грешников.</w:t>
      </w:r>
    </w:p>
    <w:p>
      <w:r>
        <w:rPr/>
        <w:t>Общаясь с разными людьми, я часто слышу вопрос о том, имею ли я отпуск, и как я его провожу? И я с радостью делюсь тем, что последние 15 лет я отдыхаю исключительно на лагерных собраниях и по субботам, а в остальное время тружусь своими руками. Не все меня понимают. Для кого-то поездка на море является пиком блаженства, и на это не жалко никаких средств. Я же пытаюсь объяснить, что моё пребывание там, где происходит излитие Святого Духа, делает меня счастливым, как на самой встрече, так и после неё. «А что вы там делаете?» Мы посещаем полезные семинары, знакомимся с новыми людьми, приобретаем друзей, поём и слушаем прекрасные песни, молимся друг за друга и за благосостояние нашего мира и переживаем многое другое, что привносит в нашу жизнь святую радость. Иногда в подобном описании своего досуга я выгляжу жителем другой планеты. Мало кто интересуется, спрашивая: «А могу ли я в следующий раз с тобой поехать?» И мало кто из моих ближних разделяет мою компанию в этих путешествиях. Но подобные встречи меняют в жизни очень многое и переключают мышление на правильный лад, давая Богу возможность благословлять меня на всех моих остальных путях.</w:t>
      </w:r>
    </w:p>
    <w:p>
      <w:r>
        <w:rPr/>
        <w:t>Чуть ранее, в предыдущих уроках, мы изучали законы счастья. Сейчас мы погружаемся в глубину других Божьих откровений, где Господь даёт нам познать Себя и являет что-то великое и недоступное, чего мы не знали. Есть хорошая новость! У нашего Небесного Отца в запасе среди Небесных сокровищ очень много великого и недоступного, что мы будем узнавать не сразу, а прилагая личные усилия и инвестируя своё время. Так что открытия не заканчиваются.</w:t>
      </w:r>
    </w:p>
    <w:p>
      <w:r>
        <w:rPr/>
        <w:t xml:space="preserve">При всём моём видимом счастье Верный Свидетель заявляет мне о том, что я даже не знаю, какой я несчастный. Вначале я не соглашался с таким заявлением, но Он открыл нам законы и основы счастья и показал, что стоит исправить и изменить в жизни. Давая мне свет и выход из этого состояния, Иисус не убеждает меня в том, что я стану счастливым, хотя намекает, что я буду богатым, одетым и зрячим. Приобретение Небесных товаров выведет меня из жалкого состояния, но вот счастье мне не обещано, хотя негласно подразумевается и то, что я буду </w:t>
      </w:r>
      <w:r>
        <w:rPr/>
        <w:t>переживать подобное состояние духа и души благодаря союзу с Богом. Решение быть счастливым находится в моих руках и зависит в конечном итоге только от меня. Даже пребывание на Небе не лишит меня права на грусть и печаль по погибшим друзьям и близким.</w:t>
      </w:r>
    </w:p>
    <w:p>
      <w:r>
        <w:rPr/>
        <w:t>Но то несчастье, о котором говорит Свидетель Истинный и Верный, имеет в себе следующую закономерность. Я никогда не стану воистину блаженным, если не последую тем советам, которые даёт мне далее Господь.</w:t>
      </w:r>
    </w:p>
    <w:p>
      <w:r>
        <w:rPr/>
        <w:t>Книга Откровение повествует о семи блаженствах, которые обретут люди, изучающие это Писание и соблюдающие написанное в нём. Послание к Лаодикии также является неотъемлемой частью книги Откровения и той самой маленькой дверью, через которую я вхожу в особые торговые отношения со Христом. А они помогают мне правильно понять и применить все последующие вести и откровения. Если я попытаюсь обойти эту дверь или перепрыгнуть через неё, то я смогу понять дальнейшее повествование умом, а сердце рискует остаться без плода и масла Святого Духа.</w:t>
      </w:r>
    </w:p>
    <w:p>
      <w:r>
        <w:rPr/>
        <w:t>Не я, а Бог решает, как лучше вести себя в последнее время, и что мне нужно, чтобы быть победителем.</w:t>
      </w:r>
    </w:p>
    <w:p>
      <w:r>
        <w:rPr/>
        <w:t>Все предыдущие обличения и наставления, данные шести церквям, не смогут мне помочь одержать победу в лаодикийский период, если я отклоню советы Верного Свидетеля. Господь предлагает мне самое большое и дорогое, что у Него есть на Небе, меняя это на самое ценное и дорогое, что есть у меня. И только такой товарообмен откроет мне что-то очень великое и недоступное, чего я не знал ранее. Читая эти строки, невозможно понять, чем является торговля Лаодикии. Это как попытаться объяснить молодым людям все прелести брака изнутри. Они ушами слушают и понимают знакомые слова, но не представляют, что происходит внутри союза, и какие чувства и переживания несёт это предприятие. Но сказав Богу: «Да. Да», они объявляются мужем и женой и входят в торговые отношения друг с другом, обмениваясь самими собою и получая в награду глубинное познание друг друга на уровне чувств, эмоций и личных откровений. И если в эти отношения не вносить грех и эгоизм, то они будут вечно развиваться и обнаруживать непознанные глубины сердечных сокровищ каждого.</w:t>
      </w:r>
    </w:p>
    <w:p>
      <w:r>
        <w:rPr/>
        <w:t>Как вы думаете, есть ли в сердце Иисуса что-то такое, чего Он о Себе не знает, пока я не сделаю в наших отношениях этого открытия? Не спешите отвечать. Мы имеем дело с удивительным Богом, Который получает неимоверное удовольствие от близкого общения с каждым из нас. И наверняка Он оставил какие-то сюрпризы и для Себя, которые я в Нём смогу открыть. Вот где будет счастье.</w:t>
      </w:r>
    </w:p>
    <w:p>
      <w:r>
        <w:rPr/>
        <w:t>Весть к Лаодикии как бы говорит мне о том, что я никогда не пойму умом значения брака с Агнцем, пока не вступлю в эти отношения.</w:t>
      </w:r>
    </w:p>
    <w:p>
      <w:r>
        <w:rPr/>
        <w:t>Как меняется жизнь молодожёнов после их венчания, так изменится и моя жизнь после того, как я дам согласие Христу вступить с Ним в брачный союз через образы торговых лаодикийских отношений.</w:t>
      </w:r>
    </w:p>
    <w:p>
      <w:r>
        <w:rPr/>
        <w:t xml:space="preserve">Заявляя мне, что я несчастный, Господь даёт мне понять, что я без Него никогда не пойму суть настоящего счастья. По-своему я могу быть счастливым, и я даже пребываю в этом состоянии разума, выбирая счастье даже в самых критических </w:t>
      </w:r>
      <w:r>
        <w:rPr/>
        <w:t>условиях. Но счастье в Иисусе отличается от счастья вне Его. Пока меня окружает мир, и кругом царствует грех, я никогда не смогу понять, что значит то блаженство, которое имеет в виду Господь. Как бы мне уютно ни было на «Титанике», судьба которого уже мне известна, я никогда не обрету в нём то блаженство, которое было бы полноценным во всех отношениях. Этот мир уже приговорён к уничтожению, и мои дни тоже сочтены. Когда они приведут меня к концу моей земной истории, все эти знания о земном счастье окажутся ограниченными. Но Иисус предлагает мне выход в Самом Себе. И нет другого имени под Небесами, которым надлежало бы нам спастись и обрести полноту блаженства.</w:t>
      </w:r>
    </w:p>
    <w:p>
      <w:r>
        <w:rPr/>
        <w:t>Любовь — это показатель того, что моё сердце с Богом, что я в союзе с Иисусом, что моя жизнь в надёжных Божьих руках, а моё сердце принадлежит Тому, Кто пролил Свою кровь за его приобретение. И я не просто люблю, а покупаю это качество души.</w:t>
      </w:r>
    </w:p>
    <w:p>
      <w:pPr>
        <w:pStyle w:val="Heading2"/>
      </w:pPr>
      <w:r>
        <w:t>Вопросы к размышлению над этой главой</w:t>
      </w:r>
    </w:p>
    <w:p>
      <w:r>
        <w:rPr/>
        <w:t xml:space="preserve">1. Прочитайте, пожалуйста, Откр.1:3; 3:17-18; Мат.12:30-31; Прит.1:23-33; 12:15; 19:20; 21:30; Мих.4:12; Втор.28:1-2,15; Иер.33:3; Иов.3:25-26; 5:16-20; Пс.21:7; 68:1-2; 87:15-16; Прит.12:7; 15:15; 17:17; Еккл.7:14; 1Кор.2:10-16; 15:19,58; Иез.28:5-8 </w:t>
      </w:r>
      <w:r>
        <w:rPr/>
        <w:t>в свете этой главы</w:t>
      </w:r>
      <w:r>
        <w:rPr/>
        <w:t>.</w:t>
      </w:r>
    </w:p>
    <w:p>
      <w:r>
        <w:rPr/>
        <w:t xml:space="preserve">2. </w:t>
      </w:r>
      <w:r>
        <w:rPr/>
        <w:t>Что вы поняли из этой главы</w:t>
      </w:r>
      <w:r>
        <w:rPr/>
        <w:t>?</w:t>
      </w:r>
    </w:p>
    <w:p>
      <w:r>
        <w:rPr/>
        <w:t>3. Вы несчастный человек? Если да, то почему?</w:t>
      </w:r>
    </w:p>
    <w:p>
      <w:r>
        <w:rPr/>
        <w:t>4. А вы знаете о том, что в глазах Иисуса мы несчастны?</w:t>
      </w:r>
    </w:p>
    <w:p>
      <w:r>
        <w:rPr/>
        <w:t>5. Желает ли Господь сделать нас счастливыми? Есть ли у Него что-то для осуществления этого плана?</w:t>
      </w:r>
    </w:p>
    <w:p>
      <w:r>
        <w:rPr/>
        <w:t>6. Для чего написан стих Откр.3:18? Желает ли Господь, чтобы мы его заметили, обратили на него внимание и задумались о содержании сказанного?</w:t>
      </w:r>
    </w:p>
    <w:p>
      <w:r>
        <w:rPr/>
        <w:t>7. В чём отличие стиха Откр.3:18 от всех других стихов Библии?</w:t>
      </w:r>
    </w:p>
    <w:p>
      <w:r>
        <w:rPr/>
        <w:t>8. Что такое торговля с Богом? Это что-то плохое или хорошее?</w:t>
      </w:r>
    </w:p>
    <w:p>
      <w:r>
        <w:rPr/>
        <w:t>9. Грех ли быть счастливым? Если нет, то почему мы несчастны?</w:t>
      </w:r>
    </w:p>
    <w:p>
      <w:r>
        <w:rPr/>
        <w:t>10. Вам радостно погружаться в глубины Божьего сердца и открывать для себя новые тайны?</w:t>
      </w:r>
    </w:p>
    <w:p>
      <w:r>
        <w:rPr/>
        <w:t>11. Вас удивляет величие стиха из Откр.3:18 и то, как скромно мне это предлагается?</w:t>
      </w:r>
    </w:p>
    <w:p>
      <w:r>
        <w:rPr/>
        <w:t>12. Почему Господь так тихо и незаметно предлагает мне всё Небо и всего Себя и скромно ждёт моего решения и ответа, не осуждая меня за задержку или отказ?</w:t>
      </w:r>
    </w:p>
    <w:p>
      <w:r>
        <w:rPr/>
        <w:t>13. Наша Школа что-то сделала для вашего счастья? Открылось ли вам в наших уроках что-то великое и недоступное, чего вы не знали? Если да, то поделитесь, что вы узнали полезного?</w:t>
      </w:r>
    </w:p>
    <w:p>
      <w:r>
        <w:rPr/>
        <w:t>14. Как вы думаете, произведёт ли Весть к Лаодикии просеивание в среде Божьего народа?</w:t>
      </w:r>
    </w:p>
    <w:p>
      <w:r>
        <w:rPr/>
        <w:t>15. Ждёт ли Господь моего положительного ответа на Свой совет? Или Ему не важно, как я отреагирую?</w:t>
      </w:r>
    </w:p>
    <w:p>
      <w:pPr>
        <w:pStyle w:val="Heading2"/>
        <w:pageBreakBefore/>
      </w:pPr>
      <w:r>
        <w:t>Глава 71</w:t>
      </w:r>
    </w:p>
    <w:p>
      <w:pPr>
        <w:pStyle w:val="Heading1"/>
      </w:pPr>
      <w:r>
        <w:t>Почему они уснули?</w:t>
      </w:r>
    </w:p>
    <w:p>
      <w:r>
        <w:rPr/>
        <w:t>Сон с позиции медицины и здоровья является неотъемлемой частью жизни человека и крайне необходим для восстановления сил и биохимических процессов в организме. Сознание спящего человека отключается от реальности окружающего мира, и он погружается в небытие. При этом человек видит сны.</w:t>
      </w:r>
    </w:p>
    <w:p>
      <w:r>
        <w:rPr/>
        <w:t>Библия использует подобие этого состояния разума, для сравнения перенося его в духовную сферу моей жизни.</w:t>
      </w:r>
      <w:r>
        <w:rPr/>
        <w:t xml:space="preserve"> </w:t>
      </w:r>
      <w:r>
        <w:rPr/>
        <w:t>Относительно здоровья сон – это хорошо, но не всегда так, если мы говорим о спасении. Рассмотрим духовную сторону этого процесса.</w:t>
      </w:r>
    </w:p>
    <w:p>
      <w:r>
        <w:rPr/>
        <w:t>В притче о десяти девах Иисус рассказал, что все уснули. Это значит, что все мы сейчас дружно спим. Почему нас так оценили?</w:t>
      </w:r>
    </w:p>
    <w:p>
      <w:r>
        <w:rPr/>
        <w:t>Однако при этом нас никто не осуждает за сон. Пророчество же о последнем времени даёт понять, что важно иметь запас масла для светильника.</w:t>
      </w:r>
    </w:p>
    <w:p>
      <w:r>
        <w:rPr/>
        <w:t>Давайте рассмотрим примеры необычного сна в Библии.</w:t>
      </w:r>
      <w:r>
        <w:rPr/>
        <w:t xml:space="preserve"> </w:t>
      </w:r>
      <w:r>
        <w:rPr/>
        <w:t>Ночь, бушующие волны, ученики в ужасе, в судне открылась течь, появилась смертельная опасность, а Иисус крепко спит на корме рыбацкой лодки. Его жизнь покоится в Божьих руках, и Он знает, что с Ним ничего не случится, пока Его миссия не будет выполнена. Когда же пришло время, тогда Иисус уже не спал.</w:t>
      </w:r>
    </w:p>
    <w:p>
      <w:r>
        <w:rPr/>
        <w:t>Предательство, ночь, Гефсиманский сад. Учитель молится и просит троих учеников пободрствовать с Ним. Но они уснули, а после пробуждения и замечания Христа уснули вновь. Но когда Христа схватили, тогда уже до Его смерти никто не спал.</w:t>
      </w:r>
    </w:p>
    <w:p>
      <w:r>
        <w:rPr/>
        <w:t>Гонения, тюрьма, Пётр брошен в темницу, закован в цепи, ему вынесен смертный приговор, а он спокойно спит посреди воинов, пока ангел не будит его.</w:t>
      </w:r>
    </w:p>
    <w:p>
      <w:r>
        <w:rPr/>
        <w:t>Ночь, проповедь Павла до полуночи, все слушают опыты победы Святого Духа. Юноша Евтих засыпает, падает с третьего жилья и погибает. Далее Бог через Павла воскрешает этого человека.</w:t>
      </w:r>
    </w:p>
    <w:p>
      <w:r>
        <w:rPr/>
        <w:t>Что общего есть в этих необычных снах? Все эти люди чувствовали себя в безопасности, и их организм откликнулся на это состояние разума и решил перезагрузиться посредством сна.</w:t>
      </w:r>
    </w:p>
    <w:p>
      <w:r>
        <w:rPr/>
        <w:t>Мир и безопасность — это то, что чувствовали девы, хотя они все прекрасно знали, что их «Титаник» скоро утонет. И проблема была не во сне, а в том, что некоторые из них не стали запасаться маслом для светильников, и при пробуждении они спохватились, осознав свою оплошность. Однако было слишком поздно.</w:t>
      </w:r>
    </w:p>
    <w:p>
      <w:r>
        <w:rPr/>
        <w:t>Господь предупреждает нас о том, что в последнее время будет очень много смертельно опасных обольщений, и нам стоит бодрствовать. Ощущение мира и безопасности станет для многих роковым и усыпляющим сознание.</w:t>
      </w:r>
    </w:p>
    <w:p>
      <w:r>
        <w:rPr/>
        <w:t xml:space="preserve">Из пророчеств мы знаем о том, что враг души готовится к последним событиям, и он будет делать всё возможное, чтобы прельстить, если возможно, и избранных. Он готовит земных царей и существующие власти к последнему сражению, в котором планирует победить всех Божьих детей. Наш враг очень коварен, и он </w:t>
      </w:r>
      <w:r>
        <w:rPr/>
        <w:t>понимает, что спящий воин Христа не способен распознать ловушки и не представляет опасности.</w:t>
      </w:r>
    </w:p>
    <w:p>
      <w:r>
        <w:rPr/>
        <w:t>В 1Фес 5:3 написано: «Ибо, когда будут говорить: «мир и безопасность», тогда внезапно постигнет их пагуба, подобно как му́ка родами постигает имеющую во чреве, и не избегнут».</w:t>
      </w:r>
    </w:p>
    <w:p>
      <w:r>
        <w:rPr/>
        <w:t>Нам дано предостережение о том, что будет мнимый мир и ложная безопасность, которые усыпят наш дух. А притча о десяти девах повествует о том, что так и произойдёт. И что мы видим? Вокруг нас смертельная опасность, враг души планирует нас убить, расставляя сети для души, время заканчивается, и скоро его совсем не останется для подготовки, Иисус же советует купить Небесное масло. А мы покоимся, наслаждаясь мирным временем, полагаясь на заботу о нашем благосостоянии от своих правительств. Нас убаюкивают тем, что всё под контролем, и не стоит бояться разных кризисов. Вавилон ускоренно готовит начертание зверя, чтобы поставить его на руки и сознание людей, а мы спим, считая, что не следует беспокоиться и отвлекаться на всякие второстепенные вещи.</w:t>
      </w:r>
    </w:p>
    <w:p>
      <w:r>
        <w:rPr/>
        <w:t>Мне в уши кричат, что скоро конец, а я считаю этих крикунов фанатиками, радикалами и экстремистами. А сторонники теории заговора так надоели своими расследованиями, что я принципиально не слушаю ничего, что они выяснили, чем пытаются со мной поделиться. Какой заговор? Мир и безопасность!!! Если бы было что-то опасное, то Господь бы это обязательно прописал в Своих пророчествах. А то, что сейчас происходит, — временное явление, которое скоро пройдёт, и мы снова будем спокойно жить дальше. Лишь бы не было войны.</w:t>
      </w:r>
    </w:p>
    <w:p>
      <w:r>
        <w:rPr/>
        <w:t>Печально сознавать и то, что в число спящих входят и мудрые девы. Кем бы я себя ни считал, и как бы я ни готовился, дух усыпления придёт и в мою жизнь. Я этого не хочу и усиленно сопротивляюсь, но вижу, что и мои духовные силы слабеют и нуждаются в перезагрузке, пока кругом мир и безопасность.</w:t>
      </w:r>
      <w:r>
        <w:rPr/>
        <w:t xml:space="preserve"> </w:t>
      </w:r>
      <w:r>
        <w:rPr/>
        <w:t>Когда начинается война, тогда уже не до сна. Я займу необходимую позицию и сконцентрируюсь на победе.</w:t>
      </w:r>
    </w:p>
    <w:p>
      <w:r>
        <w:rPr/>
        <w:t>К сожалению, вино Вавилона и его волшебство усыпили всех живущих на Земле, кроме тех, кто помогает сатане ставить сети и планировать убийство беспечных жителей.</w:t>
      </w:r>
    </w:p>
    <w:p>
      <w:r>
        <w:rPr/>
        <w:t>Когда я вижу опасность и начинаю об этом трубить, тогда почему-то люди, поставленные быть стражниками и пастухами, которые должны меня поддержать в этом деле, вдруг оказываются моими противниками и просят успокоиться и не «бурлить воду в стакане».</w:t>
      </w:r>
    </w:p>
    <w:p>
      <w:r>
        <w:rPr/>
        <w:t>Создаётся такое впечатление, что бодрствование — это грех, а сон — это самое безопасное состояние для души.</w:t>
      </w:r>
    </w:p>
    <w:p>
      <w:r>
        <w:rPr/>
        <w:t>Я не знаю всей силы обольщения сатаны и поэтому недооцениваю его способности. Считая себя спасённым, я успокаиваюсь на достигнутом и перестаю бодрствовать. Враг не может меня отлучить от Божьей любви, и поэтому он сменил тактику, и ушёл в подполье, стараясь не открывать никому свои коварные планы. А на всех исследующих его стратегию он навешивает ярлык фанатиков и старается заразить этим духом тех, кто сумел что-то узнать о его пагубных планах.</w:t>
      </w:r>
    </w:p>
    <w:p>
      <w:r>
        <w:rPr/>
        <w:t>Любовь — это то, чего больше всего боится враг души. Эта особенность мысли праведника делает разум мудрым, а волю верующего человека — крепкой в Божьих принципах.</w:t>
      </w:r>
    </w:p>
    <w:p>
      <w:r>
        <w:rPr/>
        <w:t>Иисус знает, с чем я столкнусь в последней битве, и поэтому советует мне купить то, что сделает меня победителем. Хотя, запасаясь маслом, я и не вижу необходимости в светильнике при свете Солнца, но верою я понимаю, что вскоре придёт ночь, когда уже никто не сможет ни покупать, ни продавать, и поэтому делаю необходимые запасы сейчас, пока ещё есть время и возможность.</w:t>
      </w:r>
    </w:p>
    <w:p>
      <w:r>
        <w:rPr/>
        <w:t>Моя способность любить при любых обстоятельствах очень пригодится мне в тот период, когда все будут издыхать от страха в ожидании бедствий, обрушивающихся на Вселенную. А я буду в это время ожидать моего дорогого Иисуса и выйду Ему навстречу со светом Его любви во мне.</w:t>
      </w:r>
    </w:p>
    <w:p>
      <w:r>
        <w:rPr/>
        <w:t>Сейчас, во время мира и безопасности, наука о любви не интересует многих, а во время скорби и войны она будет считаться для неразумных совершенно бесполезной. Оценить стоимость Небесных товаров и всеоружия Божьего можно в мирное время, когда никто не гонит, и есть чем заплатить. Когда мне ничто не угрожает, я могу спокойно изучать Небесные ценности и покупать их. А во время боя уже будет не до покупки, да и негде будет производить торговлю.</w:t>
      </w:r>
    </w:p>
    <w:p>
      <w:r>
        <w:rPr/>
        <w:t>Кому из нас не нравится мир и безопасность? Я люблю тишину, она ставит меня перед свободным выбором. Выбираю любовь, а с нею и все проблемы для её испытания.</w:t>
      </w:r>
    </w:p>
    <w:p>
      <w:pPr>
        <w:pStyle w:val="Heading2"/>
      </w:pPr>
      <w:r>
        <w:t>Вопросы к размышлению над этой главой</w:t>
      </w:r>
    </w:p>
    <w:p>
      <w:r>
        <w:rPr/>
        <w:t xml:space="preserve">1. Прочитайте, пожалуйста, Мат.25:5,13; 8:24; 26:39-46; Деян.12:6; 20:9; Прит.8:34; 10:5; 23:24; Песн.5:2; Ис.56:10; Откр.14:8; Прит.23:31-35; Еф.5:14-18; 1Фес.5:2-11; Мат.24:42-43; Мар.13:35-37; 1Пет.4:7; Откр.3:2-3; 16:15 </w:t>
      </w:r>
      <w:r>
        <w:rPr/>
        <w:t>в свете этой главы</w:t>
      </w:r>
      <w:r>
        <w:rPr/>
        <w:t>.</w:t>
      </w:r>
    </w:p>
    <w:p>
      <w:r>
        <w:rPr/>
        <w:t xml:space="preserve">2. </w:t>
      </w:r>
      <w:r>
        <w:rPr/>
        <w:t>Что вы поняли из этой главы</w:t>
      </w:r>
      <w:r>
        <w:rPr/>
        <w:t>?</w:t>
      </w:r>
    </w:p>
    <w:p>
      <w:r>
        <w:rPr/>
        <w:t>3. Всякая ли безопасность и мир плохи? Ис.32:17; Пс.126:1-2.</w:t>
      </w:r>
    </w:p>
    <w:p>
      <w:r>
        <w:rPr/>
        <w:t xml:space="preserve">4. О каком сне идёт речь </w:t>
      </w:r>
      <w:r>
        <w:rPr/>
        <w:t>в этой главе</w:t>
      </w:r>
      <w:r>
        <w:rPr/>
        <w:t>?</w:t>
      </w:r>
    </w:p>
    <w:p>
      <w:r>
        <w:rPr/>
        <w:t>5. Отличается ли поведение и вера человека в мирное время и во время кризиса?</w:t>
      </w:r>
    </w:p>
    <w:p>
      <w:r>
        <w:rPr/>
        <w:t>6. Обязательно ли нужен кризис и испытания для бодрствования?</w:t>
      </w:r>
    </w:p>
    <w:p>
      <w:r>
        <w:rPr/>
        <w:t>7. Усыпляет ли нас вино Вавилона?</w:t>
      </w:r>
    </w:p>
    <w:p>
      <w:r>
        <w:rPr/>
        <w:t>8. В чём отличие сна мудрых от сна неразумных дев?</w:t>
      </w:r>
    </w:p>
    <w:p>
      <w:r>
        <w:rPr/>
        <w:t>9. Скоро ли придёт наш Господь?</w:t>
      </w:r>
    </w:p>
    <w:p>
      <w:r>
        <w:rPr/>
        <w:t>10. Когда состояние мира и безопасности в душе может быть очень опасным?</w:t>
      </w:r>
    </w:p>
    <w:p>
      <w:r>
        <w:rPr/>
        <w:t>11. Что нужно делать, чтобы бодрствовать?</w:t>
      </w:r>
    </w:p>
    <w:p>
      <w:r>
        <w:rPr/>
        <w:t>12. Если притча о десяти девах говорит о том, что все уснули, то стоит ли мне пытаться бодрствовать?</w:t>
      </w:r>
    </w:p>
    <w:p>
      <w:r>
        <w:rPr/>
        <w:t xml:space="preserve">13. Вселяет ли материал </w:t>
      </w:r>
      <w:r>
        <w:rPr/>
        <w:t>этой книги</w:t>
      </w:r>
      <w:r>
        <w:rPr/>
        <w:t xml:space="preserve"> мир и безопасность в ваше сердце?</w:t>
      </w:r>
    </w:p>
    <w:p>
      <w:r>
        <w:rPr/>
        <w:t>14. В чём отличие ложного мира и безопасности от Божьего мира и безопасности?</w:t>
      </w:r>
    </w:p>
    <w:p>
      <w:r>
        <w:rPr/>
        <w:t>15. Плохо ли чувствовать себя в безопасности, находясь под защитой Всевышнего?</w:t>
      </w:r>
    </w:p>
    <w:p>
      <w:r>
        <w:rPr/>
        <w:t>16. Какие виды ложной безопасности вам знакомы?</w:t>
      </w:r>
    </w:p>
    <w:p>
      <w:pPr>
        <w:pStyle w:val="Heading2"/>
        <w:pageBreakBefore/>
      </w:pPr>
      <w:r>
        <w:t>Глава 72</w:t>
      </w:r>
    </w:p>
    <w:p>
      <w:pPr>
        <w:pStyle w:val="Heading1"/>
      </w:pPr>
      <w:r>
        <w:t>Отличие мудрости</w:t>
      </w:r>
    </w:p>
    <w:p>
      <w:r>
        <w:rPr/>
        <w:t>Изучая пророчества о последнем времени, я ясно вижу, что мудрые станут победителями и перенесут все испытания. И, конечно же, я сразу причисляю себя к этой группе людей, считая, что иначе и не может быть, и успокаиваюсь. Получается, быть мудрым — это просто дать своё согласие на такое состояние разума и после этого считать себя таковым. В Прит. 26:12 читаю: «Видал ли ты человека, мудрого в глазах его? На глупого больше надежды, нежели на него». Задумываюсь.</w:t>
      </w:r>
    </w:p>
    <w:p>
      <w:r>
        <w:rPr/>
        <w:t>В обществе культурных людей не принято называть неразумных людей глупыми, и стоит вежливо относиться к каждому человеку. Если же я попадаю в общество невежд, то моя мудрость может дать им повод для того, чтобы сделать меня объектом насмешек и издевательств. Но мудрость свыше не боится подобных испытаний и не покидает своего владельца.</w:t>
      </w:r>
    </w:p>
    <w:p>
      <w:r>
        <w:rPr/>
        <w:t>Если я считаю себя мудрым, то мне необходимо пройти Библейскую проверку и сравнить моё соответствие Божьим стандартам. Бог обязательно покажет мне все мои слабые и сильные стороны.</w:t>
      </w:r>
    </w:p>
    <w:p>
      <w:r>
        <w:rPr/>
        <w:t>Библия учит тому, что мудрость даётся Богом. Прит. 2:6: «Ибо Господь даёт мудрость; из уст Его — знание и разум». Он наделяет ею тех, кто совершает служение, трудится для Божьего дела и славы, кто боится Бога, проявляя послушание всем Его повелениям, тем, кто жаждет быть мудрым и просит об этом Бога.</w:t>
      </w:r>
    </w:p>
    <w:p>
      <w:r>
        <w:rPr/>
        <w:t>Один из ярких примеров получения мудрости свыше — это царь Соломон. Он же и оставил нам много притчей о том, как отличить мудрого от глупца. В Прит.1:7 читаем: «Начало мудрости — страх Господень; глупцы только презирают мудрость и наставление».</w:t>
      </w:r>
    </w:p>
    <w:p>
      <w:r>
        <w:rPr/>
        <w:t>Искатели и владельцы мудрости очень любят исследовать все Библейские тексты на эту тему, сопоставлять их со своей жизнью, размышлять о своём несоответствии, искать решение сложных вопросов в Божьем руководстве. Пример самого мудрого Человека мы находим в Иисусе. И если я желаю быть похожим на Него и учусь из повествований о Его жизни применять к себе эти же принципы послушания и любви, какими обладает Он, то этим я даю Богу власть сделать меня таким, каким был Христос. Взирая на Христа, я преображаюсь под влиянием Святого Духа в тот же Образ.</w:t>
      </w:r>
    </w:p>
    <w:p>
      <w:r>
        <w:rPr/>
        <w:t>Мудрость затрагивает также и сферы моей жизни в мире. Бог желает, чтобы Его дети были разумными и в повседневных делах. Он даёт им мудрость и понимание во всём, с чем связан их быт. Но при этом я сам должен проявлять неподдельный интерес к своему развитию и самосовершенствованию.</w:t>
      </w:r>
    </w:p>
    <w:p>
      <w:r>
        <w:rPr/>
        <w:t>Мы все столкнёмся с выбором пути и принятием решений. И моё испорченное сердце будет влечь меня за большинством, но мудрый подход сохранит меня на правильном пути. В Прит.14:15 читаем: «Глупый верит всякому слову, благоразумный же внимателен к путям своим».</w:t>
      </w:r>
    </w:p>
    <w:p>
      <w:r>
        <w:rPr/>
        <w:t>Последние события поставят меня перед сложным выбором, который будет стоить мне многих мирских благ и привилегий. Времена и политика меняются с особой быстротой. Если я считаю, что все перемены временные, скоро всё станет прежним, и стоит спокойно плыть по течению, то в этом нет мудрости. Капитан любого судна знает, что плыть по течению очень опасно, так как невозможно управлять кораблём. Поэтому необходимо запускать двигатель и создавать противостояние водному потоку, чтобы направлять судно по курсу и не дать ему развернуться.</w:t>
      </w:r>
    </w:p>
    <w:p>
      <w:r>
        <w:rPr/>
        <w:t>В детстве мы соревновались, пуская кораблики по ручью, и я наблюдал за тем, как они вертелись вокруг своей оси и постоянно застревали на разных препятствиях и барьерах. Приходилось помогать извне, чтобы они хоть как-то дошли до финиша.</w:t>
      </w:r>
    </w:p>
    <w:p>
      <w:r>
        <w:rPr/>
        <w:t>Но моя жизнь — это не игра в ручейки, и «хоть как-то» не пройдёт. Когда я слышу предложение Вавилона о том, что мне надо делать, чтобы, к примеру, улучшить своё здоровье, то я не спешу соглашаться, но начинаю исследовать этот вопрос. В Прит.27:12 читаем: «Благоразумный видит беду и укрывается, а неопытные идут вперёд и наказываются».</w:t>
      </w:r>
    </w:p>
    <w:p>
      <w:r>
        <w:rPr/>
        <w:t>Мудрость учит человека вникать во всякое дело, исследовать все вопросы, понимать глубину и предвидеть последствия. Она напрямую связана с моей волей и даёт ей команды к принятию правильных решений.</w:t>
      </w:r>
    </w:p>
    <w:p>
      <w:r>
        <w:rPr/>
        <w:t>Читая эти уроки, вы имеете мудрость видеть в них что-то полезное и извлекать это для своего блага. Также мудрость хранит ваш разум от быстрого согласия с тем, что может не соответствовать вашему пониманию, и тогда включается критическое мышление, и вы начинаете сопоставлять все имеющиеся знания, свой опыт, Библейские тексты и здравый смысл, сравнивая прочитанное со всем, что вам откроется в этом исследовании. И Бог обязательно покажет вам в истинном свете всё то, что необходимо правильно понимать.</w:t>
      </w:r>
    </w:p>
    <w:p>
      <w:r>
        <w:rPr/>
        <w:t>Вопрос моего личного спасения очень важен, и поэтому нужна особая мудрость, чтобы понимать, не на опасном ли я пути. Неразумно будет вверять своё спасение во власть других людей, чтобы они за меня решали, как мне жить и поступать. Пока я младенец во Христе, мне нужны учителя и наставники, но по мере роста от меня ожидается самостоятельность во всех вопросах в свете Божьей воли, и в этом есть особая мудрость для меня.</w:t>
      </w:r>
    </w:p>
    <w:p>
      <w:r>
        <w:rPr/>
        <w:t>«Написано» — вот самый первый фактор, который должен соответствовать всем требованиям и критериям моих решений. Во мне должен присутствовать страх перед нарушением Божьих правил и законов, и это — начало мудрости.</w:t>
      </w:r>
    </w:p>
    <w:p>
      <w:r>
        <w:rPr/>
        <w:t>Мудрые девы не только изучали истину, но и делали то, что им открывалось. Они следовали всем советам и совершали то, к чему призывал их Господь. Неразумные знали Божью волю, но почему-то откладывали следование ей на потом. А это «потом» превратилось в «слишком поздно».</w:t>
      </w:r>
    </w:p>
    <w:p>
      <w:r>
        <w:rPr/>
        <w:t>Что может быть глупее: купить билет на самолёт, пройти регистрацию, сдать багаж, прийти на посадку и в беспечности проспать свой вылет? Если в мире подобную проблему можно решить с помощью дополнительных расходов, то в вопросе спасения эта дверь закрывается навсегда, и её уже никто не откроет.</w:t>
      </w:r>
    </w:p>
    <w:p>
      <w:r>
        <w:rPr/>
        <w:t>Враг души будет делать мне очень много предложений под видом всеобщего блага и порядка. Но и тут нужна особая мудрость, чтобы понять и предвидеть последствия моего выбора. Детальное исследование любого вопроса не является грехом. Но когда кто-то начинает за меня решать, как мне жить и что делать, желая стать моим умом, честью и совестью, тогда стоит воспрепятствовать подобным людям. Моё смиренное согласие на решения других людей без молитвы и исследования не будет свидетельствовать о мудрости. Но когда я всё уже исследовал, взвесил и решил, тогда я уже способен принимать быстрые решения и следовать им. Опыт прежних проб и ошибок будет охранять меня.</w:t>
      </w:r>
    </w:p>
    <w:p>
      <w:r>
        <w:rPr/>
        <w:t>Любовь — это бесконечное продолжение начала любой мудрости. Она сохранит решение моей воли в правильном духе и не даст глупости руководить мною.</w:t>
      </w:r>
      <w:r>
        <w:rPr/>
        <w:t xml:space="preserve"> </w:t>
      </w:r>
      <w:r>
        <w:rPr/>
        <w:t>Там, где начинается любовь, открываются вечные источники Небесных благословений. Вера в Бога помогает мне увидеть невидимое, а любовь помогает правильно поступать и жить в том, к чему меня ведёт моя вера. И если мне в чём-то не будет хватать мудрости, то любовь всё покроет и всё перенесёт.</w:t>
      </w:r>
    </w:p>
    <w:p>
      <w:r>
        <w:rPr/>
        <w:t>Хоть мудрость и даётся Богом просто так, даром, но к её развитию необходимо прилагать свои личные усилия, вкладывать много времени и напрягать весь разум. А награда мудрым и любящим окажется великой. Они будут обращать к Богу многих и сиять, как звёзды, вовеки, навсегда. Дан.12:3.</w:t>
      </w:r>
    </w:p>
    <w:p>
      <w:pPr>
        <w:pStyle w:val="Heading2"/>
      </w:pPr>
      <w:r>
        <w:t>Вопросы к размышлению над этой главой</w:t>
      </w:r>
    </w:p>
    <w:p>
      <w:r>
        <w:rPr/>
        <w:t xml:space="preserve">1. Прочитайте, пожалуйста, Иак.1:5; 3:13-18; Прит.2:6; 21:30; Еф.1:16-18; 5:14-18; 1Кор.1:23-29; 2:4-8; 3:18-20; Иов.12:13; 38:36; Исх.28:3; 31:3-6; 35:31; 3Цар.3:7-13; Мат.25:2; Пс.89:12; Прит.3:7,35; 4:7; 8:1-36; 12:15; 13:20; 14:24; 17:16,24; Еккл.7:7 </w:t>
      </w:r>
      <w:r>
        <w:rPr/>
        <w:t>в свете этой главы</w:t>
      </w:r>
      <w:r>
        <w:rPr/>
        <w:t>.</w:t>
      </w:r>
    </w:p>
    <w:p>
      <w:r>
        <w:rPr/>
        <w:t xml:space="preserve">2. </w:t>
      </w:r>
      <w:r>
        <w:rPr/>
        <w:t>Что вы поняли из этой главы</w:t>
      </w:r>
      <w:r>
        <w:rPr/>
        <w:t>?</w:t>
      </w:r>
    </w:p>
    <w:p>
      <w:r>
        <w:rPr/>
        <w:t>3. Какую мудрость желает видеть в нас Господь?</w:t>
      </w:r>
    </w:p>
    <w:p>
      <w:r>
        <w:rPr/>
        <w:t>4. Почему так важно в конце времени быть мудрым?</w:t>
      </w:r>
    </w:p>
    <w:p>
      <w:r>
        <w:rPr/>
        <w:t>5. В чём отличие мудрых от не очень мудрых?</w:t>
      </w:r>
    </w:p>
    <w:p>
      <w:r>
        <w:rPr/>
        <w:t>6. Что мне делать, если я понимаю, что я глупый? Стоит ли об этом повсюду трубить? Еккл.10:3</w:t>
      </w:r>
    </w:p>
    <w:p>
      <w:r>
        <w:rPr/>
        <w:t>7. Если я имею жажду познания Бога и Его воли, то даст ли мне Бог мудрость удовлетворить эту нужду?</w:t>
      </w:r>
    </w:p>
    <w:p>
      <w:r>
        <w:rPr/>
        <w:t>8. Если я желаю знать Божий план в отношении себя, но не имею мудрости, чтобы его понять, то будет ли Господь наделять меня даром мудрости?</w:t>
      </w:r>
    </w:p>
    <w:p>
      <w:r>
        <w:rPr/>
        <w:t>9. Рождаются ли люди мудрыми в наш мир?</w:t>
      </w:r>
    </w:p>
    <w:p>
      <w:r>
        <w:rPr/>
        <w:t>10. Почему Господу приятно иметь дело с теми, кто желает быть мудрым в Нём?</w:t>
      </w:r>
    </w:p>
    <w:p>
      <w:r>
        <w:rPr/>
        <w:t>11. В чём отличие Божьей мудрости от мудрости мира сего?</w:t>
      </w:r>
    </w:p>
    <w:p>
      <w:r>
        <w:rPr/>
        <w:t>12. Нужна ли мудрость свыше, чтобы понимать, в какое время мы живём, и что мне делать, чтобы спастись?</w:t>
      </w:r>
    </w:p>
    <w:p>
      <w:r>
        <w:rPr/>
        <w:t>13. Как вы думаете, стали вы мудрее, обучаясь в этой Школе?</w:t>
      </w:r>
    </w:p>
    <w:p>
      <w:r>
        <w:rPr/>
        <w:t>14. Что изменилось в вашей жизни за время вашего обучения в Школе Любви Агапэ?</w:t>
      </w:r>
    </w:p>
    <w:p>
      <w:r>
        <w:rPr/>
        <w:t>15. Возьмёт ли Господь всех мудрых на Небо?</w:t>
      </w:r>
    </w:p>
    <w:p>
      <w:pPr>
        <w:pStyle w:val="Heading2"/>
        <w:pageBreakBefore/>
      </w:pPr>
      <w:r>
        <w:t>Глава 73</w:t>
      </w:r>
    </w:p>
    <w:p>
      <w:pPr>
        <w:pStyle w:val="Heading1"/>
      </w:pPr>
      <w:r>
        <w:t>Впустить, чтобы выйти</w:t>
      </w:r>
    </w:p>
    <w:p>
      <w:r>
        <w:rPr/>
        <w:t>Выход из Вавилона, выход из смерти, является самой жизненно важной темой, которую необходимо правильно понимать. Познание любви — это Школа Вечной жизни.</w:t>
      </w:r>
    </w:p>
    <w:p>
      <w:r>
        <w:rPr/>
        <w:t>Пророчества предупреждают нас о том, что после призыва покинуть падший город Господь разрушит эту империю лжи, приведя в исполнение Свой вердикт и изливая язвы на тех, кто избрал право на смерть.</w:t>
      </w:r>
    </w:p>
    <w:p>
      <w:r>
        <w:rPr/>
        <w:t>В нашем мире существует только два царства: Царство Небесное во главе с Иисусом и Вавилон во главе с сатаной.</w:t>
      </w:r>
      <w:r>
        <w:rPr/>
        <w:t xml:space="preserve"> </w:t>
      </w:r>
      <w:r>
        <w:rPr/>
        <w:t>До момента окончательного запечатления Божьи дети могли находиться в падшем городе, даже не осознавая этого. Но в конце времени Господь желает иметь особенно чистый народ, знающий Его голос, имеющий Божий закон в своём сердце, любящий ближнего своего. Подготовка к этому событию уже идёт.</w:t>
      </w:r>
    </w:p>
    <w:p>
      <w:r>
        <w:rPr/>
        <w:t>Ангел из Откр.18:1 имеет великую власть от Бога, и вся земля осветится от славы его. Кто-то из нас с радостью ожидает этого времени, а для кого-то оно станет смертным приговором. Хоть призыв Ангела очень хорош и предлагает всякому человеку, тем более верующему, перейти от смерти в жизнь, но примут и услышат его лишь немногие. Стих 23 из этой же главы говорит о том, что все народы были введены в заблуждение волшебством Вавилона. А если я уже чему-то верю, то меня сложно переубедить в обратном. Легче дать добрый совет жаждущей душе.</w:t>
      </w:r>
    </w:p>
    <w:p>
      <w:r>
        <w:rPr/>
        <w:t>В молитве Иисуса за нас заключается следующая просьба: Ин.17:15: «Не молю, чтобы Ты взял их из мира, но, чтобы сохранил их от зла». Библия не учит нас тому, чтобы мы жили изолированно от общества, но, пребывая в этом мире, мы, подобно соли, будем сохранять его от окончательной порчи.</w:t>
      </w:r>
      <w:r>
        <w:rPr/>
        <w:t xml:space="preserve"> </w:t>
      </w:r>
      <w:r>
        <w:rPr/>
        <w:t>Однако придёт время, и оно уже настаёт, когда и наше физическое присутствие в среде Вавилона будет нежелательным и смертельно опасным. Нам дан совет покидать большие и малые города, потому что они первые подвергнутся Божьим судам. При этом нам следует продолжать служение для живущих в них. «Худые сообщества развращают добрые нравы», и не стоит рисковать своим спасением ради материального блага.</w:t>
      </w:r>
    </w:p>
    <w:p>
      <w:r>
        <w:rPr/>
        <w:t>В описании Вавилона из Откр.18 мы видим, что торговля и материальное благополучие лежат в основании его обольщений, и такой соблазн привязал к себе все народы. Он отвлекает взор каждого от истинного знания.</w:t>
      </w:r>
    </w:p>
    <w:p>
      <w:r>
        <w:rPr/>
        <w:t>Возьмём, к примеру, уроки этой Школы. Чтобы их изучить, необходимо сделать остановку во времени, перестать зарабатывать и думать о житейских делах. Не все способны на такую жертву, и кто-то не выдерживает такого испытания. А что будет, когда Божий призыв осветит всю землю? Думаю, не все Божьи дети отзовутся.</w:t>
      </w:r>
    </w:p>
    <w:p>
      <w:r>
        <w:rPr/>
        <w:t xml:space="preserve">Выход из духовного Вавилона отличается от земного понимания выхода. Например, чтобы меня не стало в доме, мне нужно его покинуть. Но выход из Вавилона, особенно из того, что сидит в моей голове, подразумевает очистку </w:t>
      </w:r>
      <w:r>
        <w:rPr/>
        <w:t>разума. И это становится возможным, если я прошу Бога и позволяю Ему совершить подобное.</w:t>
      </w:r>
    </w:p>
    <w:p>
      <w:r>
        <w:rPr/>
        <w:t>Открывая своё сердце Христу и изучая Божью волю, я даю Святому Духу власть вписывать Свой закон в мои мысли. И такое познание Бога вытесняет из моего сознания весь мусор. Чтобы сделать сосуд чистым, его не выносят на солнце, а наполняют водой и трут стенки, освобождая их от грязи.</w:t>
      </w:r>
    </w:p>
    <w:p>
      <w:r>
        <w:rPr/>
        <w:t>Евангелие Христа помогло многим людям стать другими, но враг души внёс теологические споры в это учение и разделил Божьих детей на множество конфессий и движений, которые до сих пор не перестают враждовать и делиться. А те, кто сильнее и больше, притесняют и преследуют слабых и меньших. Но так не должно быть, ведь у нас один Иисус, одна вера и одно крещение. А кто-то ради веры своих предков готов убивать инакомыслящих, если будет позволено.</w:t>
      </w:r>
    </w:p>
    <w:p>
      <w:r>
        <w:rPr/>
        <w:t>Господь знает эту особенность современного христианства, поэтому для последнего времени Он послал Лаодикийскую весть, которая выдавит Вавилон из моей головы и станет для меня светом и силой.</w:t>
      </w:r>
    </w:p>
    <w:p>
      <w:r>
        <w:rPr/>
        <w:t>Предлагая в Откр.3:18 необычные товары, Верный Свидетель имеет цель наделить нас особой силой, которая сделает нас победителями в приближающемся столкновении.</w:t>
      </w:r>
    </w:p>
    <w:p>
      <w:r>
        <w:rPr/>
        <w:t>Быть победителем, имея в своей голове Вавилон, будет абсолютно невозможно. Господь не станет делить Свой престол с нечестивыми людьми, которые ради Него не захотели оставить этот мир.</w:t>
      </w:r>
    </w:p>
    <w:p>
      <w:r>
        <w:rPr/>
        <w:t>Я раньше наивно полагал, что моё спасение напрямую зависит от моего желания спастись и от моего выбора, и что, зная этот путь, я могу всегда на него встать, и Бог меня очистит и примет как блудного сына. Но, познавая Бога, я понял, что подобное понимание исходит от врага души и лишает меня возможности спасения навсегда. Когда Бог призывает человека и освещает его разум, желая спасти и вывести его из-под влияния вавилонских чар, тогда при этом Он даёт дар покаяния, который убеждает мою волю в принятии подобного шага и ставит меня перед выбором. Это подобно тому, когда меня приглашают войти в спасательную лодку с тонущего корабля, а я решаю, стоит ли мне оставлять комфортную каюту и откликнуться на призыв. В случае отказа я не могу быть уверен, что меня ещё будут звать, но, по милости Божьей, я ещё слышу этот тихий голос, который уже не такой убедительный. И так как корабль тонет медленно, я всё ещё надеюсь уютно пожить в нём, думая, что спасательная лодка никуда без меня не уплывёт.</w:t>
      </w:r>
      <w:r>
        <w:rPr/>
        <w:t xml:space="preserve"> </w:t>
      </w:r>
      <w:r>
        <w:rPr/>
        <w:t>Покаяние — это дар Божий для времени призыва. Это символическое предложение вступить с Иисусом в брачные отношения. Весть для Вавилона — это призыв Бога впустить в свой разум то, что его очистит.</w:t>
      </w:r>
    </w:p>
    <w:p>
      <w:r>
        <w:rPr/>
        <w:t xml:space="preserve">Последние мировые события дают нам обильную пищу для размышления и удивляют нас своей быстротой. Но знание этих событий не спасёт меня и не укажет на выход из Вавилона. Оно лишь даст мне понять, что наступает конец всему. Мышка осознаёт свою участь, когда попадает в ловушку, которая захлопывается извне. Мышка ещё жива, но уже не может ничего изменить. Хозяин мышеловки может выпустить пойманную жертву. Но не для того он ставил эту ловушку. Надеяться на милость и доброту сатаны — это очень глупое и наивное мероприятие. Те, кто навсегда закрыл свои двери для Бога, когда-то </w:t>
      </w:r>
      <w:r>
        <w:rPr/>
        <w:t>очень ясно поймут, насколько жесток и беспощаден их хитрый господин злобы поднебесной, которого они избрали, поверив его соблазнам.</w:t>
      </w:r>
    </w:p>
    <w:p>
      <w:r>
        <w:rPr/>
        <w:t>Божья любовь способна вытеснить из моего разума любую вавилонскую привычку и смыть любую грязь. Выбирая любовь, я говорю Иисусу «да», и тогда вступает в силу закон брачных отношений, и мой выход из Вавилона начинается благодаря последовательному наполнению моего сознания Божьей истиной и светом. Это стоит мне времени, причём самого лучшего и ценного. Это стоит мне оставления греховных привычек в обмен на новые желания: делать добро и познавать Христа. Это меняет всего меня, ветхого и грешного, на Божьего и чистого. Пойду ли я на такую жертву? Это подобно тому, когда мне говорят, что для полноценной жизни мне необходимо постоянно питаться вкусной и полезной пищей 2-3 раза в день. Для этого нужно делать остановки во времени и садиться за украшенный стол. Способен ли я на такую великую жертву?</w:t>
      </w:r>
    </w:p>
    <w:p>
      <w:r>
        <w:rPr/>
        <w:t>Совет Верного Свидетеля удивляет меня своей скромностью. Господь как бы спрашивает меня: «Хочешь быть Моим навсегда и победить в войне?» А я слушаю и не понимаю, чего Он хочет, ведь я уже крестился и верно отдаю десятину, да и питание у меня самое правильное и полезное. Что ответить?</w:t>
      </w:r>
    </w:p>
    <w:p>
      <w:pPr>
        <w:pStyle w:val="Heading2"/>
      </w:pPr>
      <w:r>
        <w:t>Вопросы к размышлению над этой главой</w:t>
      </w:r>
    </w:p>
    <w:p>
      <w:r>
        <w:rPr/>
        <w:t xml:space="preserve">1. Прочитайте, пожалуйста, Ин.8:31-32,36; 14:6; 17:7; Откр.17:12-14; 18:1-4; Флп.4:8; Кол.3:2,10,12-17; Лук.12:32; 17:20-21; Евр.10:16-17; Мат.11:12; 12:26-32,43-45; 18:3; 21:43; 23:25-26; Прит.1:17-18; Ис.42:1-4; 1Кор.4:20; 15:33-34; Откр.3:18 </w:t>
      </w:r>
      <w:r>
        <w:rPr/>
        <w:t>в свете этой главы</w:t>
      </w:r>
      <w:r>
        <w:rPr/>
        <w:t>.</w:t>
      </w:r>
    </w:p>
    <w:p>
      <w:r>
        <w:rPr/>
        <w:t xml:space="preserve">2. </w:t>
      </w:r>
      <w:r>
        <w:rPr/>
        <w:t>Что вы поняли из этой главы</w:t>
      </w:r>
      <w:r>
        <w:rPr/>
        <w:t>?</w:t>
      </w:r>
    </w:p>
    <w:p>
      <w:r>
        <w:rPr/>
        <w:t>3. Как определить, какое царство находится между моим правым и левым ухом?</w:t>
      </w:r>
    </w:p>
    <w:p>
      <w:r>
        <w:rPr/>
        <w:t>4. Влияет ли моё окружение на мои мысли?</w:t>
      </w:r>
    </w:p>
    <w:p>
      <w:r>
        <w:rPr/>
        <w:t>5. Имеет ли влияние на мой разум то, что я смотрю, слушаю и читаю?</w:t>
      </w:r>
    </w:p>
    <w:p>
      <w:r>
        <w:rPr/>
        <w:t>6. Вам понятно, что Вавилон надо покидать как можно быстрее?</w:t>
      </w:r>
    </w:p>
    <w:p>
      <w:r>
        <w:rPr/>
        <w:t>7. Если я не знаю, куда мне выходить из Вавилона, то стоит ли из него выходить?</w:t>
      </w:r>
    </w:p>
    <w:p>
      <w:r>
        <w:rPr/>
        <w:t>8. Заинтересован ли Бог в моём выходе из Вавилона?</w:t>
      </w:r>
    </w:p>
    <w:p>
      <w:r>
        <w:rPr/>
        <w:t>9. Если я выбираю любовь и начинаю в этом направлении мыслить, то поможет ли это изгнать Вавилон из моей жизни?</w:t>
      </w:r>
    </w:p>
    <w:p>
      <w:r>
        <w:rPr/>
        <w:t xml:space="preserve">10. Подходит ли притча про злого духа из Мат.12:43-45 теме </w:t>
      </w:r>
      <w:r>
        <w:rPr/>
        <w:t>этой главы</w:t>
      </w:r>
      <w:r>
        <w:rPr/>
        <w:t>?</w:t>
      </w:r>
    </w:p>
    <w:p>
      <w:r>
        <w:rPr/>
        <w:t>11. Опасен ли Вавилон? Почему из него надо выходить?</w:t>
      </w:r>
    </w:p>
    <w:p>
      <w:r>
        <w:rPr/>
        <w:t>12. Если я уеду жить в сельскую местность, то будет ли это выходом из Вавилона?</w:t>
      </w:r>
    </w:p>
    <w:p>
      <w:r>
        <w:rPr/>
        <w:t>13. Помогает ли</w:t>
      </w:r>
      <w:r>
        <w:rPr/>
        <w:t xml:space="preserve"> весть к Лаодикии </w:t>
      </w:r>
      <w:r>
        <w:rPr/>
        <w:t>найти правильный ответ на призыв о выходе из Вавилона?</w:t>
      </w:r>
    </w:p>
    <w:p>
      <w:r>
        <w:rPr/>
        <w:t>14. Что будет, если я стану откладывать свой выход на потом?</w:t>
      </w:r>
    </w:p>
    <w:p>
      <w:r>
        <w:rPr/>
        <w:t>15. Как долго может ждать Господь моего окончательного решения об оставлении великого города Вавилона?</w:t>
      </w:r>
    </w:p>
    <w:p>
      <w:pPr>
        <w:pStyle w:val="Heading2"/>
        <w:pageBreakBefore/>
      </w:pPr>
      <w:r>
        <w:t>Глава 74</w:t>
      </w:r>
    </w:p>
    <w:p>
      <w:pPr>
        <w:pStyle w:val="Heading1"/>
      </w:pPr>
      <w:r>
        <w:t>Пророческая школа</w:t>
      </w:r>
    </w:p>
    <w:p>
      <w:r>
        <w:rPr/>
        <w:t>Изучая пророчества книги Откровение, я обретаю особое Божье блаженство, описанное в Откр.1:3: «Блажен читающий и слушающие слова пророчества сего и соблюдающие написанное в нём; ибо время близко». Также если я буду читать это вслух или делиться с другими, то и они тоже получают благословение от написанных пророчеств. Стоит обратить особое внимание на слово «соблюдающие». Оно подразумевает, что, услышав Божью весть, я сделаю всё возможное с моей стороны, что от меня ожидается и зависит.</w:t>
      </w:r>
    </w:p>
    <w:p>
      <w:r>
        <w:rPr/>
        <w:t>Пророчества этой книги повествуют о многих мировых событиях и режимах, которые последовательно будут сменять друг друга, пока не наступит кульминация великого противостояния между добром и злом, после чего Иисус положит конец греху и уничтожит всех и всё, что объявится нечистым.</w:t>
      </w:r>
    </w:p>
    <w:p>
      <w:r>
        <w:rPr/>
        <w:t>Знание прекрасного будущего и окончательной победы Христа над грехом и родоначальником всякого зла придаёт мне силу и уверенность в победе Божьей любви и в моём сердце.</w:t>
      </w:r>
    </w:p>
    <w:p>
      <w:r>
        <w:rPr/>
        <w:t>В главах 2-3 записаны послания к семи церквям, которые географически находятся в том порядке, какой указан в пророчествах. Невозможно попасть из Ефеса в Филадельфию, минуя Смирну, Пергам и Фиатиру. Дорога пролегает через эти города, которые никак не объедешь.</w:t>
      </w:r>
    </w:p>
    <w:p>
      <w:r>
        <w:rPr/>
        <w:t>Господь даёт понять, что события, указанные в посланиях к семи церквям, будут последовательно исполняться, и их не избежать. В результате мы приходим в Лаодикию, после которой ничего нет. Это последний пророческий период, после которого хронология вестей заканчивается.</w:t>
      </w:r>
    </w:p>
    <w:p>
      <w:r>
        <w:rPr/>
        <w:t>Я верю в то, что наше время является периодом Лаодикии, началом отсчёта которого принято считать 1844 год. Именно в этом году исполнилось самое продолжительное пророчество Даниила о 2300 вечерах и утрах, повествующее об очищении Святилища.</w:t>
      </w:r>
    </w:p>
    <w:p>
      <w:r>
        <w:rPr/>
        <w:t>Сама весть к Лаодикии является пророческой и содержит те советы, которые необходимо соблюдать тем, кто желает стать победителем и получить соответствующую награду.</w:t>
      </w:r>
    </w:p>
    <w:p>
      <w:r>
        <w:rPr/>
        <w:t>Эта весть к Лаодикии вызовет просеивание среди Божьего народа, а также приготовит особый народ к особым отношениям с Господом.</w:t>
      </w:r>
    </w:p>
    <w:p>
      <w:r>
        <w:rPr/>
        <w:t>Хоть это послание от Верного Свидетеля и коротко само по себе, но оно очень глубоко по содержанию и смыслу и учит тому, чему надлежит быть.</w:t>
      </w:r>
    </w:p>
    <w:p>
      <w:r>
        <w:rPr/>
        <w:t>Весть состоит из последовательных действий Христа. Вначале Он заявляет о Себе и Своей верности слову, потом Он обвиняет меня в моём жалком состоянии. Я соглашаюсь и понимаю, что это так. Но Господь даёт мне выход и советует купить то, что меня обогатит, оденет и сделает мудрым.</w:t>
      </w:r>
    </w:p>
    <w:p>
      <w:r>
        <w:rPr/>
        <w:t>Он не требует, не приказывает, не заповедует, не угрожает, а советует. Подобный подход даёт мне полную свободу выбора. И Господь ждёт, что я решу.</w:t>
      </w:r>
    </w:p>
    <w:p>
      <w:r>
        <w:rPr/>
        <w:t>Он продаёт мне то, что предлагает, давая понять, что подарков здесь не будет, что нужно отдать всё, что для меня ценно, чтобы получить то, что Он называет истинным богатством. Я не смогу это обойти и получить награду победителя.</w:t>
      </w:r>
    </w:p>
    <w:p>
      <w:r>
        <w:rPr/>
        <w:t>Если я не стану покупателем, то все следующие стихи не для меня, а для соблюдающих пророчества книги сей. А мне придётся жить дальше в своём жалком тёплом состоянии, считая, что мне будет дан другой свет и придуман другой путь к награде.</w:t>
      </w:r>
    </w:p>
    <w:p>
      <w:r>
        <w:rPr/>
        <w:t>Людям, которые покупают предлагаемое, Иисус говорит о Своей любви, о наказании и просит быть ревностными в дальнейшем приобретении товаров. Он советует покаяться в тёплом состоянии. И это всё про меня. Господь не говорит лишних слов, но ожидает моего интереса к своему спасению.</w:t>
      </w:r>
    </w:p>
    <w:p>
      <w:r>
        <w:rPr/>
        <w:t>После подобных заявлений говорится о том, что Господь желает иметь личные отношения с каждым, кто вошёл с Ним в торговые отношения. Он стремится ужинать со мной, чтобы без спешки, спокойно открыть лично мне то, что я никогда бы не узнал в другом месте.</w:t>
      </w:r>
    </w:p>
    <w:p>
      <w:r>
        <w:rPr/>
        <w:t>Господь Иисус является моим Другом и Учителем, и, если Он приходит ко мне, значит, у Него есть виды на наше совместное время. Он учит меня быть победителем.</w:t>
      </w:r>
    </w:p>
    <w:p>
      <w:r>
        <w:rPr/>
        <w:t>В чём заключается моя победа? В том, что я, соблюдая написанное, близко знакомлюсь лично со Христом, когда открываю Ему загадочную дверь. Любое общение с Иисусом чему-то меня учит. И Господу настолько приятно моё общество как ученика и друга, что Он даже предлагает мне быть рядом с Ним на Его престоле всю Вечность. И эту весть содержит послание к Лаодикии.</w:t>
      </w:r>
    </w:p>
    <w:p>
      <w:r>
        <w:rPr/>
        <w:t>Но хоть эта весть и коротка, но она открывается не за один раз тому, кто начинает её изучать.</w:t>
      </w:r>
    </w:p>
    <w:p>
      <w:r>
        <w:rPr/>
        <w:t>Школа Любви Агапэ появилась благодаря вести к Ангелу Лаодикийской Церкви. Господь обратил внимание на это послание и стал открывать важность написанного. А последние мировые события показывают, что время близко, и надо быть готовым к кульминации пророчеств.</w:t>
      </w:r>
    </w:p>
    <w:p>
      <w:r>
        <w:rPr/>
        <w:t>Всё учение Библии приводит меня к вести к Лаодикии как к тому, что мне обязательно необходимо понять и принять. Может ли случайный читатель этого послания стать победителем?</w:t>
      </w:r>
    </w:p>
    <w:p>
      <w:r>
        <w:rPr/>
        <w:t>Для победы необходимо оружие, обмундирование и умение нападать. Вот это всё и предлагается мне в виде совета купить в Откр.3:18.</w:t>
      </w:r>
    </w:p>
    <w:p>
      <w:r>
        <w:rPr/>
        <w:t>Когда я иду в магазин, я беру с собой платёжное средство. Выбираю то, что мне нужно или что предлагают. Узнаю качество, свежесть, оригинальность предлагаемого товара. Мне не угрожают тем, что я не выйду без покупки, но ждут моего решения. Я решаюсь купить. Оплачиваю покупку. Приношу её домой и съедаю. Я стал богатым, одетым и зрячим. Но на следующий день я снова остываю и в очередной раз прихожу к Небесному Купцу. Приобретаю то, что уже знаю на вкус, и снова насыщаюсь. Моя ревность в приобретении товара заинтересовала Продавца, Который, похоже, меня любит. И Он лично пришёл, чтобы объяснить мне, что я приобрёл, и научить этим пользоваться. Я думал, что эти товары продаются мне для наслаждения, а оказалось, что это оружие нападения и боевой дух нападающего.</w:t>
      </w:r>
    </w:p>
    <w:p>
      <w:r>
        <w:rPr/>
        <w:t>Победитель — это не тот, кто сидит в обороне, а кто нападает, захватывает и уничтожает противника, кто овладевает трофеями.</w:t>
      </w:r>
    </w:p>
    <w:p>
      <w:r>
        <w:rPr/>
        <w:t>Тот, Кто уже победил в этой войне, учит человека, который будет побеждать подобно Ему. Общаясь с Истинным Победителем, я получаю воинственный дух любви и становлюсь частью Его армии.</w:t>
      </w:r>
    </w:p>
    <w:p>
      <w:r>
        <w:rPr/>
        <w:t>Школа Любви Агапэ уже в своём названии содержит весть о победе. Ведь именно Любовь победила мир зла. Любовью были вскрыты все тайные замыслы сатаны, любовью были исцелены раненые и воскрешены погибшие. И это то, что мне предлагается в виде золота, очищенного огнём.</w:t>
      </w:r>
    </w:p>
    <w:p>
      <w:r>
        <w:rPr/>
        <w:t>Нас ждёт страшный кризис. Господь просеет всех нас через Своё сито. Всё пустое и нечистое будет удалено. Все наши идолы будут разрушены или сметены вместе с нами. Только Божье, чистое, вечное и святое выдержит эту проверку.</w:t>
      </w:r>
    </w:p>
    <w:p>
      <w:r>
        <w:rPr/>
        <w:t>Весть к Лаодикии приглашает каждого лично войти в торговые отношения с Иисусом и научиться у Него. Это Его весть, и Он не отпустит нас с пустыми руками. А в качестве оплаты товаров Господь принимает моё время, мои грехи и меня самого. Я получу ровно столько, сколько решу внести в кассу. Но для начала даже чуть-чуть — это лучше, чем ничего.</w:t>
      </w:r>
    </w:p>
    <w:p>
      <w:r>
        <w:rPr/>
        <w:t>Быть победителем сегодня — это хорошо, но Господь предлагает быть ревностным в моей победе и быть победителем всегда. Если я не желаю учиться этому в мирное время, мне придётся осваивать эту науку в сложных условиях. Мне не обойти Школу победителя. Она лежит на пути к Вечности в заключительных событиях. Это пророческая Школа. Она предсказана. Она состоится, и она научит.</w:t>
      </w:r>
    </w:p>
    <w:p>
      <w:pPr>
        <w:pStyle w:val="Heading2"/>
      </w:pPr>
      <w:r>
        <w:t>Вопросы к размышлению над этой главой</w:t>
      </w:r>
    </w:p>
    <w:p>
      <w:r>
        <w:rPr/>
        <w:t xml:space="preserve">1. Прочитайте, пожалуйста: Откр.3:14-22; 16:15; 17:14; Ис.54:17; Втор.8:2-5; 29:29; Прит.15:30; 27:5; Песн.8:2; Ам.3:7 </w:t>
      </w:r>
      <w:r>
        <w:rPr/>
        <w:t>в свете этой главы</w:t>
      </w:r>
      <w:r>
        <w:rPr/>
        <w:t>.</w:t>
      </w:r>
    </w:p>
    <w:p>
      <w:r>
        <w:rPr/>
        <w:t xml:space="preserve">2. </w:t>
      </w:r>
      <w:r>
        <w:rPr/>
        <w:t>Что вы поняли из этой главы</w:t>
      </w:r>
      <w:r>
        <w:rPr/>
        <w:t>?</w:t>
      </w:r>
    </w:p>
    <w:p>
      <w:r>
        <w:rPr/>
        <w:t>3. Какие ещё Библейские стихи пришли вам на память?</w:t>
      </w:r>
    </w:p>
    <w:p>
      <w:r>
        <w:rPr/>
        <w:t>4. Вам интересно понять глубину вести к Лаодикии?</w:t>
      </w:r>
    </w:p>
    <w:p>
      <w:r>
        <w:rPr/>
        <w:t>5. Верите ли вы в то, что в конце времени Господь научит нас чему-то очень важному и откроет что-то главное?</w:t>
      </w:r>
    </w:p>
    <w:p>
      <w:r>
        <w:rPr/>
        <w:t>6. Что мне делать, если я хочу всё знать, но не хочу учиться?</w:t>
      </w:r>
    </w:p>
    <w:p>
      <w:r>
        <w:rPr/>
        <w:t>7. Могу ли я чему-то научиться, не посвящая этому своего времени?</w:t>
      </w:r>
    </w:p>
    <w:p>
      <w:r>
        <w:rPr/>
        <w:t>8. Как вы думаете, будет ли время, отведённое изучению законов любви и дружбы, потрачено впустую?</w:t>
      </w:r>
    </w:p>
    <w:p>
      <w:r>
        <w:rPr/>
        <w:t>9. Станет ли весть к Лаодикии неактуальной во время очередного кризиса?</w:t>
      </w:r>
    </w:p>
    <w:p>
      <w:r>
        <w:rPr/>
        <w:t>10. Что может препятствовать обучению в Школе Любви Агапэ?</w:t>
      </w:r>
    </w:p>
    <w:p>
      <w:r>
        <w:rPr/>
        <w:t>11. Что делать, если я понимаю важность последней вести, а не нахожу времени, чтобы её изучать?</w:t>
      </w:r>
    </w:p>
    <w:p>
      <w:r>
        <w:rPr/>
        <w:t>12. Есть ли у Бога другие вести для последнего времени, кроме вести к Лаодикии?</w:t>
      </w:r>
    </w:p>
    <w:p>
      <w:r>
        <w:rPr/>
        <w:t xml:space="preserve">13. Находите ли вы уроки </w:t>
      </w:r>
      <w:r>
        <w:rPr/>
        <w:t>этой книги</w:t>
      </w:r>
      <w:r>
        <w:rPr/>
        <w:t xml:space="preserve"> полезными для себя?</w:t>
      </w:r>
    </w:p>
    <w:p>
      <w:r>
        <w:rPr/>
        <w:t>14. Наблюдает ли Небо за моим интересом к Божьей вести?</w:t>
      </w:r>
    </w:p>
    <w:p>
      <w:r>
        <w:rPr/>
        <w:t>15. Что мне даст весть к Лаодикии, если я её начну изучать?</w:t>
      </w:r>
    </w:p>
    <w:p>
      <w:pPr>
        <w:pStyle w:val="Heading2"/>
        <w:pageBreakBefore/>
      </w:pPr>
      <w:r>
        <w:t>Глава 75</w:t>
      </w:r>
    </w:p>
    <w:p>
      <w:pPr>
        <w:pStyle w:val="Heading1"/>
      </w:pPr>
      <w:r>
        <w:t>Весть любви Христа</w:t>
      </w:r>
    </w:p>
    <w:p>
      <w:r>
        <w:rPr/>
        <w:t>Самое главное и лучшее Господь приготовил на самый последний момент. Зная, что нас ждут времена тяжкие, зная, каким испытаниям подвергнется наша вера, зная, что времени очень мало, Иисус приходит лично, чтобы вручить мне то, что Он не решался дать раньше.</w:t>
      </w:r>
    </w:p>
    <w:p>
      <w:r>
        <w:rPr/>
        <w:t>Иисус предлагает мне Свою руку и сердце, а вместе с этим и всё Небо, и даже Небесную власть.</w:t>
      </w:r>
    </w:p>
    <w:p>
      <w:r>
        <w:rPr/>
        <w:t>Господь вложил всю Свою душу в заключительную весть приглашения к личным отношениям. Он любит Свою Церковь и не скрывает этого. Это Его народ, который Он вывел из вавилонского рабства, чтобы быть ему Богом.</w:t>
      </w:r>
    </w:p>
    <w:p>
      <w:r>
        <w:rPr/>
        <w:t>Ведя всех нас Своим Святым Духом, Христос утверждает в вере каждого жаждущего и ищущего и приглашает подняться выше. Цель Господа состоит в том, чтобы научить всех Своих сыновей и дочерей возрастать в вере и помочь познавать Единого Истинного Бога и посланного Им Иисуса Христа. И ради более близких отношений Верный Свидетель лично приходит в мою жизнь и советует купить Себя под видом ценных товаров. Все дары и таланты Неба меркнут в сравнении с тем, что предлагает Иисус Своей Лаодикии. Ангелы с изумлением слушают эту весть безусловной любви, восхищаясь таким уникальным предложением для возлюбленной Господа. Свадьба уже запланирована, и она состоится, но только вот невеста пока размышляет и, возможно, не понимает, что ей советует её Возлюбленный.</w:t>
      </w:r>
      <w:r>
        <w:rPr/>
        <w:t xml:space="preserve"> </w:t>
      </w:r>
      <w:r>
        <w:rPr/>
        <w:t>А Возлюбленный скромно предлагает приобрести то, что хочет видеть в Своей невесте. А желает Он видеть Себя.</w:t>
      </w:r>
    </w:p>
    <w:p>
      <w:r>
        <w:rPr/>
        <w:t>Продавая мне золото любви, Господь переплавляет его до такой стадии, очищая от разных примесей, пока на его поверхности не будет ясно видно Его отражение. Как бы мне ни было больно, как бы я ни страдал, но огненная печь не отменится, и меня этот мир обязательно в неё кинет, как он поступил с друзьями Даниила.</w:t>
      </w:r>
    </w:p>
    <w:p>
      <w:r>
        <w:rPr/>
        <w:t>Советуя мне купить белую одежду, Господь отдаёт мне в этом товаре Своё облачение любви, предлагая мне одеться в Него. Праведность и истина покрывают Божий народ благодатью Христа, но Иисус желает меня лично укутать в это одеяние, чтобы благодаря этому я мог отличаться от мира и от всех званых на брачный пир Агнца.</w:t>
      </w:r>
    </w:p>
    <w:p>
      <w:r>
        <w:rPr/>
        <w:t>Советуя приобрести глазную мазь, Господь отдаёт мне в этом товаре Свои глаза веры и любви. Он желает, чтобы я видел этот мир так, как видит его Он. Его Небесная мудрость мечтает стать моим вечным достоянием и научить использовать все таланты Неба для Божьей славы, а также тому, чтобы я понимал нужды людей и дух, с которым соприкасаюсь.</w:t>
      </w:r>
    </w:p>
    <w:p>
      <w:r>
        <w:rPr/>
        <w:t xml:space="preserve">Сердце Иисуса томится от любви, и Господь, видя мои робкие попытки понять Его предложение, заверяет меня в Своей привязанности и справедливом отношении к моему тёплому состоянию. Моя совесть под влиянием Святого Духа наказывает меня, и мне становится очень стыдно за последствия своего жалкого и несчастного состояния. Ведь я думал, что я богат и разбогател, и ни в чём не имею нужды, а даже не знал, насколько я был несчастен и жалок, и нищ, и слеп, и наг. </w:t>
      </w:r>
      <w:r>
        <w:rPr/>
        <w:t>Если бы не совет Христа, я так бы и остался прозябать в своём жалком мирке несбывшихся фантазий.</w:t>
      </w:r>
    </w:p>
    <w:p>
      <w:r>
        <w:rPr/>
        <w:t>Иисус же пришёл и предложил мне то, о чём даже не мечтал никакой небожитель.</w:t>
      </w:r>
    </w:p>
    <w:p>
      <w:r>
        <w:rPr/>
        <w:t>«Друг мой похож на серну или на молодого оленя. Вот, Он стоит у нас за стеною, заглядывает в окно, мелькает сквозь решётку». Песн.2:8.</w:t>
      </w:r>
    </w:p>
    <w:p>
      <w:r>
        <w:rPr/>
        <w:t>Видя мою робость, с которой я делаю покупки, Господь лично приходит ко мне и стучит, заглядывая в окна моей души. Я слышу Его голос и понимаю, что это Он. А Он этого и не скрывает, и не ломится в мой дом, а нежно объявляет: «Это Я», и ждёт, наблюдая, что я буду делать дальше.</w:t>
      </w:r>
    </w:p>
    <w:p>
      <w:r>
        <w:rPr/>
        <w:t>Покупая небесные товары, я уже ближе узнал Христа, но о таких тесных отношениях, как Его личный визит, я даже и не мечтал. Мне сложно поверить, что Сам Царь Вселенной пришёл ко мне и скромно стоит, и ждёт, чтобы войти, если я открою.</w:t>
      </w:r>
    </w:p>
    <w:p>
      <w:r>
        <w:rPr/>
        <w:t>Я открываю дверь и приглашаю Царя царей в свой дом. Как радостно! Мой стол накрыт, и мы дружно принимаемся за трапезу, весело общаясь. И это не простой ужин, а глубокое познание друг друга. Я понимаю, что в Небесных товарах мне был продан Сам Господь, а теперь Он лично пришёл, чтобы заверить меня в том, что эта покупка была необходима. Он не просто желает мне что-то продать, но и планирует научить меня этим пользоваться. Наделяя меня Небесной властью любви и праведности, наполняя меня мудростью свыше, Господь желает, чтобы я имел и понимание того, что я приобрёл, и как это действует. Предлагая Самого Себя, Иисус открывается мне в личном общении.</w:t>
      </w:r>
    </w:p>
    <w:p>
      <w:r>
        <w:rPr/>
        <w:t>Он не может открыться толпе. Мы бы продолжали смотреть друг на друга, а не на Иисуса, а так я взираю на Него через мой стол и преображаюсь.</w:t>
      </w:r>
    </w:p>
    <w:p>
      <w:r>
        <w:rPr/>
        <w:t>Предложение Христа настолько уникально и удивительно, что я поначалу не понимаю, чего Он хочет. А Иисус всё приходит и приходит. И я невольно влюбляюсь в Него и уже не могу без Него жить и дышать. Все мои мысли о Нём, моё лучшее время для Него. Я отдаю всё, чтобы приобрести ещё больше того, что Он предлагает. Меня уже влечёт к Нему не Его совет, а моя нужда и жажда. Я мечтаю об очередной встрече с Ним, чтобы просто побыть рядом, посмотреть в Его глаза, послушать Его голос. Я готов вечно любоваться Им и познавать глубину Его любви. Иисус мой, и я это знаю. А я Его, и Он мне об этом говорит. Я даже не представлял, чем закончатся эти покупки в Лаодикии. А Господь заверяет меня в том, что даст мне сидеть рядом с Ним на престоле. Я не совсем понимаю, что это значит для меня, ведь это символ высшей власти. Но меня очень устраивает то, что я буду всегда рядом с Ним. И мы будем всегда вместе, и уже смерть не разлучит нас.</w:t>
      </w:r>
    </w:p>
    <w:p>
      <w:r>
        <w:rPr/>
        <w:t>И всё это сокрыто в простом совете к Лаодикии. Размышляя о такой скромности, я прихожу к выводу, что любовь не может заставлять и требовать. Было бы странно услышать предложение любви с угрозой смерти в случае отказа или запугивание муками совести, если я отклоню предложение. Но вот так и действует Божья любовь, с уважением к свободе моего выбора.</w:t>
      </w:r>
    </w:p>
    <w:p>
      <w:r>
        <w:rPr/>
        <w:t xml:space="preserve">Чем чаще я перечитываю это послание любви, тем больше вникаю в глубину предлагаемого. Эта весть открывает мне план Бога в отношении меня в </w:t>
      </w:r>
      <w:r>
        <w:rPr/>
        <w:t>последних событиях мировой истории. И этот план не изменился с годами, но пришёл в действие, приближаясь к концу времени. Господь предлагает Себя каждому Своему сыну и дочери, желая, чтобы мы услышали Его голос и обратили внимание на эту весть. Если я говорю своим равнодушием или невежеством «нет», то это тоже ответ.</w:t>
      </w:r>
    </w:p>
    <w:p>
      <w:r>
        <w:rPr/>
        <w:t>Могу ли я заставить любимую девушку выйти за меня замуж, если я ей неинтересен, если у неё нет для меня времени, если она говорит мне «нет»? Я не буду настаивать на своём предложении, даже если очень её люблю. Мне придётся оставить её в покое. А любовь не проходит. Я вижу, как она уходит к другому и страдает в этом союзе, но ничего уже не могу для неё сделать. У меня нет ничего больше, чем я сам. Только этим я мог бы порадовать её сердце.</w:t>
      </w:r>
    </w:p>
    <w:p>
      <w:r>
        <w:rPr/>
        <w:t>А теперь давайте представим, друзья, что переживает Иисус, видя наши отказы, наше невежество и непонимание того, что Он нам предлагает. Я не стану покупать то, что мне не нужно. Но что будет со мной, если это «не нужно» будет относиться ко Христу, к Его совету и призыву? Что ещё может дать мне Бог, если я отклоню Его предложение? Трудно представить. А если и представляю, то становится страшно.</w:t>
      </w:r>
      <w:r>
        <w:rPr/>
        <w:t xml:space="preserve"> </w:t>
      </w:r>
      <w:r>
        <w:rPr/>
        <w:t>Но мне необходимо что-то ответить.</w:t>
      </w:r>
    </w:p>
    <w:p>
      <w:pPr>
        <w:pStyle w:val="Heading2"/>
      </w:pPr>
      <w:r>
        <w:t>Вопросы к размышлению над этой главой</w:t>
      </w:r>
    </w:p>
    <w:p>
      <w:r>
        <w:rPr/>
        <w:t xml:space="preserve">1. Прочитайте, пожалуйста: Иак.1:21-25; Откр.3:14-22; Иер.29:11-14; 31:3; 33:3; 1Пар.28:9; Ин.12:32; 17:3; Песн.1:1-3,14-16; 2:2-10; 3:1-4; 4:1-12; 5:10,16; 6:9-10; 7:10-11; 8:6-7 </w:t>
      </w:r>
      <w:r>
        <w:rPr/>
        <w:t>в свете этой главы</w:t>
      </w:r>
      <w:r>
        <w:rPr/>
        <w:t>.</w:t>
      </w:r>
    </w:p>
    <w:p>
      <w:r>
        <w:rPr/>
        <w:t xml:space="preserve">2. </w:t>
      </w:r>
      <w:r>
        <w:rPr/>
        <w:t>Что вы поняли из этой главы</w:t>
      </w:r>
      <w:r>
        <w:rPr/>
        <w:t>?</w:t>
      </w:r>
    </w:p>
    <w:p>
      <w:r>
        <w:rPr/>
        <w:t>3. Какие Библейские стихи пришли вам на память при изучении этого урока?</w:t>
      </w:r>
    </w:p>
    <w:p>
      <w:r>
        <w:rPr/>
        <w:t>4. Как вы думаете, соответствует ли действительности то, что мы с вами изучили?</w:t>
      </w:r>
    </w:p>
    <w:p>
      <w:r>
        <w:rPr/>
        <w:t>5. Дана ли нам Лаодикийская весть для простого ознакомления, или в ней содержится особый план для каждого человека?</w:t>
      </w:r>
    </w:p>
    <w:p>
      <w:r>
        <w:rPr/>
        <w:t>6. Есть ли у вас желание ещё глубже погрузиться в изучение символов вести к Лаодикии?</w:t>
      </w:r>
    </w:p>
    <w:p>
      <w:r>
        <w:rPr/>
        <w:t>7. Может ли быть победителем тот, кто бегло прочитает весть Верного Свидетеля и отложит её</w:t>
      </w:r>
      <w:r>
        <w:rPr/>
        <w:t>?</w:t>
      </w:r>
    </w:p>
    <w:p>
      <w:r>
        <w:rPr/>
        <w:t>8. Почему эта весть представлена в виде совета, а приход Христа ко мне — как скромного ожидания?</w:t>
      </w:r>
    </w:p>
    <w:p>
      <w:r>
        <w:rPr/>
        <w:t>9. У вас есть желание молиться о приобретении товаров у Небесного Купца, а потом просить Его войти в ваш дом и ужинать с вами?</w:t>
      </w:r>
    </w:p>
    <w:p>
      <w:r>
        <w:rPr/>
        <w:t>10. Откроется ли мне Господь за один день? Познаю ли я Его за пару встреч?</w:t>
      </w:r>
    </w:p>
    <w:p>
      <w:r>
        <w:rPr/>
        <w:t>11. Может ли мне помочь моя вера получить от Иисуса то, что мой разум не понимает? Ожидает ли Господь от меня этой веры?</w:t>
      </w:r>
    </w:p>
    <w:p>
      <w:r>
        <w:rPr/>
        <w:t>12. Если Господь советует мне что-то сделать, то будет ли правильно это делать?</w:t>
      </w:r>
    </w:p>
    <w:p>
      <w:r>
        <w:rPr/>
        <w:t>13. Знаете ли вы то, что в предыдущих уроках мы очень подробно изучали весть к Лаодикии? И нам многое открылось. Есть ли у вас желание узнать об этом больше?</w:t>
      </w:r>
    </w:p>
    <w:p>
      <w:r>
        <w:rPr/>
        <w:t>14. Привлекла ли ваше внимание эта весть? Открылась ли она вам как очень важная для вас?</w:t>
      </w:r>
    </w:p>
    <w:p>
      <w:pPr>
        <w:pStyle w:val="Heading2"/>
        <w:pageBreakBefore/>
      </w:pPr>
      <w:r>
        <w:t>Глава 76</w:t>
      </w:r>
    </w:p>
    <w:p>
      <w:pPr>
        <w:pStyle w:val="Heading1"/>
      </w:pPr>
      <w:r>
        <w:t>Жертвы самообмана</w:t>
      </w:r>
    </w:p>
    <w:p>
      <w:r>
        <w:rPr/>
        <w:t>Враг души желает внушить мне свой взгляд на жизнь. В его задачу входит искажение моего мировоззрения и удаление из моего сознания Христа. Это то, чем сатана занимается постоянно, используя всю свою мудрость и хитрость. В арсенале лукавого достаточно средств, и он не гнушается ничем, что помогло бы ему в осуществлении его замыслов.</w:t>
      </w:r>
    </w:p>
    <w:p>
      <w:r>
        <w:rPr/>
        <w:t>Ложь приобрела настолько убедительную окраску и стала настолько популярной, что уже не вызывает опасения даже у Божьих детей.</w:t>
      </w:r>
    </w:p>
    <w:p>
      <w:r>
        <w:rPr/>
        <w:t>Вера в ложь приводит меня к самообману. Если меня пытается кто-то обмануть, я могу сравнить его информацию со своим пониманием и распознать подвох, но если я сам себя начинаю убеждать во лжи, то все мои защитные барьеры стремительно рушатся, и зло беспрепятственно входит в мою жизнь и становится частью меня. А я уверен в том, что всё под контролем, что Бог обязательно меня защитит, если я ошибусь, что моя искренность будет мне оправданием, если я поверю лжи и стану в ней жить.</w:t>
      </w:r>
    </w:p>
    <w:p>
      <w:r>
        <w:rPr/>
        <w:t>«Всякая неправда есть грех, но есть грех не к смерти» 1Ин.5:17.</w:t>
      </w:r>
    </w:p>
    <w:p>
      <w:r>
        <w:rPr/>
        <w:t>Если кто-то переписал историю моей страны и научил меня этому в школе, то это не так страшно, хотя формирует моё мышление согласно полученной информации.</w:t>
      </w:r>
    </w:p>
    <w:p>
      <w:r>
        <w:rPr/>
        <w:t>Но если кто-то перефразировал Библию и трактует мне истину по-своему, то это становится уже очень опасно, потому что извращение Божьих слов искажает моё представление о Боге и о Его плане Спасения.</w:t>
      </w:r>
    </w:p>
    <w:p>
      <w:r>
        <w:rPr/>
        <w:t>У врага души есть тактика, с помощью которой он успешно направляет моё внимание к второстепенным вещам, преувеличивая их, но при этом главное отодвигает в сторону или делает чем-то незначительным.</w:t>
      </w:r>
    </w:p>
    <w:p>
      <w:r>
        <w:rPr/>
        <w:t>Давайте на примере вести к Лаодикии рассмотрим подобную ситуацию. Господь знает, что нас ожидает во время перед Вторым Пришествием. Чтобы мне быть готовым к предстоящим событиям и находиться во всеоружии, Иисус посылает мне Свою весть, надеясь, что я стану её изучать и соблюдать. В других местах Библии мне даются косвенные доказательства того, что без запасов масла, без Божьей печати, без веры в Иисуса, без послушания Божьим заповедям, без брачной одежды у меня нет никаких шансов на спасение, и я буду признан нечестивым, которого Иисус не знает.</w:t>
      </w:r>
    </w:p>
    <w:p>
      <w:r>
        <w:rPr/>
        <w:t>В мирное время я проходил службу в армии, и мне иногда выдавали автомат без патронов. Во время учений он должен был быть со мной везде, день и ночь. Это была такая обуза, которая не нравилась никому, особенно во время сна, и каждый старался избавиться от этого предмета, когда шёл спать. И офицеры знали это и не очень нас проверяли. А я боялся, что мой автомат могут украсть, и поэтому не расставался с ним. Но это было в мирное время, и я так и не понял, что я защищал.</w:t>
      </w:r>
    </w:p>
    <w:p>
      <w:r>
        <w:rPr/>
        <w:t xml:space="preserve">Но если взять военное время, то всё меняется кардинально. Все полученные знания оживают, а наличие оружия и амуниции делает меня дееспособным </w:t>
      </w:r>
      <w:r>
        <w:rPr/>
        <w:t>воином, одетым в форму своей страны. Автомат без патронов, а пушка без снарядов означают для меня верную смерть в случае атаки врага. Мне нечем противостоять противнику, и я становлюсь для него лёгкой мишенью. А отсутствие военной одежды вводит в заблуждение товарищей по оружию, и они могут счесть меня за врага и уничтожить. А если у меня нет знаний о том, как пользоваться тем арсеналом, что мне доверили и с которым приказали действовать, то я не смогу принести пользу своей армии. Также стоит учесть и мой настрой, который может вдохновлять других, а может ослаблять руки и внушать панику и страх перед мощью врага.</w:t>
      </w:r>
    </w:p>
    <w:p>
      <w:r>
        <w:rPr/>
        <w:t>Подобные вещи учитываются в любой армии, и командиры быстро выявляют все недостатки и всех паникёров, принимая решительные меры, чтобы исправить ситуацию.</w:t>
      </w:r>
    </w:p>
    <w:p>
      <w:r>
        <w:rPr/>
        <w:t>Бог многократно предупреждает нас о времени скорби, о последнем сражении, о Своём Пришествии и конце истории нашего мира. Он даёт понять, что мы станем непосредственными участниками этих событий, и столкновение неизбежно. Огонь испытаний будет в семь раз сильнее ожидаемого, и наши враги нас в него обязательно кинут. Хочу я или нет, но мне придётся встретиться лицом к лицу со всеми трудностями, которые мне будет необходимо преодолеть, чтобы выйти победителем. И Господь уже определил меня для победы и даже объявил мою награду. Победа в последнем сражении отличается от всех других побед, одержанных в более спокойных условиях.</w:t>
      </w:r>
    </w:p>
    <w:p>
      <w:r>
        <w:rPr/>
        <w:t>В мирное время мой автомат без патронов внушал страх гражданскому населению, и они с уважением смотрели на меня как на их защитника. А я нёс службу в стране—победителе во Второй Мировой войне и был представителем могучей армии, хотя не имел ни знаний, ни патронов.</w:t>
      </w:r>
    </w:p>
    <w:p>
      <w:r>
        <w:rPr/>
        <w:t>Сейчас я нахожусь в армии Христа, Который уже победил этот мир и одержит окончательную победу над силами зла, ввергнув всех Своих противников в озеро огненное. Меня устраивает принадлежность к такой организации, и даже отсутствие патронов в моём духовном автомате меня не очень тревожит. Я веду привычные бои с самим собой и своими привычками. Я знаю, где прячется враг, и не захожу на его территорию. У меня дома есть Библия в нескольких экземплярах, также она загружена на телефоне на разных языках во всевозможных переводах, и я могу её даже слушать во время работы. Также и труды Духа Пророчества всегда под рукой, и я имею возможность быстро найти любую цитату на каждый случай жизни, и слушать эти труды с утра до вечера. А если мне что-то непонятно, то в поиске я могу найти тысячи ответов на все вопросы, и мне представляются на выбор сотни проповедей на интересующую меня тему. Я молюсь довольно долго и усердно и знаю, как выпрашивать у Бога всё необходимое для жизни. Я вооружён до зубов, и врагу души нет никаких шансов меня одолеть. И это делает меня довольно духовно богатым и самоуверенным в своих силах, хотя я понимаю, что Христос всегда рядом и никогда не оставит меня.</w:t>
      </w:r>
    </w:p>
    <w:p>
      <w:r>
        <w:rPr/>
        <w:t xml:space="preserve">Но тут приходит некто и начинает показывать мне знакомую весть к Лаодикии, говоря, что в ней предлагается оружие победы для последнего сражения. Я изучал ранее это послание, и могу расшифровать все символы, зная их </w:t>
      </w:r>
      <w:r>
        <w:rPr/>
        <w:t>определение. Я много читал об этом и имею правильные ответы. Знаю даже таких людей, которые выучили это послание наизусть. Но мне говорят, что в вести содержится таинственная глубина откровений и секрет особых отношений со Христом. Я слушаю и понимаю, что, возможно, что-то в этом и есть, но у меня уже столько света и столько духовной работы, что отвлекаться на очередное откровение просто нет времени. Да и зачем мне это масло, когда и так светло? Кого я удивлю своим светильником при свете солнца?</w:t>
      </w:r>
    </w:p>
    <w:p>
      <w:r>
        <w:rPr/>
        <w:t>Знает ли враг души о том, что представляет собой послание к Лаодикии? Да, знает и трепещет. Он осознаёт, что всякий, кто входит со Христом в торговые отношения, понимая, что покупает, попадает под особый статус воина Христа и обучается Самим Иисусом в личных отношениях. Чтобы только отвлечь моё внимание от этой вести, враг готов не мешать мне в других познаниях. В мирное время сатана постоянно докучал мне по любому поводу, мешая во всём, но сейчас он готов позволить мне всё, лишь бы отвлечь моё внимание от самой важной вести приготовления.</w:t>
      </w:r>
    </w:p>
    <w:p>
      <w:r>
        <w:rPr/>
        <w:t>Самый коварный план врага состоит в том, чтобы убедить меня в отсутствии магазина с маслом для светильника, что мне никто ничего не продаёт, и это простые символы. И я ему почему-то верю.</w:t>
      </w:r>
    </w:p>
    <w:p>
      <w:pPr>
        <w:pStyle w:val="Heading2"/>
      </w:pPr>
      <w:r>
        <w:t>Вопросы к размышлению над этой главой</w:t>
      </w:r>
    </w:p>
    <w:p>
      <w:r>
        <w:rPr/>
        <w:t xml:space="preserve">1. Прочитайте, пожалуйста: Откр.3:17; Лук.9:25; 1Ин.1:6-10; Гал.6:3,7-10; 2Кор.10:12,18; 13:5; Иер.9:4-9; 23:16; 37:9; 42:20-22; Иез.20:43; 34:2; Рим.3:10:17; 1Кор.3:18; 6:9-12; 15:33-34; Ин.8:54; Иак.1:12-17,22-27; Пс.63:5-9; Прит.20:2; Еф.5:15-20 </w:t>
      </w:r>
      <w:r>
        <w:rPr/>
        <w:t>в свете этой главы</w:t>
      </w:r>
      <w:r>
        <w:rPr/>
        <w:t>.</w:t>
      </w:r>
    </w:p>
    <w:p>
      <w:r>
        <w:rPr/>
        <w:t xml:space="preserve">2. </w:t>
      </w:r>
      <w:r>
        <w:rPr/>
        <w:t>Что вы поняли из этой главы</w:t>
      </w:r>
      <w:r>
        <w:rPr/>
        <w:t>?</w:t>
      </w:r>
    </w:p>
    <w:p>
      <w:r>
        <w:rPr/>
        <w:t>3. Какие ещё Библейские стихи пришли вам на память?</w:t>
      </w:r>
    </w:p>
    <w:p>
      <w:r>
        <w:rPr/>
        <w:t>4. Что такое самообман? Возможно ли это в наше время?</w:t>
      </w:r>
    </w:p>
    <w:p>
      <w:r>
        <w:rPr/>
        <w:t>5. В чём опасность самообмана?</w:t>
      </w:r>
    </w:p>
    <w:p>
      <w:r>
        <w:rPr/>
        <w:t>6. Может ли самообман быть хулой на Святого Духа? Мар.3:23-29.</w:t>
      </w:r>
    </w:p>
    <w:p>
      <w:r>
        <w:rPr/>
        <w:t>7. В чём состоит опасность, если я сам себе придумываю путь для спасения и победы?</w:t>
      </w:r>
    </w:p>
    <w:p>
      <w:r>
        <w:rPr/>
        <w:t>8. Стоит ли обращать внимание на Божьи советы относительно последнего времени?</w:t>
      </w:r>
    </w:p>
    <w:p>
      <w:r>
        <w:rPr/>
        <w:t>9. Будет ли Иисус вводить меня в заблуждение, советуя мне что-то сделать для моего возрождения?</w:t>
      </w:r>
    </w:p>
    <w:p>
      <w:r>
        <w:rPr/>
        <w:t>10. Что может со мной произойти, если я отвергну совет Верного Свидетеля?</w:t>
      </w:r>
    </w:p>
    <w:p>
      <w:r>
        <w:rPr/>
        <w:t>11. Будет ли враг души помогать мне избирать свои пути для своего спасения?</w:t>
      </w:r>
    </w:p>
    <w:p>
      <w:r>
        <w:rPr/>
        <w:t>12. Что мне делать, если я понимаю, что нахожусь в самообмане?</w:t>
      </w:r>
    </w:p>
    <w:p>
      <w:r>
        <w:rPr/>
        <w:t>13. Помогут ли мне знания Божьей воли для последнего времени избежать ловушки самообмана?</w:t>
      </w:r>
    </w:p>
    <w:p>
      <w:r>
        <w:rPr/>
        <w:t>14. Может ли моя искренность сыграть со мной злую шутку? Стоит ли мне проверять всякое учение, прежде чем с ним соглашаться?</w:t>
      </w:r>
    </w:p>
    <w:p>
      <w:r>
        <w:rPr/>
        <w:t>15. Вам понятна важность послания к Лаодикии?</w:t>
      </w:r>
    </w:p>
    <w:p>
      <w:pPr>
        <w:pStyle w:val="Heading2"/>
        <w:pageBreakBefore/>
      </w:pPr>
      <w:r>
        <w:t>Глава 77</w:t>
      </w:r>
    </w:p>
    <w:p>
      <w:pPr>
        <w:pStyle w:val="Heading1"/>
      </w:pPr>
      <w:r>
        <w:t>Я здесь</w:t>
      </w:r>
    </w:p>
    <w:p>
      <w:r>
        <w:rPr/>
        <w:t>Самый последний отрезок истории перед Вторым Пришествием Христа будет самым тёмным периодом в жизни нашего мира. Господь неоднократно предсказывает это, называя временем великой скорби.</w:t>
      </w:r>
    </w:p>
    <w:p>
      <w:r>
        <w:rPr/>
        <w:t>Солнце будет всходить и заходить по расписанию, дожди будут орошать нашу планету, но в сердцах людей будет царить мрак. И эта тьма станет сгущаться и поглощать в себя всё доброе, любящее и радостное.</w:t>
      </w:r>
    </w:p>
    <w:p>
      <w:r>
        <w:rPr/>
        <w:t>Любой кризис может иметь личный характер, он может быть только моим. Например, если в стране идёт война, то от этого страдают все граждане противоборствующих сторон и особенно те, кто находится в зоне боевых действий. Если же умер мой родственник, то от этого буду страдать только я и те, кто был близок к погибшему.</w:t>
      </w:r>
    </w:p>
    <w:p>
      <w:r>
        <w:rPr/>
        <w:t>Однако последний кризис будет исходить от Бога. Господь отпустит все силы зла и позволит им осуществлять всё, что Божья рука сдерживала во время благоприятное. Все страны войдут в подобное состояние. Читаем у Ис.60:2: "Ибо вот, тьма покроет землю, и мрак — народы; а над тобою воссияет Господь, и слава Его явится над тобою".</w:t>
      </w:r>
    </w:p>
    <w:p>
      <w:r>
        <w:rPr/>
        <w:t>Мрак души — это то, с чем придётся столкнуться всем. В ночную часть суток мы не делаем дела, а готовимся ко сну. Но ночь души — это время, которое касается лично меня и влияет на моё духовное, душевное и физическое состояние.</w:t>
      </w:r>
    </w:p>
    <w:p>
      <w:r>
        <w:rPr/>
        <w:t>Мой взгляд сосредоточен на том, что у меня перед глазами, а моё сердце там, где концентрируется моё богатство. Во время благоприятное я спокойно создаю себе комфорт и благоустраиваю свою жизнь, постигая и те духовные ценности, которые предлагает мне Господь. Не всегда я могу определить, насколько я твёрд в своём уповании на Бога, и тогда в мою жизнь приходит экзамен. Кризис испытывает меня с разных сторон и показывает мне мои слабые и сильные качества души.</w:t>
      </w:r>
    </w:p>
    <w:p>
      <w:r>
        <w:rPr/>
        <w:t>Мои привычные взгляды на жизнь рушатся, и открываются новые возможности для обретения ценного опыта.</w:t>
      </w:r>
    </w:p>
    <w:p>
      <w:r>
        <w:rPr/>
        <w:t>Господь знает, с чем столкнётся Его народ в конце времени, и каким жарким будет огонь испытаний. В этих событиях Бог не оставит людей, которые принадлежат Ему. Библия не только сообщает о том, что произойдёт, но также содержит в себе информацию о том, как приготовиться, что делать и Кому стоит принадлежать.</w:t>
      </w:r>
    </w:p>
    <w:p>
      <w:r>
        <w:rPr/>
        <w:t>Когда я плыву на судне, курс которого проходит через опасные места, крайне глупо учиться заделыванию пробоин в корпусе, сидя над учебниками по ремонту судна, когда в трюме открылась течь. А если я побегу на место происшествия, то просто не буду знать, что делать. Обучение подобным вещам происходит до того, как они наступают. А экзамен открывает глубину моих знаний.</w:t>
      </w:r>
    </w:p>
    <w:p>
      <w:r>
        <w:rPr/>
        <w:t>Тьма приближается. Столкновение с ней неизбежно. Она может поглотить меня, но она бессильна перед светом. Свет не боится тьмы и продолжает быть светом даже в самое тёмное время.</w:t>
      </w:r>
    </w:p>
    <w:p>
      <w:r>
        <w:rPr/>
        <w:t>Однажды меня попросили пройтись по залу между стульями. Я это сделал без проблем. Потом мне завязали глаза и, держа за руку, повели по тому же маршруту. Было сложнее, но я преодолел это испытание. После этого меня просили самостоятельно пройти этот же путь, слушая команды и предостережения. Мне было ещё труднее, но получилось. В конце мне предложили самому пройти там же, не снимая повязки с глаз. Я натыкался на каждый стул, чуть не упал, а потом понял, что я даже не знаю, в каком направлении иду, и дойду ли я до цели. Кругом были зрители, которые смеялись над моей беспомощностью и язвили в мой адрес.</w:t>
      </w:r>
    </w:p>
    <w:p>
      <w:r>
        <w:rPr/>
        <w:t>Подобное испытание ожидает каждого верующего человека. И горе мне, если я окажусь во тьме без Божьей руки или не слыша Его голоса. Если сейчас Господь может оставлять меня в таком состоянии, чтобы научить всегда искать и находить Его руку, то в последнем испытании я буду иметь то, что познал и что сделал главным.</w:t>
      </w:r>
    </w:p>
    <w:p>
      <w:r>
        <w:rPr/>
        <w:t>Господь знает, с чем я столкнусь, и желает сейчас научить меня чему-то важному. Мне даётся совет, что делать. Иисус лично приходит ко мне, чтобы обличить меня и дать выход из моего печального состояния. Мне дана очень ясная весть о том, что нужно предпринять. Но более всего меня удивляет личное присутствие Христа в этом предложении. Он Сам приходит, чтобы я приобрёл Его без посредников. Это говорит мне о важности происходящего. И если Сам Бог желает быть в моём доме и иметь со мной лично близкие отношения, то в этом содержится какой-то важный секрет, который мне важно разгадать.</w:t>
      </w:r>
    </w:p>
    <w:p>
      <w:r>
        <w:rPr/>
        <w:t>Приведём пример. Я всю жизнь борюсь за своё выживание, работая на двух работах, и еле свожу концы с концами, считая себя продвинутым. Но тут приходит миллиардер и, наблюдая за моей «мышиной вознёй», называет меня несчастным, жалким, нищим и нагим. Но не уходит, а предлагает выход. Он советует мне войти с ним в торговые отношения и получить от него то, что сделает меня богатым, одетым и мудрым. Мне предоставляется бизнес-школа, в которой я могу получить необходимые для процветания знания и средства. Мне советуют быть прилежным в обучении и не возвращаться к прошлой жизни.</w:t>
      </w:r>
    </w:p>
    <w:p>
      <w:r>
        <w:rPr/>
        <w:t>Я не понимаю, за что такие благословения? А он заверяет меня в своей любви и дружбе. Я решаюсь попробовать. Мне выдаётся приличная сумма средств для инвестиции в прибыльные проекты. Я смотрю и радуюсь, и не знаю, что делать с таким счастьем.</w:t>
      </w:r>
    </w:p>
    <w:p>
      <w:r>
        <w:rPr/>
        <w:t>Но этот друг-миллиардер не оставляет меня в покое. Он желает не просто мне что-то дать или продать, а иметь и личные отношения, и приходит именно тогда, когда я расслабляюсь после рабочего дня, хочу спокойно поесть и отдохнуть. И тут стук и знакомый голос. А я устал, неужели он не понимает? Но, с другой стороны, это же мой друг, который пришёл с визитом. Моё эгоистичное сердце противится, а моя душа тянется к общению. Я решаю открыть и впускаю дорогого гостя. Мы весело проводим время, и я узнаю этого человека ближе. Он убеждает меня, что придёт и на следующий день, и будет постоянно посещать меня после рабочего дня, да и во время работы он всегда на связи. Я удивляюсь, но соглашаюсь, ведь это так радостно дружить с миллиардером.</w:t>
      </w:r>
    </w:p>
    <w:p>
      <w:r>
        <w:rPr/>
        <w:t>Я рассказываю всем своим друзьям о переменах в моей жизни и в мышлении, приглашаю их лично познакомиться с моим другом, а они не верят, что такое может быть, и считают своё время слишком дорогим, чтобы тратить его на всяких миллиардеров. Сами как-нибудь справятся. Я с сожалением смотрю на их нищету и ничего не могу для них сделать. Мой друг уважает выбор людей.</w:t>
      </w:r>
    </w:p>
    <w:p>
      <w:r>
        <w:rPr/>
        <w:t>В нашей дружбе мне обещано, что если я не покину бизнес-школу, то смогу всегда быть на связи со своим другом, и он даже представит меня своему окружению как своего друга и на всех деловых встречах даст возможность сидеть рядом с ним.</w:t>
      </w:r>
    </w:p>
    <w:p>
      <w:r>
        <w:rPr/>
        <w:t>Мой друг предупредил, что скоро наступит дефолт, и будут трудные времена, но, оставаясь с ним на связи, я буду в курсе происходящего, и все мои инвестиции будут приносить мне и ему прибыль.</w:t>
      </w:r>
    </w:p>
    <w:p>
      <w:r>
        <w:rPr/>
        <w:t>Иисус знает, что меня ожидает в ближайшем будущем, и предлагает мне то, что обогатит мою жизнь, сделает меня достойным и мудрым управителем. А ещё Он приходит ко мне каждый вечер и ждёт моего разрешения войти, чтобы узнать меня поближе и поделиться со мной Своими тайнами души. Мне непонятна такая любовь. За что, Господи? А Он показывает Свои раны и говорит, что не может иначе. И я понимаю, что Он здесь, рядом, навсегда и не оставит меня.</w:t>
      </w:r>
    </w:p>
    <w:p>
      <w:pPr>
        <w:pStyle w:val="Heading2"/>
      </w:pPr>
      <w:r>
        <w:t>Вопросы к размышлению над этой главой</w:t>
      </w:r>
    </w:p>
    <w:p>
      <w:r>
        <w:rPr/>
        <w:t xml:space="preserve">1. Прочитайте, пожалуйста: Ис.60:2-7; Дан.12:1-3; Мат.24:21,29; Мар.13:19-20; Ин.16:33; Иер.15:11; Иез.9:4; 2Тим.4:5; Откр.3:17-22; 7:14 </w:t>
      </w:r>
      <w:r>
        <w:rPr/>
        <w:t>в свете этой главы</w:t>
      </w:r>
      <w:r>
        <w:rPr/>
        <w:t>.</w:t>
      </w:r>
    </w:p>
    <w:p>
      <w:r>
        <w:rPr/>
        <w:t xml:space="preserve">2. </w:t>
      </w:r>
      <w:r>
        <w:rPr/>
        <w:t>Что вы поняли из этой главы</w:t>
      </w:r>
      <w:r>
        <w:rPr/>
        <w:t>?</w:t>
      </w:r>
    </w:p>
    <w:p>
      <w:r>
        <w:rPr/>
        <w:t>3. Какие Библейские стихи пришли вам на память при изучении этого урока?</w:t>
      </w:r>
    </w:p>
    <w:p>
      <w:r>
        <w:rPr/>
        <w:t>4. Верите ли вы в то, что наступают времена скорби, которая испытает всех нас?</w:t>
      </w:r>
    </w:p>
    <w:p>
      <w:r>
        <w:rPr/>
        <w:t>5. Есть ли у вас какое-то средство, чтобы устоять во время скорби?</w:t>
      </w:r>
    </w:p>
    <w:p>
      <w:r>
        <w:rPr/>
        <w:t>6. Есть ли у Бога план на время скорби?</w:t>
      </w:r>
    </w:p>
    <w:p>
      <w:r>
        <w:rPr/>
        <w:t>7. Знаете ли вы Божий план для вашего спасения во время скорбное?</w:t>
      </w:r>
    </w:p>
    <w:p>
      <w:r>
        <w:rPr/>
        <w:t>8. Может ли очередной кризис чему-то вас научить?</w:t>
      </w:r>
    </w:p>
    <w:p>
      <w:r>
        <w:rPr/>
        <w:t>9. Какое отношение имеет любовь ко времени скорби?</w:t>
      </w:r>
    </w:p>
    <w:p>
      <w:r>
        <w:rPr/>
        <w:t>10. Почему Иисус и пророки предупреждали нас о том, что наступят времена тяжкие?</w:t>
      </w:r>
    </w:p>
    <w:p>
      <w:r>
        <w:rPr/>
        <w:t>11. Не боитесь ли вы того, что ваша любовь может охладеть?</w:t>
      </w:r>
    </w:p>
    <w:p>
      <w:r>
        <w:rPr/>
        <w:t>12. Как вы думаете, пригодятся ли вам уроки Школы Любви Агапэ в будущем? Стоит ли их изучать?</w:t>
      </w:r>
    </w:p>
    <w:p>
      <w:r>
        <w:rPr/>
        <w:t>13. Важно ли иметь любовь в последнее время?</w:t>
      </w:r>
    </w:p>
    <w:p>
      <w:r>
        <w:rPr/>
        <w:t>14. Верите ли вы в то, что время запечатления Божьего народа стремительно приближается? Если да, то будет ли оно спокойным?</w:t>
      </w:r>
    </w:p>
    <w:p>
      <w:r>
        <w:rPr/>
        <w:t>15. Где сейчас находится ваш Иисус?</w:t>
      </w:r>
    </w:p>
    <w:p>
      <w:pPr>
        <w:pStyle w:val="Heading2"/>
        <w:pageBreakBefore/>
      </w:pPr>
      <w:r>
        <w:t>Глава 78</w:t>
      </w:r>
    </w:p>
    <w:p>
      <w:pPr>
        <w:pStyle w:val="Heading1"/>
      </w:pPr>
      <w:r>
        <w:t>Экзамен</w:t>
      </w:r>
    </w:p>
    <w:p>
      <w:r>
        <w:rPr/>
        <w:t>Какие чувства вызывает у вас слово «экзамен», когда вам его предстоит пройти?</w:t>
      </w:r>
    </w:p>
    <w:p>
      <w:r>
        <w:rPr/>
        <w:t xml:space="preserve">Мой первый экзамен был по окончании 8-го класса. Лето, распустилась сирень, учебный год закончился, все дети разъехались по лагерям, а я остался в городе, чтобы пройти странное испытание своих знаний. Меня долго готовили к этому событию, рассказывая о разных опытах и о том, насколько это неизбежно. Я был спокоен, но вот только не знал ни одной теоремы по геометрии. За 3 дня до экзамена я сел за учебники и решил хоть что-то выучить. На моё удивление, вся эта наука оказалась довольно понятной и лёгкой, когда я стал в неё вникать, а синусы и косинусы складывались между собою очень просто. Я увидел закономерность между этими законами и за 3 дня выучил все теоремы и доказательства наизусть. </w:t>
      </w:r>
      <w:r>
        <w:rPr/>
      </w:r>
      <w:r>
        <w:rPr/>
        <w:t>На экзамен я пришёл вооружённый знаниями и довольно грамотно ответил. Но учительница не могла согласиться с тем, что я всё знаю, и поставила мне по привычке тройку. Через 3 дня после получения аттестата я всё забыл.</w:t>
      </w:r>
    </w:p>
    <w:p>
      <w:r>
        <w:rPr/>
        <w:t>После этого я ещё много раз проходил различные экзамены, в которых проверялись мои знания и опыт. Я заметил определённую закономерность в успешном прохождении подобных испытаний. Если я или другие были в учёбе и работе прилежными, то на экзамене мы знали, что делать и как отвечать. А те, кто любил прогуливать и безответственно себя вести, не могли сдать с первого раза или еле-еле набирали проходной балл.</w:t>
      </w:r>
    </w:p>
    <w:p>
      <w:r>
        <w:rPr/>
        <w:t>Я видел, как многие люди переживали нервозность в день проверки и не находили себе покоя, хотя я пытался им объяснить, что они останутся живыми, несмотря ни на что.</w:t>
      </w:r>
    </w:p>
    <w:p>
      <w:r>
        <w:rPr/>
        <w:t>Думаю, что каждый из нас переживал подобные события в своей жизни и помнит, что он чувствовал, и каким незначительным и маленьким всё это казалось потом. Подобные испытания проходит каждый человек.</w:t>
      </w:r>
      <w:r>
        <w:rPr/>
        <w:t xml:space="preserve"> </w:t>
      </w:r>
      <w:r>
        <w:rPr/>
        <w:t>Экзамен ничему меня не учит, но показывает проверяющему уровень моих знаний или глубину моего невежества.</w:t>
      </w:r>
    </w:p>
    <w:p>
      <w:r>
        <w:rPr/>
        <w:t>Но в этом событии проявляется одна особенность. Я готовлюсь во всех сферах изучаемой науки, а отвечаю по билету только на какую-то часть. И случай может решить эту задачу за или против меня. Да и экзаменатор может оказаться предвзятым и завалить меня сложными вопросами, или быть очень добрым, или алчным до денег. В конечном итоге я прохожу этот рубеж и живу дальше, как продвинутый по жизни.</w:t>
      </w:r>
    </w:p>
    <w:p>
      <w:r>
        <w:rPr/>
        <w:t xml:space="preserve">Библия учит нас, что верующих в Бога ожидают серьёзные испытания и экзамены. И их особенность состоит в том, что провал может стоить мне права на Вечную жизнь. А это уже серьёзно. Проверка моих знаний и навыков будет всеобъемлющей, всесторонней и довольно глубокой. Теория счастливого билета или хитрой лазейки исключена. Я весь буду взвешен на Божьих весах Его мерила праведности. Каждая моя мысль будет изучена. И в конце испытания меня введут </w:t>
      </w:r>
      <w:r>
        <w:rPr/>
        <w:t>в огонь, который выжжет все инородные примеси, на которые я не обращал внимания.</w:t>
      </w:r>
    </w:p>
    <w:p>
      <w:r>
        <w:rPr/>
        <w:t>Это звучит как-то загадочно и непонятно, но в моей жизни это будет происходить естественным образом. Приходит проблема, с которой я должен справиться. В моём арсенале имеется достаточно средств и знаний, которые тут же наперебой начинают себя предлагать для решения моей задачи. Также два духа, Божий и нечистый, предлагают мне свою помощь. Иногда мне даётся время на раздумье и решение, а бывает, что сделать выбор нужно мгновенно. Мой навык и знание истины уже что-то сформировали в моём сердце, и в некоторых случаях я без труда занимаю Божью позицию, быстро решая идти Его путём.</w:t>
      </w:r>
      <w:r>
        <w:rPr/>
        <w:t xml:space="preserve"> </w:t>
      </w:r>
      <w:r>
        <w:rPr/>
        <w:t>Не все мои испытания и экзамены являются конечными, но все они что-то показывают Небу и мне.</w:t>
      </w:r>
    </w:p>
    <w:p>
      <w:r>
        <w:rPr/>
        <w:t>В Библии я читаю о том, что будет последний экзамен, после которого навсегда закроются таинственные двери, и уже никто не сможет ничего изменить.</w:t>
      </w:r>
    </w:p>
    <w:p>
      <w:r>
        <w:rPr/>
        <w:t>Мудрые девы вошли с горящими светильниками на брачный пир. Мат.25:10. Праведные творили правду ещё, и святые освящались ещё. Откр.22:11. Кто-то придёт ко Христу со своими делами, а Он скажет, что не знает их и попросит отойти как делающих беззаконие. Мат.7:23.</w:t>
      </w:r>
    </w:p>
    <w:p>
      <w:r>
        <w:rPr/>
        <w:t>За время моей христианской жизни я много раз присутствовал на церемонии водного крещения и также был и на похоронах. Радостно видеть рождение новой души для Небесного Царства. Когда же верующий человек уходит в мир небытия, ты не знаешь, каким он будет на Божьих весах, будет ли на суде к нему проявлена милость. Однако есть надежда на встречу с ним в числе спасённых.</w:t>
      </w:r>
    </w:p>
    <w:p>
      <w:r>
        <w:rPr/>
        <w:t>Но описания событий последних дней учат меня тому, что я уже живым буду очищен, взвешен и наделён тем, что мне предлагает Господь для полной победы. И это не окажется случайностью или какой-то особой привилегией для любимчика Бога. Или я делаю то, что мне предлагается, и становлюсь победителем, или я выбираю другой путь и проигрываю навсегда.</w:t>
      </w:r>
    </w:p>
    <w:p>
      <w:r>
        <w:rPr/>
        <w:t>Последняя борьба настолько торжественна, а её исход настолько важен для всей Вселенной, что в армии Христа не может быть случайных воинов, которые попали в её ряды по знакомству или «за красивые глазки».</w:t>
      </w:r>
    </w:p>
    <w:p>
      <w:r>
        <w:rPr/>
        <w:t>Все прошлые экзамены что-то мне показывали и что-то выявляли, а грядущие испытания также мне многое откроют. Но у Бога есть последний экзамен, который решит всё и навсегда.</w:t>
      </w:r>
    </w:p>
    <w:p>
      <w:r>
        <w:rPr/>
        <w:t>Однажды Бог провёл подобный экзамен со всеми живущими на земле. Его выдержали только семья Ноя и его сыновья со своими жёнами. А где были остальные? Неужели там среди оставшихся не было добрых и кротких людей? Почему так жёстко обошлись с теми, кто, возможно, и не понял серьёзность Божьих предупреждений?</w:t>
      </w:r>
      <w:r>
        <w:rPr/>
        <w:t xml:space="preserve"> </w:t>
      </w:r>
      <w:r>
        <w:rPr/>
        <w:t>Сейчас Бог предлагает нам второй Ковчег — покой в Иисусе, но ближе к концу Он вносит некоторые дополнения и советует купить у Него товары.</w:t>
      </w:r>
    </w:p>
    <w:p>
      <w:r>
        <w:rPr/>
        <w:t>Предлагалась ли девам покупка масла? Да. Но неразумные почему-то это знали и откладывали. И всё было бы хорошо, да вот Жених пришёл неожиданно для всех и не стал ждать неподготовленных.</w:t>
      </w:r>
    </w:p>
    <w:p>
      <w:r>
        <w:rPr/>
        <w:t>А что делать Купцу из Лаодикийского магазина (Откр.3:18), когда Его товары остаются невостребованными? Сколько Он ещё будет их предлагать?</w:t>
      </w:r>
    </w:p>
    <w:p>
      <w:r>
        <w:rPr/>
        <w:t>Когда я решил жениться, тогда я устроил своей будущей жене экзамен. Я сделал ей предложение, предлагая выйти за меня замуж. Мне было очень интересно, как она пройдёт это испытание. И знаете — она согласилась, а потом ещё сама взяла и мою фамилию.</w:t>
      </w:r>
    </w:p>
    <w:p>
      <w:r>
        <w:rPr/>
        <w:t>Что-то подобное готовит нам Иисус. У Него есть условия, которые я должен выполнить. Почему Он именно так решил меня испытать? В этом есть особая Божья мудрость, которая открывается в процессе согласия отозваться на Божий совет.</w:t>
      </w:r>
    </w:p>
    <w:p>
      <w:r>
        <w:rPr/>
        <w:t>Вначале я не понимаю, что я приобрёл, но, приобретая, я осознаю, что без этого я просто уже не могу жить. Когда невеста думает над ответом, дать ли согласие, она не понимает, что выбирает. Но когда она решила стать женою, она уже не может жить без мужа. Она его плоть, а он её глава.</w:t>
      </w:r>
    </w:p>
    <w:p>
      <w:r>
        <w:rPr/>
        <w:t>Совет к Лаодикии — это не что-то одно из многого, а то единственное, что выделит меня из многого как истинного победителя.</w:t>
      </w:r>
    </w:p>
    <w:p>
      <w:r>
        <w:rPr/>
        <w:t>До закрытия времени благодати есть много путей для познания истины и обретения единства с Богом. Но перед закрытием этого времени Господь желает иметь особый народ, который будет отличаться от всех остальных. Имя этим людям — 144 тысячи. Они будут нести особую весть для мира, после чего придёт конец всякому злу и невежеству, и наступит время жатвы. Вас это пугает?</w:t>
      </w:r>
    </w:p>
    <w:p>
      <w:pPr>
        <w:pStyle w:val="Heading2"/>
      </w:pPr>
      <w:r>
        <w:t>Вопросы к размышлению над этой главой</w:t>
      </w:r>
    </w:p>
    <w:p>
      <w:r>
        <w:rPr/>
        <w:t xml:space="preserve">1. Прочитайте, пожалуйста: Быт.7:7,16; Мат.24:37-39; Откр.22:6,10-12,18-19; Дан.11:33-35; 2Кор.8:1-3; Иак.1:2-5,12-17; 1Пет.3:14-15; 4:12-19; Мат.25:8-12,19; Лук.16:2; Рим.14:12; Евр.4:13; 13:17; Ос.4:6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Как вы думаете, настанет ли то время, когда Господь пошлёт последнее испытание веры и любви, после которого уже никто ничего не сможет изменить? Есть ли у вас Библейское основание для вашего ответа?</w:t>
      </w:r>
    </w:p>
    <w:p>
      <w:r>
        <w:rPr/>
        <w:t>5. Почему время благодати не может продолжаться до самого Второго Пришествия Христа?</w:t>
      </w:r>
    </w:p>
    <w:p>
      <w:r>
        <w:rPr/>
        <w:t>6. Зачем Богу нужно устраивать мне испытания? Ведь Он и так знает, кто я.</w:t>
      </w:r>
    </w:p>
    <w:p>
      <w:r>
        <w:rPr/>
        <w:t>7. Каким вы представляете себе ваш последний экзамен?</w:t>
      </w:r>
    </w:p>
    <w:p>
      <w:r>
        <w:rPr/>
        <w:t>8. Какую роль играет Послание к Лаодикии в последнее время?</w:t>
      </w:r>
    </w:p>
    <w:p>
      <w:r>
        <w:rPr/>
        <w:t>9. Хочет ли Иисус донести до нас что-то важное через обращение к Лаодикии?</w:t>
      </w:r>
    </w:p>
    <w:p>
      <w:r>
        <w:rPr/>
        <w:t>10. Какую роль играет совет к Лаодикии в вашей жизни?</w:t>
      </w:r>
    </w:p>
    <w:p>
      <w:r>
        <w:rPr/>
        <w:t>11. Знает ли Господь, что нас ожидает в будущем?</w:t>
      </w:r>
    </w:p>
    <w:p>
      <w:r>
        <w:rPr/>
        <w:t>12. В чём отличие всех предыдущих испытаний от последнего экзамена?</w:t>
      </w:r>
    </w:p>
    <w:p>
      <w:r>
        <w:rPr/>
        <w:t>13. Имеет ли притча о десяти девах из Мат.25:1-13 какое-то отношение к посланию к Лаодикии?</w:t>
      </w:r>
    </w:p>
    <w:p>
      <w:r>
        <w:rPr/>
        <w:t>14. Имеет ли послание к Лаодикии какое-то отношение к последнему экзамену?</w:t>
      </w:r>
    </w:p>
    <w:p>
      <w:r>
        <w:rPr/>
        <w:t>15. Знаете ли вы, где находятся те таинственные двери благодати</w:t>
      </w:r>
      <w:r>
        <w:rPr/>
        <w:t>?</w:t>
      </w:r>
      <w:r>
        <w:rPr/>
        <w:t xml:space="preserve"> Откр.3:7-8.</w:t>
      </w:r>
    </w:p>
    <w:p>
      <w:pPr>
        <w:pStyle w:val="Heading2"/>
        <w:pageBreakBefore/>
      </w:pPr>
      <w:r>
        <w:t>Глава 79</w:t>
      </w:r>
    </w:p>
    <w:p>
      <w:pPr>
        <w:pStyle w:val="Heading1"/>
      </w:pPr>
      <w:r>
        <w:t>Всеоружие победителя</w:t>
      </w:r>
    </w:p>
    <w:p>
      <w:r>
        <w:rPr/>
        <w:t>В Послании к Еф.6:10-18 мы читаем о всеоружии Божьем, которое мы «должны принять, дабы могли противостать в день злый и, всё преодолев, устоять». Далее идёт описание этого оружия и повествование о наших противниках. Интересно, что во всеоружие входят некоторые элементы одежды воина: пояс правды, броня истины, обувь готовности, шлем спасения. К амуниции относятся щит веры и духовный меч Слова Божьего, а к боевому духу — всякая молитва и прошение во всякое время, с постоянством и о всех святых.</w:t>
      </w:r>
    </w:p>
    <w:p>
      <w:r>
        <w:rPr/>
        <w:t>Что вы себе представляете, читая это наставление? Жизнь со Христом учит меня обладать и уметь владеть всем перечисленным обмундированием и оружием. Даже если бы этого стиха не было в Библии, арсенал не стал бы другим, и мы, находясь в постоянном противостоянии духам сатаны, применяли бы всё это с определённым успехом. Дух Святой учит каждого сына и дочь Божью именно так вести войну.</w:t>
      </w:r>
    </w:p>
    <w:p>
      <w:r>
        <w:rPr/>
        <w:t>В книге Откровение, со второй по третью главы, повествуется обо всех периодах христианской эпохи, которая заканчивается описанием награды последних победителей.</w:t>
      </w:r>
    </w:p>
    <w:p>
      <w:r>
        <w:rPr/>
        <w:t>Стоит заметить, что заключительный период Лаодикийской церкви имеет интересные дополнения ко всеоружию Божьему, и их Верный Свидетель предлагает у Него купить.</w:t>
      </w:r>
    </w:p>
    <w:p>
      <w:r>
        <w:rPr/>
        <w:t>Расшифровывая символы предлагаемых товаров, мы определили, что золото, очищенное огнём, — это вера и любовь Бога Отца или вера, действующая любовью. Белая одежда — это праведность Христа или Его характер, проявленный в моей жизни и записанный в моё сердце. Глазная мазь — это Небесная мудрость и видение, а также исполнение силой Святого Духа.</w:t>
      </w:r>
    </w:p>
    <w:p>
      <w:r>
        <w:rPr/>
        <w:t>В этих трёх товарах мы видим особое присутствие всех Трёх Личностей Божества.</w:t>
      </w:r>
    </w:p>
    <w:p>
      <w:r>
        <w:rPr/>
        <w:t>Интересно и то, что все упомянутые качества души, предлагаемые Свидетелем Истинным и Верным, не являются чем-то новым, но относятся к обязательным свойствам сердца и для христиан всех прошедших веков. Из истории христианства нам известно, что все перечисленные товары присутствовали в жизни верующих людей. Читаем во 2Кор 13:13: «Благодать Господа нашего Иисуса Христа, и любовь Бога Отца, и общение Святого Духа со всеми вами. Аминь». В этом стихе показаны все товары, предлагаемые Лаодикии.</w:t>
      </w:r>
    </w:p>
    <w:p>
      <w:r>
        <w:rPr/>
        <w:t>Но в последний период христианской эпохи Господь почему-то настоятельно советует всё это купить у Него и быть в этом ревностными. А после Он даёт понять, что лично придёт и научит меня пользоваться Его товарами и воевать. Предложение Господа настолько значимо в Его глазах, что всех думающих и откликнувшихся на стук и совет Господь обещает посадить рядом с Собой на Своём престоле, называя этих верующих победителями. Возникает много вопросов. Почему именно такой путь победы и такое дополнение ко всеоружию Божьему избрал Иисус?</w:t>
      </w:r>
    </w:p>
    <w:p>
      <w:r>
        <w:rPr/>
        <w:t>Почему Он желает в числе победителей видеть людей со счастливым воинственным духом, исполненных любовью друг к другу, дружными в братском общении любви, исполненных Святым Духом? Ведь всё это присутствовало в христианах всех времён?!</w:t>
      </w:r>
    </w:p>
    <w:p>
      <w:r>
        <w:rPr/>
        <w:t>Ответ на эти вопросы находится во власти Христа — это Его план победы, и именно так Он желает облачить Своих победителей. Любовь друг к другу — это не что-то новое в моей жизни, но, к сожалению, она стала каким-то обыденным междометием в общении христиан и выглядит очень поверхностно, оставаясь для многих только красивым словом в виде розового сердечка. И поэтому Господь желает воскресить во мне это свойство души и продать мне настоящую Агапэ, вписать её в моё сердце и мысли, научить жить в любви.</w:t>
      </w:r>
    </w:p>
    <w:p>
      <w:r>
        <w:rPr/>
        <w:t>Я заметил, что постоянное присутствие Божьей агапэ в моём сердце распространяется также и на другие сферы моей жизни. И даже когда кругом идёт война, и все мы заняты этой темой, я почему-то думаю о том, как бы вставить Божью Агапэ в наше общение и отношения, направляя взор людей на этот важный товар для последнего времени.</w:t>
      </w:r>
      <w:r>
        <w:rPr/>
        <w:t xml:space="preserve"> </w:t>
      </w:r>
      <w:r>
        <w:rPr/>
        <w:t>Мои знания о политических интригах и закулисных событиях, мировых новостях и распознание истинных виновников происходящего помогут мне понять, что время Второго Пришествия очень близко. Но они делают меня лишь проинформированным, но не дают мне силы для победы и права на Вечную жизнь.</w:t>
      </w:r>
    </w:p>
    <w:p>
      <w:r>
        <w:rPr/>
        <w:t>Особенность последней борьбы с силами духов злобы поднебесной состоит в том, чтобы противостоять им при их нападении любовью, дружелюбием и счастливым духом во Христе Иисусе. И Он мне это советует купить как истинное знание и мудрость.</w:t>
      </w:r>
    </w:p>
    <w:p>
      <w:r>
        <w:rPr/>
        <w:t>Купить — значит уделить своё время для получения и усвоения этой науки и сложить у Его ног все свои земные представления и стереотипы о любви и счастье, а также свои греховные амбиции как плату за предлагаемое. Господь рассчитывает на моё постоянство и ревность в этой торговле и призывает меня к ней, заверяя в Своей любви и намекая, что будет наказывать меня за невежество в этом вопросе.</w:t>
      </w:r>
    </w:p>
    <w:p>
      <w:r>
        <w:rPr/>
        <w:t>Я, возможно, и не обращал бы внимания на все эти советы, но уж очень меня смущает определение «побеждающий». Я понимаю, что если приму и сделаю всё, что предлагает Верный Свидетель, то стану победителем в конце времени. А если я изберу другой путь, то не смогу никого одолеть, потому что у меня не будет ни оружия, ни обмундирования, ни знания ведения войны.</w:t>
      </w:r>
    </w:p>
    <w:p>
      <w:r>
        <w:rPr/>
        <w:t>Просто говорить ближнему о своей любви, не понимая её законов и силы, — это не победа, это попытка предстать во всеоружии, не имея такового. Белая одежда не надевается поверх грязного и вонючего белья. Господь вначале ведёт меня в баню для очищения, а потом облекает в Себя, наделяя мою волю новыми и святыми свойствами души. Глазная мазь делает меня видящим и понимающим то, что происходит вокруг, и как во всём этом можно сохранить святость, открывая жаждущим Божью любовь. Всему нужно учиться, и поэтому Сам Наставник стоит у двери моего сердца и желает войти, чтобы в непринуждённой обстановке дать мне пример победы и научить меня покорять любовью всякое помышление в послушание Христу.</w:t>
      </w:r>
    </w:p>
    <w:p>
      <w:r>
        <w:rPr/>
        <w:t>Господь желает, чтобы каждый из нас обратил своё внимание на этот замечательный план победы в войне, в которой Иисус уже одержал верх и в которой призывает меня стать победителем.</w:t>
      </w:r>
    </w:p>
    <w:p>
      <w:r>
        <w:rPr/>
        <w:t>Мало просто прочитать этот план. Если выучить его наизусть и подчеркнуть красным карандашом, сделав отметки на полях Библии, то этого тоже недостаточно.</w:t>
      </w:r>
    </w:p>
    <w:p>
      <w:r>
        <w:rPr/>
        <w:t>Если я предлагаю руку и сердце своей любимой, то не для того, чтобы она взяла мою фамилию, и мне в паспорте поставили отметку о браке. Я планирую жить с этим человечком, чтобы уже никогда не разлучаться, всегда решая вместе все вопросы и одерживая победы любви во всех сложных ситуациях и испытаниях. Иисус в послании к Лаодикии предлагает мне что-то вечное и прекрасное, чтобы в наших отношениях это никогда не переставало, а бесконечно долго развивалось, утверждалось в истине и любви для постоянной победы.</w:t>
      </w:r>
    </w:p>
    <w:p>
      <w:r>
        <w:rPr/>
        <w:t>Божий план для победителя очень прост, а Его всеоружие прекрасно по своему устройству. Надо быть совсем слепым и глупым, чтобы отказать Тому, Кто желает тебя обогатить, одеть и сделать мудрым. Хоть мне и не всё до конца понятно, но сам факт того, что всё это предлагает мне Сам Иисус, даёт мне уверенность в жизненной необходимости Его призыва. Говорю Ему «да» и вступаю в Вечную торговлю.</w:t>
      </w:r>
    </w:p>
    <w:p>
      <w:pPr>
        <w:pStyle w:val="Heading2"/>
      </w:pPr>
      <w:r>
        <w:t>Вопросы к размышлению над этой главой</w:t>
      </w:r>
    </w:p>
    <w:p>
      <w:r>
        <w:rPr/>
        <w:t xml:space="preserve">1. Прочитайте, пожалуйста: Еф.6:10-18; 2Кор.6:4-10; 10:3-6; Лук.11:21-23; Откр.3:18; 19:14; Песн.4:7; Ис.54:5; Флп.1:6; Откр.19:7-9,11-16,20-21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Что такое всеоружие Божье?</w:t>
      </w:r>
    </w:p>
    <w:p>
      <w:r>
        <w:rPr/>
        <w:t>5. Для чего Господь желает наделить нас Своим оружием и доспехами?</w:t>
      </w:r>
    </w:p>
    <w:p>
      <w:r>
        <w:rPr/>
        <w:t>6. Могу ли я, веруя в Иисуса, избежать войны с Его противниками? Ин.15:20.</w:t>
      </w:r>
    </w:p>
    <w:p>
      <w:r>
        <w:rPr/>
        <w:t>7. Так ли важно приобретать то, что мне советует Верный Свидетель?</w:t>
      </w:r>
    </w:p>
    <w:p>
      <w:r>
        <w:rPr/>
        <w:t>8. Могу ли я оправдать своё невежество в покупке товаров для Лаодикии, ссылаясь на то, что в Африке у многих верующих собратьев даже нет Библии на родном языке?</w:t>
      </w:r>
    </w:p>
    <w:p>
      <w:r>
        <w:rPr/>
        <w:t>9. Что даёт мне Небесная торговля с Верным Свидетелем?</w:t>
      </w:r>
    </w:p>
    <w:p>
      <w:r>
        <w:rPr/>
        <w:t>10. Связана ли каким-то образом награда для победителя из Откр.3:21 с покупкой ранее предложенных товаров и дружественным визитом Христа на мой ужин?</w:t>
      </w:r>
    </w:p>
    <w:p>
      <w:r>
        <w:rPr/>
        <w:t>11. Что мне делать с тем, что я всё-таки решился купить?</w:t>
      </w:r>
    </w:p>
    <w:p>
      <w:r>
        <w:rPr/>
        <w:t>12. Важно ли понимать, что мне предлагается в Откр.3:18?</w:t>
      </w:r>
    </w:p>
    <w:p>
      <w:r>
        <w:rPr/>
        <w:t>13. Будет ли мне польза от приобретённых покупок без знания, что с ними делать дальше?</w:t>
      </w:r>
    </w:p>
    <w:p>
      <w:r>
        <w:rPr/>
        <w:t>14. Открыла ли вам наша Школа тайну послания к Лаодикии?</w:t>
      </w:r>
    </w:p>
    <w:p>
      <w:r>
        <w:rPr/>
        <w:t>15. Имеет ли послание к Лаодикии какое-то прямое отношение к нашему времени? Если да, то почему об этом мало где говорится?</w:t>
      </w:r>
    </w:p>
    <w:p>
      <w:pPr>
        <w:pStyle w:val="Heading2"/>
        <w:pageBreakBefore/>
      </w:pPr>
      <w:r>
        <w:t>Глава 80</w:t>
      </w:r>
    </w:p>
    <w:p>
      <w:pPr>
        <w:pStyle w:val="Heading1"/>
      </w:pPr>
      <w:r>
        <w:t>Золото, очищенное огнём</w:t>
      </w:r>
    </w:p>
    <w:p>
      <w:r>
        <w:rPr/>
        <w:t>Моя душа подобна немощному дырявому кувшину, который ничего не может удержать в себе надолго, что бы в него ни наливали. Хотя грязь может накрепко прилипать к стенам сосуда, но и она со временем вытекает через различные трещины, освобождая место для следующих жидкостей.</w:t>
      </w:r>
    </w:p>
    <w:p>
      <w:r>
        <w:rPr/>
        <w:t>Моя память способна откладывать на своих полочках информацию обо всём, что прошло через мой сосуд, а потом в нужное время воспроизводить в разуме то, что я смотрел, слышал и чувствовал, заполняя этим кувшин. К сожалению, я не забываю то, что я позволил своим глазам увидеть, и моё воображение способно воспроизвести все картины в самое неподходящее время. Грязь этого мира постоянно оскверняет мой сосуд, а вода жизни помогает мне производить очистку содержимого и дезинфекцию стенок от вредных примесей.</w:t>
      </w:r>
    </w:p>
    <w:p>
      <w:r>
        <w:rPr/>
        <w:t>Вот так и приходится жить в постоянной борьбе за свою чистоту. И создаётся впечатление, что великий конфликт между добром и злом состоит в том, чтобы я научился побеждать самого себя и хранил свою душу от нападок моего ветхого человека, который не собирается умирать, но всегда ищет случая, чтобы напасть на меня и овладеть моей волей. И в этой жестокой схватке я постоянно взываю к Господу в молитве, чтобы Он спас меня от меня самого. О, если бы я навсегда победил своего лютого врага по имени «собственная плоть». Тогда все остальные победы давались бы мне очень легко!</w:t>
      </w:r>
    </w:p>
    <w:p>
      <w:r>
        <w:rPr/>
        <w:t>Получается, что я периодически пачкаюсь, а потом прошу прощения, каюсь, нуждаюсь в обновляющей силе, чтобы, очистившись, вновь упасть в грязную лужу или залить в чистый сосуд очередную порцию нечистот.</w:t>
      </w:r>
    </w:p>
    <w:p>
      <w:r>
        <w:rPr/>
        <w:t>Чистая вода жизни имеет способность растворять в себе всё, с чем соприкасается. Это довольно агрессивная среда, которая не позволяет ничему остаться вне поля её влияния, что в него попадает. Но всё-таки цель Бога состоит не в том, чтобы растворять в воде грязь и этим составом питать моё естество, а в том, чтобы сделать мой сосуд пригодным для приличного употребления и всегда содержать его чистым для всего чистого, что в него попадает.</w:t>
      </w:r>
    </w:p>
    <w:p>
      <w:r>
        <w:rPr/>
        <w:t>Видя мою постоянную борьбу с самим собой, Господь предусмотрел для меня в конце времени нечто лучшее, что решит проблему моего постоянного осквернения навсегда и наполнит моё естество исключительной силой победы, переходящей от славы в славу. Как это возможно? Мой плотской разум не в силах придумать подобный механизм и потом ещё поддерживать его в работе. Но Господь всё это уже предусмотрел и теперь советует мне обрести необходимое.</w:t>
      </w:r>
    </w:p>
    <w:p>
      <w:r>
        <w:rPr/>
        <w:t>Небесное золото очень хорошо решает вопрос моей чистоты. Оно достаточно веское и при попадании в мой сосуд способно выдавить из него всё инородное, что в нём находится.</w:t>
      </w:r>
    </w:p>
    <w:p>
      <w:r>
        <w:rPr/>
        <w:t xml:space="preserve">Вода может растворить содержимое моего кувшина, омыть его стенки, но после этого она вытекает через мелкие трещины или испаряется от высокой температуры различных испытаний. А если в воду попадает грязь, то она </w:t>
      </w:r>
      <w:r>
        <w:rPr/>
        <w:t>способна выдавить из сосуда чистую воду или раствориться в остатке воды, делая жизненную силу непригодной к существованию.</w:t>
      </w:r>
    </w:p>
    <w:p>
      <w:r>
        <w:rPr/>
        <w:t>Золото не смешивается с инородными материалами и не растворяется в них. Покупая золото у Верного Свидетеля, я наполняю им мой немощный сосуд, и этот тяжёлый металл довольно успешно вытесняет из моего сердца всё чуждое и лёгкое. Попав в мой кувшин, золото не вытекает через трещины, но остаётся в сосуде навсегда. Я замечаю, что при наполнении сосуда между кусочками золота, попавшими в меня, есть маленькое пространство, в которое может проникать грязь и обволакивать собою драгоценный металл. Хоть грязи стало значительно меньше, но она умудряется втиснуться в золотое пространство и придать чистому золоту нечистый вид. Это вызывает насмешки у наблюдающих за мной, и я слышу нелестные реплики в свой адрес по поводу глупой затеи заполнить свой сосуд драгоценным металлом. Мне нечего сказать в ответ, но я надеюсь, что Господь усмотрел решение и этого вопроса, и в нужное время даст мне понять, как работает этот механизм. Но то, что грязи значительно поубавилось в моём сосуде, замечают все. Да и золото, попавшее в меня, придаёт вес и цену всем моим словам и поступкам. Вода жизни очень быстро вымывает всю грязь из межзолотного пространства и радует меня своей чистотой и свежестью, и я любуюсь кусочками незагрязнённого золота, которые бережно складываю в свой кувшин. Я руководствуюсь золотыми правилами жизни во всех своих решениях.</w:t>
      </w:r>
    </w:p>
    <w:p>
      <w:r>
        <w:rPr/>
        <w:t>Но меня беспокоит вопрос. Чем бы мне заполнить пустое пространство между золотом? Что бы я ни пробовал туда влить, грязь этого мира умудряется это вытеснить и создать видимость своего превосходства. Но так не должно быть. Ведь ничто нечистое не наследует Небо. Кто избавит меня от этого тела смерти?</w:t>
      </w:r>
      <w:r>
        <w:rPr/>
        <w:t xml:space="preserve"> </w:t>
      </w:r>
      <w:r>
        <w:rPr/>
        <w:t>Мой мудрый Советник говорит мне, что, хоть Его золото и является самым чистым продуктом, в моём сосуде оно должно пройти переплавку. Я съёживаюсь от страха предстоящего испытания, но понимаю, что мне его не избежать.</w:t>
      </w:r>
    </w:p>
    <w:p>
      <w:r>
        <w:rPr/>
        <w:t>Господь нежно берёт мой кувшин и ставит его в огненную печь. Происходит что-то невероятное. Стены сосуда нагреваются от высокой температуры, и содержимое кувшина начинает вначале испаряться, а потом расплавляться. Кусочки золота стали быстро сливаться друг с другом, превращаясь в жидкий состав, частично заполняя собой микротрещины в стенах кувшина. Вся грязь не смогла удержаться в глубине расплавленной массы и всплыла на поверхность, сгорая от высокой температуры. Жидкое золото заполнило собою всё, не оставляя ни одной щёлочки между собой и стенами сосуда. На поверхности расплавленного металла стал отражаться образ Иисуса, Который внимательно следил за процессом переплавки.</w:t>
      </w:r>
    </w:p>
    <w:p>
      <w:r>
        <w:rPr/>
        <w:t>Я смотрю на всё это, изнываю от сердечной боли и мук совести за то, что позволил так беспощадно осквернить свой немощный сосуд. Но происходящее происходит во мне, в моём сердце. И как бы мне больно ни было, как бы я ни кричал от страха, я остаюсь при этом живым и здоровым.</w:t>
      </w:r>
    </w:p>
    <w:p>
      <w:r>
        <w:rPr/>
        <w:t xml:space="preserve">Мой Плавильщик знает, что делает, и совершает Свою работу уверенно, предвкушая полученный результат. А результат превзошёл все мои ожидания. Я смотрю в кувшин и не верю своим глазам. В нём осталось только золото и ничего, кроме золота. Он стал настолько чистым и прочным, что уже ничто не может его </w:t>
      </w:r>
      <w:r>
        <w:rPr/>
        <w:t>испачкать или разбить изнутри. У грязи нет ни малейшего шанса на попадание внутрь золотого пространства. И даже если что-то и ляжет на золотую поверхность, вода жизни очень легко это смывает, не оставляя никаких следов проклятья.</w:t>
      </w:r>
    </w:p>
    <w:p>
      <w:r>
        <w:rPr/>
        <w:t>Но враг души горазд на свои изобретения и старается влить в меня кислоту беззакония, чтобы растворить в ней и охладить Божью любовь. Но я закрываю ему все пути и продолжаю покупать небесное золото, наполняя им свой сосуд. И даже если кислота и смогла нанести повреждения чистому золоту и сделать в нём проёмы для очередной порции грязи, я знаю, что очередная переплавка исправит этот дефект, и я вновь буду отражать образ моего Небесного Плавильщика.</w:t>
      </w:r>
    </w:p>
    <w:p>
      <w:r>
        <w:rPr/>
        <w:t>Все мои страхи, мучения, грехи очень тяжелы для меня, но любовь умело выдавливает их из моей жизни и наполняет меня собой. Она изгоняет страх, убивает грех и освобождает душу из темницы, выводя на Божий свет.</w:t>
      </w:r>
    </w:p>
    <w:p>
      <w:pPr>
        <w:pStyle w:val="Heading2"/>
      </w:pPr>
      <w:r>
        <w:t>Вопросы к размышлению над этой главой</w:t>
      </w:r>
    </w:p>
    <w:p>
      <w:r>
        <w:rPr/>
        <w:t xml:space="preserve">1. Прочитайте, пожалуйста: Зах.13:9; Прит.17:3; Дан.12:10; Мал.3:3; Откр.3:18; Иов.22:23-25; 23:10; Пс.65:10; 118:72, 127; Прит.8:1,10; 16:16; Агг.2:8; 1Ин.4:18; Ис.61:1; Мат.25:34-36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Что означает очищение огнём?</w:t>
      </w:r>
    </w:p>
    <w:p>
      <w:r>
        <w:rPr/>
        <w:t>1Пет.4:12.</w:t>
      </w:r>
    </w:p>
    <w:p>
      <w:r>
        <w:rPr/>
        <w:t>5. Увидели ли вы взаимосвязь между золотом и любовью-агапэ? Дайте объяснение символу золота в свете урока.</w:t>
      </w:r>
    </w:p>
    <w:p>
      <w:r>
        <w:rPr/>
        <w:t>6. Почему Господь советует купить у Него это золото?</w:t>
      </w:r>
    </w:p>
    <w:p>
      <w:r>
        <w:rPr/>
        <w:t>7. Есть ли разница между моими попытками удалить из своей жизни грех или позволить это сделать любви, покупая её у Верного Свидетеля?</w:t>
      </w:r>
    </w:p>
    <w:p>
      <w:r>
        <w:rPr/>
        <w:t>8. Заинтересован ли Бог в абсолютной чистоте моей души? Будет ли Он что-то для этого делать?</w:t>
      </w:r>
    </w:p>
    <w:p>
      <w:r>
        <w:rPr/>
        <w:t>9. Почему в последнее время так важно иметь чистый характер?</w:t>
      </w:r>
    </w:p>
    <w:p>
      <w:r>
        <w:rPr/>
        <w:t>10. Желает ли Иисус видеть во мне Своё отражение? Что это значит?</w:t>
      </w:r>
    </w:p>
    <w:p>
      <w:r>
        <w:rPr/>
        <w:t>11. Помогает ли вам язык символов ещё глубже понять Божьи ожидания? Если да, то поделитесь своими откровениями?</w:t>
      </w:r>
    </w:p>
    <w:p>
      <w:r>
        <w:rPr/>
        <w:t>12. Понимаете ли вы важность послания к Лаодикии в наше время?</w:t>
      </w:r>
    </w:p>
    <w:p>
      <w:r>
        <w:rPr/>
        <w:t>13. Верите ли вы в то, что любовь изгоняет страх, удаляет грех, очищает сердце? Если да, то позволяете ли вы ей это делать в своей жизни?</w:t>
      </w:r>
    </w:p>
    <w:p>
      <w:r>
        <w:rPr/>
        <w:t>14. Почему Господь избрал в виде символа для Своей любви и веры золото, а не что-то другое?</w:t>
      </w:r>
    </w:p>
    <w:p>
      <w:r>
        <w:rPr/>
        <w:t>15. Вас пугает огонь испытаний?</w:t>
      </w:r>
    </w:p>
    <w:p>
      <w:pPr>
        <w:pStyle w:val="Heading2"/>
        <w:pageBreakBefore/>
      </w:pPr>
      <w:r>
        <w:t>Глава 81</w:t>
      </w:r>
    </w:p>
    <w:p>
      <w:pPr>
        <w:pStyle w:val="Heading1"/>
      </w:pPr>
      <w:r>
        <w:t>Информационная война</w:t>
      </w:r>
    </w:p>
    <w:p>
      <w:r>
        <w:rPr/>
        <w:t>Мы живём во время информации, которая не просто где-то аккуратно сложена на библиотечных полках, но витает в воздухе в цифровом виде и готова по приказу моего пальца материализоваться в то, что я выберу.</w:t>
      </w:r>
    </w:p>
    <w:p>
      <w:r>
        <w:rPr/>
        <w:t>Технологии передачи информации через цифровое поле буквально взорвали наш мир новыми открытиями и возможностями. Но вместе с этим пришли и соблазны в жизнь каждого из нас.</w:t>
      </w:r>
    </w:p>
    <w:p>
      <w:r>
        <w:rPr/>
        <w:t>Враг души не замедлил взять на своё вооружение всё то, что позволяет влиять на разум человека и что можно использовать для обольщения.</w:t>
      </w:r>
    </w:p>
    <w:p>
      <w:r>
        <w:rPr/>
        <w:t>В пророческом описании последних дней Иисус неоднократно умоляет смотреть, чтобы никто не обольстил нас. Обольщение начинается с моего сознания. Моя воля ждёт логического заключения разума и готова делать то, в чём моё сознание утверждается под влиянием той информации, которую я впускаю в свой мыслительный мир.</w:t>
      </w:r>
    </w:p>
    <w:p>
      <w:r>
        <w:rPr/>
        <w:t>Не думайте, что наш мир довольно безопасен, и вы можете выбирать лучшее из хорошего и только этим питать свой разум. Чтобы научиться отличать добро от зла, необходимо знать истину в чистом виде, которая исходит непосредственно от Самого Бога. Также важно, чтобы такое Божественное знание было вписано Божьей рукой в мои мысли и в моё сердце. Это происходит тогда, когда я начинаю проявлять интерес к духовному и откладываю всё земное, чтобы принять всё Небесное.</w:t>
      </w:r>
    </w:p>
    <w:p>
      <w:r>
        <w:rPr/>
        <w:t>Наука о спасении доступна каждому. Её можно почитать, послушать и даже посмотреть на любых языках. Нужно только моё желание, а возможности предоставятся.</w:t>
      </w:r>
    </w:p>
    <w:p>
      <w:r>
        <w:rPr/>
        <w:t>Познание истины даёт мне преимущество в различении добра и зла, святого и греховного. Враг души знает, что меня защищает, и поэтому подходит ко мне очень хитро, предлагая свои соблазны в виде света и чистоты. Цель врага состоит в том, чтобы приучить мой разум к получению информации из того источника, который сатана может использовать в своих интересах.</w:t>
      </w:r>
    </w:p>
    <w:p>
      <w:r>
        <w:rPr/>
        <w:t>Родоначальник греха имеет тысячелетний опыт ведения информационных войн. Самое первое сражение произошло на Небе, где всё было чисто и свято. Никто, кроме Бога, не понимал влияния лжи, и потому обольщения сатаны были настолько успешными, что даже те из ангелов, кто выбрал сторону Всевышнего, не могли понять конечных планов обольстителя.</w:t>
      </w:r>
    </w:p>
    <w:p>
      <w:r>
        <w:rPr/>
        <w:t>Зачастую в информационной войне проигрывает тот, кто представляет миру истину и говорит правду. А лживая сторона может использовать любые способы, чтобы достичь своей победы. Повреждённый ложью разум становится уязвимым и восприимчивым для последующей лжи, и, бывает, эти повреждения настолько глубоки, что уже ничто не может помочь. Бог силён восстановить всё, что Ему разрешат и позволят возродить, но изменение разума находится в прямом отношении с памятью и волей, и эти свойства души могут довольно успешно противостоять Божьей силе, желающей спасти душу от власти греха.</w:t>
      </w:r>
    </w:p>
    <w:p>
      <w:r>
        <w:rPr/>
        <w:t>Поражение в информационной войне наносит непоправимые увечья моему разуму, и я становлюсь тем, чьи мысли и помышления сердца — зло во всякое время.</w:t>
      </w:r>
    </w:p>
    <w:p>
      <w:r>
        <w:rPr/>
        <w:t>Искушение в Эдемском саду несло в себе скрытую ложь, и эта ложь убедила вначале жену нарушить Божий запрет, а затем уже жена стала представителем сатаны и сумела убедить мужа поверить ей и сделать то, что было запрещено. Через ложь сатаны грех вошёл в мир. Ложь — это то, что разрушает моё истинное представление о Божьей истине и даёт своё понимание, которое и губит мою душу.</w:t>
      </w:r>
    </w:p>
    <w:p>
      <w:r>
        <w:rPr/>
        <w:t>То, что сегодня мне предлагает мир, имеет своё влияние и цель. Враг души желает привязать мой разум к своей колеснице и питать его со своего стола. Он готов дать мне всё, что пожелает похоть моей плоти, похоть очей и гордость житейская.</w:t>
      </w:r>
    </w:p>
    <w:p>
      <w:r>
        <w:rPr/>
        <w:t>Но Бог также не безмолвствует. Он очень успешно сооружает Свои бастионы истины и врачует раны тех, кто становится под Его знамя.</w:t>
      </w:r>
    </w:p>
    <w:p>
      <w:r>
        <w:rPr/>
        <w:t>Бог заинтересован в полной победе, и сделал её возможной для тех, кто твёрдо решит быть с Ним до конца. Он даст силу противостоять всякому искушению и всякой лжи тем людям, которые жаждут воды жизни и всем сердцем желают иметь живую связь с Небом во всякое время.</w:t>
      </w:r>
    </w:p>
    <w:p>
      <w:r>
        <w:rPr/>
        <w:t>Враг очень хитёр, и он умеет предлагать ложь, и в противовес ей скрытую ложь, и ещё нейтральное мнение, или независимое решение задачи, чтобы поймать меня на один из этих крючков. И неважно, во что я начну верить, главное, чтобы я отвёл свой взор от Христа и погрузился в его информационное пространство. Если он этого достигнет, то я тогда могу верить во что угодно и проповедовать то, что мне по сердцу. Ведь я это делаю под его руководством, а он умеет принимать вид ангела света.</w:t>
      </w:r>
    </w:p>
    <w:p>
      <w:r>
        <w:rPr/>
        <w:t>Всё, что отвлекает мой взор от Христа, несёт в себе опасность для моей души. Я могу с Иисусом делать много дел и получать много информации, но не всякие новости полезны для меня. Есть те вещи, которых я должен сознательно избегать, не смотреть и не слушать. Есть те территории врага, куда я не должен заходить ни при каких обстоятельствах. Враг моей души очень коварен, и везде расставил свои мины. Он знает, что не всё меня сможет убить, но пусть хотя бы покалечит.</w:t>
      </w:r>
    </w:p>
    <w:p>
      <w:r>
        <w:rPr/>
        <w:t>Моё желание разобраться в происходящих событиях может отвлечь меня от главного. Я никогда не узнаю, кто является виновником и заказчиком всего зла вокруг меня, но в погоне за фактами могу потерять Божью руку.</w:t>
      </w:r>
    </w:p>
    <w:p>
      <w:r>
        <w:rPr/>
        <w:t>В послании к Лаодикии мне предлагается войти со Христом в вечные торговые отношения, чтобы в них приобрести всё необходимое для победы в последнее время. Если я считаю, что ещё не время, и Господь может подождать, пока я соберусь и что-то решу, то я рискую тем, что у меня не состоится торговая сделка, и я останусь без масла, как неразумная дева.</w:t>
      </w:r>
    </w:p>
    <w:p>
      <w:r>
        <w:rPr/>
        <w:t xml:space="preserve">Иисус влечёт меня в Свой магазин и предлагает мне самое дорогое и ценное, что только может дать Небо. Ради меня Он облёк Свои товары в символы, желая открыть истинное содержание жаждущим и ищущим. Он настолько счастлив от предвкушения моих открытий, что не может дождаться того момента, когда я стану вникать в суть предлагаемого и удивляться. Но что Он может сделать для того, кто, зайдя в Его магазин, весь погружён в свой смартфон, желая понять </w:t>
      </w:r>
      <w:r>
        <w:rPr/>
        <w:t>происходящее в мире или перейти на новый уровень увлекательной игры? Как Богу достучаться до сердец тех, кто прилепился умом к гибнущему миру и не желает покидать тонущий корабль?</w:t>
      </w:r>
    </w:p>
    <w:p>
      <w:r>
        <w:rPr/>
        <w:t>Что я могу сделать для той, которую я избрал себе в жёны, которой я предлагаю руку и сердце, а она даже не смотрит на меня и думает о том, с кем из своих друзей ей провести очередную ночь?</w:t>
      </w:r>
    </w:p>
    <w:p>
      <w:r>
        <w:rPr/>
        <w:t>При всей Своей любви ко мне Господь не будет навязывать Себя и Свои товары. Совет к покупке ни к чему меня не обязывает, но и не даёт никакой другой альтернативы.</w:t>
      </w:r>
    </w:p>
    <w:p>
      <w:r>
        <w:rPr/>
        <w:t>Странно, что при всей важности вести к Лаодикии так мало о ней говорят и размышляют. А ведь она пророческая, и она очень ясно указывает на то, что необходимо приобрести и иметь. Возможно, кто-то случайно купит предлагаемое, просто изучая Библию и познавая Бога, не отвлекаясь на происходящее вокруг. Случайно откроет Христу. А потом случайно победит. Не стоит играть в подобную лотерею, считая, что Господь меня как-нибудь спасёт. У Него есть чёткий план победы, который мне необходимо изучить, понять, чтобы действовать так, как написано. И есть печать для запечатления святого сознания.</w:t>
      </w:r>
    </w:p>
    <w:p>
      <w:pPr>
        <w:pStyle w:val="Heading2"/>
      </w:pPr>
      <w:r>
        <w:t>Вопросы к размышлению над этой главой</w:t>
      </w:r>
    </w:p>
    <w:p>
      <w:r>
        <w:rPr/>
        <w:t xml:space="preserve">1. Прочитайте, пожалуйста: Ин.8:32; 14:6; 17:17; Откр.3:18; 12:7-12; Ис.9:15; 59:13-17; Лев.19:16; Прит.3:3-4; 11:13; 20:19; Пс.14:1-5; 18:10; 49:20; 84:11-12; 88:15; 90:4; 100:3-8; 118:142; Иер.10:10; Лук.3:14; Дан.11:23-27; Ин.8:44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Что такое информационная война?</w:t>
      </w:r>
    </w:p>
    <w:p>
      <w:r>
        <w:rPr/>
        <w:t>5. Есть ли в этой войне жертвы? Если да, то кто погибает и как?</w:t>
      </w:r>
    </w:p>
    <w:p>
      <w:r>
        <w:rPr/>
        <w:t>6. Как отличить ложь от истины?</w:t>
      </w:r>
    </w:p>
    <w:p>
      <w:r>
        <w:rPr/>
        <w:t>7. За что были уничтожены люди, жившие до потопа? Быт.6:5.</w:t>
      </w:r>
    </w:p>
    <w:p>
      <w:r>
        <w:rPr/>
        <w:t>8. Будет ли в наши дни состояние мира таким же, как и во время потопа?</w:t>
      </w:r>
    </w:p>
    <w:p>
      <w:r>
        <w:rPr/>
        <w:t>9. Есть ли у Бога план на последнее время для спасения от соблазнов и лжи?</w:t>
      </w:r>
    </w:p>
    <w:p>
      <w:r>
        <w:rPr/>
        <w:t>10. Для чего была дана весть к Лаодикии?</w:t>
      </w:r>
    </w:p>
    <w:p>
      <w:r>
        <w:rPr/>
        <w:t>11. Вы уже влюбились в послание к Лаодикийской церкви?</w:t>
      </w:r>
    </w:p>
    <w:p>
      <w:r>
        <w:rPr/>
        <w:t>12. Как вы думаете, сообщает ли нам Верный Свидетель что-то очень важное в Откр.3:14-22, на что стоит обратить особое внимание?</w:t>
      </w:r>
    </w:p>
    <w:p>
      <w:r>
        <w:rPr/>
        <w:t>13. Оставит ли вас сатана в покое, если вы всем сердцем прилепитесь к Иисусу и познаете Истину?</w:t>
      </w:r>
    </w:p>
    <w:p>
      <w:r>
        <w:rPr/>
        <w:t>14. Вам знакомы примеры информационных войн, или это понятие я сам придумал?</w:t>
      </w:r>
    </w:p>
    <w:p>
      <w:r>
        <w:rPr/>
        <w:t>15. Чью сторону нужно занять в информационной войне? Может ли быть такое, что все будут говорить ложь? Дан.11:27.</w:t>
      </w:r>
    </w:p>
    <w:p>
      <w:pPr>
        <w:pStyle w:val="Heading2"/>
        <w:pageBreakBefore/>
      </w:pPr>
      <w:r>
        <w:t>Глава 82</w:t>
      </w:r>
    </w:p>
    <w:p>
      <w:pPr>
        <w:pStyle w:val="Heading1"/>
      </w:pPr>
      <w:r>
        <w:t>Песня песней</w:t>
      </w:r>
    </w:p>
    <w:p>
      <w:r>
        <w:rPr/>
        <w:t>В один период своей жизни царь Соломон решил попутешествовать по своей стране в одежде простого человека. Для этого он выбрал север Израиля. В те времена не было интернета, и многие жители Галилеи не знали, как выглядит их царь, поэтому Соломон был никем не узнаваем и мог свободно общаться с простыми людьми, узнавая подробности их жизни.</w:t>
      </w:r>
    </w:p>
    <w:p>
      <w:r>
        <w:rPr/>
        <w:t>В регионе колена Иссахарова, в маленьком городке под названием Сонам, жила большая семья, которая имела большое хозяйство. У них было много овец, которых сыновья по очереди пасли. У молодых людей хватало своих забот, и поэтому они приноровились вместо себя посылать свою сестру Суламиту в роли пастушки и сделали это её прямой обязанностью. Девушке некуда было деваться, да и по характеру она была сговорчивой и покладистой, поэтому каждое утро Суламита выводила своё небольшое стадо в бескрайние поля, а вечером приходила домой. Так в повседневных заботах протекала жизнь простых людей.</w:t>
      </w:r>
    </w:p>
    <w:p>
      <w:r>
        <w:rPr/>
        <w:t>В один из дней Суламита встретила в поле прохожего, который, гуляя по окрестностям, решил с ней познакомиться и узнать о жизни народа в этой местности. Молодая девушка не знала, что общается с царём, и поэтому вела себя естественно и непринуждённо. Соломон также решил не открываться, но вести себя просто, проявляя явное дружелюбие. Простота и открытость Суламиты очаровали сердце царя, а естественная жизнерадостность и неподдельное дружелюбие в ответ на его внимание произвели естественное влечение.</w:t>
      </w:r>
    </w:p>
    <w:p>
      <w:r>
        <w:rPr/>
        <w:t>У Суламиты было много свободного времени, и поэтому она с радостью общалась со своим новым другом, открывая ему красоту кроткого и услужливого духа, никуда не торопясь и никого не обвиняя.</w:t>
      </w:r>
    </w:p>
    <w:p>
      <w:r>
        <w:rPr/>
        <w:t>Пришёл вечер, и наступило время расставания. Мы не знаем, что переживали эти люди при разлуке, но их следующая встреча была очень радостной.</w:t>
      </w:r>
    </w:p>
    <w:p>
      <w:r>
        <w:rPr/>
        <w:t>С каждым днём их дружба крепла, а их общение было желанным и искренним. Порою Суламита забывала о своих овцах, думая лишь о том, кто был вся любезность.</w:t>
      </w:r>
    </w:p>
    <w:p>
      <w:r>
        <w:rPr/>
        <w:t>В результате Соломон был настолько очарован внутренней красотой своей новой знакомой, простотой общения с ней, её искренним дружелюбием и влечением к нему, что решил сделать ей особый сюрприз.</w:t>
      </w:r>
    </w:p>
    <w:p>
      <w:r>
        <w:rPr/>
        <w:t>В какое-то время они расстались, и Суламита не знала, встретит ли она ещё своего друга. Все его дела были покрыты тайной, и хоть он был очень интересным и мудрым собеседником, но почему-то ничего не рассказывал о себе и о своей жизни.</w:t>
      </w:r>
    </w:p>
    <w:p>
      <w:r>
        <w:rPr/>
        <w:t>Расставание ввергло в уныние юную женщину, и каждый раз, выходя в поле, она пристально всматривалась вдаль, желая увидеть своего возлюбленного. Но он бесследно исчез. Её расспросы о нём обескураживали местных жителей, и никто не мог ничего ей сказать об этом таинственном незнакомце.</w:t>
      </w:r>
    </w:p>
    <w:p>
      <w:r>
        <w:rPr/>
        <w:t xml:space="preserve">Прошло некоторое время, и по городу прошёл слух, что в их местность едет царь. Все жители встрепенулись, и город пришёл в движение. Всем было интересно </w:t>
      </w:r>
      <w:r>
        <w:rPr/>
        <w:t>увидеть главу страны, и более всего было удивительно, что он направлялся к их маленькому селению, минуя большие города.</w:t>
      </w:r>
    </w:p>
    <w:p>
      <w:r>
        <w:rPr/>
        <w:t>Братья Суламиты решили оставить свою сестру дома, чтобы она стерегла хозяйство, пока они будут приветствовать царя. Но любопытство взяло верх, и молодая девушка вместе со всеми вышла поглазеть на приближающуюся процессию. Как ни странно, но эскорт царя направлялся прямо к её дому. Сердце Суламиты пришло в трепет от предвкушения увидеть того, о ком так много слышала, но не планировала никогда встретить. В переживании удивительного события она совсем забыла про своего друга в поле, и всё её внимание было сосредоточено на приближающейся процессии. Братья безуспешно пытались прогнать Суламиту, но, на их удивление, она решила вместе с ними поприветствовать своего царя.</w:t>
      </w:r>
      <w:r>
        <w:rPr/>
        <w:t xml:space="preserve"> </w:t>
      </w:r>
      <w:r>
        <w:rPr/>
        <w:t>Жители города в восторге ожидали приближения знатных посетителей, стараясь распознать царя среди множества разодетых людей и воинов. И вот вся процессия подходит прямо к дому, где жила семья Суламиты, и останавливается по приказу царя. Он совершал путешествие в одре из ливанского дерева, который несли сильные воины.</w:t>
      </w:r>
    </w:p>
    <w:p>
      <w:r>
        <w:rPr/>
        <w:t>Все жители города замерли в ожидании развития событий. Была напугана и Суламита вместе со своими братьями. Никто не мог понять цель подобного пришествия царя во всём своём великолепии. Но больше всего поразило то, что царём оказался тот таинственный друг с поля, которого Суламита так полюбила и так ждала все эти дни.</w:t>
      </w:r>
    </w:p>
    <w:p>
      <w:r>
        <w:rPr/>
        <w:t>И вот он пришёл за ней, как и обещал при последней разлуке. Отец и братья девушки стоят в недоумении, а сама юная дама не знает, как себя вести. Ведь это царь, но это и её милый друг, к которому она уже успела так сильно привязаться.</w:t>
      </w:r>
      <w:r>
        <w:rPr/>
        <w:t xml:space="preserve"> </w:t>
      </w:r>
      <w:r>
        <w:rPr/>
        <w:t>Соломон с почтением обращается к родителям своей возлюбленной, прося её руки. Они же в страхе и трепете дают согласие, думая, что видят сон, и царь протягивает руку к своей возлюбленной, и она уже не в силах устоять, бросается в его объятия, чтобы всегда быть рядом с тем, кого полюбила её душа.</w:t>
      </w:r>
    </w:p>
    <w:p>
      <w:r>
        <w:rPr/>
        <w:t>Иисус пришёл ко мне как Друг, желающий близкого знакомства со мной. Мне сложно увидеть в Нём Царя Царей или представить себе великолепие Второго Пришествия. Но Его скромность, дружелюбие и любовь очаровывают моё сердце, и я приобретаю себе Друга, Который каждое утро приходит ко мне, чтобы узнать меня поближе и провести со мною время, пока я пасу своих овец. С Ним так хорошо и радостно, и даже когда Он отлучается по Своим нуждам, я осознаю Его присутствие и знаю, что по первому обращению Он всегда отзовётся и будет помогать мне в моих заботах.</w:t>
      </w:r>
    </w:p>
    <w:p>
      <w:r>
        <w:rPr/>
        <w:t>Даже когда я отвлекаюсь от нашего общения, чтобы сконцентрироваться на решении житейских задач, своим периферическим зрением я сознаю Его присутствие в моей жизни.</w:t>
      </w:r>
    </w:p>
    <w:p>
      <w:r>
        <w:rPr/>
        <w:t>И Господь настолько прост в Своём обращении со мной, что я никак не могу себе представить Его великолепие как Владыки Вселенной. Думаю, что мне проще будет это увидеть, чем вообразить.</w:t>
      </w:r>
    </w:p>
    <w:p>
      <w:r>
        <w:rPr/>
        <w:t xml:space="preserve">Но Господь готовит меня к нашей встрече и очень ясно даёт мне понять, в каком виде и с чем я должен Его встречать. Его советы в приобретении необходимого настолько просты, ясны и понятны, что надо быть или очень занятым, или очень </w:t>
      </w:r>
      <w:r>
        <w:rPr/>
        <w:t>небрежным, чтобы не обратить на это внимание. Иисус готовит меня к встрече с Собой, не делая это событие неожиданным сюрпризом для меня, но пошагово описывая всё то, что мне необходимо предпринять. И ждёт, желая увидеть, как я отзовусь.</w:t>
      </w:r>
    </w:p>
    <w:p>
      <w:r>
        <w:rPr/>
        <w:t>Именно сейчас в непринуждённой обстановке, в условиях моего свободного выбора, формируются наши тесные отношения. Господь настолько скромно ведёт Себя по отношению ко мне, что я порою Его даже не замечаю и не обращаю внимания на Его советы. Я не могу представить в этом ежедневном посетителе Царя Вселенной. Но именно такому простому Человеку и я могу естественно открыться. Мне не столько нужны Его дары, сколько Он Сам. Даже если бы Он меня спросил, что бы я хотел себе пожелать, то, думая над ответом, я бы больше всего хотел, чтобы Он был рядом, а я бы взирал на Него и менялся под влиянием Его слов и наставлений. Вся Его Небесная мудрость сокрыта в очень простых словах нашего искреннего общения друг с другом. Но именно эта искренность отношений и привязывает моё сердце к Иисусу. Я не представляю себе жизни без Него. Все мои дела хороши, когда Он рядом, и я с Ним, а Он во мне.</w:t>
      </w:r>
    </w:p>
    <w:p>
      <w:pPr>
        <w:pStyle w:val="Heading2"/>
      </w:pPr>
      <w:r>
        <w:t>Вопросы к размышлению над этой главой</w:t>
      </w:r>
    </w:p>
    <w:p>
      <w:r>
        <w:rPr/>
        <w:t xml:space="preserve">1. Прочитайте, пожалуйста: Песн.1:4-7; 2:15; 4:1-7; 5:10-16; 7:1-8; 5:1-9; 6:1-3; 3:1-3; 7:11-14; 3:7-11; 3:4; 1:1-3,8-16; 2:4-10; 4:9-12; 8:6-7; Иер.31:3; Ин.3:16; Рим.5:5,8-10; Откр.3:18-21; 1Кор.4:21; 1Пет.1:6-9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Есть ли у вас Тот, Кого любит душа ваша? Кто ваш Возлюбленный?</w:t>
      </w:r>
    </w:p>
    <w:p>
      <w:r>
        <w:rPr/>
        <w:t>5. Где сейчас находится ваш Иисус? Чем Он занят?</w:t>
      </w:r>
    </w:p>
    <w:p>
      <w:r>
        <w:rPr/>
        <w:t>6. Знаете ли вы, что приготовил для вас Господь?</w:t>
      </w:r>
    </w:p>
    <w:p>
      <w:r>
        <w:rPr/>
        <w:t>7. Будет ли Второе Пришествие Христа для вас праздником, наградой и встречей с Тем, Кого вы, не видя, любите?</w:t>
      </w:r>
    </w:p>
    <w:p>
      <w:r>
        <w:rPr/>
        <w:t>8. Придёт ли Господь за теми, кого Он любит, и кто отвечает Ему взаимностью?</w:t>
      </w:r>
    </w:p>
    <w:p>
      <w:r>
        <w:rPr/>
        <w:t>9. Есть ли в послании к Лаодикии какая-то весть, которая приготовит вас ко встрече с Господом?</w:t>
      </w:r>
    </w:p>
    <w:p>
      <w:r>
        <w:rPr/>
        <w:t>10. Верите ли вы в то, что Господь имеет сердце и может влюбиться в вас как в друга, который открыт для близких отношений?</w:t>
      </w:r>
    </w:p>
    <w:p>
      <w:r>
        <w:rPr/>
        <w:t>11. Раскрывает ли вам Песня Песней красоту и доступность Божьей любви к вам?</w:t>
      </w:r>
    </w:p>
    <w:p>
      <w:r>
        <w:rPr/>
        <w:t>12. Для чего была написана книга Песня Песней и помещена в канон Библии?</w:t>
      </w:r>
    </w:p>
    <w:p>
      <w:r>
        <w:rPr/>
        <w:t>13. Можно ли достичь близких отношений с Тем, Кого вы не видите, но в Которого верите и Которого любите от всего сердца? Если да, то как это возможно?</w:t>
      </w:r>
    </w:p>
    <w:p>
      <w:r>
        <w:rPr/>
        <w:t>14. Будет ли Господь отвечать вам на вашу любовь к Нему взаимностью? Или у Него есть дела поважнее?</w:t>
      </w:r>
    </w:p>
    <w:p>
      <w:r>
        <w:rPr/>
        <w:t>15. Часто ли вы теряете Иисуса? Как вы Его потом находите?</w:t>
      </w:r>
    </w:p>
    <w:p>
      <w:pPr>
        <w:pStyle w:val="Heading2"/>
        <w:pageBreakBefore/>
      </w:pPr>
      <w:r>
        <w:t>Глава 83</w:t>
      </w:r>
    </w:p>
    <w:p>
      <w:pPr>
        <w:pStyle w:val="Heading1"/>
      </w:pPr>
      <w:r>
        <w:t>Какая у вас весть?</w:t>
      </w:r>
    </w:p>
    <w:p>
      <w:r>
        <w:rPr/>
        <w:t>В Своём Слове Господь приготовил для нас очень много различных вестей и откровений. Он желает, чтобы мы, Его дети, наполняли свои сердца этим светом и делились с окружающими нас людьми тем добрым, что нас переполняет. Не всегда это просто делать, потому что враг души постоянно сопротивляется и имеет свои контраргументы. Он старается выставить нашу весть в ложном свете.</w:t>
      </w:r>
    </w:p>
    <w:p>
      <w:r>
        <w:rPr/>
        <w:t>Написано: «И произошла на Небе война…» Откр.12:7. Слово «война» написано в оригинале как πόλεμος (полемос), что в переводе на русский язык означает «полемика, спор, противостояние». И эта война не закончилась, она продолжается и сейчас.</w:t>
      </w:r>
    </w:p>
    <w:p>
      <w:r>
        <w:rPr/>
        <w:t>Враг души ищет себе союзников, через которых он смог бы передавать миру свои вести, открывать свои планы, делать отчёты о проделанной работе, навязывать свои ценности и обольщать всю Вселенную.</w:t>
      </w:r>
    </w:p>
    <w:p>
      <w:r>
        <w:rPr/>
        <w:t>К сожалению, сатана преуспел в своей полемике, и до сих пор неустанно сеет своё злое семя лжи, которое успешно прорастает везде, где его принимают.</w:t>
      </w:r>
    </w:p>
    <w:p>
      <w:r>
        <w:rPr/>
        <w:t>Когда я делюсь какой-то доброй истиной, открытой мне Богом, тогда слушателю необходимо её проверить, пропуская через фильтр своего понимания Библии, растворить это в своей вере и, подойдя к двери воли, впустить в своё сердце как проверенную истину, а потом уже решать, что с этим светом делать дальше.</w:t>
      </w:r>
    </w:p>
    <w:p>
      <w:r>
        <w:rPr/>
        <w:t>Но если я могу показать другим, что произошло, давая этому свои комментарии, то люди сразу принимают всё за чистую монету, ведь их глаза видят прямое доказательство моих утверждений.</w:t>
      </w:r>
    </w:p>
    <w:p>
      <w:r>
        <w:rPr/>
        <w:t>Враг души знает влияние видимых образов и через них очень успешно преподносит людям то, что им надо увидеть и узнать.</w:t>
      </w:r>
      <w:r>
        <w:rPr/>
        <w:t xml:space="preserve"> </w:t>
      </w:r>
      <w:r>
        <w:rPr/>
        <w:t>А если где-то происходит военный конфликт, гибнут невинные люди, льётся кровь, и мои глаза всё это могут видеть, то врагу души несложно дать свой комментарий происходящему и вложить в моё сердце до избытка то, что повредит мой разум и лишит меня мира.</w:t>
      </w:r>
    </w:p>
    <w:p>
      <w:r>
        <w:rPr/>
        <w:t>И происходит что-то удивительное.</w:t>
      </w:r>
    </w:p>
    <w:p>
      <w:r>
        <w:rPr/>
        <w:t>Бог даёт мне Свою весть и призывает меня её возвещать и нести гибнущему миру. А сатана предлагает мне стать его вестником и рассказывать другим, что происходит в мире, какой ужас нас окружает, как нагло ведут себя люди с оружием, и что творят бомбы и ракеты. Что производят в сердце слушателя такие вести? Страх, негодование, ненависть, ужас, жажду мести и многие другие низменные свойства души.</w:t>
      </w:r>
    </w:p>
    <w:p>
      <w:r>
        <w:rPr/>
        <w:t>Разве эту весть поручил мне Бог нести в мир? Неужели Евангелие потеряло свою силу и способность противостоять всему этому злу, что я подменяю его военными новостями?</w:t>
      </w:r>
    </w:p>
    <w:p>
      <w:r>
        <w:rPr/>
        <w:t xml:space="preserve">Неужели весть к Лаодикии стала неактуальной в связи с происходящими событиями, и её стоит отложить в сторону как устаревшую? </w:t>
      </w:r>
      <w:r>
        <w:rPr/>
      </w:r>
      <w:r>
        <w:rPr/>
        <w:t>Какая у вас весть, друзья? Чем вы питаете свой разум? Чем вы кормите своих ближних? Как звучит ваше Евангелие?</w:t>
      </w:r>
    </w:p>
    <w:p>
      <w:r>
        <w:rPr/>
        <w:t>Если я простой человек, который может только на кухне со своей женой обсудить происходящее в мире, то хоть это и принесёт вред, но только одному человеку. А если я являюсь Божьим служителем или тем вестником, которому Бог доверил широкую аудиторию слушателей, на которых я могу влиять, то что произведёт в них та весть, которую мне вручил сатана?</w:t>
      </w:r>
    </w:p>
    <w:p>
      <w:r>
        <w:rPr/>
        <w:t>Кто более опасен, человек с автоматическим оружием в руках, могущий убить только тело, или тот, в чьих устах оружие сатаны, убивающее невинные души и обольщающее чистый разум?</w:t>
      </w:r>
    </w:p>
    <w:p>
      <w:r>
        <w:rPr/>
        <w:t>Говорить о любви к врагу очень сложно, а порою и невозможно, когда этот враг убивает, насилует и грабит твоих ближних. Но умерла ли любовь от того, что нечестивые люди получили власть безнаказанно делать злые дела? Может ли Бог дать силу любви тем, кто начинает Его об этом просить, находясь в самых сложных условиях? Я читаю о том, что Божья рука не сократилась, чтобы спасать, а на примере поведения Иисуса я вижу удивительный образец проявления любви в самых неблагоприятных условиях.</w:t>
      </w:r>
    </w:p>
    <w:p>
      <w:r>
        <w:rPr/>
        <w:t>За всю Свою жизнь Господь ни разу не осудил правящий режим, вопиющую несправедливость и жестокость Римской власти. Он не проклинал Своих убийц, а когда Ему рассказали о зверствах Пилата, который смешал кровь Галилеян с кровью их жертв, Иисус объявил, что если рассказчики не покаются, то так же погибнут. Лук.13:1-3.</w:t>
      </w:r>
    </w:p>
    <w:p>
      <w:r>
        <w:rPr/>
        <w:t>Господь осудил тех, кто является глашатаем сатаны, неся своим ближним злую весть. Он призывает каждого из нас к покаянию в этом вопросе и коренному изменению своего источника питания.</w:t>
      </w:r>
    </w:p>
    <w:p>
      <w:r>
        <w:rPr/>
        <w:t>То, чем я насыщаю свой разум, будет после через меня передаваться другим людям.</w:t>
      </w:r>
    </w:p>
    <w:p>
      <w:r>
        <w:rPr/>
        <w:t>Чему научится мой маленький ребёнок, если я стану посвящать его во все мировые беззакония, которыми кишит информационный мир?</w:t>
      </w:r>
    </w:p>
    <w:p>
      <w:r>
        <w:rPr/>
        <w:t>Возьмём пример. Я решил разобраться в том, что порнография и блуд — очень плохие явления. Я изучил эту науку в свете Библии и поделился своими открытиями с вами. Вы послушали меня и сделали вывод, что это великое зло, которого необходимо избегать. Но я решил пойти дальше. Я стал изучать фото и видеоматериалы на эту тему. Моему возмущению не было предела! Какие только извращения не придумали эти нечестивые люди! Я решил сначала рассказать вам о всех увиденных оргиях, которые устраивают безбожники, а затем выбрал самые яркие сюжеты, чтобы вы своими глазами увидели, как это мерзко заниматься блудом. Как вы думаете, какой из способов убеждения стал более эффективным? Думаю, что ответ вы знаете сами? И в этом случае вы сразу предпримете решительные меры, чтобы нейтрализовать моё влияние и остановить моё безумие.</w:t>
      </w:r>
    </w:p>
    <w:p>
      <w:r>
        <w:rPr/>
        <w:t>Но когда кто-то возвещает мне кровавые истории об ужасах происходящих событий, называя врага по имени и показывая в цвете, что он пережил, то почему-то это не вызывает у многих возмущения, и это принимается как норма.</w:t>
      </w:r>
    </w:p>
    <w:p>
      <w:r>
        <w:rPr/>
        <w:t xml:space="preserve">Чью весть вы слушаете, друзья? Что вы предлагаете этому миру и своим по вере? Вам приятно слушать отчёты сатаны о проделанной работе? У вас есть на это </w:t>
      </w:r>
      <w:r>
        <w:rPr/>
        <w:t>время? А не хотели бы вы обменять своё драгоценное время на то, что советует мне Иисус купить у Него в Откр.3:18?</w:t>
      </w:r>
    </w:p>
    <w:p>
      <w:r>
        <w:rPr/>
        <w:t>Дальше будет ещё сложнее, а события будут ещё ужаснее для тех, кто не имеет любви. Когда придёт то время, когда я пойму, что без любви я ничто, и что мне очень нужна эта любовь?</w:t>
      </w:r>
    </w:p>
    <w:p>
      <w:r>
        <w:rPr/>
        <w:t>Кто научит меня любить, когда кругом столько боли и страданий? Где те вестники, которые должны быть твёрдыми и непоколебимыми, как скала, возвещая Божью весть?</w:t>
      </w:r>
    </w:p>
    <w:p>
      <w:r>
        <w:rPr/>
        <w:t>Как должна звучать весть от Бога, когда у меня другие интересы?</w:t>
      </w:r>
      <w:r>
        <w:rPr/>
        <w:t xml:space="preserve"> </w:t>
      </w:r>
      <w:r>
        <w:rPr/>
        <w:t>Почему мой брат стал мне врагом только из-за того, что он родился и вырос в другой стране и говорит на другом языке?</w:t>
      </w:r>
      <w:r>
        <w:rPr/>
        <w:t xml:space="preserve"> </w:t>
      </w:r>
      <w:r>
        <w:rPr/>
        <w:t>Как вы думаете, интересно ли Христу то, что мы делаем, что говорим, как ведём себя в отношении друг друга? Знает ли Бог, чьи вести мы передаём миру, и как это влияет на сознание ближних? Буду ли я давать отчёт за каждое слово, сказанное моим ближним в порыве любви или негодования? Буду ли я нести ответственность за то влияние ко злу, которое оказывал на тех, кого мне доверил Бог?</w:t>
      </w:r>
    </w:p>
    <w:p>
      <w:r>
        <w:rPr/>
        <w:t>Неудобные вопросы, но лучше на них ответить сейчас.</w:t>
      </w:r>
    </w:p>
    <w:p>
      <w:r>
        <w:rPr/>
        <w:t>Итак, изберите себе ныне, чьим вестником вы желаете быть! А я буду говорить вам о любви, счастье и дружбе даже тогда, когда это будет казаться вам невозможным. Пока Господь даёт, это надо брать и применять в жизни. Настало время любить, и агапэ стоит научиться сейчас, ведь это и есть Божий план для верной победы.</w:t>
      </w:r>
    </w:p>
    <w:p>
      <w:pPr>
        <w:pStyle w:val="Heading2"/>
      </w:pPr>
      <w:r>
        <w:t>Вопросы к размышлению над этой главой</w:t>
      </w:r>
    </w:p>
    <w:p>
      <w:r>
        <w:rPr/>
        <w:t xml:space="preserve">1. Прочитайте, пожалуйста: Мар.16:15; Быт.3:6; Мат.12:30-37; 24:11-13; Ис.33:14-19; Лев.19:16-18; Иак.3:10-18; Лук.6:44-45; 13:1-5; Прит.11:13; 19:9; 20:19; Откр.12:7-12,17; Иов.13:4-5,7; Пс.11:2-8; 53:3-11; Иез.13:8-9; Ин.8:44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Какую пользу приносит вам информационный поток?</w:t>
      </w:r>
    </w:p>
    <w:p>
      <w:r>
        <w:rPr/>
        <w:t>5. Чьим глашатаем вы являетесь?</w:t>
      </w:r>
    </w:p>
    <w:p>
      <w:r>
        <w:rPr/>
        <w:t>6. Какую весть вы несёте этому миру? Как звучит ваше Евангелие?</w:t>
      </w:r>
    </w:p>
    <w:p>
      <w:r>
        <w:rPr/>
        <w:t>7. Всякая ли правда полезна для души?</w:t>
      </w:r>
    </w:p>
    <w:p>
      <w:r>
        <w:rPr/>
        <w:t>8. Есть ли у Бога то, что принесёт вам и другим истинный мир и покой?</w:t>
      </w:r>
    </w:p>
    <w:p>
      <w:r>
        <w:rPr/>
        <w:t>9. Умирает ли любовь там, где происходят войны и гибнут люди?</w:t>
      </w:r>
    </w:p>
    <w:p>
      <w:r>
        <w:rPr/>
        <w:t>10. Что происходит с разумом человека, который начинает взирать на кровопролитие, размышлять о беззаконии и делиться увиденным с другими?</w:t>
      </w:r>
    </w:p>
    <w:p>
      <w:r>
        <w:rPr/>
        <w:t>11. Можно ли смелого и любящего человека научить страху и ненависти?</w:t>
      </w:r>
    </w:p>
    <w:p>
      <w:r>
        <w:rPr/>
        <w:t>12. Должны ли Божьи дети становиться политическими экспертами, или у них есть другие задачи, поставленные Богом?</w:t>
      </w:r>
    </w:p>
    <w:p>
      <w:r>
        <w:rPr/>
        <w:t>13. Чьё Царство находится внутри вас?</w:t>
      </w:r>
    </w:p>
    <w:p>
      <w:r>
        <w:rPr/>
        <w:t>14. Как часто Иисус обсуждал жестокость римских оккупантов?</w:t>
      </w:r>
    </w:p>
    <w:p>
      <w:r>
        <w:rPr/>
        <w:t>15. Может ли любовь дать миру и жаждущим людям что-то лучшее?</w:t>
      </w:r>
    </w:p>
    <w:p>
      <w:pPr>
        <w:pStyle w:val="Heading2"/>
        <w:pageBreakBefore/>
      </w:pPr>
      <w:r>
        <w:t>Глава 84</w:t>
      </w:r>
    </w:p>
    <w:p>
      <w:pPr>
        <w:pStyle w:val="Heading1"/>
      </w:pPr>
      <w:r>
        <w:t>Кто даёт покаяние?</w:t>
      </w:r>
    </w:p>
    <w:p>
      <w:r>
        <w:rPr/>
        <w:t>Грех — есть беззаконие. Само существование греха и зла не может быть там, где нет закона и моральных правил. Те люди, которые сомневаются в существовании Бога, говоря: «Если Бог есть, то почему Он допустил столько зла?», противоречат сами себе, отвечая на свой же вопрос. Без Бога нет критерия добра и праведности, и любое зло становится чем-то нейтральным и естественным, как при отсутствии источника тепла и света абсолютный холод и кромешная тьма являются нормальным состоянием материи.</w:t>
      </w:r>
    </w:p>
    <w:p>
      <w:r>
        <w:rPr/>
        <w:t>Только нравственный закон, установленный Творцом, может определить, что является злом, а что добром. Где нет закона, там нет греха. А где есть закон, но нет власти, следящей за его исполнением и наказывающей нарушителей, закон перестаёт быть самим собой, а становится обычным предписанием рекомендательного характера.</w:t>
      </w:r>
    </w:p>
    <w:p>
      <w:r>
        <w:rPr/>
        <w:t>Грех разрушает Божий закон в моём сердце и формирует во мне образ мысли нечестивого человека, у которого нет никаких шансов на спасение и небесную жизнь. Но именно такое моё падшее состояние и вызывает у Господа неимоверную ко мне жалость, и Он начинает предлагать мне лучший путь, даруя при этом и покаяние.</w:t>
      </w:r>
    </w:p>
    <w:p>
      <w:r>
        <w:rPr/>
        <w:t>Покаяние — это внутреннее глубокое сожаление о содеянном грехе с последующим оставлением зла и нечестивого образа мысли и дальнейшее сопротивление власти греха с помощью Божьей благодати.</w:t>
      </w:r>
      <w:r>
        <w:rPr/>
        <w:t xml:space="preserve"> </w:t>
      </w:r>
      <w:r>
        <w:rPr/>
        <w:t>Каждый мой грех тщательно фиксируется напротив моего имени в Небесных книгах. Также там записываются и все возможности, которые я имел, чтобы победить зло внутри себя и удалить его из своей жизни.</w:t>
      </w:r>
      <w:r>
        <w:rPr/>
        <w:t xml:space="preserve"> </w:t>
      </w:r>
      <w:r>
        <w:rPr/>
        <w:t>Без покаяния невозможно оставить грех или удалить его из небесных записей. И только осознанное покаяние даёт мне шанс на перемены к лучшему.</w:t>
      </w:r>
    </w:p>
    <w:p>
      <w:r>
        <w:rPr/>
        <w:t>Кровь Христа была пролита за мои грехи и стала тем очищающим средством, которое дало покаянию особую силу для моего полного освобождения.</w:t>
      </w:r>
    </w:p>
    <w:p>
      <w:r>
        <w:rPr/>
        <w:t>Божья благодать, Божьи законы и заповеди несут в себе весть о покаянии. Призывая меня к чему-то доброму, Господь даёт мне и силу на совершение этого добра. А призыв к оставлению греха содержит в себе обетование о Божьей помощи в этом вопросе.</w:t>
      </w:r>
    </w:p>
    <w:p>
      <w:r>
        <w:rPr/>
        <w:t>Покаяние — это дар Бога для гибнущей души, без которого невозможно что-либо изменить в грешной жизни.</w:t>
      </w:r>
      <w:r>
        <w:rPr/>
        <w:t xml:space="preserve"> </w:t>
      </w:r>
      <w:r>
        <w:rPr/>
        <w:t>Господь постоянно призывает человечество к покаянию. Миссия Христа началась с подобных слов. Последняя весть также содержит этот призыв. А где есть призыв, там есть и сила к победе.</w:t>
      </w:r>
    </w:p>
    <w:p>
      <w:r>
        <w:rPr/>
        <w:t>Но хочу ли я этого покаяния? Грех хоть и разрушителен, но, став частью меня, доставляет мне удовольствие, приносит удовлетворение похоти моей плоти, убеждает меня в логичности моих умозаключений. И при таком подходе голос и призыв Святого Духа напрочь игнорируются, и я убеждаю себя в своей правоте.</w:t>
      </w:r>
    </w:p>
    <w:p>
      <w:r>
        <w:rPr/>
        <w:t>Не думайте, что всякая информация нейтральна и безобидна. Это то средство врага души, которое очень искусно убеждает меня принять злые планы и сделать их частью своего мировоззрения.</w:t>
      </w:r>
    </w:p>
    <w:p>
      <w:r>
        <w:rPr/>
        <w:t>Если я пробую что-то незнакомое и не понимаю, насколько это полезно, то, увидев пагубность этого, я тут же отметаю его от себя как нечистое и больше не прикасаюсь к нему. Но если я вкусил аромат греха и согласился с тем, что он не такой уж и плохой, то как я смогу его оставить? Только Святой Дух может мне открыть моё жалкое состояние. Только Бог способен убедить меня в том, что я делаю грех, который противен Небу и убивает меня. И с этим убеждением приходит и дар покаяния. Бог влечёт грешную душу к Иисусу и призывает к оставлению злых путей. Такой призыв может звучать очень долго, пока есть хоть какой-то шанс на спасение. Но он не будет звучать вечно. Однажды Господь сказал: «Не вечно Духу Моему быть пренебрегаемым…» Быт.6:3. Даже добрые предложения Бога могут быть условными.</w:t>
      </w:r>
    </w:p>
    <w:p>
      <w:r>
        <w:rPr/>
        <w:t>Что происходит, когда я отклоняю дар покаяния? Я строю между мною и Богом стену. Господь желает меня спасти, а я затыкаю уши. Он протягивает Свои руки, а я убегаю. Его голос становится всё тише и тише, а меня это не беспокоит. Кто виноват в моём отклонении Божьих призывов? Только я сам.</w:t>
      </w:r>
    </w:p>
    <w:p>
      <w:r>
        <w:rPr/>
        <w:t>Господь, даруя мне дар покаяния, очищает через его принятие моё сердце, а затем посылает меня к ближним с этой доброй вестью, чтобы и они могли принять Божью благодать. Дух Божий сопровождает меня при порученной мне миссии и придаёт вес моим словам. Где есть призыв к покаянию, там есть и сила для победы.</w:t>
      </w:r>
    </w:p>
    <w:p>
      <w:r>
        <w:rPr/>
        <w:t>Очень наивно полагать, что я смогу покаяться, как только захочу. Знаю таких людей, которые планируют жить, как им хочется, а потом, когда придёт пенсионный возраст, они, пожалуй, решат что-то пересмотреть в своей жизни. Хорошо, если так и будет, но Бог по-другому всё это видит.</w:t>
      </w:r>
    </w:p>
    <w:p>
      <w:r>
        <w:rPr/>
        <w:t>Знаю и тех, кто впал в грех, а потом отвергал всякие призывы. А сейчас вроде бы и хочет что-то изменить, а не может. Сердце молчит, и нет силы к переменам.</w:t>
      </w:r>
    </w:p>
    <w:p>
      <w:r>
        <w:rPr/>
        <w:t>Когда происходит посадка в самолёт, я могу в него войти. Но если его двери закрылись, и он пошёл на взлёт, то я уже ничего не смогу изменить. Ничего!</w:t>
      </w:r>
    </w:p>
    <w:p>
      <w:r>
        <w:rPr/>
        <w:t>В послании к Лаодикии Господь призывает меня к покаянию в моём тёплом состоянии, предлагая быть прилежным в приобретении Его товаров. Он не просто даёт мне этот дар покаяния. Это призыв к вечным отношениям. Проблема моего тёплого состояния состоит в том, что идёт смешение холодного и горячего, и присутствие горячего убеждает меня, что я что-то собой представляю и очень богат. А холодное в моей жизни меня как-то не волнует, ведь благодать всё покроет, а мои добрые дела пойдут мне в заслугу.</w:t>
      </w:r>
    </w:p>
    <w:p>
      <w:r>
        <w:rPr/>
        <w:t>К каждому из нас сейчас звучит призыв: «Покайся!!!» Без этого невозможно наследовать Божье Царство. Там, где нет покаяния, царствует грех.</w:t>
      </w:r>
    </w:p>
    <w:p>
      <w:r>
        <w:rPr/>
        <w:t>Покайся в том зле, которое ты слушаешь и смотришь, покайся в том, что ты даёшь после этого другим, покайся в том, что ты не слышишь Божьи советы и обходишь Его магазин стороной.</w:t>
      </w:r>
    </w:p>
    <w:p>
      <w:r>
        <w:rPr/>
        <w:t xml:space="preserve">Знаю одну молодую женщину, которой делалось предложение стать женой моего друга. Она отклонила этот призыв и связала свою жизнь с тем, кого хотела, а после </w:t>
      </w:r>
      <w:r>
        <w:rPr/>
        <w:t xml:space="preserve">поняла, что сделала ошибку и решила вернуться к моему другу, соглашаясь на любые условия и предлагая всю себя. А друг уже ничего не хотел и ничего больше не предлагал. Он был не против оставаться друзьями, но уже без дальнейших планов на семью. </w:t>
      </w:r>
      <w:r>
        <w:rPr/>
      </w:r>
      <w:r>
        <w:rPr/>
        <w:t>Вы это же хотите услышать от Христа? Неужели вы думаете, что весть к Лаодикии будет звучать вечно для тех, кто её игнорирует?</w:t>
      </w:r>
    </w:p>
    <w:p>
      <w:r>
        <w:rPr/>
        <w:t>Покаяние — это временное обращение Бога к грешнику. Бог готов именно в это время произвести кардинальные перемены в сердце и вписать в него Свои мысли и законы.</w:t>
      </w:r>
    </w:p>
    <w:p>
      <w:r>
        <w:rPr/>
        <w:t>Хоть «по причине умножения беззакония, умножается и благодать», это не значит, что я могу пренебрегать этой благодатью. Она даётся для полной победы, а не для «заметания мусора под коврик» и не для прикрытия моих пороков.</w:t>
      </w:r>
    </w:p>
    <w:p>
      <w:r>
        <w:rPr/>
        <w:t>Отклонение мною Божьего расположения может побудить Бога допустить в моей жизни горе или кризис, чтобы хоть через это меня спасти. А, возможно, Он просто тихо уйдёт, чтобы уже никогда ничего мне не предлагать.</w:t>
      </w:r>
    </w:p>
    <w:p>
      <w:r>
        <w:rPr/>
        <w:t>Божье Царство — это Царство Бога, и Он решает, кому дать в нём наследие, а кому там не стоит быть. Но я своим интересом и ревностью могу подать заявку на вступление в Небесное гражданство, пройти испытание, получить обещанное и жить вечно.</w:t>
      </w:r>
    </w:p>
    <w:p>
      <w:pPr>
        <w:pStyle w:val="Heading2"/>
      </w:pPr>
      <w:r>
        <w:t>Вопросы к размышлению над этой главой</w:t>
      </w:r>
    </w:p>
    <w:p>
      <w:r>
        <w:rPr/>
        <w:t xml:space="preserve">1. Прочитайте, пожалуйста: Быт.3:9; Евр.3:15; Мар.1:14-15; 2:17; 6:12; Деян.2:37-38; 11:18; Откр.2:5,16; 3:3,19; Мат.3:8; 9:13; Лук.15:7; 24:47; Рим.2:4; 2Кор.7:9-11; 2Тим.2:24-26; Евр.6:4-6; 2Пет.3:9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Как вы понимаете покаяние? Переживали ли вы это в своей жизни?</w:t>
      </w:r>
    </w:p>
    <w:p>
      <w:r>
        <w:rPr/>
        <w:t>5. Можете ли вы сами в себе произвести покаяние?</w:t>
      </w:r>
    </w:p>
    <w:p>
      <w:r>
        <w:rPr/>
        <w:t>6. Что происходит с духовным ростом человека, если он игнорирует покаяние?</w:t>
      </w:r>
    </w:p>
    <w:p>
      <w:r>
        <w:rPr/>
        <w:t>7. Что нужно делать для того, чтобы потом не каяться?</w:t>
      </w:r>
    </w:p>
    <w:p>
      <w:r>
        <w:rPr/>
        <w:t>8. Содержат ли в себе Божьи заповеди силу к покаянию? Если да, то для кого?</w:t>
      </w:r>
    </w:p>
    <w:p>
      <w:r>
        <w:rPr/>
        <w:t>9. В чём не нужно каяться человеку?</w:t>
      </w:r>
    </w:p>
    <w:p>
      <w:r>
        <w:rPr/>
        <w:t>10. Есть ли какая-то взаимосвязь между покаянием и хулой на Святого Духа?</w:t>
      </w:r>
    </w:p>
    <w:p>
      <w:r>
        <w:rPr/>
        <w:t>11. Будет ли Бог прощать те грехи, в которых человек не кается? Если да, то какие?</w:t>
      </w:r>
    </w:p>
    <w:p>
      <w:r>
        <w:rPr/>
        <w:t>12. Может ли покаяние быть общим, а не по отдельным грехам?</w:t>
      </w:r>
    </w:p>
    <w:p>
      <w:r>
        <w:rPr/>
        <w:t>13. Так ли важно покаяние? Может, важнее любить?</w:t>
      </w:r>
    </w:p>
    <w:p>
      <w:r>
        <w:rPr/>
        <w:t>14. Что происходит с теми, кто покаялся и не желает более грешить?</w:t>
      </w:r>
    </w:p>
    <w:p>
      <w:r>
        <w:rPr/>
        <w:t>15. Что делать, если человек живёт чисто и праведно, и не имеет нужды в покаянии? Будет ли он спасён?</w:t>
      </w:r>
    </w:p>
    <w:p>
      <w:pPr>
        <w:pStyle w:val="Heading2"/>
        <w:pageBreakBefore/>
      </w:pPr>
      <w:r>
        <w:t>Глава 85</w:t>
      </w:r>
    </w:p>
    <w:p>
      <w:pPr>
        <w:pStyle w:val="Heading1"/>
      </w:pPr>
      <w:r>
        <w:t>А почему не бесплатно?</w:t>
      </w:r>
    </w:p>
    <w:p>
      <w:r>
        <w:rPr/>
        <w:t>Время — это самый дорогой ресурс для многих из нас, который мы все получаем поровну каждое утро и одинаково тратим в течение дня, чтобы на следующее утро обрести его вновь.</w:t>
      </w:r>
    </w:p>
    <w:p>
      <w:r>
        <w:rPr/>
        <w:t>Все мы живём в настоящем, которое тут же становится прошлым, а впереди нас ждёт будущее, манящее нас своими перспективами открытий и перемен.</w:t>
      </w:r>
      <w:r>
        <w:rPr/>
        <w:t xml:space="preserve"> </w:t>
      </w:r>
      <w:r>
        <w:rPr/>
        <w:t>Враг души занят тем, чтобы как можно больше предложить нам всевозможных занятий, лишь бы отвлечь наше внимание от главного. А если мы всё-таки соприкоснулись с главным, то враг старается убедить нас, что наше время очень дорого, чтобы тратить его на то, что даёт Вечную жизнь. А ведь всё должно быть наоборот.</w:t>
      </w:r>
    </w:p>
    <w:p>
      <w:r>
        <w:rPr/>
        <w:t>Наш век можно по праву назвать золотым. Богатство стало настолько доступным и желанным, что практически любой из нас способен приобрести то, что предлагает этот мир. Индустрия работает так, чтобы предоставить нам все блага, обеспечить нас ими до избытка, занять всё наше время рекламами и предложениями, обеспечить нас работой, убедить нас выкинуть лишнее и старое, загнать нас в долги и лишить свободного времени. И получается, что я работаю, чтобы покупать то, что мне предлагает мир для того, чтобы после это выкинуть и купить что-то лучшее.</w:t>
      </w:r>
    </w:p>
    <w:p>
      <w:r>
        <w:rPr/>
        <w:t>Я замечаю, что многие удобные вещи очень быстро ломаются, и их ремонт стоит дороже, чем покупка новых. Приходится периодически обновлять своё имущество, работая для этого с утра до вечера. А жильё стало настолько дорогим и недоступным, что, желая его приобрести, необходимо вступить в долговое рабство на многие десятки лет и бояться при этом потерять работу, иначе окажешься на улице.</w:t>
      </w:r>
      <w:r>
        <w:rPr/>
        <w:t xml:space="preserve"> </w:t>
      </w:r>
      <w:r>
        <w:rPr/>
        <w:t>Большие города стали центрами досуга, высокого заработка, всевозможного изобилия и перспективных возможностей для улучшения быта и комфорта жизни.</w:t>
      </w:r>
    </w:p>
    <w:p>
      <w:r>
        <w:rPr/>
        <w:t>Мне предлагается тёплое уютное жильё со всеми услугами и коммуникациями. Средства связи и передачи информации также не перестают удивлять своими фантастическими возможностями. Я могу провести целый день на диване, познавая всё, чем обладает этот мир, делая великие открытия и наблюдая за происходящим на нашей планете. Я способен общаться со всеми друзьями и даже стать знаменитым блогером в определённых кругах.</w:t>
      </w:r>
    </w:p>
    <w:p>
      <w:r>
        <w:rPr/>
        <w:t>Все эти возможности ежедневно увеличиваются, и нужно только больше времени, чтобы успеть пожить в своё удовольствие. А за всё платит моё серебро.</w:t>
      </w:r>
    </w:p>
    <w:p>
      <w:r>
        <w:rPr/>
        <w:t>На фоне обилия мирских благ и перспектив звучит очень странная весть. Царь Вселенной советует купить у Него то, что принесёт мне победу, что сблизит нас с Ним, что обогатит меня и сделает приличным, мудрым и чистым. И за всё это необходимо платить.</w:t>
      </w:r>
      <w:r>
        <w:rPr/>
        <w:t xml:space="preserve"> </w:t>
      </w:r>
      <w:r>
        <w:rPr/>
        <w:t xml:space="preserve">Я останавливаюсь в своих «крысиных бегах», разглядываю предлагаемое, удивляюсь простоте торговых отношений, восхищаюсь тем, как это прекрасно, но, узнав цену товара, прихожу в ужас, потому что не смогу выжить в мире. Возможно, я делаю вид, что не услышал совет, оправдывая себя тем, что </w:t>
      </w:r>
      <w:r>
        <w:rPr/>
        <w:t>у меня есть другие долговые обязательства перед обществом, работодателем и банком. Да и жизнь мне дана, чтобы успеть всё попробовать и погрузиться во множество удовольствий и наслаждений.</w:t>
      </w:r>
    </w:p>
    <w:p>
      <w:r>
        <w:rPr/>
        <w:t>Но Небо манит меня своей чистотой и простотой. Я взвешиваю все за и против и думаю: «А почему всё это, предлагаемое Верным Свидетелем, не бесплатно? Почему Он вдруг так высоко оценил то, что всегда давалось просто так?»</w:t>
      </w:r>
    </w:p>
    <w:p>
      <w:r>
        <w:rPr/>
        <w:t>Воздух, вода, солнце, дождь, тепло доступны мне без платы. Спасение и освящение мне даются даром. Исцеление и мир приходят естественно и просто так. А тут: «Купи у Меня…» Да не просто купи за символическую цену, а отдай всё самое лучшее, что у тебя есть, и отдавай эту плату постоянно, пока живёшь, иначе сделка не состоится.</w:t>
      </w:r>
    </w:p>
    <w:p>
      <w:r>
        <w:rPr/>
        <w:t>Иисус даёт мне понять, что, приобретая небесные товары, я должен вносить ежедневную высокую цену за право ими обладать. Мне надлежит быть в постоянном контакте с Ним, чтобы ничего не потерять. Я должен искать новых покупателей для Его торговой лавки.</w:t>
      </w:r>
    </w:p>
    <w:p>
      <w:r>
        <w:rPr/>
        <w:t>Небо ведёт строгий учёт всех моих приобретений. Оно пристально наблюдает за тем, как я использую вверенные мне таланты. Хоть я ничего и не замечаю, и имею полную свободу быть управителем Божьих ресурсов, но всё же я знаю, что мне придётся дать отчёт за свои действия.</w:t>
      </w:r>
    </w:p>
    <w:p>
      <w:r>
        <w:rPr/>
        <w:t>Товары для Лаодикии очень красивы и заманчивы. Но как только я подумаю о том, что на их приобретение необходимо отдать своё время, которое я бы мог успешно потратить на зарабатывание денег, на познание разных наук, на многое полезное и захватывающее, то мне становится совсем неинтересно покупать предлагаемые товары. У меня уже есть минимум из того, что советует купить Иисус, и что-то я даже смог подержать в руках, оценив его качество. Но, увы, это очень дорого.</w:t>
      </w:r>
    </w:p>
    <w:p>
      <w:r>
        <w:rPr/>
        <w:t>Помимо отдачи своего времени ещё я должен остановиться в своём «беличьем колесе» и посвятить всего себя на изучение Лаодикийских товаров, чтобы понимать, как ими владеть и управлять. А ещё мне придётся отказаться от моих любимых грехов, которые я бережно храню как защиту от унижения и нищеты этого мира. И всё это придётся отдать, чтобы приобрести какое-то золото? Да и золото мне продаётся для того, чтобы я его тут же тратил на ближних и даже на врагов.</w:t>
      </w:r>
    </w:p>
    <w:p>
      <w:r>
        <w:rPr/>
        <w:t>Если бы всё это давалось бесплатно, то я бы, может, ещё и подумал. А почему бы не взять? Пусть будет, вдруг пригодится? Хотя хранение даже бесплатных товаров будет мне стоить недёшево. Ведь их надо будет взять, привезти за свой счёт, занять ими ценное место в моём доме, выкинув что-то нужное и полезное, а потом следить за тем, чтобы это не пропало. А вдруг они не пригодятся? А выкинуть уже не смогу. Осудят и накажут. Ведь Продавец предупреждает, что Он накажет каждого, кто не будет ревностным.</w:t>
      </w:r>
      <w:r>
        <w:rPr/>
        <w:t xml:space="preserve"> </w:t>
      </w:r>
      <w:r>
        <w:rPr/>
        <w:t xml:space="preserve">Нет, лучше не буду обращать внимание на важность этого совета. Так и ответственности меньше будет. Сделаю так. Запишу адрес магазина, выучу наизусть все предлагаемые товары, поставлю указатели, напишу на полях Библии заметки о том, что означают эти символы, и буду спокойно жить дальше, познавая мир и выжимая из него максимум </w:t>
      </w:r>
      <w:r>
        <w:rPr/>
        <w:t>наслаждений. Да и враг души не нападает, видимо, боится меня трогать, ведь я Божий.</w:t>
      </w:r>
    </w:p>
    <w:p>
      <w:r>
        <w:rPr/>
        <w:t>Да. Точно! Приду под старость, когда уже всё возьму от мира и всё попробую, и удивлю Небесного Купца тем, что, наконец-то, я готов к торговым отношениям. А Он мне даст из-под прилавка самое лучшее и очень обрадуется. И будет на Небе обо мне великая радость, больше чем о 99-и постоянных покупателях, не имеющих нужды в особом приглашении. Многие небожители будут заискивать предо мной, чтобы стать моими друзьями, ведь я, наконец-то, стал обладателем Небесных товаров.</w:t>
      </w:r>
    </w:p>
    <w:p>
      <w:r>
        <w:rPr/>
        <w:t>От предвкушения этой будущей торговли прямо так радостно на душе становится. Как хорошо, что я знаю, где продаётся это масло для светильника. Да и средств на его приобретение у меня достаточно. Я богат в Иисусе, разбогател Его благословениями, и ни в чём не имею нужды. Много добра лежит у меня на многие годы. Думаю, Господь достойно оценит мою предприимчивость, ведь Он же и давал мне силы на приобретение богатства. Как я рад тому, что я не такой, как эти постоянные покупатели, которые какие-то странные и ведут себя как-то необычно, не как все.</w:t>
      </w:r>
    </w:p>
    <w:p>
      <w:r>
        <w:rPr/>
        <w:t>Да, так и сделаю. Отмечу это дело на будущее, на старость, чтобы не забыть. Вдруг пригодится.</w:t>
      </w:r>
    </w:p>
    <w:p>
      <w:pPr>
        <w:pStyle w:val="Heading2"/>
      </w:pPr>
      <w:r>
        <w:t>Вопросы к размышлению над этой главой</w:t>
      </w:r>
    </w:p>
    <w:p>
      <w:r>
        <w:rPr/>
        <w:t xml:space="preserve">1. Прочитайте, пожалуйста: Ис.55:1-3; Мат.13:44-46; 25:27; Откр.3:18; Пс.72:24; Иов.15:8; 26:3; Прит.12:15; 23:23; Еккл.10:18; Евр.3:15; 4:13; Лук.12:16-23,31; 14:16-24; Мат.25:3-5,8-10; Иов.33:13; Рим.14:12; Прит.1:22-33 </w:t>
      </w:r>
      <w:r>
        <w:rPr/>
        <w:t>в свете этой главы</w:t>
      </w:r>
      <w:r>
        <w:rPr/>
        <w:t>.</w:t>
      </w:r>
    </w:p>
    <w:p>
      <w:r>
        <w:rPr/>
        <w:t xml:space="preserve">2. </w:t>
      </w:r>
      <w:r>
        <w:rPr/>
        <w:t>Что вы поняли из этой главы</w:t>
      </w:r>
      <w:r>
        <w:rPr/>
        <w:t>?</w:t>
      </w:r>
    </w:p>
    <w:p>
      <w:r>
        <w:rPr/>
        <w:t>3. Какие ещё примеры из Библии пришли вам на память?</w:t>
      </w:r>
    </w:p>
    <w:p>
      <w:r>
        <w:rPr/>
        <w:t>4. О ком этот урок?</w:t>
      </w:r>
    </w:p>
    <w:p>
      <w:r>
        <w:rPr/>
        <w:t>5. Почему Господь решил продать то, что предлагается в Послании к Лаодикии?</w:t>
      </w:r>
    </w:p>
    <w:p>
      <w:r>
        <w:rPr/>
        <w:t>6. Вам понятно, какую плату ожидает Верный Свидетель за Свои товары из Откр.3:18?</w:t>
      </w:r>
    </w:p>
    <w:p>
      <w:r>
        <w:rPr/>
        <w:t>7. Готовы ли вы отдать своё время в обмен на Небесное золото?</w:t>
      </w:r>
    </w:p>
    <w:p>
      <w:r>
        <w:rPr/>
        <w:t>8. Важно ли в последнее время иметь масло в своём светильнике? Если да, то почему это масло нужно купить? Мат.25:9.</w:t>
      </w:r>
    </w:p>
    <w:p>
      <w:r>
        <w:rPr/>
        <w:t>9. Много ли людей отозвалось бы на призыв Христа брать товары к Лаодикии бесплатно? Как была бы оценена тогда такая торговля?</w:t>
      </w:r>
    </w:p>
    <w:p>
      <w:r>
        <w:rPr/>
        <w:t>10. Вы верите в то, что предлагаемое в послании к Лаодикии (Откр.3:18) имеет какое-то отношение к вашей победе в последнем противостоянии силам зла?</w:t>
      </w:r>
    </w:p>
    <w:p>
      <w:r>
        <w:rPr/>
        <w:t>11. Что будет со мной, если я буду знать значение символов, но не куплю их?</w:t>
      </w:r>
    </w:p>
    <w:p>
      <w:r>
        <w:rPr/>
        <w:t>12. Может ли быть такое, что я пришёл за покупками, а мне нечем платить?</w:t>
      </w:r>
    </w:p>
    <w:p>
      <w:r>
        <w:rPr/>
        <w:t>13. Будет ли какое-то оправдание моему невежеству в вопросе приготовления к брачному пиру Агнца?</w:t>
      </w:r>
    </w:p>
    <w:p>
      <w:r>
        <w:rPr/>
        <w:t>14. Будет ли Бог предпринимать что-то со Своей стороны, видя моё желание войти с Ним в вечные торговые отношения? Лук.15:20.</w:t>
      </w:r>
    </w:p>
    <w:p>
      <w:r>
        <w:rPr/>
        <w:t>15. Наблюдает ли сейчас Небо, как я отношусь к совету из Послания к Лаодикии?</w:t>
      </w:r>
    </w:p>
    <w:p>
      <w:pPr>
        <w:pStyle w:val="Heading2"/>
        <w:pageBreakBefore/>
      </w:pPr>
      <w:r>
        <w:t>Глава 86</w:t>
      </w:r>
    </w:p>
    <w:p>
      <w:pPr>
        <w:pStyle w:val="Heading1"/>
      </w:pPr>
      <w:r>
        <w:t>У тебя есть, чем платить</w:t>
      </w:r>
    </w:p>
    <w:p>
      <w:r>
        <w:rPr/>
        <w:t>Следуя за Христом, каждый из нас учится взвешивать и анализировать все свои поступки и чужие предложения. Нам свойственно отвлекаться на всевозможные вещи, которыми наполнен окружающий мир, но зачастую они настолько овладевают людьми, что многие делают их целью и смыслом своей жизни.</w:t>
      </w:r>
    </w:p>
    <w:p>
      <w:r>
        <w:rPr/>
        <w:t>Верующий во Христа человек отличается от остальных тем, что он не от мира сего, и в Божьи планы входит именно такой образ Его последователей. Но случается, что подобными становятся лишь немногие, которых даже свои по вере начинают считать странными или фанатичными.</w:t>
      </w:r>
    </w:p>
    <w:p>
      <w:r>
        <w:rPr/>
        <w:t>Для последнего времени Господь приготовил Своему народу очень интересный сюрприз. Он вложил в символы самое ценное, чем обладает Небо, и просит это у Него купить, оплатив самым дорогим, что имеет христианин. Стоимость товара очень высока, и скидка исключена.</w:t>
      </w:r>
    </w:p>
    <w:p>
      <w:r>
        <w:rPr/>
        <w:t>Я всматриваюсь в товары, которые мне предлагает Верный Свидетель из Откр.3:18, и понимаю, что просто дать что-нибудь и стать вечным обладателем предлагаемого не получится. Господь Сам установил цену и ни за что не сбросит её, невзирая на мои обстоятельства и просьбы.</w:t>
      </w:r>
    </w:p>
    <w:p>
      <w:r>
        <w:rPr/>
        <w:t>Интересно заметить, что я в своём невежестве часто делаю вид, будто бы мне не по карману подобная сделка, и, чтобы войти в торговые отношения, нужно быть очень одарённым и грамотным. А Господь говорит, что важно иметь уши, чтобы слышать, что мне говорит Дух.</w:t>
      </w:r>
    </w:p>
    <w:p>
      <w:r>
        <w:rPr/>
        <w:t>Я понимаю призыв Христа и в своё оправдание заявляю, что мне нечем платить, и что я не настолько богат, чтобы покупать вещи, которые мне советуют приобрести. Но в ответ слышу очень ясное утверждение, которое обличает в невежестве не только меня, но и всех других неразумных слушателей: «У тебя есть чем платить!»</w:t>
      </w:r>
    </w:p>
    <w:p>
      <w:r>
        <w:rPr/>
        <w:t>В Своей мудрости Господь выбрал самое дорогое, чем обладает каждый последователь Христа, и желает только это обменять на самое дорогое, чем обладает Небо.</w:t>
      </w:r>
    </w:p>
    <w:p>
      <w:r>
        <w:rPr/>
        <w:t>Предлагая в виде символов всего Себя, Иисус ожидает в оплату всего меня. Мне сложно заявить, что у меня нет меня, и я не смогу оплатить покупку. Я есть, и доказательством этого являюсь я сам. На меньшее Господь не согласится. Это очень похоже на брачные отношения, где муж желает в обмен на всего себя получить всю невесту, и он не собирается её делить даже с самыми лучшими друзьями. Она или вся принадлежит ему, а он ей, или никаких отношений. Цена высока, но она логична.</w:t>
      </w:r>
    </w:p>
    <w:p>
      <w:r>
        <w:rPr/>
        <w:t xml:space="preserve">Также Христос даёт мне понять, что мои грехи очень желанны в глазах Неба, и за них уже уплачена высокая цена, но сделка не сможет состояться, если я не внесу полную плату, желая оставить хоть немножко греха себе. Мне даётся взамен вся Божья агапэ, чтобы занять всё место в моём сердце вместо всех моих грехов. Сказать, что я не имею, чем заплатить и в этом случае, я боюсь, потому что сразу </w:t>
      </w:r>
      <w:r>
        <w:rPr/>
        <w:t>буду объявлен лжецом. Хоть я и не показываю Иисусу содержимое своего кошелька, но Он прекрасно знает все мои ценности и может перечислить их, заявляя, что я даже не знаю, насколько моё богатство оскверняет меня. Мне некуда скрыться от стыда. Я опускаю глаза, понимая, что Продавец прав. Мне и в этом случае есть, чем платить.</w:t>
      </w:r>
    </w:p>
    <w:p>
      <w:r>
        <w:rPr/>
        <w:t>И тут в своё оправдание я решительно заявляю, что у меня нет времени на эту торговлю, и убеждаю себя в том, что это довольно веский аргумент, чтобы склонить Иисуса быть милостивым ко мне и сбросить заоблачную цену, учитывая мои обстоятельства. Господь с грустью даёт мне понять, что Он прекрасно знает, сколько времени мне даётся каждое утро, и на что я его трачу. Тут Он уважает мой выбор и просто показывает мне, чем занят Он, и на что уходит всё Его время. Я смотрю глазами веры и вижу очень странную картину. Иисус с утра до вечера думает обо мне, ходатайствует за меня, планирует моё спасение, придумывает мне новые испытания, прощает меня, заботится обо мне, носит меня на руках, бодрствует надо мной и делает всё, чтобы мне было с Ним хорошо и радостно. Я смолкаю, потому что понимаю, что так оно и есть. Но в обмен на всё Своё время от меня ожидается всё моё. И оно у меня тоже есть. Я могу им заплатить.</w:t>
      </w:r>
    </w:p>
    <w:p>
      <w:r>
        <w:rPr/>
        <w:t>Стою. Думаю. Не могу найти ничего в своё оправдание. Оцениваю товары. Понимаю истинную значимость предлагаемого. Но вот что-то не лежит моя душа к тому, чтобы полностью погрузиться в торговлю. Решаюсь на хитрый ход. Скажу, что мне надо подумать, прежде чем дать ответ. Но понимаю, что это будет выглядеть как отказ. Нет. Лучше я пропущу мимо ушей все советы Иисуса. С глухого и спроса меньше. К счастью, Господь оказался довольно деликатным и не стал концентрировать Своё внимание на моей реакции. А я дал Ему ясно понять, что теперь адрес магазина мне известен, и я обязательно туда приду.</w:t>
      </w:r>
    </w:p>
    <w:p>
      <w:r>
        <w:rPr/>
        <w:t>А сейчас я займусь подготовкой к этой сделке и буду прилежно изучать Библию, ежедневные уроки, выучу все правильные ответы на все сложные вопросы, начну делать много добрых дел, которыми просто удивлю Небо, и докажу делами, что я достоин. А ещё лучше — я открою миссионерское общество и буду действовать не только в своей стране, но и охвачу весь мир, чтобы проповедовано было Евангелие всем народам. Возможно, всё это будет достойной оплатой Небесных товаров. Да, так и сделаем. Хоть у Христа есть Свой прейскурант, я предложу равноценную альтернативу, чем, наверное, удивлю всё Небо. Я вижу, как благословение сопровождает меня во всём. Я просто счастлив, что я не такой, как все ленивые и лукавые рабы.</w:t>
      </w:r>
    </w:p>
    <w:p>
      <w:r>
        <w:rPr/>
        <w:t>Смотрю на Иисуса, а Он почему-то загрустил, хотя и улыбается. Не пойму, почему Он так желает отношений со мной, когда у меня столько добрых дел для Него. Я читаю, молюсь, пощусь, планирую делать добро, ношу Его имя. Неужели этого мало? Зачем ожидать от меня того, что я не хочу отдавать? Ну, приду, заплачу тем, что Он назначил, и что дальше? Всё остановится, и я буду чувствовать себя под проклятьем. Зачем я только зашёл в этот магазин? Жил бы себе спокойно и не знал бы, что мне что-то предлагается. А тут влип, и уже не откажешься. Кто бы мне помог найти решение?</w:t>
      </w:r>
    </w:p>
    <w:p>
      <w:r>
        <w:rPr/>
        <w:t xml:space="preserve">О, увидел. Я не один такой. Оказывается, нашлись те, кто, подобно мне, не решаются на такую жертву. Вместе нам будет веселее. Мы сможем дружно </w:t>
      </w:r>
      <w:r>
        <w:rPr/>
        <w:t>заниматься общим делом, делиться опытами, обсуждать прочитанное, молиться друг за друга. Смотрю, что таких, как я, очень много. Неужели Господь вот так просто возьмёт нас и оставит? Не для того Он пришёл, чтобы раскидываться нами. У нас есть вера, да и, наверное, любовь тоже присутствует. Мы Его народ, а это уже гарантия того, что у нас всё в порядке. Надо периодически смотреть в зеркало закона и сразу бежать к Иисусу, если заметил на лице какую-то грязь.</w:t>
      </w:r>
    </w:p>
    <w:p>
      <w:r>
        <w:rPr/>
        <w:t>Господь, ну почему Ты грустишь? Неужели Тебе мало наших плодов от наших трудов? Неужели этого недостаточно, чтобы оплатить Твои товары? Нам есть, чем другим заплатить?</w:t>
      </w:r>
    </w:p>
    <w:p>
      <w:r>
        <w:rPr/>
        <w:t>Смотрю на тех, кто постоянно что-то покупает. Какие-то они жадные. Складывают купленное в свои сосуды и покупают вновь. Отмечу для себя, что у них есть запасы. Думаю, что в сложное время смогу и у них попросить поделиться маслом для светильника. Мне уж точно не откажут. Тем более, что я многим из этих покупателей помогал, и они у меня в долгу. Так что не стоит переживать.</w:t>
      </w:r>
    </w:p>
    <w:p>
      <w:pPr>
        <w:pStyle w:val="Heading2"/>
      </w:pPr>
      <w:r>
        <w:t>Вопросы к размышлению над этой главой</w:t>
      </w:r>
    </w:p>
    <w:p>
      <w:r>
        <w:rPr/>
        <w:t xml:space="preserve">1. Прочитайте, пожалуйста: Еф.5:15-18; Откр.3:22; Прит.13:7; 20:12; 23:23; Ис.42:18-20; Ос.12:8; Мат.25:3-4,8-9; Пс.49:21; Быт.4:3-5; Иер.29:11; Лук.12:16-21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Про кого написан этот урок?</w:t>
      </w:r>
    </w:p>
    <w:p>
      <w:r>
        <w:rPr/>
        <w:t>5. Как выглядит послание к Лаодикии в свете последнего времени?</w:t>
      </w:r>
    </w:p>
    <w:p>
      <w:r>
        <w:rPr/>
        <w:t>6. Верите ли вы в то, что весть Верного Свидетеля из Откр.3:14-22 произведёт просеивание среди Божьего народа?</w:t>
      </w:r>
    </w:p>
    <w:p>
      <w:r>
        <w:rPr/>
        <w:t>7. Вас не удивляет, что каждый верующий человек способен оплатить Небесные товары, советуемые Лаодикии?</w:t>
      </w:r>
    </w:p>
    <w:p>
      <w:r>
        <w:rPr/>
        <w:t xml:space="preserve">8. Кто такие невежды </w:t>
      </w:r>
      <w:r>
        <w:rPr/>
        <w:t>в свете этой главы</w:t>
      </w:r>
      <w:r>
        <w:rPr/>
        <w:t>? Знаете ли вы таких людей из жизни?</w:t>
      </w:r>
    </w:p>
    <w:p>
      <w:r>
        <w:rPr/>
        <w:t>9. Верите ли вы в то, что послание к Лаодикии открывает мне какую-то таинственную дверь к личным отношениям с Иисусом? Ин.17:3.</w:t>
      </w:r>
    </w:p>
    <w:p>
      <w:r>
        <w:rPr/>
        <w:t>10. Как вы думаете, что будет происходить с теми, кто купит предлагаемое Верным Свидетелем?</w:t>
      </w:r>
    </w:p>
    <w:p>
      <w:r>
        <w:rPr/>
        <w:t>11. Почему торговля в Лаодикии должна быть постоянной и Вечной? Не обрекает ли это меня на вечное рабство?</w:t>
      </w:r>
    </w:p>
    <w:p>
      <w:r>
        <w:rPr/>
        <w:t>12. Как вы думаете, важно ли правильно понимать те вопросы, которые мы рассматриваем в наших уроках?</w:t>
      </w:r>
    </w:p>
    <w:p>
      <w:r>
        <w:rPr/>
        <w:t>13. Спасёт ли меня знание правильных ответов? Чем они отличаются от личных отношений с Иисусом?</w:t>
      </w:r>
    </w:p>
    <w:p>
      <w:r>
        <w:rPr/>
        <w:t>14. А у вас есть, чем заплатить за предлагаемые товары? Не слишком ли высока цена?</w:t>
      </w:r>
    </w:p>
    <w:p>
      <w:r>
        <w:rPr/>
        <w:t>15. Что будет с теми, кто приобретёт весь мир, но не купит предлагаемого Лаодикии?</w:t>
      </w:r>
    </w:p>
    <w:p>
      <w:pPr>
        <w:pStyle w:val="Heading2"/>
        <w:pageBreakBefore/>
      </w:pPr>
      <w:r>
        <w:t>Глава 87</w:t>
      </w:r>
    </w:p>
    <w:p>
      <w:pPr>
        <w:pStyle w:val="Heading1"/>
      </w:pPr>
      <w:r>
        <w:t>Вменяемая и наделяемая любовь</w:t>
      </w:r>
    </w:p>
    <w:p>
      <w:r>
        <w:rPr/>
        <w:t>В нашем обиходе есть понятие вменяемой и наделяемой праведности. Это очень важное определение того, что происходит в жизни каждого верующего человека, когда он обращается от тьмы к свету. Нельзя отделять одно понятие от другого. Они определяют процесс, при котором последовательно сменяются стадии, и очень важно знать, что происходит в самом начале пути к Богу, и что совершает Господь в жизни тех, кто уже давно находится в вере.</w:t>
      </w:r>
    </w:p>
    <w:p>
      <w:r>
        <w:rPr/>
        <w:t>У этого процесса есть название – Праведность по Вере.</w:t>
      </w:r>
    </w:p>
    <w:p>
      <w:r>
        <w:rPr/>
        <w:t>Нечто подобное справедливо и для любви. Несмотря на то, что в Библии нет такого понятия, как вменяемая и наделяемая любовь, но соответствующие принципы прослеживаются и в жизни любящего человека. А когда я знаю, чего мне ожидать в своё время, тогда я могу очень легко ориентироваться в происходящем.</w:t>
      </w:r>
    </w:p>
    <w:p>
      <w:r>
        <w:rPr/>
        <w:t>Праведность, мудрость и любовь исходят из одного Источника и продаются в одном комплекте в месте под названием «магазин для Лаодикии». У этих свойств один Автор. Они имеют единый дух и всегда повсюду присутствуют вместе. Если что-то одно изъять из этого ряда, то мы получим подделку, которую враг души обязательно использует в своих интересах.</w:t>
      </w:r>
    </w:p>
    <w:p>
      <w:r>
        <w:rPr/>
        <w:t>Проблема каждого из нас заключается в том, что ничем из перечисленного мы сами по себе не обладаем, а порою и не можем отличить правую руку от левой. Оценка моего жалкого состояния просто усугубляет моё положение настолько, что без Божьего вмешательства у меня нет абсолютно никаких шансов на спасение. Но больше всего меня поначалу пугает цена, которую ожидает Господь в обмен на предлагаемое. Я понимаю, что мне никто ничего не продаст, пока я своим решением не внесу первый взнос.</w:t>
      </w:r>
    </w:p>
    <w:p>
      <w:r>
        <w:rPr/>
        <w:t>Но у Господа есть интересный план, который Он уже осуществил в самом начале моего обращения. Он вменяет мне то, что не является по праву моим. По справедливости, я имею лишь одно право — умереть за свои грехи и тем самым понести проклятие закона. Но Господь прощает меня по Своей милости и удовлетворяет требования закона, внося в качестве платы за мои грехи Свою смерть и вменяя мне Свою праведность. А дальше Он воспитывает меня и по мере моего роста наделяет меня Своей праведностью как следствием наших отношений и моей жизни со Христом.</w:t>
      </w:r>
    </w:p>
    <w:p>
      <w:r>
        <w:rPr/>
        <w:t>Нечто подобное происходит и с тем, кто решается любить и просит об этом Бога. Жаждущий человек ещё не знает, как изнутри действует это Небесное качество характера и как его можно вечно удерживать в своём сердце. Но, желая иметь любовь и именно с ней относиться ко всем своим людям, я даю Богу власть начать новую летопись наших с Ним отношений под названием «агапэ к моему ближнему».</w:t>
      </w:r>
    </w:p>
    <w:p>
      <w:r>
        <w:rPr/>
        <w:t xml:space="preserve">Мне вменяется это свойство души. К нему я непричастен, но я начинаю осознавать, что я люблю. Это невозможно с чем-то перепутать. Это нечто новое и великое внутри меня. Я пробую любить, и получается, делаю ещё один шаг и </w:t>
      </w:r>
      <w:r>
        <w:rPr/>
        <w:t>вновь вижу успех. Планирую так относиться ко врагу, и вновь победа. Но при всём моём успехе я не имею знания законов любви, а только смотрю, как Господь это делает через меня. Мне сложно планировать различные стратегии, так как я ещё не понимаю, как любовь себя поведёт, и что она ещё завоюет, а где не станет устанавливать своё знамя победы.</w:t>
      </w:r>
    </w:p>
    <w:p>
      <w:r>
        <w:rPr/>
        <w:t>Иисус же лично приходит в мой дом каждый вечер, стоит и стучит, предлагая новые знания о Своей агапэ, и я, впуская Его в отношения со мной, начинаю постигать на уровне личных откровений законы, движущие Вечной любовью. И чем больше я постигаю эту науку о любви, тем лучше понимаю, как она во мне действует, и как я могу дать ей власть управлять мною. Я также начинаю видеть, как сам могу ею управлять. Мне открывается сила любви, её бесконечный ресурс и потенциал. Я постигаю безграничный океан Небесного происхождения и пользуюсь всем этим для созидания тела Христова, оставаясь лишь каким-то маленьким, но важным членом в большой церкви.</w:t>
      </w:r>
    </w:p>
    <w:p>
      <w:r>
        <w:rPr/>
        <w:t>Мой приёмник настроен на Божью волну, а мои мысли и чувства пропитываются любовью, делая меня любящим человеком.</w:t>
      </w:r>
    </w:p>
    <w:p>
      <w:r>
        <w:rPr/>
        <w:t>И уже я люблю не вслепую, а понимая, что делаю, как устроен этот механизм взаимодействия между людьми, какую роль играет моё человеческое волеизъявление, а где вступается Бог.</w:t>
      </w:r>
    </w:p>
    <w:p>
      <w:r>
        <w:rPr/>
        <w:t>Господь, видя моё старание и мой рост в любви, производит во мне хотение и действия по Своему благоволению. Ему уже не приходится вменять мне Свою любовь, Он просто меня ею наделяет, видя моё возрастание в таком мышлении. Я и сам понимаю, что без Него я не могу ничего, тем более любить. Но наши с Иисусом сердца уже настолько переплелись и пропитались в любви друг другом, что я беру на себя смелость заявлять, что в моей любви к ближнему — я люблю.</w:t>
      </w:r>
    </w:p>
    <w:p>
      <w:r>
        <w:rPr/>
        <w:t>Мы не берёмся вносить в наш лексикон новое понятие, как вменяемая и наделяемая любовь, но все эти закономерности любви настолько схожи со вменяемой и наделяемой праведностью, что создаётся впечатление, что там перепутали слова. Подобная тема очень проста для личного сравнения и исследования, но будет довольно сложна в теологическом анализе, особенно для тех, кто этой любви не имеет.</w:t>
      </w:r>
    </w:p>
    <w:p>
      <w:r>
        <w:rPr/>
        <w:t>У любви агапэ есть свои стадии прикосновения, внедрения и развития с разумом человека. Это похоже на рост семени, которое, попав в добрую почву, должно пройти определённые этапы развития, прежде чем оно начнёт приносить плод. Но в планы Бога входит не долгое ожидание созревания и действия Его любви во мне, а быстрое принесение её плода и обретение победы. Поэтому мне в самом начале моего пути в познании агапэ необходим безграничный Небесный Кредит, который покроет все мои долги и обогатит Небесную сокровищницу моего опыта победы в Господе.</w:t>
      </w:r>
    </w:p>
    <w:p>
      <w:r>
        <w:rPr/>
        <w:t>А по мере моего роста и перехода от одной стадии любви к другой я уже настолько приготовлен Богом к принесению плода, что Он теперь не вменяет мне Свою силу в виде аванса, а наделяет мой плод Самим Собой и с радостью собирает урожай как результаты моих побед под Божьим руководством.</w:t>
      </w:r>
    </w:p>
    <w:p>
      <w:r>
        <w:rPr/>
        <w:t xml:space="preserve">Я не могу точно сказать, в какой момент во мне начинает действовать переход от одной стадии роста в другую, потому что всё это происходит на самой глубине </w:t>
      </w:r>
      <w:r>
        <w:rPr/>
        <w:t>Божьего сердца и покрыто сокровенной тайной наших личных откровений и отношений, где уже не я живу, а живёт во мне Христос.</w:t>
      </w:r>
    </w:p>
    <w:p>
      <w:r>
        <w:rPr/>
        <w:t>По-человечески выразить эти отношения невозможно, а по-небесному я пока ещё не умею.</w:t>
      </w:r>
    </w:p>
    <w:p>
      <w:r>
        <w:rPr/>
        <w:t>Все Небесные сокровища я могу приобрести только у Верного Свидетеля, Который советует мне купить их. Если я вступлю в такие вечные торговые отношения, то тогда мне на личном уровне станут открываться все преимущества постоянного покупателя, которые другие люди просто не смогут иметь. Войдя этой дверью, я могу и не понимать всех тонкостей торговых отношений с Иисусом, но то, что они начались, даёт мне право на особое приготовление ко Второму Пришествию Христа. И у меня появляются шансы на то, чтобы попасть в загадочную группу под названием 144 тысячи. Если я не понимаю, какая во мне любовь, вменяемая или наделяемая, то это не так важно, но если я этой любви не имею, то я увижу, что последнее время станет для меня последним горем в моей земной жизни.</w:t>
      </w:r>
    </w:p>
    <w:p>
      <w:r>
        <w:rPr/>
        <w:t>О, если бы мы смогли понять, какое сокровище любви нам предлагает Иисус! Мы бы встали в большую очередь и получили бы всё, что Он советует, и обогатились, обогащая и других.</w:t>
      </w:r>
    </w:p>
    <w:p>
      <w:pPr>
        <w:pStyle w:val="Heading2"/>
      </w:pPr>
      <w:r>
        <w:t>Вопросы к размышлению над этой главой</w:t>
      </w:r>
    </w:p>
    <w:p>
      <w:r>
        <w:rPr/>
        <w:t xml:space="preserve">1. Прочитайте, пожалуйста, Еф.5:32; Ин.3:12; 1Тим.3:16; Быт.15:6; Флп.2:5,12-13; 3:8-9; Рим.5:5,17-19; 9:30-33; Мар.4:26-32; Откр.3:18-20; 10:7; Ис.64:6-8; Иак.1:5-7; 2:23; Прит.10:12; 15:17; Песн.2:4; 8:7; Мат.5:20; 24:12; Ин.13:34-35; 17:26; 1Пет.1:22; 4:8; 1Ин.4:8-16 </w:t>
      </w:r>
      <w:r>
        <w:rPr/>
        <w:t>в свете этой главы</w:t>
      </w:r>
      <w:r>
        <w:rPr/>
        <w:t>.</w:t>
      </w:r>
    </w:p>
    <w:p>
      <w:r>
        <w:rPr/>
        <w:t xml:space="preserve">2. </w:t>
      </w:r>
      <w:r>
        <w:rPr/>
        <w:t>Что вы поняли из этой главы</w:t>
      </w:r>
      <w:r>
        <w:rPr/>
        <w:t>?</w:t>
      </w:r>
    </w:p>
    <w:p>
      <w:r>
        <w:rPr/>
        <w:t xml:space="preserve">3. Какая важная мысль </w:t>
      </w:r>
      <w:r>
        <w:rPr/>
        <w:t>из этой главы</w:t>
      </w:r>
      <w:r>
        <w:rPr/>
        <w:t xml:space="preserve"> пришлась вам по сердцу?</w:t>
      </w:r>
    </w:p>
    <w:p>
      <w:r>
        <w:rPr/>
        <w:t>4. Какие ещё стихи из Библии пришли вам на память?</w:t>
      </w:r>
    </w:p>
    <w:p>
      <w:r>
        <w:rPr/>
        <w:t>5. Всё ли вам понятно в действиях и планах Бога?</w:t>
      </w:r>
    </w:p>
    <w:p>
      <w:r>
        <w:rPr/>
        <w:t>6. Если кто-то оплатит только мои долги, то стану ли я от этого богаче?</w:t>
      </w:r>
    </w:p>
    <w:p>
      <w:r>
        <w:rPr/>
        <w:t>7. Вы обратили внимание на то, что золото из Откр.3:18 обогащает? Как вы думаете, как и кого?</w:t>
      </w:r>
    </w:p>
    <w:p>
      <w:r>
        <w:rPr/>
        <w:t>8. Что происходит с сердцем, когда я прошу любви и потом принимаю решение любить?</w:t>
      </w:r>
    </w:p>
    <w:p>
      <w:r>
        <w:rPr/>
        <w:t>9. Почему Бог желает нас обогатить и предлагает нам этот выход до того, как мы поймём это сами?</w:t>
      </w:r>
    </w:p>
    <w:p>
      <w:r>
        <w:rPr/>
        <w:t>10. Есть ли сходство в развитии праведности и любви в сердце человека? Как вы это понимаете?</w:t>
      </w:r>
    </w:p>
    <w:p>
      <w:r>
        <w:rPr/>
        <w:t>11. Что делать, если я не понимаю, как и что производит любовь в моей жизни? Стоит ли мне её просить?</w:t>
      </w:r>
    </w:p>
    <w:p>
      <w:r>
        <w:rPr/>
        <w:t>12. Нужна ли вам любовь? Если да, то для чего?</w:t>
      </w:r>
    </w:p>
    <w:p>
      <w:r>
        <w:rPr/>
        <w:t>13. Понимаете ли вы важность вести к Лаодикии?</w:t>
      </w:r>
    </w:p>
    <w:p>
      <w:r>
        <w:rPr/>
        <w:t>14. Какое участие принимает Бог в моей любви к другу?</w:t>
      </w:r>
    </w:p>
    <w:p>
      <w:r>
        <w:rPr/>
        <w:t>15. Вы планируете любить и любить всегда? Что для этого нужно?</w:t>
      </w:r>
    </w:p>
    <w:p>
      <w:pPr>
        <w:pStyle w:val="Heading2"/>
        <w:pageBreakBefore/>
      </w:pPr>
      <w:r>
        <w:t>Глава 88</w:t>
      </w:r>
    </w:p>
    <w:p>
      <w:pPr>
        <w:pStyle w:val="Heading1"/>
      </w:pPr>
      <w:r>
        <w:t>Обогащение любовью</w:t>
      </w:r>
    </w:p>
    <w:p>
      <w:r>
        <w:rPr/>
        <w:t>В недалёком прошлом я работал наёмным рабочим в одной строительной фирме и дослужился до должности прораба. Мне всегда нравилось делать то, что было связано с возведением больших зданий на чистом поле. И всё было бы хорошо, если бы не маленькая проблема с заработной платой. Её не хватало на покрытие текущих расходов. Приходилось жить в постоянных долгах, мечтая о том, что когда-то это всё закончится, и мы «заживём». Дочь знала, что у папы никогда нет денег, и ей было стыдно за это перед своими одноклассниками. Мне иногда приходилось брать кредиты, чтобы погасить долги в банке, а потом несколько лет возвращать с процентами то, что я ежемесячно получал за свой труд.</w:t>
      </w:r>
    </w:p>
    <w:p>
      <w:r>
        <w:rPr/>
        <w:t>При таком положении вещей мои друзья почему-то воспринимали меня очень богатым, так как я живу и работаю в западной Германии. А у меня дома даже не было своего личного рабочего инструмента, потому что его нужно было на что-то купить. Я ходил в строительный магазин, как в музей, называя его ВДНХ — выставкой достижений немецкого хозяйства, рассматривая и изучая то, чем можно было бы с интересом работать, если бы это было моим.</w:t>
      </w:r>
    </w:p>
    <w:p>
      <w:r>
        <w:rPr/>
        <w:t>В какой-то период жизни Господь меня познакомил с одним маклером по недвижимости, который желал отремонтировать свой дом. Я предложил свои услуги, и дело пошло. Благодаря этому человеку моё финансовое положение чуть улучшилось, но долги никуда не исчезли.</w:t>
      </w:r>
    </w:p>
    <w:p>
      <w:r>
        <w:rPr/>
        <w:t>Прошло какое-то время, и этот маклер предложил мне открыть свою фирму, обещая, что будет обеспечивать меня работой, и моё финансовое положение улучшится.</w:t>
      </w:r>
    </w:p>
    <w:p>
      <w:r>
        <w:rPr/>
        <w:t>Я боялся сделать этот шаг и много молился. Господь ответил на мои вопросы одобрением и дал понять, чтобы я шёл и ничего не боялся, потому что Он будет со мной везде.</w:t>
      </w:r>
    </w:p>
    <w:p>
      <w:r>
        <w:rPr/>
        <w:t>Я сделал шаг веры и стал частным предпринимателем. Мне открылся новый мир интересных возможностей. Все мои маленькие мечты по обретению хороших инструментов исполнились очень быстро, но и времени стало не хватать на личную жизнь. Весь быт поменялся, и всё стало крутиться вокруг новой фирмы. Хоть за всё время моей новой работы я так и не разбогател, ведь кругом столько более важных нужд, но я узнал, как можно честно зарабатывать большие деньги. Однако это требовало определённых рисков и капиталовложений. Знать — это не обязательно так жить и иметь.</w:t>
      </w:r>
    </w:p>
    <w:p>
      <w:r>
        <w:rPr/>
        <w:t>Господь исполнил все мои земные мечты, которые оказались не такими уж и заветными. Но благодаря новой работе я смог обогащать своих друзей тем, чем меня благословлял Господь. Я спрашивал их о том, что им нужно, а потом реализовывал их мечты по мере своих возможностей. Размышляя о прошлом, я понял, что, оставаясь работать там, где я был, я бы до сих пор боролся с долгами, мечтая о том, что когда-то куплю себе хоть один хороший шуруповёрт. А сейчас многие мои друзья благодаря мне имеют прекрасные инструменты, которые я себе раньше не мог позволить.</w:t>
      </w:r>
    </w:p>
    <w:p>
      <w:r>
        <w:rPr/>
        <w:t>Став частью христианского мира, я не знал, кем я вырасту и стану. Моя постоянная забота о благосостоянии семьи ограничивала меня во времени, и мне приходилось на бегу постигать многие истины и мечтать о том, что в жизни должно что-то измениться. Я мечтал иметь много духовных друзей, с которыми бы мы любили друг друга, но не имел времени и знаний на то, где их найти. Все мои попытки стать другом заканчивались на первом перекрёстке мнений, после чего мы вежливо расставались, и приходилось искать новых друзей, мечтая когда-то встретить того, кто меня оценит и безусловно полюбит. Только в Иисусе я имел Такого Друга, Который был верен во всём и никогда меня не оставлял. Я ходил по Библейским стихам о дружбе и любви, как по выставке достижений христианских отношений прошлых веков, и не представлял, как этого достичь в моей ситуации сегодня.</w:t>
      </w:r>
    </w:p>
    <w:p>
      <w:r>
        <w:rPr/>
        <w:t>А Господь готовил меня к великим переменам и давал мне понять, что есть лучшая жизнь во Христе, призывая меня сделать шаг веры и вступить с Ним в торговые отношения, став частным предпринимателем в духовном мире. Он обещал обеспечивать меня откровениями о великом и недоступном, если я буду об этом взывать. А ещё Иисус дал мне понять, что Он обогатит меня, если я решусь на особый вид торговли. Я не понимал, что это, но отважился на такой шаг веры и выпросил любовь-агапэ, даже не понимая, как изменится моя жизнь, и что меня ожидает. Мне стал доступен новый мир удивительных откровений и интересных возможностей. Мои мечты о друзьях начали исполняться с удивительным успехом, и в этой дружбе я открывал для себя новые грани любви, о которых раньше не догадывался. Весь мой быт поменялся и стал крутиться вокруг новой любви. Скажу честно, что за это время Господь обогатил меня обещанной любовью, а через меня стал обогащать всех моих друзей. Моя привычка раздавать всё ценное очень пригодилась мне в раздаче Божьих благословений, и я так и не научился хранить их втайне от друзей, делясь ими во всякое время.</w:t>
      </w:r>
    </w:p>
    <w:p>
      <w:r>
        <w:rPr/>
        <w:t>Господь исполнил все мои мечты о любящих друзьях, сделав и меня любящим другом. Теперь я о них больше не мечтаю, а люблю их и молюсь, радуясь их словам и духу любви, обогащая их своим отношением и дружелюбием.</w:t>
      </w:r>
    </w:p>
    <w:p>
      <w:r>
        <w:rPr/>
        <w:t>Любовь не только сделала меня богатым на любовь, но также обогатила через меня и всех тех, кто желает ею обогатиться. Все мои личные откровения стали частью жизни моих друзей, и продолжают одарять всех желающих обрести золото, очищенное огнём.</w:t>
      </w:r>
    </w:p>
    <w:p>
      <w:r>
        <w:rPr/>
        <w:t>Мои друзья в любви стали для меня Божьим благословением, которое обогащает и печали с собою не приносит. А я для них стал тем же самым промежуточным источником обогащения, который любит во всякое время.</w:t>
      </w:r>
    </w:p>
    <w:p>
      <w:r>
        <w:rPr/>
        <w:t>На Небе решили держать двери банка любви открытыми для тех, кто отозвался на совет Верного Свидетеля и стал постоянным покупателем. Воздух, вода, любовь — всё это наполняет бесконечную Вселенную и становится моим Вечным достоянием, никогда не прекращаясь в моей жизни. Я дышу, пью, обогащаюсь дарами Божьей благодати и покупаю их без злата и серебра.</w:t>
      </w:r>
    </w:p>
    <w:p>
      <w:r>
        <w:rPr/>
        <w:t xml:space="preserve">Мне сложно представить, как я раньше жил без этой торговли в постоянных долгах, мечтая лишь о том, чтобы как-то выйти на ноль и не жить в кредит. Но </w:t>
      </w:r>
      <w:r>
        <w:rPr/>
        <w:t>Господь не только покрыл все мои долги, но и одарил меня золотом, испытанным огнём. Это на самом деле истинное сокровище, которым не стыдно хвалиться.</w:t>
      </w:r>
    </w:p>
    <w:p>
      <w:r>
        <w:rPr/>
        <w:t>Говоря другим о том, что я люблю, о том, что я понимаю, что это такое, о том, что этого у меня много, я будто хвалюсь Богом и тем, что знаю и разумею Его внутри себя. Ведь я понимаю, что Господь совершает надо мной суд, милость и правду. В любви к ближним и друзьям я богатею особыми откровениями о том, как эта любовь любит во всякое время, как ею прекрасно владеть, какое это счастье любить.</w:t>
      </w:r>
    </w:p>
    <w:p>
      <w:r>
        <w:rPr/>
        <w:t>Что теряет любящий человек? Он теряет похоть плоти, похоть очей и гордость житейскую. Казалось, что жизнь без этих качеств невозможна, но любовь настолько восполняет все потребности души, что ты не представляешь, зачем иметь что-то другое, когда можно просто любить.</w:t>
      </w:r>
    </w:p>
    <w:p>
      <w:r>
        <w:rPr/>
        <w:t>А заповедь о любви друг к другу уже не кажется мне из области истории раннего христианства. Мы любим друг друга, и это радует сердце каждый день. И в этом есть что-то особенное, важное и воистину ценное, что можно купить только за Вечную любовь.</w:t>
      </w:r>
    </w:p>
    <w:p>
      <w:pPr>
        <w:pStyle w:val="Heading2"/>
      </w:pPr>
      <w:r>
        <w:t>Вопросы к размышлению над этой главой</w:t>
      </w:r>
    </w:p>
    <w:p>
      <w:r>
        <w:rPr/>
        <w:t xml:space="preserve">1. Прочитайте, пожалуйста, 1Цар.2:7; 2Кор.6:10; 9:8; Ис.13:12; Пс.44:14; Откр.3:17-18; Ин.13:34-35; Лук.12:16-21,31-32; Прит.10:4,22; 17:17; 18:24; Лук.16:9; Ин.15:12-13; 1Тим.6:6-8; Иер.9:23-24; 33:2-3 </w:t>
      </w:r>
      <w:r>
        <w:rPr/>
        <w:t>в свете этой главы</w:t>
      </w:r>
      <w:r>
        <w:rPr/>
        <w:t>.</w:t>
      </w:r>
    </w:p>
    <w:p>
      <w:r>
        <w:rPr/>
        <w:t xml:space="preserve">2. </w:t>
      </w:r>
      <w:r>
        <w:rPr/>
        <w:t>Что вы поняли из этой главы</w:t>
      </w:r>
      <w:r>
        <w:rPr/>
        <w:t>?</w:t>
      </w:r>
    </w:p>
    <w:p>
      <w:r>
        <w:rPr/>
        <w:t xml:space="preserve">3. Какую важную мысль вы отметили для себя </w:t>
      </w:r>
      <w:r>
        <w:rPr/>
        <w:t>в этой главе</w:t>
      </w:r>
      <w:r>
        <w:rPr/>
        <w:t>?</w:t>
      </w:r>
    </w:p>
    <w:p>
      <w:r>
        <w:rPr/>
        <w:t>4. Какие ещё стихи из Библии пришли вам на память?</w:t>
      </w:r>
    </w:p>
    <w:p>
      <w:r>
        <w:rPr/>
        <w:t xml:space="preserve">5. Вы поняли, о каком богатстве идёт речь </w:t>
      </w:r>
      <w:r>
        <w:rPr/>
        <w:t>в этой главе</w:t>
      </w:r>
      <w:r>
        <w:rPr/>
        <w:t>?</w:t>
      </w:r>
    </w:p>
    <w:p>
      <w:r>
        <w:rPr/>
        <w:t>6. Как вы думаете, стих из Прит.10:22 написан про вас? Являетесь ли вы этим благословением?</w:t>
      </w:r>
    </w:p>
    <w:p>
      <w:r>
        <w:rPr/>
        <w:t>7. Каким богатством обогащает меня золото, очищенное огнём?</w:t>
      </w:r>
    </w:p>
    <w:p>
      <w:r>
        <w:rPr/>
        <w:t>8. Что означает «в Бога богатеть»? Лук.12:21.</w:t>
      </w:r>
    </w:p>
    <w:p>
      <w:r>
        <w:rPr/>
        <w:t>9. Почему лаодикиец не знает, что он нищий, считая себя богатым и разбогатевшим?</w:t>
      </w:r>
    </w:p>
    <w:p>
      <w:r>
        <w:rPr/>
        <w:t>10. Хотите ли вы быть богатым на любовь? Что для этого надо делать?</w:t>
      </w:r>
    </w:p>
    <w:p>
      <w:r>
        <w:rPr/>
        <w:t>11. Пережили ли вы состояние души, когда золото от Верного Свидетеля сделало вас воистину богатым?</w:t>
      </w:r>
    </w:p>
    <w:p>
      <w:r>
        <w:rPr/>
        <w:t>12. Что делает Небесное богатство с тем, кто его начинает приобретать и начинает им владеть?</w:t>
      </w:r>
    </w:p>
    <w:p>
      <w:r>
        <w:rPr/>
        <w:t>13. Даёт ли нам Иисус пример того, как живёт богатый любовью и Божьими благословениями человек? Можем ли мы чему-то научиться из Его жизни?</w:t>
      </w:r>
    </w:p>
    <w:p>
      <w:r>
        <w:rPr/>
        <w:t>14. Как вы думаете, 144 тысячи будут богатыми покупателями?</w:t>
      </w:r>
    </w:p>
    <w:p>
      <w:r>
        <w:rPr/>
        <w:t>15. Помогают ли наши уроки вам разбогатеть?</w:t>
      </w:r>
    </w:p>
    <w:p>
      <w:pPr>
        <w:pStyle w:val="Heading2"/>
        <w:pageBreakBefore/>
      </w:pPr>
      <w:r>
        <w:t>Глава 89</w:t>
      </w:r>
    </w:p>
    <w:p>
      <w:pPr>
        <w:pStyle w:val="Heading1"/>
      </w:pPr>
      <w:r>
        <w:t>Отношения</w:t>
      </w:r>
    </w:p>
    <w:p>
      <w:r>
        <w:rPr/>
        <w:t>Погружаясь в весть к Лаодикии из Откр.3:14-22, я шаг за шагом постигаю её глубину и важность. Когда мне открывается новая грань этого послания, у меня появляется радость и желание делиться всеми своими вновь обретёнными знаниями по книге Откровение. Я уже давно понял, что в этом обращении к народу последнего времени важно каждое слово. И смысл любых высказываний жизненно необходимо понимать.</w:t>
      </w:r>
    </w:p>
    <w:p>
      <w:r>
        <w:rPr/>
        <w:t>Каждому читателю нужно осознать, кто такой Иисус, кто такой я, в каком я состоянии, где выход из этого состояния, что означают предлагаемые товары, как долго их предстоит покупать, для чего Господь приходит ко мне лично, кто является победителем и многое другое.</w:t>
      </w:r>
    </w:p>
    <w:p>
      <w:r>
        <w:rPr/>
        <w:t>Мне открылось, что послание к Лаодикии является маленькой дверью к очень большим благословениям, и принятие или отвержение этой вести будет играть ключевую роль в моём дальнейшем духовном росте.</w:t>
      </w:r>
    </w:p>
    <w:p>
      <w:r>
        <w:rPr/>
        <w:t>Верный Свидетель в Своём совете предлагает мне отношения, которые не только сблизят нас, но и изменят моё восприятие людей, которых Господь пошлёт в мою жизнь.</w:t>
      </w:r>
    </w:p>
    <w:p>
      <w:r>
        <w:rPr/>
        <w:t>Когда мне предлагаются вещи, которые могут украсить мою жизнь, тогда я решаю, насколько они мне необходимы, а потом, взвесив все за и против, приобретаю их или забываю о них. Но вещи не меняют мой характер. Они лишь помогают благоустроить мой быт.</w:t>
      </w:r>
    </w:p>
    <w:p>
      <w:r>
        <w:rPr/>
        <w:t>В той стране, где я живу, каждые полгода устраиваются зимние и летние распродажи, во время которых многие товары уцениваются и продаются по очень большим скидкам. В основном, это относится к одежде. Поняв, что мне не так уж много и нужно, я решил не обращать внимание на подобные мероприятия, а покупать лишь то, в чём есть истинная необходимость. Но такие акции с распродажей формируют в моём разуме определённое отношение к вещам, и где-то на подсознательном уровне я прихожу к выводу, что лучше подождать скидку и потом за те же деньги купить в несколько раз больше.</w:t>
      </w:r>
    </w:p>
    <w:p>
      <w:r>
        <w:rPr/>
        <w:t>И когда я слышу о том, что Верный Свидетель предлагает мне что-то у Него приобрести, тогда моё сознание тут же привычно реагирует. И я думаю: «Пусть полежит, а когда будет скидка, тогда я, так уж и быть, что-нибудь приобрету, если сочту это нужным».</w:t>
      </w:r>
    </w:p>
    <w:p>
      <w:r>
        <w:rPr/>
        <w:t>Меня даже не интересует, что именно мне советуют купить и что означают эти товары. А мне предлагаются отношения, не что-то поверхностное, а самое главное, лучшее и вечное.</w:t>
      </w:r>
    </w:p>
    <w:p>
      <w:r>
        <w:rPr/>
        <w:t>О чём вы думаете, когда вам советуют купить золото, белую одежду и глазную мазь? Если вы не знаете духовного значения этих символов, то идёт ассоциация с чем-то земным, без чего можно и обойтись. Ведь как-то без этого жил человек ранее.</w:t>
      </w:r>
      <w:r>
        <w:rPr/>
        <w:t xml:space="preserve"> </w:t>
      </w:r>
      <w:r>
        <w:rPr/>
        <w:t xml:space="preserve">Но что делать с благодатью Господа нашего Иисуса Христа, любовью Бога Отца и общением Святого Духа? Думаю, здесь уже любой задумается о том, что </w:t>
      </w:r>
      <w:r>
        <w:rPr/>
        <w:t>подобное нельзя отвергать, так как это чревато печальными последствиями. В такое предложение включены отношения, которые никак нельзя терять.</w:t>
      </w:r>
    </w:p>
    <w:p>
      <w:r>
        <w:rPr/>
        <w:t>Но что, если отношения уже есть? Я расту, ем, читаю, что-то делаю, познаю истину, и она меня освобождает. Неужели этого мало и нужно приобрести ещё что-то особенное?</w:t>
      </w:r>
    </w:p>
    <w:p>
      <w:r>
        <w:rPr/>
        <w:t>Приведу пример. Я, будучи одиноким человеком, дружу со многими одинокими сёстрами из церкви, которых просто по-братски люблю. Но в моей жизни появляется некто, кого я уже не могу просто любить, а начинаю испытывать особенные чувства и обращать на неё особенное внимание. И вот приходит такой момент, что я делаю ей предложение, которое не звучит как приказ, как заповедь или закон. В подобных случаях уважение свободы другого человека играет немаловажную роль. Я понимаю, что мои слова могут быть неправильно поняты. Поэтому я решаюсь без всяких слов подарить символ: коробочку с золотым колечком. Это что? Красивое украшение или призыв к очень близким отношениям? Думаю, любая женщина, воспитанная в западном мире, поймёт смысл предлагаемого. Остаётся только дать согласие или отказ.</w:t>
      </w:r>
    </w:p>
    <w:p>
      <w:r>
        <w:rPr/>
        <w:t>Согласие не означает моментальную свадьбу, но начинается особая торговля в отношениях, где мы начинаем обсуждать многие вещи и глубины, которых раньше не касались. Мы понимаем, что теперь мы уже условно принадлежим друг другу, и нас ждут интересные открытия и события. Но даже условность будущего не мешает погружаться нам друг в друга и обсуждать те детали дальнейших отношений, которые мы раньше обходили стороной. Я открываюсь настолько, насколько ко мне проявляется интерес. Нас ожидают удивительные перемены в отношениях, а наш будущий брак станет не концом нашей дружбы, а началом новых открытий, о которых мы даже не догадывались.</w:t>
      </w:r>
    </w:p>
    <w:p>
      <w:r>
        <w:rPr/>
        <w:t>Отказ на моё предложение говорит мне о том, что никаких близких отношений со мной быть не может, и чтобы я даже и не думал в этом направлении. А я ничего, по сути, и не предлагал, а только решил подарить колечко. Но этот символ очень многое для меня значил. Я вложил в него всего себя, всю свою жизнь, всё своё имущество, свои интересы и привязанности, которыми я был бы рад поделиться или от которых мог бы отказаться ради короткого «да».</w:t>
      </w:r>
    </w:p>
    <w:p>
      <w:r>
        <w:rPr/>
        <w:t>Иисус советует мне купить у Него то, что в Его глазах имеет великую ценность. В предлагаемые символы вложен весь Он Сам, всё Небо, все Небесные перспективы. Я даже боюсь своими словами преуменьшить тот смысл, который выражают товары к Лаодикии. Но знаю точно, что это явно не бездушные вещи, которые после покупки будут пылиться на полке в моём доме. А если связать эту весть с притчей о десяти девах из Мат.25:1-12, то видно, что речь идёт об одном и том же масле, которое символизирует то, чем нельзя поделиться с другими.</w:t>
      </w:r>
    </w:p>
    <w:p>
      <w:r>
        <w:rPr/>
        <w:t>Сможете ли вы передать другим свои отношения с Иисусом? Вместит ли чей-то сосуд все глубины моих бессонных ночей, моих радостей, слёз и переживаний? Всё это принадлежит только мне и моему Небесному Другу.</w:t>
      </w:r>
      <w:r>
        <w:rPr/>
        <w:t xml:space="preserve"> </w:t>
      </w:r>
      <w:r>
        <w:rPr/>
        <w:t xml:space="preserve">Вникая в смысл Лаодикийских символов, я понимаю, что во всём этом мне предлагается рука и сердце Иисуса, а читая о том, что Господь скоро придёт за Своей невестой, я понимаю, что ею могу и должен быть я. Но в свадебном предложении нет места </w:t>
      </w:r>
      <w:r>
        <w:rPr/>
        <w:t>насилию, запугиванию или давлению. И само предложение звучит как совет, мудрый совет, призывающий к Вечной торговле и равноценному товарообмену.</w:t>
      </w:r>
    </w:p>
    <w:p>
      <w:r>
        <w:rPr/>
        <w:t>Продажа Самого Христа подразумевает плату, которая – весь я. Не думаю, что какой-то жених захочет иметь только половину своей невесты, а другой её частью пусть пользуются друзья или мир. Ему она нужна вся и навсегда.</w:t>
      </w:r>
    </w:p>
    <w:p>
      <w:r>
        <w:rPr/>
        <w:t>Если вы представляете себе в виде символов Небесного магазина что-то другое, то не спешите уходить. Господь не гонит никого от Себя. И покупателю даётся право воссесть на престоле Иисуса как побеждающему воину, поэтому стоит задуматься о том, о какой победе идёт речь.</w:t>
      </w:r>
    </w:p>
    <w:p>
      <w:r>
        <w:rPr/>
        <w:t>Отношения могут быть разными, но они или есть, или их нет. Моё короткое согласие на дальнейшую торговлю приводит меня к следующим шагам и последствиям моего выбора. Решая внять совету Иисуса, я получаю право на особые отношения с Ним. Он мне всё откроет, покажет, научит и не сокроет ничего, что мне необходимо будет получить и сделать своим.</w:t>
      </w:r>
    </w:p>
    <w:p>
      <w:r>
        <w:rPr/>
        <w:t>Мой отказ оставляет меня в том жалком тёплом состоянии, которое уже никогда не изменится, хотя виды моего служения Богу могут иметь динамику развития и разнообразие.</w:t>
      </w:r>
    </w:p>
    <w:p>
      <w:r>
        <w:rPr/>
        <w:t>Господь не просто желает мне что-то продать, но Он мечтает меня и познать.</w:t>
      </w:r>
    </w:p>
    <w:p>
      <w:pPr>
        <w:pStyle w:val="Heading2"/>
      </w:pPr>
      <w:r>
        <w:t>Вопросы к размышлению над этой главой</w:t>
      </w:r>
    </w:p>
    <w:p>
      <w:r>
        <w:rPr/>
        <w:t xml:space="preserve">1. Прочитайте, пожалуйста, Ин.3:16; 8:32; Ис.43:4; 54:5; 55.1-3; 61:10; 62:5; Прит.23:23; 1Ин.4:16; Еф.3:14-19; 5:15-17,31-32; Иер.3:1; 7:13 </w:t>
      </w:r>
      <w:r>
        <w:rPr/>
        <w:t>в свете этой главы</w:t>
      </w:r>
      <w:r>
        <w:rPr/>
        <w:t>.</w:t>
      </w:r>
    </w:p>
    <w:p>
      <w:r>
        <w:rPr/>
        <w:t xml:space="preserve">2. </w:t>
      </w:r>
      <w:r>
        <w:rPr/>
        <w:t>Что вы поняли из этой главы</w:t>
      </w:r>
      <w:r>
        <w:rPr/>
        <w:t>?</w:t>
      </w:r>
    </w:p>
    <w:p>
      <w:r>
        <w:rPr/>
        <w:t xml:space="preserve">3. Что вам понравилось </w:t>
      </w:r>
      <w:r>
        <w:rPr/>
        <w:t>в этой главе</w:t>
      </w:r>
      <w:r>
        <w:rPr/>
        <w:t>?</w:t>
      </w:r>
    </w:p>
    <w:p>
      <w:r>
        <w:rPr/>
        <w:t>4. Какие ещё стихи из Библии пришли вам на память?</w:t>
      </w:r>
    </w:p>
    <w:p>
      <w:r>
        <w:rPr/>
        <w:t>5. Видите ли вы в послании к Лаодикии призыв к отношениям?</w:t>
      </w:r>
    </w:p>
    <w:p>
      <w:r>
        <w:rPr/>
        <w:t>6. Похожи ли товары к Лаодикии на украшения для невесты Христа?</w:t>
      </w:r>
    </w:p>
    <w:p>
      <w:r>
        <w:rPr/>
        <w:t>7. На что будет похожа торговля с Иисусом без отношений и взаимной любви?</w:t>
      </w:r>
    </w:p>
    <w:p>
      <w:r>
        <w:rPr/>
        <w:t>8. Вы понимаете, на что намекает Господь в Своём совете о покупке у Него Небесных товаров?</w:t>
      </w:r>
    </w:p>
    <w:p>
      <w:r>
        <w:rPr/>
        <w:t>9. Как вы думаете, если я решусь полюбить Иисуса и буду делать всё, что Он мне советует, то будет ли Он отвечать мне взаимностью?</w:t>
      </w:r>
    </w:p>
    <w:p>
      <w:r>
        <w:rPr/>
        <w:t>10. Могу ли я рассчитывать на близкие отношения с Богом, если обхожу стороной Его приглашение ко взаимной торговле и нахожу другие, лучшие пути?</w:t>
      </w:r>
    </w:p>
    <w:p>
      <w:r>
        <w:rPr/>
        <w:t>11. Будет ли Иисус продавать мне то, что мне неинтересно и не нужно?</w:t>
      </w:r>
    </w:p>
    <w:p>
      <w:r>
        <w:rPr/>
        <w:t>12. Почему Господь не называет цену за Свои товары?</w:t>
      </w:r>
    </w:p>
    <w:p>
      <w:r>
        <w:rPr/>
        <w:t xml:space="preserve">13. Открывают ли уроки </w:t>
      </w:r>
      <w:r>
        <w:rPr/>
        <w:t>этой книги</w:t>
      </w:r>
      <w:r>
        <w:rPr/>
        <w:t xml:space="preserve"> глубину послания к Лаодикии? Если да, то что вы узнали за это время обучения? Открылось ли вам что-то новое и важное?</w:t>
      </w:r>
    </w:p>
    <w:p>
      <w:r>
        <w:rPr/>
        <w:t>14. Как вы думаете, захочет ли Иисус расставаться с теми, кто вступит с Ним в Вечную</w:t>
      </w:r>
    </w:p>
    <w:p>
      <w:r>
        <w:rPr/>
        <w:t>торговлю?</w:t>
      </w:r>
    </w:p>
    <w:p>
      <w:r>
        <w:rPr/>
        <w:t>15. Вы уже что-то купили у Верного Свидетеля? Хочется ли вам торговать дальше?</w:t>
      </w:r>
    </w:p>
    <w:p>
      <w:pPr>
        <w:pStyle w:val="Heading2"/>
        <w:pageBreakBefore/>
      </w:pPr>
      <w:r>
        <w:t>Глава 90</w:t>
      </w:r>
    </w:p>
    <w:p>
      <w:pPr>
        <w:pStyle w:val="Heading1"/>
      </w:pPr>
      <w:r>
        <w:t>Убегающая невеста</w:t>
      </w:r>
    </w:p>
    <w:p>
      <w:r>
        <w:rPr/>
        <w:t>Меня зовут Леся, сокращённое от Иглесиа. Я расскажу вам историю моей романтической любви с Другом по имени Эмми, от слова Эммануил.</w:t>
      </w:r>
    </w:p>
    <w:p>
      <w:r>
        <w:rPr/>
        <w:t>В самом начале нашего знакомства наши отношения были довольно необычными. Мой дорогой Друг постоянно приходил ко мне по прохладе дня и рассказывал о том, как прекрасен мир, который Он мне подарил. Как приятно вспоминать то время, когда везде царило счастье, радость и любовь!</w:t>
      </w:r>
    </w:p>
    <w:p>
      <w:r>
        <w:rPr/>
        <w:t>Но однажды в моей жизни появился тот, кто стал рассказывать нечто странное про Эмми и внёс в мою жизнь много горя и переживаний. Я увидела себя голой и от стыда захотела убежать и спрятаться, но мой дорогой Друг вышел искать меня, спрашивая: «Где ты?». Мне пришлось предстать перед Ним такой, какая я была. Эмми одел меня в кожаные одежды и дал мне некоторые наставления на будущее, дав понять, что оплатит мои долги перед законом.</w:t>
      </w:r>
    </w:p>
    <w:p>
      <w:r>
        <w:rPr/>
        <w:t>Шло время, я росла и набиралась опыта. Мир вокруг меня не становился лучше, и вскоре пришёл момент, когда мой Всемогущий Друг решил всё уничтожить водами потопа, оставив лишь меня. Это было очень страшно, но я прошла и через это испытание.</w:t>
      </w:r>
    </w:p>
    <w:p>
      <w:r>
        <w:rPr/>
        <w:t>Шло время. Эмми вновь призвал меня, и я поверила Ему, и это вменилось мне в праведность. Он произвёл от меня великий народ, которому дал Свои законы и повеления. Я предстала пред миром во всей Небесной красоте, защищённая со всех сторон.</w:t>
      </w:r>
      <w:r>
        <w:rPr/>
        <w:t xml:space="preserve"> </w:t>
      </w:r>
      <w:r>
        <w:rPr/>
        <w:t>Мне было поручено хранить этот закон и открывать миру милость и справедливость Эмми. Но вокруг меня было много прекрасных парней, которые влекли меня к себе, и мне так хотелось иметь их всех своими мужьями, что вызывало негодование Эмми, и Он постоянно вытаскивал меня из чужой постели.</w:t>
      </w:r>
    </w:p>
    <w:p>
      <w:r>
        <w:rPr/>
        <w:t>Вскоре я настолько впала в идолопоклонство, что моему Другу пришлось отдать меня на перевоспитание в рабство, откуда Он затем вывел меня, обновив Свои милости ко мне. Я научилась поклоняться лишь Ему, отвергнув иных богов, но даже в этой верности я впала в очередную крайность и отгородилась от всего мира, сделав себя особенной и недоступной.</w:t>
      </w:r>
    </w:p>
    <w:p>
      <w:r>
        <w:rPr/>
        <w:t>Но произошло чудо! Эмми стал одним из нас, родившись в этот мир. Своей жизнью Он открыл нам тайну Вечной любви, показав истинный Небесный характер и отношение Всевышнего к людям.</w:t>
      </w:r>
    </w:p>
    <w:p>
      <w:r>
        <w:rPr/>
        <w:t>Собрав меня в маленькую группу из 12-и человек, Эмми открыл мне тайны Своей души и показал истинный пример агапэ, дав мне заповедь о любви друг к другу.</w:t>
      </w:r>
    </w:p>
    <w:p>
      <w:r>
        <w:rPr/>
        <w:t>А после случилось горе. Моего дорогого Друга убили, и в этой смерти Он утвердил меня как Своего представителя в падшем мире, дав мне особую власть и силу, чтобы спасать обманутые души. Все силы ада и смерти обрушились на меня, а мой дорогой Друг вёл меня через все испытания и укреплял мои силы, заверяя в том, что скоро всё закончится, и Он придёт за мной.</w:t>
      </w:r>
    </w:p>
    <w:p>
      <w:r>
        <w:rPr/>
        <w:t xml:space="preserve">Шло время, и я стала блёкнуть под бременем человеческих заповедей и традиций и почти слилась с миром. Но Эмми воздвиг во мне реформаторов, через </w:t>
      </w:r>
      <w:r>
        <w:rPr/>
        <w:t>которых излил яркий свет во тьму средневековья, продолжая вести меня к намеченной цели через горе, смерть и страдания.</w:t>
      </w:r>
    </w:p>
    <w:p>
      <w:r>
        <w:rPr/>
        <w:t>Пришло время исполниться самому продолжительному пророчеству о начале суда. И в это время Эмми вновь через меня дал обильный свет и обновил во мне пророческий дар, учредив меня носителем Его истины. Я была очень мала и слаба, но Эмми был моей силой и держал меня за правую руку.</w:t>
      </w:r>
      <w:r>
        <w:rPr/>
        <w:t xml:space="preserve"> </w:t>
      </w:r>
      <w:r>
        <w:rPr/>
        <w:t>Он дал мне различные реформы и подробные указания о том, что будет, чего ожидать и к чему готовиться. И я должна передать весь этот свет миру. Эмми утвердил навеки во мне Свой Вечный закон, открыв миру всю красоту и незыблемость Своих заповедей, научив меня жить по ним и вписав их в моё сердце Своею рукою.</w:t>
      </w:r>
    </w:p>
    <w:p>
      <w:r>
        <w:rPr/>
        <w:t>Я вошла в заключительный период своего пребывания в этом мире под названием Лаодикия.</w:t>
      </w:r>
    </w:p>
    <w:p>
      <w:r>
        <w:rPr/>
        <w:t>Мой дорогой Друг обратился ко мне лично, объявляя моё жалкое состояние, представляя всю мою наготу и никчёмность в истинном виде. Пришлось с этим согласиться. Но при этом Он сделал мне особое предложение Своей руки и сердца, советуя вступить с Ним в тесные отношения. Заверяя меня в Своей любви, Он вновь призвал меня к ревностному исследованию Его совета и к покаянию в моём истинном состоянии. Он дал мне понять, что желает иметь меня Своей невестой и хочет ближе узнать меня до свадьбы. Он уже устал за мной бегать, вытягивая из очередной грязи, и поэтому предложил мне приобрести все сокровища Неба, чтобы я могла обогатиться, прекрасную одежду, чтобы я могла одеться, и глазную мазь, чтобы я могла видеть то, что не видят другие.</w:t>
      </w:r>
    </w:p>
    <w:p>
      <w:r>
        <w:rPr/>
        <w:t>Мне приятно такое внимание, но в то же время плата за всё это очень высока, ведь мне придётся оставить этот прекрасный мир навсегда и проводить самое лучшее время с Ним. А Эмми пришёл и стоит у моей двери, желая лучше узнать меня до свадьбы.</w:t>
      </w:r>
    </w:p>
    <w:p>
      <w:r>
        <w:rPr/>
        <w:t>Во мне идёт борьба. Одна моя часть говорит о том, что надо познакомиться поближе, вступив в торговые отношения, а другая часть призывает готовиться к свадьбе, ссылаясь на прошлые опыты, и не тратить время на торговлю, а делать дела и спасать мир.</w:t>
      </w:r>
    </w:p>
    <w:p>
      <w:r>
        <w:rPr/>
        <w:t>Эмми предлагает мне белую свадебную одежду, приобретённую в наших личных отношениях, а я думаю, что моих дел и успешных проектов будет достаточно, чтобы Он лучше меня узнал и одел в платье именно этого фасона.</w:t>
      </w:r>
    </w:p>
    <w:p>
      <w:r>
        <w:rPr/>
        <w:t>Я прошу Его назвать мне точную дату свадьбы, чтобы я могла прийти на неё и выйти замуж. А Он почему-то говорит, что не знает меня и откуда я. Такое впечатление, что мои дела Его совсем не интересуют, но при этом интересую я сама. Он желает настолько сблизиться в духовном общении с каждым членом моего тела, что мне от этого как-то не по себе. Я твёрдо решила, что приду на свадьбу и разрешу на мне жениться, а сейчас пусть не отвлекает меня от важных дел, которые я никак не могу бросить даже ради Него. Ведь я для Него их и делаю. Пусть это будет сюрпризом и моей заслуженной праведностью.</w:t>
      </w:r>
      <w:r>
        <w:rPr/>
        <w:t xml:space="preserve"> </w:t>
      </w:r>
      <w:r>
        <w:rPr/>
        <w:t xml:space="preserve">Когда я вспоминаю, из скольких помоек меня вытаскивал Эмми, сколько лет Он бегает за мной, как Он лечил и перевязывал мои раны, то мне как-то не верится в то, что Он отвергнет меня, если я не стану с Ним вступать в торговые отношения. Ведь я же чистая дева, имеющая светильник. А то, что Он называет меня тёплой, — не </w:t>
      </w:r>
      <w:r>
        <w:rPr/>
        <w:t>совсем справедливая оценка. Во мне есть очень много горячих вещей, которыми я просто горжусь.</w:t>
      </w:r>
    </w:p>
    <w:p>
      <w:r>
        <w:rPr/>
        <w:t>Он желает видеть во мне любовь? Да кого сейчас ею удивишь? Надо дела показывать и результаты, а у меня их много, и Он это знает. Подумайте сами, будет ли сыт голодный моею любовью? Нет, ему нужен суп, и я это даю. К тому же я ещё и много читаю и молюсь, и Эмми это тоже знает, и всегда отвечает на мои молитвы.</w:t>
      </w:r>
    </w:p>
    <w:p>
      <w:r>
        <w:rPr/>
        <w:t>Я же не отказываюсь быть невестой. Вот приду на свадьбу, выйду замуж, а после можем уже познавать друг друга хоть с утра до вечера. А сейчас просто нет времени. А если кто-то из моих членов думает по-другому, то это их право, я уважаю их свободу. Пусть идут и торгуют. Посмотрю, что из этого получится? Я думаю, что главное сейчас — это не вступление в торговлю с Эмми, а верность в соблюдении закона.</w:t>
      </w:r>
    </w:p>
    <w:p>
      <w:r>
        <w:rPr/>
        <w:t>А что вы думаете, дорогие мои члены? Куда вы собираетесь, и с чем вы придёте на брачный пир? Времени уже совсем немного, надо успеть всё сделать и возвестить всему миру о том, что ему придёт конец, а спасение только в Эмми.</w:t>
      </w:r>
    </w:p>
    <w:p>
      <w:pPr>
        <w:pStyle w:val="Heading2"/>
      </w:pPr>
      <w:r>
        <w:t>Вопросы к размышлению над этой главой</w:t>
      </w:r>
    </w:p>
    <w:p>
      <w:r>
        <w:rPr/>
        <w:t xml:space="preserve">1. Прочитайте, пожалуйста, Ис.54:10-15; Быт.1:27; 3:6-9; 6:5,8,18; 15:6; 17:4-7; Исх.19:3-6; 32:7-8; Суд.21:25; Иер.2:11-13; 3:1,13; Ис.24:5; Иез.16:34-37; 37:26-28; Дан.8:14; Мат.1:21-23; 16:18; Ин.3:16; Еф.3:8-12; 5:29-32; 1Тим.3:14-15; Откр.3:14-22; 19:7-9; 21:9 </w:t>
      </w:r>
      <w:r>
        <w:rPr/>
        <w:t>в свете этой главы</w:t>
      </w:r>
      <w:r>
        <w:rPr/>
        <w:t>.</w:t>
      </w:r>
    </w:p>
    <w:p>
      <w:r>
        <w:rPr/>
        <w:t xml:space="preserve">2. </w:t>
      </w:r>
      <w:r>
        <w:rPr/>
        <w:t>Что вы поняли из этой главы</w:t>
      </w:r>
      <w:r>
        <w:rPr/>
        <w:t>? О ком в ней идёт речь?</w:t>
      </w:r>
    </w:p>
    <w:p>
      <w:r>
        <w:rPr/>
        <w:t>3. Какие ещё стихи из Библии пришли вам на память?</w:t>
      </w:r>
    </w:p>
    <w:p>
      <w:r>
        <w:rPr/>
        <w:t>4. Кто является постоянным инициатором создания Небесной семьи?</w:t>
      </w:r>
    </w:p>
    <w:p>
      <w:r>
        <w:rPr/>
        <w:t>5. Почему Божий народ всегда впадал в какие-то крайности или грехи?</w:t>
      </w:r>
    </w:p>
    <w:p>
      <w:r>
        <w:rPr/>
        <w:t>6. Как относится Бог к Своим отступившим детям?</w:t>
      </w:r>
    </w:p>
    <w:p>
      <w:r>
        <w:rPr/>
        <w:t>7. Как вы думаете, является ли обращение к Лаодикии последним предложением Христа к близким отношениям? Если нет, то какие ещё предложения есть в Библии?</w:t>
      </w:r>
    </w:p>
    <w:p>
      <w:r>
        <w:rPr/>
        <w:t>8. Может ли невеста Христа прийти на назначенную свадьбу и стать Его женой, минуя совет к Лаодикии?</w:t>
      </w:r>
    </w:p>
    <w:p>
      <w:r>
        <w:rPr/>
        <w:t>9. Из кого будет состоять тело невесты Христа? Как вы это понимаете?</w:t>
      </w:r>
    </w:p>
    <w:p>
      <w:r>
        <w:rPr/>
        <w:t>10. Почему Господь сейчас желает иметь близкие отношения со Своей невестой?</w:t>
      </w:r>
    </w:p>
    <w:p>
      <w:r>
        <w:rPr/>
        <w:t>11. Почему невеста Христа постоянно убегает от своего Жениха?</w:t>
      </w:r>
    </w:p>
    <w:p>
      <w:r>
        <w:rPr/>
        <w:t>12. Обратили ли вы внимание на то, что Бог всегда ищет Свою Церковь и, найдя, поднимает её?</w:t>
      </w:r>
    </w:p>
    <w:p>
      <w:r>
        <w:rPr/>
        <w:t>13. Что будет с теми, кто не последует совету из Откр.3:18? Будут ли у них шансы на покупку в другом месте?</w:t>
      </w:r>
    </w:p>
    <w:p>
      <w:r>
        <w:rPr/>
        <w:t>14. Помог</w:t>
      </w:r>
      <w:r>
        <w:rPr/>
        <w:t xml:space="preserve">ла ли эта притча </w:t>
      </w:r>
      <w:r>
        <w:rPr/>
        <w:t xml:space="preserve">увидеть </w:t>
      </w:r>
      <w:r>
        <w:rPr/>
        <w:t>ваши</w:t>
      </w:r>
      <w:r>
        <w:rPr/>
        <w:t xml:space="preserve"> проблемы в свете Библии?</w:t>
      </w:r>
    </w:p>
    <w:p>
      <w:r>
        <w:rPr/>
        <w:t>15. Даёт ли Иисус какой-то выход Своей тёплой невесте из её тёплого состояния? Если да, то что она должна сделать?</w:t>
      </w:r>
    </w:p>
    <w:p>
      <w:pPr>
        <w:pStyle w:val="Heading2"/>
        <w:pageBreakBefore/>
      </w:pPr>
      <w:r>
        <w:t>Глава 91</w:t>
      </w:r>
    </w:p>
    <w:p>
      <w:pPr>
        <w:pStyle w:val="Heading1"/>
      </w:pPr>
      <w:r>
        <w:t>Слово Бога</w:t>
      </w:r>
    </w:p>
    <w:p>
      <w:r>
        <w:rPr/>
        <w:t xml:space="preserve">Читая послание к Лаодикии, стоит всегда помнить, что это не мудрость человека, не фантазии на духовные темы, а слово Самого Бога. Иисус очень ясно объяснил, Кем Он является в этом послании. Он довольно нелицеприятно обращается лично ко мне. Его обличение звучит очень ясно и недвусмысленно. Слова, которые Он произносит, довольно чётки и понятны каждому, кто начнёт их читать и слушать. </w:t>
      </w:r>
      <w:r>
        <w:rPr/>
      </w:r>
      <w:r>
        <w:rPr/>
        <w:t>Что бы я ни находил в своё оправдание, Слово Божье обличает меня. За каждым словом этого послания скрывается глубина откровения для тех, кто решит погрузиться в эту весть и уразуметь смысл и дух написанного.</w:t>
      </w:r>
    </w:p>
    <w:p>
      <w:r>
        <w:rPr/>
        <w:t>Хочу я того или нет, но Божье Слово исполнит всё, для чего оно было сказано. Принятие этого Слова и послушание ему будут тем определяющим фактором, который будет играть решающую роль в моём спасении в самом конце истории.</w:t>
      </w:r>
    </w:p>
    <w:p>
      <w:r>
        <w:rPr/>
        <w:t>Отвечая на вопрос учеников о разрушении Иерусалима, о Своём Пришествии и кончине века, Иисус совместил эти события в коротком повествовании, после чего рассказал притчу о десяти девах, давая понять, что в конце истории земли будет необходимо иметь в своих сосудах масло. И оно будет продаваться в особом месте.</w:t>
      </w:r>
      <w:r>
        <w:rPr/>
        <w:t xml:space="preserve"> </w:t>
      </w:r>
      <w:r>
        <w:rPr/>
        <w:t>Уже тогда последователи Христа думали о том, что является этим маслом, и где находится та лавка, где можно его купить.</w:t>
      </w:r>
    </w:p>
    <w:p>
      <w:r>
        <w:rPr/>
        <w:t>Шло время, и апостол Иоанн получил откровения на острове Патмос, записав их для нас. Господь Сам лично сказал о том, чему надлежит вскоре быть.</w:t>
      </w:r>
    </w:p>
    <w:p>
      <w:r>
        <w:rPr/>
        <w:t>В послании к Лаодикии миру была представлена та самая торговая лавка, где можно будет приобрести всё, что выведет Божий народ из тёплого состояния и сделает его победителем.</w:t>
      </w:r>
    </w:p>
    <w:p>
      <w:r>
        <w:rPr/>
        <w:t>Многие пророчества этой книги уже исполнились, а другие ждут своего времени, чтобы в точности совершить то, для чего они были даны.</w:t>
      </w:r>
    </w:p>
    <w:p>
      <w:r>
        <w:rPr/>
        <w:t>Времени осталось совсем немного. Божье Слово совершает всё, для чего было сказано.</w:t>
      </w:r>
    </w:p>
    <w:p>
      <w:r>
        <w:rPr/>
        <w:t>Всегда было важно понимать и отличать Божьи изречения от человеческих домыслов. А когда дело касается нюансов моего спасения, тогда необходимо учитывать все детали Божьих Слов, потому что именно в них содержится сила, которой никто не сможет противостоять и которая исполнит всё сказанное в точности.</w:t>
      </w:r>
    </w:p>
    <w:p>
      <w:r>
        <w:rPr/>
        <w:t>Господь заявил, что Он даст побеждающему сесть на Своём престоле. Это значит, что так и будет, и ключ к этой победе лежит в самом послании к Лаодикии. Следуй в точности всем Божьим советам и получишь всё то, к чему они тебя приведут.</w:t>
      </w:r>
    </w:p>
    <w:p>
      <w:r>
        <w:rPr/>
        <w:t>Мы знаем, что нас ожидает время скорби, которое стремительно приближается. С чем мы войдём в этот период? Господь советует купить у Него товары победителя. Интересно, что Его Слово заверяет меня в том, что, принимая эту весть и следуя сказанному, я получу награду. Соответственно, если я не понимаю Божью весть или пренебрегаю этим советом, то мне будет очень сложно рассчитывать на то, что я наугад, как-нибудь, одержу победу, используя другие Библейские повествования.</w:t>
      </w:r>
    </w:p>
    <w:p>
      <w:r>
        <w:rPr/>
        <w:t>Возьмём пример ведения войн. Было время, когда очень долго применялось режущее и колющее оружие, которое постоянно видоизменялось, и всё зависело от умения воина им пользоваться. Пришло время, и появилось огнестрельное оружие, и все мечи и копья ушли в историю, хотя не перестали быть оружием.</w:t>
      </w:r>
    </w:p>
    <w:p>
      <w:r>
        <w:rPr/>
        <w:t>Сейчас войны совсем другого типа. Солдаты зачастую не видят врага, а обслуживают высокоточные ракетные комплексы, которые управляются через спутники и беспилотники.</w:t>
      </w:r>
    </w:p>
    <w:p>
      <w:r>
        <w:rPr/>
        <w:t>Какое оружие ожидает нас в будущем? Какое бы оно ни было, но у военных стратегов всегда будут меняться планы. А выставлять ныне армию, вооружённую до зубов мечами и копьями, было бы очень глупо, хотя когда-то это наводило страх и ужас на противника.</w:t>
      </w:r>
    </w:p>
    <w:p>
      <w:r>
        <w:rPr/>
        <w:t>Если Сам Господь предлагает мне Свою стратегию ведения войны и окончательной победы, то стоит задуматься о том, нужно ли вникнуть в этот Лаодикийский План.</w:t>
      </w:r>
    </w:p>
    <w:p>
      <w:r>
        <w:rPr/>
        <w:t>Да, придётся потратить время. Необходимо рассмотреть Божью весть, расшифровать все символы, понять значение каждого слова, принять всем сердцем Божий совет и сделать всё то, что Господь откроет, следуя тем указаниям, которые мне даны.</w:t>
      </w:r>
    </w:p>
    <w:p>
      <w:r>
        <w:rPr/>
        <w:t>Божье Слово в точности исполнит всё, для чего оно сказано. Враг души это знает и не сможет этому противостоять. Всё воинство сатаны бессильно перед Словом Бога и считается с Ним. Есть духовные законы, которые ясно прописаны в Библии и которые действуют, исполняя сказанное и защищая послушных. Но в планы Бога входит не только моя защита от стрел лукавого, но и моя полная победа над всем воинством духов злобы поднебесной. И это возможно лишь для Божьего Слова, которое будет вписано в сердце победителя.</w:t>
      </w:r>
    </w:p>
    <w:p>
      <w:r>
        <w:rPr/>
        <w:t>Откр.3:18 — это то самое сердце победителя, которым Господь желает наделить меня и тебя, друг. Это сердце Самого Бога, которое Он стремится мне продать в обмен на моё сердце. Что я сделаю с этим Словом? Какой интерес я проявлю к Его посланию?</w:t>
      </w:r>
    </w:p>
    <w:p>
      <w:r>
        <w:rPr/>
        <w:t>Иисус заверил нас в том, что не все девы из Мат.25:1-12 поступили мудро. Почему-то среди них оказались те, кто не обращал внимания на Божий совет для подготовки и заправки своих сосудов. Но в определённое Богом время наступила кульминация развития событий. Слово исполнило всё, для чего было послано, и все двери затворились.</w:t>
      </w:r>
    </w:p>
    <w:p>
      <w:r>
        <w:rPr/>
        <w:t>Очень страшно оказаться вне спасения, будучи верующим человеком. Наихудший сценарий сложно придумать. Слово Божье исполнит всё в точности, как и в добром предназначении, так и в плохом.</w:t>
      </w:r>
    </w:p>
    <w:p>
      <w:r>
        <w:rPr/>
        <w:t>Если я сам себе планирую стратегию победы, не основывая её на Слове Верного Свидетеля, то, скорее всего, я буду похож на раздетого воина, который вышел на битву против армии врага со сжатыми кулачками и нахмуренными бровями, изрыгая угрозы вслед летающим самолётов.</w:t>
      </w:r>
    </w:p>
    <w:p>
      <w:r>
        <w:rPr/>
        <w:t xml:space="preserve">Если бы в послании к Лаодикии не было слова «побеждающему», то тогда невежды могли бы его отнести к тем добрым советам, которые послужат ко благу духовного развития и постепенному выходу из тёплого состояния, что они сейчас и делают. Но, учитывая, что это последняя весть для последнего времени, после </w:t>
      </w:r>
      <w:r>
        <w:rPr/>
        <w:t>которой наступает заключительная развязка, то ей стоит уделить особое внимание, чтобы изучить каждое Божье Слово и убедиться в том, что я следую в точности всем предложенным указаниям и отзываюсь на все стуки и голос, который слышу.</w:t>
      </w:r>
    </w:p>
    <w:p>
      <w:r>
        <w:rPr/>
        <w:t>Доверяя Божьему Слову, я имею приличный арсенал всевозможных Божьих обетований для успешного ведения войны и победы. Бог предусмотрел в Своём Слове все непредвиденные ситуации, которые могут возникнуть в ходе боевых действий, и именно Его Слово гарантирует победу в том или ином моменте сражения.</w:t>
      </w:r>
      <w:r>
        <w:rPr/>
        <w:t xml:space="preserve"> </w:t>
      </w:r>
      <w:r>
        <w:rPr/>
        <w:t>Никакие мудрые мысли или изречения человеческого разума не дадут вам успеха на поле битвы, потому что для врага души это не оружие победителя, и сатана желает нас облечь ни во что, чтобы потом потешаться над нами и создавать иллюзию нашей стойкости.</w:t>
      </w:r>
    </w:p>
    <w:p>
      <w:r>
        <w:rPr/>
        <w:t>Больше всего враг боится моей осведомлённости и упования на Божье Слово. Здесь он однозначно проиграет, поэтому его стратегия и состоит в том, чтобы занять мой разум чем угодно, кроме исследования Священного Писания и изучения Божьих обещаний для последнего времени. И врагу это удаётся.</w:t>
      </w:r>
    </w:p>
    <w:p>
      <w:r>
        <w:rPr/>
        <w:t>Мнения блогеров или тысячи лайков не помогут мне устоять в битве с врагом. Лишь Божье Слово и вера в исполнение написанного гарантируют мне победу в последней войне.</w:t>
      </w:r>
    </w:p>
    <w:p>
      <w:pPr>
        <w:pStyle w:val="Heading2"/>
      </w:pPr>
      <w:r>
        <w:t>Вопросы к размышлению над этой главой</w:t>
      </w:r>
    </w:p>
    <w:p>
      <w:r>
        <w:rPr/>
        <w:t xml:space="preserve">1. Прочитайте, пожалуйста, Быт.1:3,6-7,9,11,14-15,24; Ис.55:10-11; Евр.4:12; 11:3; Откр.19:11-15; Мат.4:4; Лук.8:21; 11:28; 1Ин.2:5,14; Еф.6:17; Ин.1:1-2; 15:7; Пс.32:6; 118:89; 2Пет.3:5-7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Верите ли вы в то, что Слово Бога исполняет всё, для чего было сказано? Поясните свой ответ.</w:t>
      </w:r>
    </w:p>
    <w:p>
      <w:r>
        <w:rPr/>
        <w:t>5. Чем отличается Слово Божье от человеческого?</w:t>
      </w:r>
    </w:p>
    <w:p>
      <w:r>
        <w:rPr/>
        <w:t>6. Могут ли мои слова обладать особой силой? Ис.44:26.</w:t>
      </w:r>
    </w:p>
    <w:p>
      <w:r>
        <w:rPr/>
        <w:t>7. В чём заключается сила Божьего Слова?</w:t>
      </w:r>
    </w:p>
    <w:p>
      <w:r>
        <w:rPr/>
        <w:t>8. Подчиняется ли враг души Божьему Слову?</w:t>
      </w:r>
    </w:p>
    <w:p>
      <w:r>
        <w:rPr/>
        <w:t>9. Понимаете ли вы, Кем сказано послание к Лаодикии, какую цель оно преследует?</w:t>
      </w:r>
    </w:p>
    <w:p>
      <w:r>
        <w:rPr/>
        <w:t>10. Согласны ли вы с тем, что Откр.3:18 является сердцем Бога?</w:t>
      </w:r>
    </w:p>
    <w:p>
      <w:r>
        <w:rPr/>
        <w:t>11. Если я не понимаю всей глубины и смысла Послания к Лаодикии с первого раза, то стоит ли его изучать дальше?</w:t>
      </w:r>
    </w:p>
    <w:p>
      <w:r>
        <w:rPr/>
        <w:t>12. Какая польза человеку, если он будет много знать</w:t>
      </w:r>
      <w:r>
        <w:rPr/>
        <w:t>, но</w:t>
      </w:r>
      <w:r>
        <w:rPr/>
        <w:t xml:space="preserve"> не отзовётся на совет Верного Свидетеля?</w:t>
      </w:r>
    </w:p>
    <w:p>
      <w:r>
        <w:rPr/>
        <w:t>13. Можно ли стать победителем, не приобретая товары у Верного Свидетеля?</w:t>
      </w:r>
    </w:p>
    <w:p>
      <w:r>
        <w:rPr/>
        <w:t>14. Можно ли будет попасть на брачный пир тем девам, у которых не было в запасах масла?</w:t>
      </w:r>
    </w:p>
    <w:p>
      <w:r>
        <w:rPr/>
        <w:t>15. Что вы решили делать с вестью к Лаодикии? Является ли она Божьим призывом к чему-то полезному и важному для вас лично?</w:t>
      </w:r>
    </w:p>
    <w:p>
      <w:pPr>
        <w:pStyle w:val="Heading2"/>
        <w:pageBreakBefore/>
      </w:pPr>
      <w:r>
        <w:t>Глава 92</w:t>
      </w:r>
    </w:p>
    <w:p>
      <w:pPr>
        <w:pStyle w:val="Heading1"/>
      </w:pPr>
      <w:r>
        <w:t>Лаодикийское просеивание</w:t>
      </w:r>
    </w:p>
    <w:p>
      <w:r>
        <w:rPr/>
        <w:t>Просеивание — это то мероприятие, которое обычно относится к пищевым продуктам. Благодаря этому процессу полезный продукт отделяется от инородных частиц, от лишнего мусора и грязи. Такая сортировка необходима, чтобы не было смешения чистого и нечистого, съедобного и бесполезного. И когда происходит просеивание, тогда выявляется истинное качество или испорченность продукта.</w:t>
      </w:r>
    </w:p>
    <w:p>
      <w:r>
        <w:rPr/>
        <w:t>Что-то подобное производит и Господь в среде Своего народа, периодически допуская различные испытания или предлагая провести те или иные реформы.</w:t>
      </w:r>
    </w:p>
    <w:p>
      <w:r>
        <w:rPr/>
        <w:t>Самое первое сито, через которое проходят все верующие в Иисуса люди, — это Божий закон, представленный миру в виде Десяти Заповедей. Кто бы что об этом ни говорил или думал, но этот Десятисловный кодекс является Словом Божьим, которое Бог произнёс перед множеством свидетелей, а затем Сам, Своим перстом, написал на каменных скрижалях с двух сторон.</w:t>
      </w:r>
    </w:p>
    <w:p>
      <w:r>
        <w:rPr/>
        <w:t>Послушание человека всем этим заповедям определяет его святость и праведность, которая не от закона, а по вере в Иисуса.</w:t>
      </w:r>
      <w:r>
        <w:rPr/>
        <w:t xml:space="preserve"> </w:t>
      </w:r>
      <w:r>
        <w:rPr/>
        <w:t>Чем ближе мы подходим к концу, тем больше вероятность того, что просеивание будет происходить чаще и тщательнее.</w:t>
      </w:r>
    </w:p>
    <w:p>
      <w:r>
        <w:rPr/>
        <w:t>Познание истины освобождает мой разум от различных заблуждений и делает меня свободным в Иисусе. Я получаю новое сердце, которое под влиянием Святого Духа способно отличать истину от заблуждения, ложь от чистого учения.</w:t>
      </w:r>
    </w:p>
    <w:p>
      <w:r>
        <w:rPr/>
        <w:t>Всевозможные реформы, которые Господь периодически проводит в среде Своего народа, выявляют бунтарский дух и невежество, к которым склонно плотское сердце. Например, реформа здоровья не несёт в себе весть оправдания, но улучшает качество жизни послушных ей Божьих детей. Также и реформа одежды не спасает меня от второй смерти, но открывает Божий взгляд на мой внешний вид и обнаруживает те семена восстания, которые в изобилии рассыпаны в моём сердце. Подобные реформы никогда не станут критерием принятия новых членов в Божью церковь, но они относятся к святости принципов, без которых осведомлённые Божьи дети рискуют остаться во тьме и не получить нового света.</w:t>
      </w:r>
      <w:r>
        <w:rPr/>
        <w:t xml:space="preserve"> </w:t>
      </w:r>
      <w:r>
        <w:rPr/>
        <w:t>Также Господь допускает некоторым лжеучениям поколебать веру поверхностных слушателей и отделить их от Своего народа. Все те, кто не утвердился в истине, будут просеяны всевозможными ветрами лжи и сами себя исключат из среды верных Божьему Слову. Хорошей защитой в этом вопросе служит понимание всех доктрин Божьей церкви, которые выявляют различные брожения и помогают увидеть заблуждения лжеучений.</w:t>
      </w:r>
    </w:p>
    <w:p>
      <w:r>
        <w:rPr/>
        <w:t>Кроме этого, самое сильное просеивание вызовет весть к Лаодикии. Это будет глобальным кризисом отношений между Богом и Его народом. Мы к этому пониманию уже пришли, подробно разбирая в предыдущих уроках весть из Откр.3:14-22. Но давайте послушаем мнение Божьей вестницы по этому поводу, записанное в позапрошлом веке:</w:t>
      </w:r>
      <w:r>
        <w:rPr/>
        <w:t xml:space="preserve"> </w:t>
      </w:r>
      <w:r>
        <w:rPr/>
        <w:t xml:space="preserve">«Я спросила о значении увиденного мной просеивания, и мне было показано, что это действие будет вызвано достоверным </w:t>
      </w:r>
      <w:r>
        <w:rPr/>
        <w:t>свидетельством, вдохновлённым тем советом, который дал Лаодикийской церкви Свидетель верный и истинный. Оно тронет сердца тех, кто примет его, и побудит их высоко поднять знамя истины и твёрдо провозглашать её. Не все будут возвещать это достоверное свидетельство. Кое-кто восстанет против него, и именно это станет причиной просеивания в среде народа Божьего. Я видела, что свидетельству истинного Свидетеля не придаётся и половины того значения, которого оно заслуживает. Священное свидетельство, от которого зависит судьба Церкви, не оценивается по достоинству, а порой им и вовсе пренебрегают. Это свидетельство должно вызвать глубокое покаяние; все, кто по-настоящему примут его, покорятся ему и будут очищены». – (Ранние произведения. Глава 64. «Просеивание». Стр.270)</w:t>
      </w:r>
    </w:p>
    <w:p>
      <w:r>
        <w:rPr/>
        <w:t>Через Божью вестницу Святой Дух уже давно предупреждает Свой народ о том, что принятие или отвержение вести к Лаодикии вызовет просеивание, которого не избежит никто.</w:t>
      </w:r>
    </w:p>
    <w:p>
      <w:r>
        <w:rPr/>
        <w:t>Само послание призывает меня к близким отношениям со Христом. И, изучая этот совет, я вижу, что Господь довольно ясно предлагает мне всего Себя, желая иметь всего меня. Он жаждет построить со мной вечные отношения, которые в послании называет торговлей. Это подобно брачному договору, который должен когда-то состояться и никогда не разрушиться.</w:t>
      </w:r>
    </w:p>
    <w:p>
      <w:r>
        <w:rPr/>
        <w:t>Как должен Иисус относиться к тем, кто беспечно убивает своё время на пустые вещи, игнорируя самый важный совет, который поменяет в жизни всё?</w:t>
      </w:r>
    </w:p>
    <w:p>
      <w:r>
        <w:rPr/>
        <w:t>Золото, очищенное огнём, белая одежда и глазная мазь — вот то истинное богатство Неба, которое так просто предлагается мне, и с которым я стану победителем в последней битве.</w:t>
      </w:r>
    </w:p>
    <w:p>
      <w:r>
        <w:rPr/>
        <w:t>Просто знать правильный ответ о значении этих символов — мало. Необходимо дать Богу власть наделить меня этими качествами и научить ими пользоваться. Но чему Господь научит тех, кто проявляет невежество, беспечность или не имеет времени, занимаясь различными служениями?</w:t>
      </w:r>
    </w:p>
    <w:p>
      <w:r>
        <w:rPr/>
        <w:t>Весть к Лаодикии — это Слово Бога, которое было сказано для нашего времени, и его игнорирование лишит меня защиты во время последнего кризиса. Я пойму, что в моём светильнике нет масла, которое в таком изобилии мне предлагается сейчас.</w:t>
      </w:r>
    </w:p>
    <w:p>
      <w:r>
        <w:rPr/>
        <w:t xml:space="preserve">Если внимательно прочитать всю главу «Просеивание», то далее в ней говорится, что именно на заправивших светильники людей будет излит Поздний дождь и им будет доверено провозглашение громкого клича третьего ангела. </w:t>
      </w:r>
      <w:r>
        <w:rPr/>
      </w:r>
      <w:r>
        <w:rPr/>
        <w:t>Я не брался за то, чтобы делать такие смелые заявления, хотя и понимал, что весть к Лаодикии очень важна, и мы очень много об этом говорили.</w:t>
      </w:r>
    </w:p>
    <w:p>
      <w:r>
        <w:rPr/>
        <w:t>Иисус желает лично познакомиться со Своей невестой, открыться ей, поэтому Он Сам и пришёл, и стоит у двери, желая близких отношений.</w:t>
      </w:r>
    </w:p>
    <w:p>
      <w:r>
        <w:rPr/>
        <w:t xml:space="preserve">Весть к Лаодикии — это полная инициатива Бога спасти меня от соблазнов, вывести из тёплого состояния, наделить меня Своими качествами характера, Своей любовью, праведностью и мудростью, дать познать Себя изнутри. Его инициатива состоит и в том, чтобы познать меня во всей глубине отношений, открыть будущее и дать надежду, сделать меня победителем и создать со мной </w:t>
      </w:r>
      <w:r>
        <w:rPr/>
        <w:t>Вечную семью. И что Ему делать с теми, кто не имеет интереса к Его советам? Как Ему ещё убеждать Своих возлюбленных детей?</w:t>
      </w:r>
    </w:p>
    <w:p>
      <w:r>
        <w:rPr/>
        <w:t>Бог говорит однажды и тихо ждёт тех, кто отзовётся, побуждая меня и вас, друзья, говорить об этом чаще и убедительнее.</w:t>
      </w:r>
    </w:p>
    <w:p>
      <w:r>
        <w:rPr/>
        <w:t>В этой вести нам предлагается всё самое ценное, что имеет Небо, чтобы в ответ получить в полноте всё то, что имею я.</w:t>
      </w:r>
      <w:r>
        <w:rPr/>
        <w:t xml:space="preserve"> </w:t>
      </w:r>
      <w:r>
        <w:rPr/>
        <w:t>Если я скажу своей невесте о том, что я отдам ей всего себя, если она отдаст мне всю себя, то будет ли эта торговля выглядеть странно? А половинка невесты меня не устраивает, да и ей не будет нужна часть меня, а только весь Андрей.</w:t>
      </w:r>
    </w:p>
    <w:p>
      <w:r>
        <w:rPr/>
        <w:t>А что я даю взамен Иисусу за Его предложение руки и сердца? Немножко интереса в виде одолжения и моё формальное участие в наших отношениях? Разве этого ожидает от меня Господь?</w:t>
      </w:r>
    </w:p>
    <w:p>
      <w:r>
        <w:rPr/>
        <w:t>А просеивание приближается, и никто его не избежит. И это сито будет состоять из огня, и ничто поверхностное не выдержит такой проверки.</w:t>
      </w:r>
    </w:p>
    <w:p>
      <w:r>
        <w:rPr/>
        <w:t>С какой стороны Лаодикийского сита вы бы хотели оказаться перед закрытием этого магазина?</w:t>
      </w:r>
    </w:p>
    <w:p>
      <w:r>
        <w:rPr/>
        <w:t>А Господь предлагает вступить с Ним в торговые отношения, а потом их вечно развивать. Что может быть прекраснее?</w:t>
      </w:r>
      <w:r>
        <w:rPr/>
        <w:t xml:space="preserve"> </w:t>
      </w:r>
      <w:r>
        <w:rPr/>
        <w:t>Чтобы получить отраду от лица Господня, необходимо пройти тот путь, который определил Господь, а не я.</w:t>
      </w:r>
    </w:p>
    <w:p>
      <w:pPr>
        <w:pStyle w:val="Heading2"/>
      </w:pPr>
      <w:r>
        <w:t>Вопросы к размышлению над этой главой</w:t>
      </w:r>
    </w:p>
    <w:p>
      <w:r>
        <w:rPr/>
        <w:t xml:space="preserve">1. Прочитайте, пожалуйста, Мат.13:24-30; Откр.14:14-16; Иер.29:11-13; Откр.3:14-22; Ам.3:7; Откр.10:7; 22:6; Пс.19:5-9; Лук.22:31-32; Ис.1:9; 10:17-24; 28:24-29; 46:3-4; Гал.6:7; Соф.3:12-13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Верите ли вы в то, что Бог будет просеивать Свой народ?</w:t>
      </w:r>
    </w:p>
    <w:p>
      <w:r>
        <w:rPr/>
        <w:t>5. Должны ли мы заниматься просеиванием и отделять пшеницу от плевел?</w:t>
      </w:r>
    </w:p>
    <w:p>
      <w:r>
        <w:rPr/>
        <w:t>6. Как вы думаете, почему именно весть к Лаодикии вызовет глобальное просеивание?</w:t>
      </w:r>
    </w:p>
    <w:p>
      <w:r>
        <w:rPr/>
        <w:t>7. Вы понимаете, о чём говорит Свидетель Верный и Истинный, обращаясь лично к вам?</w:t>
      </w:r>
    </w:p>
    <w:p>
      <w:r>
        <w:rPr/>
        <w:t>8. Какое отношение имеет эта весть ко мне лично?</w:t>
      </w:r>
    </w:p>
    <w:p>
      <w:r>
        <w:rPr/>
        <w:t>9. Важно ли знать и понимать все символы послания к Лаодикии, Кто и что за ними стоит?</w:t>
      </w:r>
    </w:p>
    <w:p>
      <w:r>
        <w:rPr/>
        <w:t>10. Стоит ли покупать у Иисуса всё то, что Он советует? Будет ли это мудрым решением?</w:t>
      </w:r>
    </w:p>
    <w:p>
      <w:r>
        <w:rPr/>
        <w:t>11. Если я не понимаю значения вести к Лаодикии, то будет ли это моим оправданием?</w:t>
      </w:r>
    </w:p>
    <w:p>
      <w:r>
        <w:rPr/>
        <w:t>12. Если кто-то из собратьев исследует послание Верного Свидетеля и делится своими открытиями, то могу ли я пользоваться этими исследованиями и принимать их для себя? Или мне надо самому искать и находить значение всех символов?</w:t>
      </w:r>
    </w:p>
    <w:p>
      <w:r>
        <w:rPr/>
        <w:t xml:space="preserve">13. </w:t>
      </w:r>
      <w:r>
        <w:rPr/>
        <w:t>Понимаете ли вы</w:t>
      </w:r>
      <w:r>
        <w:rPr/>
        <w:t>, как важна весть к Лаодикии, и что это всё значит для нас?</w:t>
      </w:r>
    </w:p>
    <w:p>
      <w:r>
        <w:rPr/>
        <w:t>14. Важно ли понимать, что я принимаю все советы Иисуса и воплощаю их в своей жизни? Как это можно определить?</w:t>
      </w:r>
    </w:p>
    <w:p>
      <w:r>
        <w:rPr/>
        <w:t>15. Вам понятен пример жениха и невесты? Есть ли у вас своё представление о толковании послания к Лаодикии?</w:t>
      </w:r>
    </w:p>
    <w:p>
      <w:pPr>
        <w:pStyle w:val="Heading2"/>
        <w:pageBreakBefore/>
      </w:pPr>
      <w:r>
        <w:t>Глава 93</w:t>
      </w:r>
    </w:p>
    <w:p>
      <w:pPr>
        <w:pStyle w:val="Heading1"/>
      </w:pPr>
      <w:r>
        <w:t>Весть, вызывающая просеивание</w:t>
      </w:r>
    </w:p>
    <w:p>
      <w:r>
        <w:rPr/>
        <w:t>Если я решу получить в Германии высшее образование, то мне будет недостаточно выбрать учебное заведение и поступить туда. Есть определённые правила, регламентирующие порядок поступления.</w:t>
      </w:r>
    </w:p>
    <w:p>
      <w:r>
        <w:rPr/>
        <w:t>У меня есть два средних профессиональных образования, но этого мало для поступления в любой ВУЗ. Мне необходимо дополнительно окончить ещё пару классов гимназии или техникума, и только потом мои документы примут на рассмотрение.</w:t>
      </w:r>
    </w:p>
    <w:p>
      <w:r>
        <w:rPr/>
        <w:t>Если я решу стать пастором или проповедником в этой стране, то, несмотря на мой стаж членства в церкви, меня не поставят на это служение и не доверят мне кафедру. Право на это получают лишь те, кто окончил немецкую семинарию, отучившись или переучившись в ней минимум два года.</w:t>
      </w:r>
    </w:p>
    <w:p>
      <w:r>
        <w:rPr/>
        <w:t>Я понимаю, что подобные меры нужны для того, чтобы сохранить учение церкви в чистоте. И перешагнуть эти правила достаточно сложно. Но образование не гарантирует посвящённость служителя. И если кто-то видит в этом лишь хорошее место работы, то мне его жаль.</w:t>
      </w:r>
    </w:p>
    <w:p>
      <w:r>
        <w:rPr/>
        <w:t>Господь послал Своей церкви последнего времени особую весть, которую можно найти в книге Откр.3:14-22. Весть к Лаодикии довольно последовательна, и её невозможно принимать с середины или с конца. Каждый последующий стих вытекает из предыдущего. И я не могу получить благословение стиха 21, если не получил благословение стиха 18. Никто не придёт к моей двери и не будет стучать и звать, если я перепрыгнул все предыдущие советы и обличения.</w:t>
      </w:r>
    </w:p>
    <w:p>
      <w:r>
        <w:rPr/>
        <w:t xml:space="preserve">В вести к Лаодикии детально изложен план для победителя. Мы с друзьями уже очень долго и досконально, более </w:t>
      </w:r>
      <w:r>
        <w:rPr/>
        <w:t xml:space="preserve">7 </w:t>
      </w:r>
      <w:r>
        <w:rPr/>
        <w:t>лет, изучаем эту весть и понимаем, что её глубина нам ещё не до конца открылась. Мы поняли, что в этом послании последовательно описывается программа по подготовке особой группы людей, которая по всем своим качествам характера подходит загадочному числу 144.000.</w:t>
      </w:r>
    </w:p>
    <w:p>
      <w:r>
        <w:rPr/>
        <w:t xml:space="preserve">Хоть в уроках Школы </w:t>
      </w:r>
      <w:r>
        <w:rPr/>
        <w:t xml:space="preserve">Любви Агапэ </w:t>
      </w:r>
      <w:r>
        <w:rPr/>
        <w:t>нам уже достаточно открылось значение всех символов этой вести, всё же этого недостаточно, чтобы быть победителем. Нас впереди ожидает огонь, через который нам ещё предстоит пройти. Частично мы уже переживаем различные испытания, которые готовят нас к основному экзамену. И такое время когда-то настанет.</w:t>
      </w:r>
    </w:p>
    <w:p>
      <w:r>
        <w:rPr/>
        <w:t>Сердце горит от желания поделиться важностью смысла этой вести, и приходится постоянно повторять многим людям одно и то же, чтобы хоть как-то заинтересовать их в деле приготовления.</w:t>
      </w:r>
    </w:p>
    <w:p>
      <w:r>
        <w:rPr/>
        <w:t>Раньше я ждал, что будет излит Поздний Дождь, который каким-то чудесным образом приготовит меня к запечатлению. И единственное, чего я хотел, — это получить крещение Святым Духом. Это очень важное событие, но у Бога есть план подготовки к нему, который я не могу обойти или перепрыгнуть.</w:t>
      </w:r>
    </w:p>
    <w:p>
      <w:r>
        <w:rPr/>
        <w:t xml:space="preserve">Если жених предлагает своей невесте обручиться с ним и провести в совместных отношениях некоторое время до свадьбы, чтобы лучше узнать друг друга, а невеста его просто игнорирует, решая встретиться на самой свадьбе, то что </w:t>
      </w:r>
      <w:r>
        <w:rPr/>
        <w:t>должен делать жених? Скорее всего, он потеряет интерес к той, которой он неинтересен.</w:t>
      </w:r>
    </w:p>
    <w:p>
      <w:r>
        <w:rPr/>
        <w:t>Если я не понимаю важности плана победителя, то Господь сделает всё возможное, чтобы его мне представить и разъяснить. Но если мне неинтересно, что Он мне советует сделать и принять, то это мне очень напоминает хулу на Святого Духа.</w:t>
      </w:r>
    </w:p>
    <w:p>
      <w:r>
        <w:rPr/>
        <w:t>Изучая весть к Лаодикии, невольно приходишь к тому, что эта весть должна вызвать просеивание среди Божьего народа. Мне не хочется этим заниматься и делить церковь на избранных и потерянных. Но Библия учит, что это произойдёт независимо от меня. Не вечно быть Богу и Его Духу пренебрегаемыми.</w:t>
      </w:r>
    </w:p>
    <w:p>
      <w:r>
        <w:rPr/>
        <w:t>Глядя на то, что происходит в мире, я понимаю, что Бог тоже что-то уже совершает и что-то ожидает от Своего народа, предлагая нам выход из тёплого состояния. Многие Библейские истины хороши сами по себе, но сейчас важно понимать истину для настоящего времени, о том, что мне нужно делать в это время. Мне хочется понять отличие мудрых дев от неразумных Мат.25:1-12.</w:t>
      </w:r>
    </w:p>
    <w:p>
      <w:r>
        <w:rPr/>
        <w:t>Меня интересует всё, что поможет мне лучше понять план Бога для меня на это время, потому что я не хочу потерять спасение по своему невежеству. И Господь открывает ищущим и молящимся всё, что им нужно знать.</w:t>
      </w:r>
    </w:p>
    <w:p>
      <w:r>
        <w:rPr/>
        <w:t>В книге «Ранние произведения» от Елены Уайт есть глава «Просеивание», которую я настоятельно рекомендую всем прочитать. За 170 лет Господь предсказал нам через эту вестницу о том, на что нам следует обратить внимание и что вызовет просеивание. Приведу цитату из этой главы:</w:t>
      </w:r>
    </w:p>
    <w:p>
      <w:r>
        <w:rPr/>
        <w:t>«Я спросила о значении увиденного мной просеивания, и мне было показано, что это действие будет вызвано достоверным свидетельством, вдохновлённым тем советом, который дал Лаодикийской церкви Свидетель верный и истинный. Оно тронет сердца тех, кто примет его, и побудит их высоко поднять знамя истины и твёрдо провозглашать её. Не все будут возвещать это достоверное свидетельство. Кое-кто восстанет против него, и именно это станет причиной просеивания в среде народа Божьего.</w:t>
      </w:r>
    </w:p>
    <w:p>
      <w:r>
        <w:rPr/>
        <w:t>Я видела, что свидетельству истинного Свидетеля не придаётся и половины того значения, которого оно заслуживает. Священное свидетельство, от которого зависит судьба Церкви, не оценивается по достоинству, а порой им и вовсе пренебрегают. Это свидетельство должно вызвать глубокое покаяние; все, кто по-настоящему примут его, покорятся ему и будут очищены». – {РП 270.3}</w:t>
      </w:r>
    </w:p>
    <w:p>
      <w:r>
        <w:rPr/>
        <w:t>Раньше я много раз читал эту книгу и не видел того, чем здесь поделился. Но, изучая послание к Лаодикии, я пришёл самостоятельно к такому же заключению, а потом об этом ещё и прочитал.</w:t>
      </w:r>
    </w:p>
    <w:p>
      <w:r>
        <w:rPr/>
        <w:t>И у меня вопросы к тебе, друг: «Понимаешь ли ты важность Вести к Лаодикии для тебя? Веришь ли ты в то, что эта весть обращена к тебе? Есть ли у тебя желание изучить, понять и принять всё то, что предлагает Свидетель Верный и Истинный?» Ответь сам себе на это и следуй своему ответу.</w:t>
      </w:r>
    </w:p>
    <w:p>
      <w:r>
        <w:rPr/>
        <w:t xml:space="preserve">Даже сейчас, прочитывая бегло это послание, я хоть и понимаю значение написанного, но всё равно оно для меня покрыто тайной, в которую я пытаюсь вникнуть. И это после </w:t>
      </w:r>
      <w:r>
        <w:rPr/>
        <w:t>семи</w:t>
      </w:r>
      <w:r>
        <w:rPr/>
        <w:t xml:space="preserve"> лет изучения и размышления! А что поймут те, кто открывают его впервые? Но есть добрая весть: Ищите, и найдёте, просите, и дано </w:t>
      </w:r>
      <w:r>
        <w:rPr/>
        <w:t>будет вам. Бог больше нас заинтересован в нашем спасении и первый выходит на поиски каждого. Он не оставит никого, кто изберёт Его и будет стараться изо всех сил понять покрытое тайной.</w:t>
      </w:r>
    </w:p>
    <w:p>
      <w:r>
        <w:rPr/>
        <w:t>Послание к Лаодикии содержит в себе весть и о принятии Божьей любви-агапэ как золота, очищенного огнём. И соблюдение заповеди о любви друг к другу также является Божьим планом для последнего времени. Мы имеем такие простые слова от Небесного купца, а какого глубокого смысла они полны!</w:t>
      </w:r>
    </w:p>
    <w:p>
      <w:r>
        <w:rPr/>
        <w:t>Любовь-агапэ — это не какой-то товар, который мне пытаются навязать, а Вечное благословение, счастливый дух, радость во всякое время, дружелюбие и постоянный восторг от Божьего присутствия в моём сердце. Это много друзей, которых ты любишь. Это счастье с утра до вечера. Это нескончаемая благодарность Богу за то, что Он теперь твой навсегда и за то, что Он тебе даёт навечно.</w:t>
      </w:r>
    </w:p>
    <w:p>
      <w:pPr>
        <w:pStyle w:val="Heading2"/>
      </w:pPr>
      <w:r>
        <w:t>Вопросы к размышлению над этой главой</w:t>
      </w:r>
    </w:p>
    <w:p>
      <w:r>
        <w:rPr/>
        <w:t xml:space="preserve">1. Прочитайте, пожалуйста, Еф.5:15-18; Откр.3:14-22; Мат.25:1-12; Лук.11:9-10; Дан.12:10; Ис.60:1-3; Рим.12:1-3; Флп.1:6; Ам.3:7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Понимаете ли вы важность послания к Лаодикии, и о чём оно?</w:t>
      </w:r>
    </w:p>
    <w:p>
      <w:r>
        <w:rPr/>
        <w:t>5. Если Бог предлагает мне личные отношения, то стоит ли это принять и понять, что от меня ожидается и как это развивать?</w:t>
      </w:r>
    </w:p>
    <w:p>
      <w:r>
        <w:rPr/>
        <w:t>6. У вас есть друзья, с которыми вы смогли бы начать изучение послания к Лаодикии?</w:t>
      </w:r>
    </w:p>
    <w:p>
      <w:r>
        <w:rPr/>
        <w:t>7. Как вы думаете, что будет с теми, кто так и не обратит внимание на весть Верного Свидетеля?</w:t>
      </w:r>
    </w:p>
    <w:p>
      <w:r>
        <w:rPr/>
        <w:t>8. Если мне непонятна весть к Лаодикии, то стоит ли её изучать? Если да, то для чего?</w:t>
      </w:r>
    </w:p>
    <w:p>
      <w:r>
        <w:rPr/>
        <w:t>9. О каких победителях идёт речь в этом послании? Что или кого они должны победить?</w:t>
      </w:r>
    </w:p>
    <w:p>
      <w:r>
        <w:rPr/>
        <w:t>10. Почему эта весть непопулярна даже среди Божьего народа?</w:t>
      </w:r>
    </w:p>
    <w:p>
      <w:r>
        <w:rPr/>
        <w:t>11. Что предлагает нам Иисус в этой вести?</w:t>
      </w:r>
    </w:p>
    <w:p>
      <w:r>
        <w:rPr/>
        <w:t>12. Какие благословения получит тот, кто последует совету Иисуса и купит то, что Господь предлагает?</w:t>
      </w:r>
    </w:p>
    <w:p>
      <w:r>
        <w:rPr/>
        <w:t>13. Почему Господь не дарит, а продаёт Свои товары?</w:t>
      </w:r>
    </w:p>
    <w:p>
      <w:r>
        <w:rPr/>
        <w:t>14. Когда начнётся просеивание Божьего народа?</w:t>
      </w:r>
    </w:p>
    <w:p>
      <w:r>
        <w:rPr/>
        <w:t>15. Как полюбить эту весть, если у меня нет к ней интереса, и я её не понимаю?</w:t>
      </w:r>
    </w:p>
    <w:p>
      <w:pPr>
        <w:pStyle w:val="Heading2"/>
        <w:pageBreakBefore/>
      </w:pPr>
      <w:r>
        <w:t>Глава 94</w:t>
      </w:r>
    </w:p>
    <w:p>
      <w:pPr>
        <w:pStyle w:val="Heading1"/>
      </w:pPr>
      <w:r>
        <w:t>Помним о главном</w:t>
      </w:r>
    </w:p>
    <w:p>
      <w:r>
        <w:rPr/>
        <w:t>Чтобы понять, что такое «главное», о чём мы призываем помнить, необходимо сначала выявить его из общей массы, сравнить с другими важными вещами и следовать тому, к чему это «главное» призывает.</w:t>
      </w:r>
      <w:r>
        <w:rPr/>
        <w:t xml:space="preserve"> </w:t>
      </w:r>
      <w:r>
        <w:rPr/>
        <w:t>Не станем придумывать что-то новое, а возьмём готовую Божью весть, которую мы уже так долго изучаем, и сделаем её условно «главной».</w:t>
      </w:r>
    </w:p>
    <w:p>
      <w:r>
        <w:rPr/>
        <w:t>Весть к Лаодикии провозглашена Самим Иисусом, Который представляется в ней как «Аминь, Свидетель Верный и Истинный, Начало создания Божия» Откр.3:14. Это послание носит обличительный характер, обнажая моё духовное невежество и беспечность, но при этом даёт выход благодаря предлагаемым Иисусом товарам. Человека, который принимает эту весть и следует ей, Господь называет победителем и даёт ему воссесть рядом с Собой на Своём престоле.</w:t>
      </w:r>
    </w:p>
    <w:p>
      <w:r>
        <w:rPr/>
        <w:t>Читается это послание очень легко. На быстрое прочтение у меня ушло 35 секунд, но если это делать спокойно и вдумчиво, то понадобится пара минут. Однако чтение не открывает смысл прочитанного с первого раза, поэтому многие довольствуются тем, что они ознакомились с вестью, и ищут себе другие занятия.</w:t>
      </w:r>
      <w:r>
        <w:rPr/>
        <w:t xml:space="preserve"> </w:t>
      </w:r>
      <w:r>
        <w:rPr/>
        <w:t>Как долго звучит фраза: «Выходи за меня замуж»? 3 секунды. А сколько смысла и перспектив она содержит? Бесконечно много.</w:t>
      </w:r>
    </w:p>
    <w:p>
      <w:r>
        <w:rPr/>
        <w:t>Показывая выход, Господь советует мне купить у Него золото, белую одежду и глазную мазь. Что это означает? Любовь Бога Отца, благодать и праведность Господа нашего Иисуса Христа и общение Святого Духа. По сути, в символах этих товаров мне предлагается войти в близкое общение с Божеством, в результате чего Он готовит меня к окончательной победе по Своим правилам.</w:t>
      </w:r>
    </w:p>
    <w:p>
      <w:r>
        <w:rPr/>
        <w:t>В стихе 18 Господь предлагает Своё сердце и отношения с Ним, которые далее рекомендует поддерживать и развивать. Чтобы понять, насколько важной является весть к Лаодикии, необходимо вникнуть в каждое слово этого послания и увидеть его духовную связь с нашим временем. Простого понимания вести мало. Необходимо, осознав всё, следовать написанному. Бог в этом послании отдаёт всего Себя, понимая, что для выхода из тёплого состояния ничто другое не поможет. Всё остальное просто меркнет по сравнению с тем, что советует Верный Свидетель у Него купить.</w:t>
      </w:r>
    </w:p>
    <w:p>
      <w:r>
        <w:rPr/>
        <w:t>Почему же, если эта весть настолько важна, что принявшим её обещано место на престоле Иисуса, мало кто её изучает, и никто о ней не говорит так, как нужно говорить? Почему она находится в таком пренебрежении, а люди, которые пытаются нести эту весть, непопулярны или их совсем нет? Разве так поступают с главным?</w:t>
      </w:r>
    </w:p>
    <w:p>
      <w:r>
        <w:rPr/>
        <w:t xml:space="preserve">Давайте рассмотрим другие понятия о «главном». Многие скажут, что главное — это верить в Иисуса и соблюдать Его заповеди. Да, это на самом деле главное, и оно присутствует в вести к Лаодикии, но наряду с другими необходимыми товарами. И более того, Господь предлагает купить у Него золото, очищенное огнём, которое символизирует веру и любовь. Этим Иисус даёт понять, что соблюдение заповеди о любви друг к другу в правильном духе и силе является </w:t>
      </w:r>
      <w:r>
        <w:rPr/>
        <w:t>обязательным следствием совершаемой сделки.</w:t>
      </w:r>
      <w:r>
        <w:rPr/>
        <w:t xml:space="preserve"> </w:t>
      </w:r>
      <w:r>
        <w:rPr/>
        <w:t>Кто-то решил, что главное — это принять весть о праведности по вере, потому что без этого человек рискует потерять Небо. В послании к Лаодикии эта весть присутствует на своём месте и звучит как «купи белую одежду».</w:t>
      </w:r>
    </w:p>
    <w:p>
      <w:r>
        <w:rPr/>
        <w:t>Давайте решим, что главное — это знать и соблюдать все доктрины и законы. Они также входят в весть Верного Свидетеля, ведь любовь есть исполнение закона. Рим.13:10.</w:t>
      </w:r>
    </w:p>
    <w:p>
      <w:r>
        <w:rPr/>
        <w:t>А кто-то решит, что главное — это принятие санитарной реформы, ведь она есть правая рука трёхангельской вести. И эта истина тоже содержится в послании к Лаодикии. Ибо Тот, Кто дал миру Свои заповеди, дал и законы здоровья. И Он не планирует оставить в неведении об этом тех, кто решится вступить с Ним в Вечные торговые отношения.</w:t>
      </w:r>
    </w:p>
    <w:p>
      <w:r>
        <w:rPr/>
        <w:t>Всё, что вы тут говорите, пустое! Главное — дела! Дела необходимо совершать, друзья, а не разглагольствовать! Докажите веру своими делами, и это будет самым главным из главных. А Верный Свидетель говорит: «Знаю твои дела; ты ни холоден, ни горяч; о, если бы ты был холоден или горяч!» Откр.3:15. Так каким делом я могу удивить и порадовать Иисуса?</w:t>
      </w:r>
    </w:p>
    <w:p>
      <w:r>
        <w:rPr/>
        <w:t>Главное — это сформировать достойный Неба характер. Так Иисус и советует купить у Него это свойство души под символом глазной мази.</w:t>
      </w:r>
    </w:p>
    <w:p>
      <w:r>
        <w:rPr/>
        <w:t>Получается очень интересная картина. Всё моё великое и главное уже есть внутри вести к Лаодикии. И что бы я ни решил особо отметить как самое-самое главное, оно уже включено в послание, если только не является плодом моего больного грехом разума.</w:t>
      </w:r>
    </w:p>
    <w:p>
      <w:r>
        <w:rPr/>
        <w:t>Бог сделал весть к Лаодикии всеобъемлющей и универсальной. Она включает в себя совершенную полноту всего.</w:t>
      </w:r>
    </w:p>
    <w:p>
      <w:r>
        <w:rPr/>
        <w:t>Но тут выходит на арену знающий человек и твёрдо заявляет, что главное — это принятие трёхангельской вести, и отвержение хотя бы одной из этих трёх вестей чревато получением начертания зверя. Согласен. Так оно и будет.</w:t>
      </w:r>
    </w:p>
    <w:p>
      <w:r>
        <w:rPr/>
        <w:t>Но давайте посмотрим, кто будет нести эти вести, а особенно третью весть? Доверит ли Бог Свою весть тем, кто пренебрёг Им, игнорируя весть к Лаодикии? Будет ли Господь наделять Своим Духом тех, кто не имел интереса к Божьему совету или ничего не делал, чтобы выйти из тёплого состояния? Вспоминаю некоторых людей, которые активно трудились в распространении материалов с Трёхангельской вестью, но при этом имели довольно фанатичный дух и считали себя правыми и верными. Я всё не мог понять, как такие люди планируют попасть в Вечность, имея столько духовной гордости и тщеславия? Но в свете Лаодикии все эти вопросы нашли ответы.</w:t>
      </w:r>
    </w:p>
    <w:p>
      <w:r>
        <w:rPr/>
        <w:t>Весть третьего ангела будут провозглашать победители, и сделают они это очень быстро и эффективно, используя самые простые средства и имея самый правильный дух.</w:t>
      </w:r>
    </w:p>
    <w:p>
      <w:r>
        <w:rPr/>
        <w:t xml:space="preserve">Бог всё в Своём Слове соделал совершенным, своевременным и открытым для тех, кто желает это узнать, принять и жить согласно полученному свету. Пройти мимо ясного Божьего совета и сделать главным что-то другое — это попытка достичь спасения собственными делами. Но, так как Божий совет подразумевает </w:t>
      </w:r>
      <w:r>
        <w:rPr/>
        <w:t>свободу выбора со всеми вытекающими привилегиями и ограничениями, не многие спешат прислушиваться.</w:t>
      </w:r>
    </w:p>
    <w:p>
      <w:r>
        <w:rPr/>
        <w:t>Я не знаю, когда произойдёт закрытие двери благодати. И если я успею до этого времени умереть, то моё отвержение или принятие вести к Лаодикии не будет играть ключевую роль в моём оправдании, если в других вопросах я был верен. Но когда эта таинственная дверь будет закрываться, и я услышу «полночный крик» о приближении Жениха, тогда наличие в моём сосуде масла будет играть главную роль. Успею ли я его купить перед самым закрытием магазина? Хватит ли мне его для перенесения времени скорби? Не окажусь ли я голым на заключительном взвешивании? Захочет ли Иисус мне ещё что-то продать?</w:t>
      </w:r>
    </w:p>
    <w:p>
      <w:r>
        <w:rPr/>
        <w:t>Лучше сейчас понять, что является главным, и следовать этому курсу, чем потом оказаться в числе неразумных дев, которые казались такими мудрыми во время приготовления.</w:t>
      </w:r>
    </w:p>
    <w:p>
      <w:r>
        <w:rPr/>
        <w:t>Вступая в торговлю с Иисусом, я могу наравне с этими отношениями иметь разнообразные виды служения и не оставлять их. Но если я сделаю служение главным, игнорируя главное, то я рискую потерять всё. А так хочется быть победителем, ведь написано: «Побеждающий наследует всё, и буду ему Богом, и он будет Мне сыном» Откр.21:7.</w:t>
      </w:r>
    </w:p>
    <w:p>
      <w:pPr>
        <w:pStyle w:val="Heading2"/>
      </w:pPr>
      <w:r>
        <w:t>Вопросы к размышлению над этой главой</w:t>
      </w:r>
    </w:p>
    <w:p>
      <w:r>
        <w:rPr/>
        <w:t xml:space="preserve">1. Прочитайте, пожалуйста, Прит.4:7; Евр.8:1-2; Откр.3:14-22; Еф.5:14-18; Мат.22:2-14; 25:1-13; Иер.7:25-27; Ос.4:6-8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Была ли вам понятна весть к Лаодикии, когда вы прочитали её впервые?</w:t>
      </w:r>
    </w:p>
    <w:p>
      <w:r>
        <w:rPr/>
        <w:t>5. Как определить, что весть к Лаодикии является самой важной вестью?</w:t>
      </w:r>
    </w:p>
    <w:p>
      <w:r>
        <w:rPr/>
        <w:t>6. Плохо ли, что повествование из Откр.3:14-22 непонятно с первого прочтения?</w:t>
      </w:r>
    </w:p>
    <w:p>
      <w:r>
        <w:rPr/>
        <w:t>7. Стоит ли верою принять важность этой вести и начать её самостоятельно изучать? Или лучше подождать того, кто её уже изучил, и придёт ко мне лично, чтобы рассказать?</w:t>
      </w:r>
    </w:p>
    <w:p>
      <w:r>
        <w:rPr/>
        <w:t>8. Известно ли вам, что более двух лет мы изучаем послание к Лаодикии в нашей Школе и уже многое для себя открыли?</w:t>
      </w:r>
    </w:p>
    <w:p>
      <w:r>
        <w:rPr/>
        <w:t>9. Станет ли Господь открывать истинный смысл и глубину Своего послания тем, кто будет стараться вникнуть в него и понять суть?</w:t>
      </w:r>
    </w:p>
    <w:p>
      <w:r>
        <w:rPr/>
        <w:t>10. Почему Господь так скромно и неприметно разместил Свою самую важную весть, да ещё и облёк её в символы?</w:t>
      </w:r>
    </w:p>
    <w:p>
      <w:r>
        <w:rPr/>
        <w:t>11. Вас радует то, что мы всё время возвращаемся к этой вести и находим в ней новые откровения?</w:t>
      </w:r>
    </w:p>
    <w:p>
      <w:r>
        <w:rPr/>
        <w:t>12. Будет ли эта весть актуальна, если в церкви ей не будут уделять должного внимания?</w:t>
      </w:r>
    </w:p>
    <w:p>
      <w:r>
        <w:rPr/>
        <w:t>13. Вам понятно, что предлагается нам в совете Верного Свидетеля?</w:t>
      </w:r>
    </w:p>
    <w:p>
      <w:r>
        <w:rPr/>
        <w:t>14. Что будет с теми, кто так и не последует совету Верного Свидетеля?</w:t>
      </w:r>
    </w:p>
    <w:p>
      <w:r>
        <w:rPr/>
        <w:t>15. Как вы думаете, исполнит ли Иисус Своё предостережение в жизни тех, кто так и останется тёплым?</w:t>
      </w:r>
    </w:p>
    <w:p>
      <w:pPr>
        <w:pStyle w:val="Heading2"/>
        <w:pageBreakBefore/>
      </w:pPr>
      <w:r>
        <w:t>Глава 95</w:t>
      </w:r>
    </w:p>
    <w:p>
      <w:pPr>
        <w:pStyle w:val="Heading1"/>
      </w:pPr>
      <w:r>
        <w:t>Простота Послания к Лаодикии</w:t>
      </w:r>
    </w:p>
    <w:p>
      <w:r>
        <w:rPr/>
        <w:t>При изучении Лаодикийской Вести у меня возникает особое желание делиться открытиями этого Послания с другими людьми. Описывая всё то, что мы постигаем в процессе изучения, мы невольно погружаемся в глубину Божьих откровений и удивляемся простоте и гармонии Библейских символов.</w:t>
      </w:r>
    </w:p>
    <w:p>
      <w:r>
        <w:rPr/>
        <w:t>Но я столкнулся с тем, что даже те, кто последовательно изучает Весть к Лаодикии из Откр.3:14-22, не могут кратко объяснить другим и затрудняются лаконично высказать суть этой Вести. А когда вестникам задают вопросы, на которые им сложно ответить, тогда спрашивающим даётся предложение самостоятельно найти разборы этой Вести и самим её понять, ссылаясь на то, что она уже глубоко представлена в уроках Школы Любви Агапэ.</w:t>
      </w:r>
    </w:p>
    <w:p>
      <w:r>
        <w:rPr/>
        <w:t>Цель Школы состоит в том, чтобы побудить разум каждого из вас к самостоятельному исследованию всех тех откровений, которые нам даёт Господь, и к пониманию их внутри себя.</w:t>
      </w:r>
    </w:p>
    <w:p>
      <w:r>
        <w:rPr/>
        <w:t>Весть к Лаодикии очень страшна по своему смыслу и содержит неоднозначный намёк на весьма печальное состояние Божьего народа в последнее время, а также на отношение Бога к такому положению вещей. Но красота этого Послания состоит в том, что нам предлагается самый удивительный выход из тёплого состояния, который делает нас победителями в заключительной схватке с силами тьмы.</w:t>
      </w:r>
    </w:p>
    <w:p>
      <w:r>
        <w:rPr/>
        <w:t>В самом начале этого Послания, стихе 14, Господь называет Свои новые Имена, которые несут в себе весть о Его величии, всезнании и могуществе. Вся Вселенная трепещет пред Творцом, кроме тех, кто называется Его именем и призван из тьмы к свету. Положение Лаодикийской церкви настолько удручающее, что у Иисуса нет ни одного слова похвалы в её адрес, а только глубокое сожаление и предупреждение о том, что наказание будет страшным.</w:t>
      </w:r>
    </w:p>
    <w:p>
      <w:r>
        <w:rPr/>
        <w:t>Быть тёплым христианином из стихов 15-17 — это то самое состояние Божьего народа, которое каждый из нас может наблюдать своими глазами. Не нужно даже ничего придумывать, достаточно лишь посмотреть в зеркало или зайти в любое собрание, чтобы увидеть то, что видит Свидетель Верный и Истинный. Не я, а Господь даёт такую оценку, и Он не ошибается. Если бы на этих стихах была поставлена точка, то худшего состояния было бы и не придумать.</w:t>
      </w:r>
    </w:p>
    <w:p>
      <w:r>
        <w:rPr/>
        <w:t>А реальность такова, что Божий народ слушает Божью оценку, соглашается с ней и продолжает дальше заниматься тем служением, которое он всегда делал.</w:t>
      </w:r>
    </w:p>
    <w:p>
      <w:r>
        <w:rPr/>
        <w:t>Вспоминаю случай, когда я был дежурным по батарее. Мною была плохо организована уборка снега с плаца, где проходил сбор части. И дежурный по части офицер пришёл лично ко мне, чтобы назвать меня плохим организатором, который будет наказан. Я так перепугался, что побежал и за один час убрал в одиночку весь снег, чем избежал неминуемого наказания.</w:t>
      </w:r>
    </w:p>
    <w:p>
      <w:r>
        <w:rPr/>
        <w:t>Когда Бог делает заявление о моём истинном состоянии, я думаю, что Ему приятно увидеть мой неподдельный страх и искреннее желание и какие-то усилия, чтобы что-то исправить в этой ситуации.</w:t>
      </w:r>
    </w:p>
    <w:p>
      <w:r>
        <w:rPr/>
        <w:t>Но Господь знает, с кем имеет дело, и сразу после обвинения предлагает выход из тёплого и безнадёжного состояния. Но этот выход звучит очень интересно и необычно.</w:t>
      </w:r>
    </w:p>
    <w:p>
      <w:r>
        <w:rPr/>
        <w:t>Я думаю, что если бы тот офицер посоветовал мне взять у него широкую лопату и салазки для уборки снега, то ему бы не пришлось повторять это дважды. Но я как-то сам всё нашёл и самоорганизовался.</w:t>
      </w:r>
    </w:p>
    <w:p>
      <w:r>
        <w:rPr/>
        <w:t>Господь в стихе 18 даёт очень мудрый совет, предлагая мне купить то, что сокрыто в символах и не сразу понятно, но звучит очень красиво и торжественно.</w:t>
      </w:r>
    </w:p>
    <w:p>
      <w:r>
        <w:rPr/>
        <w:t>Возникают вопросы: Почему купить? Чем платить? Сколько это стоит? Как долго надо покупать? А что означают эти товары?</w:t>
      </w:r>
    </w:p>
    <w:p>
      <w:r>
        <w:rPr/>
        <w:t>Знать правильный ответ на эти вопросы хорошо, но вступить в торговые отношения с Господом — это то, что Его больше всего устроит.</w:t>
      </w:r>
    </w:p>
    <w:p>
      <w:r>
        <w:rPr/>
        <w:t>В символе золота нам предлагается бесконечный океан Божьей любви-агапэ и веры, сотрясающей Божий престол. Эти качества души могут стать моими, когда я за них внесу всего себя, желая получить всего Бога.</w:t>
      </w:r>
    </w:p>
    <w:p>
      <w:r>
        <w:rPr/>
        <w:t>Белая одежда — это безукоризненный характер Христа, ставший моим по праву законной покупки и по факту моего нежелания быть нагим. Я приобретаю это, внося в качестве платы все свои грехи и естественные изъяны плотской природы.</w:t>
      </w:r>
    </w:p>
    <w:p>
      <w:r>
        <w:rPr/>
        <w:t>Глазная мазь — это вся Небесная мудрость, необходимая мне для того, чтобы видеть всё и поступать так, как угодно Святому Духу. В оплату всех этих товаров я вношу всё своё время.</w:t>
      </w:r>
    </w:p>
    <w:p>
      <w:r>
        <w:rPr/>
        <w:t>Фактически, в этих символах мне предлагается Отец, Сын и Святой Дух, а с Ними и всё Небо. Такого предложения не получал никто и никогда. И весь страх этой вести состоит в том, что если слушающий не услышит этот совет, а, услышав, не купит то, что ему советуют купить, то он будет потерян навсегда. Предлагаемое Верным Свидетелем имеет самую высокую стоимость. За это ожидается самая высокая плата.</w:t>
      </w:r>
    </w:p>
    <w:p>
      <w:r>
        <w:rPr/>
        <w:t>Что мне делать с этим советом, решать мне. А Господь в стихе 19 призывает быть прилежным в этой покупке и покаяться в своём тёплом состоянии, и никогда в него не возвращаться. Он любит верных покупателей и с любовью наказывает их за забывчивость или невнимательность.</w:t>
      </w:r>
    </w:p>
    <w:p>
      <w:r>
        <w:rPr/>
        <w:t>По сути, мне предлагается в символе этой торговли со Христом вступить с Ним в брачные отношения, но до праздничного торжества необходимо познать Того, с Кем я планирую жить всю Вечность, а Ему очень хочется узнать поближе меня, которого Он планирует бесконечно долго любить и с которым желает иметь самые прочные связи. Стих 20 открывает Божье желание личных отношений со мной в лучшее моё время, чтобы в этом взаимном познании научить меня правильно пользоваться тем, что я покупаю, и жить с этим.</w:t>
      </w:r>
    </w:p>
    <w:p>
      <w:r>
        <w:rPr/>
        <w:t>Любовь и преданность Верного Свидетеля мне настолько велики, что Он решает именно эти отношения с Ним сделать залогом моей победы над всеми грехами, искушениями и соблазнами этого мира. Он объявляет меня победителем над всеми силами зла, хотя я только избрал Его, общался с Ним и посвящал этому всё своё время, даже занимаясь обычными делами. Я просто брал Господа в каждое своё предприятие и всегда был готов вложить в отношение с Ним всего себя и всё то, что Он ожидает. А Он мне отдаёт всего Себя без остатка.</w:t>
      </w:r>
    </w:p>
    <w:p>
      <w:r>
        <w:rPr/>
        <w:t>Я раньше думал, что для победы мне нужно знать все планы и уловки врага, изучать закулисные игры и быть в курсе всех мировых новостей, но оказалось, что личное познание Бога Отца и посланного Им Иисуса и сделало меня истинным победителем. И эта весть звучит в послании к Ангелу Лаодикийской Церкви.</w:t>
      </w:r>
    </w:p>
    <w:p>
      <w:r>
        <w:rPr/>
        <w:t>Никому ещё Господь не предлагал Свой престол так, как желает разделить его со слышащим лаодикийцем. Стих 21.</w:t>
      </w:r>
    </w:p>
    <w:p>
      <w:r>
        <w:rPr/>
        <w:t>Сын зари решил воссесть на этом престоле, но был низвергнут с Неба. Мы же ничего не желаем, а нам это предлагается за постоянство в торговле и за верность в отношениях.</w:t>
      </w:r>
    </w:p>
    <w:p>
      <w:r>
        <w:rPr/>
        <w:t>Когда жених преподносит своей избраннице обручальное кольцо, в этом символе он отдаёт всего себя и всё, что имеет. Что ответит невеста? Решает она, сама, добровольно.</w:t>
      </w:r>
    </w:p>
    <w:p>
      <w:r>
        <w:rPr/>
        <w:t>Эта весть просеет Божий народ и будет тем самым фильтром, который не пропустит через себя никакую нечистоту, невежество или иной дух. Не наши планы описаны и возвеличены в этом послании, а Божьи.</w:t>
      </w:r>
      <w:r>
        <w:rPr/>
        <w:t xml:space="preserve"> </w:t>
      </w:r>
      <w:r>
        <w:rPr/>
        <w:t>Стих 22 повествует о том, что многие из тёплых навсегда останутся глухими к этой вести, а имеющие ухо услышат Божий совет и откликнутся.</w:t>
      </w:r>
    </w:p>
    <w:p>
      <w:pPr>
        <w:pStyle w:val="Heading2"/>
      </w:pPr>
      <w:r>
        <w:t>Вопросы к размышлению над этой главой</w:t>
      </w:r>
    </w:p>
    <w:p>
      <w:r>
        <w:rPr/>
        <w:t xml:space="preserve">1. Прочитайте, пожалуйста, Ин.17:3; Откр.3:14-22; Мат.22:2-14; 25:1-12; Еф.5:15-18; Ос.4:6; Дан.12:10; Пс.72:22; Прит.12:1; 14:18,24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Изучаете ли вы Послание к Лаодикии?</w:t>
      </w:r>
    </w:p>
    <w:p>
      <w:r>
        <w:rPr/>
        <w:t>5. В чём состоит важность вести к Лаодикии?</w:t>
      </w:r>
    </w:p>
    <w:p>
      <w:r>
        <w:rPr/>
        <w:t>6. Можете ли вы кратко и своими словами описать суть и смысл вести к Лаодикии?</w:t>
      </w:r>
    </w:p>
    <w:p>
      <w:r>
        <w:rPr/>
        <w:t>7. Почему Господь облёк такое серьёзное предостережение в непонятные символы?</w:t>
      </w:r>
    </w:p>
    <w:p>
      <w:r>
        <w:rPr/>
        <w:t>8. Звучит ли эта весть в вашей жизни?</w:t>
      </w:r>
    </w:p>
    <w:p>
      <w:r>
        <w:rPr/>
        <w:t>9. Вы понимаете, что предлагает вам Верный Свидетель?</w:t>
      </w:r>
    </w:p>
    <w:p>
      <w:r>
        <w:rPr/>
        <w:t>10. Что будет с теми, кто так и не услышит эту весть, читая её глазами?</w:t>
      </w:r>
    </w:p>
    <w:p>
      <w:r>
        <w:rPr/>
        <w:t>11. Есть ли у Бога более мягкая весть для нашего времени?</w:t>
      </w:r>
    </w:p>
    <w:p>
      <w:r>
        <w:rPr/>
        <w:t>12. Как вы думаете, есть ли у Господа что-то лучшее, чем то, что Он предлагает у Него купить?</w:t>
      </w:r>
    </w:p>
    <w:p>
      <w:r>
        <w:rPr/>
        <w:t>13. Готовы ли вы внести плату за то, что советует Свидетель Истинный?</w:t>
      </w:r>
    </w:p>
    <w:p>
      <w:r>
        <w:rPr/>
        <w:t>14. Будет ли Небесный Гость стучать в двери тех, кто не совершает предлагаемые покупки?</w:t>
      </w:r>
    </w:p>
    <w:p>
      <w:r>
        <w:rPr/>
        <w:t>15. Что делать, если я понял смысл вести, но не знаю, что мне делать, и как это осуществить в моей жизни?</w:t>
      </w:r>
    </w:p>
    <w:p>
      <w:pPr>
        <w:pStyle w:val="Heading2"/>
        <w:pageBreakBefore/>
      </w:pPr>
      <w:r>
        <w:t>Глава 96</w:t>
      </w:r>
    </w:p>
    <w:p>
      <w:pPr>
        <w:pStyle w:val="Heading1"/>
      </w:pPr>
      <w:r>
        <w:t>Красота Послания к Лаодикии</w:t>
      </w:r>
    </w:p>
    <w:p>
      <w:r>
        <w:rPr/>
        <w:t>Знание Вести к Лаодикии и понимание её символов очень важно и полезно, потому что без него я не буду иметь представления о том, что хочет сказать Бог, какой у Него план на меня, и что мне нужно делать. Но само знание не делает меня участником Божьего плана. Я просто изучаю всё, что написано, и мне становится понятным то, что ранее было зашифровано. А что дальше? Что делать с тем светом, который мне открылся?</w:t>
      </w:r>
    </w:p>
    <w:p>
      <w:r>
        <w:rPr/>
        <w:t>Однажды на одном из собраний я решил наглядно донести суть этой Вести людям, собравшимся в зале. Я достал денежную купюру, показал её верующим и сказал, что я решил её отдать тому, кому нужны эти деньги. Все с интересом стали наблюдать за развитием событий, но никто не подошёл ко мне за деньгами. Я спросил присутствующих, верят ли они в то, что я отдам эти деньги тем, кому они нужны. Все стали ждать смелого счастливчика. Я ещё раз спросил, верят ли мне, что я отдам приготовленные деньги тому, кто в них нуждается. На что все дружно закивали головами и сказали, что верят. А я вновь и вновь заверял зал в том, что эту банкноту я принёс для них и отдам её тому, кто в ней очень нуждается. Все дружно мне улыбались, желая понять, что будет дальше. А я стал проводить рекламную кампанию, объясняя собравшимся, что они могут делать с этими деньгами, и как это поддержит их семейный бюджет, и что я с удовольствием отдам им то, что я решил отдать. Это уже не моё, но пока и не знаю чьё. А все смотрели и чего-то ждали. Я спросил: «А, может, этого мало?» Никто мне ничего не ответил. Тогда я стал упрашивать присутствующих взять эти деньги, заверяя, что я их с радостью отдам. С заднего ряда встал мужчина и пошёл к кафедре. Его походка становилась всё увереннее, а лицо выражало решимость взять предлагаемое. Он подошёл ко мне и протянул руку. Весь зал застыл в ожидании, и когда я отдал верующему брату обещанное, все с облегчением вздохнули и чуть ли не стали аплодировать. Поднялся радостный гул, и всё собрание стало дружно обсуждать случившееся. Я вновь достал очередную банкноту и предложил её отдать нуждающемуся. Вновь воцарилась тишина. И вновь мне пришлось упрашивать взять у меня то, что я планировал отдать. К счастью, следующий человек нашёлся гораздо быстрее.</w:t>
      </w:r>
    </w:p>
    <w:p>
      <w:r>
        <w:rPr/>
        <w:t xml:space="preserve">Господь предлагает Себя во всей полноте и желает стать частью моей жизни. Он советует мне купить у Него Себя, что сделает меня воистину богатым, прикроет мою наготу и откроет мои глаза. Понимая значение символов, я начинаю размышлять о том, что мне даст их приобретение. Оглядываюсь вокруг и не вижу ажиотажа вокруг этой Вести. Немного успокаиваюсь. Вижу, что предлагаемое очень ценно и отличного качества. Понимая, что мне продаётся вера и любовь, пытаюсь представить, что изменится в моей жизни, если я это куплю. Решаюсь протянуть руку и сразу получаю предлагаемое. Вау! Я купил золото! Оно теперь моё! Отныне я воистину богат! Я стал обладателем Небесного сокровища, а также верующим человеком в глазах Неба. Вновь протягиваю руки и вновь получаю. Потом решаюсь держать руки протянутыми и не опускать их. Мой сосуд </w:t>
      </w:r>
      <w:r>
        <w:rPr/>
        <w:t>наполнился до избытка, и золото стало переливаться за края, возвращаясь туда, откуда оно изливалось в мою жизнь. Я не понимаю, что с этим делать дальше.</w:t>
      </w:r>
    </w:p>
    <w:p>
      <w:r>
        <w:rPr/>
        <w:t>Слышу стук в дверь своего сердца и нежный голос, называющий меня и Себя по имени. Открываю. Стоит Продавец и, улыбаясь, говорит: «Сегодня надобно Мне быть у тебя в доме». Я смотрю и не верю глазам, приглашаю Гостя войти. А Он достаёт принесённый ужин и начинает меня угощать, и во время трапезы рассказывает мне о том, что Небесное сокровище станет истинно ценным, когда я начну им обогащать своих ближних, приобретая товары не только для себя, но и для них. Любовь не может даваться мне для меня. Она создана, чтобы любить, чтобы служить и заботиться, чтобы посвящать себя без остатка на Божье дело.</w:t>
      </w:r>
    </w:p>
    <w:p>
      <w:r>
        <w:rPr/>
        <w:t>В моей голове всё стало вставать на свои места. Непонятные ранее притчи и библейские стихи начали оживать в моём сознании и складываться в одну целостную картину. Личное общение с Продавцом открыло мои глаза на то, что я раньше не мог понять, и вдохновило меня на продолжение торговли.</w:t>
      </w:r>
    </w:p>
    <w:p>
      <w:r>
        <w:rPr/>
        <w:t>Я вновь, но уже более уверенно, приобрёл предлагаемое золото и решил сразу им поделиться с друзьями, чем очень их удивил и порадовал. И в этой передаче Небесных благ своим близким людям я увидел, как этот опыт обогащает мою душу нетленным сокровищем радости другого человека.</w:t>
      </w:r>
    </w:p>
    <w:p>
      <w:r>
        <w:rPr/>
        <w:t>Мои собратья внимательно наблюдали за мной, за тем, чем я занимаюсь, как происходит моя торговля, и как мне в этом стало хорошо. Кто-то из них хвалил меня за мою веру и сожалел, что не может ко мне присоединиться по личным мотивам, а кто-то ставил лайк. А я всем рассказывал, какие замечательные товары предлагает мне Послание к Лаодикии, и как они обогащают мою жизнь новыми опытами и бесконечными благословениями. Меня с интересом слушали и кивали головами. А кто-то отважился слушать Самого Продавца и заворожённо смотрел на Его товары, ничего не предпринимая.</w:t>
      </w:r>
    </w:p>
    <w:p>
      <w:r>
        <w:rPr/>
        <w:t>Я не уставал делиться своими опытами в покупке Небесного и всё увереннее рассказывал о важности этой торговли. Среди слушающих меня находились люди, которые отваживались попробовать вступить в торговые отношения с Господом, и их жизнь, подобно моей, преображалась. Нам было о чём поговорить друг с другом, обсуждая качество и ценность приобретённого товара и то, как им можно служить нашим ближним, посвящая себя полностью на это дело.</w:t>
      </w:r>
    </w:p>
    <w:p>
      <w:r>
        <w:rPr/>
        <w:t>А в лучшее вечернее время, когда все повседневные дела решались, у меня происходила встреча с Небесным Купцом, Который с неизменным постоянством приходил ко мне, чтобы провести со мною время и подарить мне новые откровения для очередных побед. Бывало, что в наших беседах говорил только я, рассказывая Купцу о своих проблемах, планах и задачах, или просто за всё благодарил Иисуса. А Он всегда меня терпеливо выслушивал и открывал мой разум для более ясного понимания следующего шага.</w:t>
      </w:r>
    </w:p>
    <w:p>
      <w:r>
        <w:rPr/>
        <w:t xml:space="preserve">Самым большим благословением для меня стало соблюдение заповеди о любви друг к другу. Когда нашёлся этот самый друг, да не в единственном числе, тогда в моей жизни перевернулось всё. Нет ничего более прекрасного, чем любить друг друга по заповеди и приобретать себе новых друзей для очередного проявления взаимной любви. Это такое истинное счастье, в котором ты просто не сможешь пребывать без товаров Лаодикийского магазина. Никакое поддельное золото не </w:t>
      </w:r>
      <w:r>
        <w:rPr/>
        <w:t>будет принято в этой любви и не сможет нас склеить в единодушных отношениях. В любви друг к другу нам очень легко расставаться с грехами и открывать свои проступки в истинном свете. Мы становимся не судьями, а друзьями. Мы приглашаем в наши отношения Иисуса, и Он обильно благословляет нас ещё большей любовью. Её становится так много, что нам уже не хватает земного времени, чтобы побольше посвятить его нашей дружбе. И мы начинаем покушаться на Вечность, планируя там всё продолжить и осуществить все наши грандиозные планы в более глубоком познании друг друга и нашего дорогого Спасителя.</w:t>
      </w:r>
    </w:p>
    <w:p>
      <w:r>
        <w:rPr/>
        <w:t>Весть к Лаодикии страшна для тех, кто её не слышит, но очень прекрасна для тех, кто в ней живёт.</w:t>
      </w:r>
    </w:p>
    <w:p>
      <w:pPr>
        <w:pStyle w:val="Heading2"/>
      </w:pPr>
      <w:r>
        <w:t>Вопросы к размышлению над этой главой</w:t>
      </w:r>
    </w:p>
    <w:p>
      <w:r>
        <w:rPr/>
        <w:t xml:space="preserve">1. Прочитайте, пожалуйста, Ин.17:3,26; Ис.55:8-9; Откр.3:14-22; Ос.4:6; Прит.23:26; Ин.13:34-35; 1Пет.1:22; 2:17; Ин.3:16-21; 15:12,17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Видите ли вы красоту в Лаодикийском послании?</w:t>
      </w:r>
    </w:p>
    <w:p>
      <w:r>
        <w:rPr/>
        <w:t>5. Верите ли вы в важность принятия этой Вести в наши дни?</w:t>
      </w:r>
    </w:p>
    <w:p>
      <w:r>
        <w:rPr/>
        <w:t>6. Если я не считаю Весть к Лаодикии чем-то важным, то учтёт ли Бог такое моё отношение и пошлёт ли мне другую весть?</w:t>
      </w:r>
    </w:p>
    <w:p>
      <w:r>
        <w:rPr/>
        <w:t>7. Будет ли Весть к Лаодикии страшна для тех, кто её принял и живёт в ней?</w:t>
      </w:r>
    </w:p>
    <w:p>
      <w:r>
        <w:rPr/>
        <w:t>8. Наполняется ли ваше сердце счастьем от того, что вы читаете в послании к Лаодикии?</w:t>
      </w:r>
    </w:p>
    <w:p>
      <w:r>
        <w:rPr/>
        <w:t>9. Всё ли вам понятно в этой Вести?</w:t>
      </w:r>
    </w:p>
    <w:p>
      <w:r>
        <w:rPr/>
        <w:t>10. Верите ли вы в то, что Весть к Лаодикии содержит в себе какую-то особую глубину, которой мы ещё не достигли?</w:t>
      </w:r>
    </w:p>
    <w:p>
      <w:r>
        <w:rPr/>
        <w:t>11. Если я что-то не понимаю в этой Вести, то стоит ли мне её отвергать как ненужную?</w:t>
      </w:r>
    </w:p>
    <w:p>
      <w:r>
        <w:rPr/>
        <w:t>12. Будет ли Бог доверять Свою заключительную миссию людям, которые не приняли совет Верного Свидетеля?</w:t>
      </w:r>
    </w:p>
    <w:p>
      <w:r>
        <w:rPr/>
        <w:t>13. Стоит ли судить тех, кто не изучает Послание к Лаодикии или не живёт в этом свете?</w:t>
      </w:r>
    </w:p>
    <w:p>
      <w:r>
        <w:rPr/>
        <w:t>14. Понимаете ли вы важность жизни в Божьей любви друг к другу в свете последних событий?</w:t>
      </w:r>
    </w:p>
    <w:p>
      <w:r>
        <w:rPr/>
        <w:t>15. Вас переполняет радость от постоянных покупок в Лаодикийском магазине?</w:t>
      </w:r>
    </w:p>
    <w:p>
      <w:pPr>
        <w:pStyle w:val="Heading2"/>
        <w:pageBreakBefore/>
      </w:pPr>
      <w:r>
        <w:t>Глава 97</w:t>
      </w:r>
    </w:p>
    <w:p>
      <w:pPr>
        <w:pStyle w:val="Heading1"/>
      </w:pPr>
      <w:r>
        <w:t>Цель Вести к Лаодикии</w:t>
      </w:r>
    </w:p>
    <w:p>
      <w:r>
        <w:rPr/>
        <w:t>Послание к ангелу Лаодикийской церкви является последним в череде Божьих откровений для определённых исторических периодов. И эта Весть содержит в себе самое страшное предупреждение от Христа, которое имеет силу и, в конце концов, приведёт в исполнение этот печальный приговор, объявленный Верным и Истинным Свидетелем.</w:t>
      </w:r>
    </w:p>
    <w:p>
      <w:r>
        <w:rPr/>
        <w:t>Бог не бросает Свои слова на ветер, но долготерпит Свой народ, давая каждому из нас время на подготовку. Эта весть сказана так, что направлена лично ко мне и затрагивает именно моё сердце, но при этом Господь желает лично пробудить каждое сердце Своего сына и дочери к более глубокому исследованию внутренних процессов. Господь стремится привести всех нас к единству веры, к преобразованию нашего характера в подобие Христа, научить нас любить друг друга, и планирует сделать нас мудрыми в Своих глазах, чтобы в этом состоянии явить нам благословения Своего личного присутствия в нашей среде и приготовить нас к возвещению громкого клича третьего ангела.</w:t>
      </w:r>
    </w:p>
    <w:p>
      <w:r>
        <w:rPr/>
        <w:t>Весть к Лаодикии, описанная в книге Откр.3:14-22, очень коротка, и её можно прочитать за одну минуту, поверхностно ознакомившись с её содержанием. Но эта весть глубока. Чтобы понять и принять её суть и сделать всё это своим достоянием, понадобится не один месяц, а уйдут многие годы возрождения и преобразования характера, чтобы душа была очищена от всех идолов и греховных помышлений, которые так лелеет моя плотская природа.</w:t>
      </w:r>
    </w:p>
    <w:p>
      <w:r>
        <w:rPr/>
        <w:t>Бог испытывает меня и показывает моему сердцу истинные мотивы, которые влияют на принятие решений и препятствуют Святому Духу формировать мой характер в подобие характера Христа.</w:t>
      </w:r>
    </w:p>
    <w:p>
      <w:r>
        <w:rPr/>
        <w:t>В Божий план Спасения входит приготовление особой группы людей, через которых Он будет завершать историю этого мира и возвещать самое страшное предостережение через третьего ангела. Без принятия откровений из Вести к Лаодикии такое возрождение будет невозможно. Бог не пошлёт «тёплых христиан» нести миру самую грозную весть, так как эта весть будет свидетельствовать против них самих. Но горячее сердце будет приготовлено Богом к любым событиям и выполнит любое Божье поручение независимо от того, насколько сложным оно будет казаться.</w:t>
      </w:r>
    </w:p>
    <w:p>
      <w:r>
        <w:rPr/>
        <w:t>Понимание и принятие символов Вести Верного Свидетеля требует очень много времени, и это входит в Божий план, чтобы просеять всё поверхностное и гордое, оставив лишь тех, кто не разочаруется в Божьей задержке и промедлении, но будет упорно трудиться, приобретая всё предлагаемое Господом и возрастая от славы в славу.</w:t>
      </w:r>
    </w:p>
    <w:p>
      <w:r>
        <w:rPr/>
        <w:t>Бог почтит Своим присутствием всех людей, которые не опустят руки и будут верны в покупке Небесного золота, белой одежды и глазной мази.</w:t>
      </w:r>
    </w:p>
    <w:p>
      <w:r>
        <w:rPr/>
        <w:t xml:space="preserve">Если бы мы точно знали, что нам осталось немного времени, к примеру, год, а потом всё закончится Вторым Пришествием, то, думаю, наша подготовка шла бы более эффективно, и Весть к Лаодикии оказала бы более мощный эффект, а </w:t>
      </w:r>
      <w:r>
        <w:rPr/>
        <w:t>присутствие Святого Духа было бы более видимым и ощутимым. Это всё произойдёт в самом конце, и последние станут первыми, как написано, но именно сегодня Бог призывает тебя, друг, встать на этот путь и шаг за шагом воплощать в свою жизнь Божий план преобразования твоего характера. Именно в таком последовательном подходе к этой задаче выявляются подлинные мотивы, определяются подлинные ценности и цели, готовится разум для запечатления и утверждения в истине.</w:t>
      </w:r>
    </w:p>
    <w:p>
      <w:r>
        <w:rPr/>
        <w:t>Во время природных катаклизмов и неблагоприятных погодных условий очень сложно заниматься строительством. Именно в такой период и происходит самое жёсткое испытание всего того, что было построено. Буря последних событий приближается, и она неизбежна. Нам всем придётся в неё войти, но мы не знаем когда, поэтому нам свойственно отвлекаться от главной цели и благоустраиваться в этом мире, считая Вавилон своим постоянным местом жительства.</w:t>
      </w:r>
    </w:p>
    <w:p>
      <w:r>
        <w:rPr/>
        <w:t>Цель Вести к Лаодикии состоит в желании Бога прилепить нас всех к Себе через постоянное приобретение того, что Он нам советует у Него купить. Он стремится сохранить нас в этих отношениях до самого последнего нашего вздоха на этой земле или до закрытия времени благодати для этого мира.</w:t>
      </w:r>
    </w:p>
    <w:p>
      <w:r>
        <w:rPr/>
        <w:t>Если я считаю, что, покупая товары у Верного Свидетеля, я успею приготовиться к последним событиям и обязательно в них войду во всеоружии Божьем, то, возможно, я рискую остынуть и разочароваться по причине того, что эти события так и не настанут при моей жизни, а моя подготовка будет напрасной тратой времени и сил. Нет ничего хуже, чем, не видя финиша, остановиться в своём забеге перед самой финишной чертой и плакать о том, что тебя так долго обманывали, предлагая победу, которая так и не наступила.</w:t>
      </w:r>
    </w:p>
    <w:p>
      <w:r>
        <w:rPr/>
        <w:t>Я становлюсь победителем в тот момент, когда соглашаюсь принять Божье предложение по выходу из своего жалкого тёплого состояния. Даже если я ничего ещё не успел изменить в своей жизни, но встал на путь вечных торговых отношений со Христом, то Его благодати будет достаточно, чтобы покрыть все мои недостатки и постепенно избавить меня от них. Если же я настроен на получение ожидаемой награды и упорно иду к этой цели, считая, что вот-вот её достигну, и, наконец-то, вмешается Бог и одержит окончательную победу, а желаемое не наступает, то я всё больше и больше устаю от этой борьбы, а потом совсем ослабеваю и разочаровываюсь во всём, к чему стремился. Я останавливаюсь. В этом случае моего прошлого опыта тренировок и побед будет недостаточно, чтобы достигнуть цели и получить обещанное.</w:t>
      </w:r>
    </w:p>
    <w:p>
      <w:r>
        <w:rPr/>
        <w:t>В принятии Вести к Лаодикии очень важно понимать, что Бог приглашает меня в отношения, которые никогда уже не должны прерываться. Хоть они и характеризуются как торговые, но они гораздо глубже, чем кажется новому слушателю. Цель вести состоит в том, чтобы навсегда прилепить меня к Иисусу и сохранить мою душу в этом союзе, проведя меня в таких отношениях через всю жизнь.</w:t>
      </w:r>
    </w:p>
    <w:p>
      <w:r>
        <w:rPr/>
        <w:t xml:space="preserve">Бог положил времена и сроки для определённых событий, и в своё время они наступят и исполнятся. Если я готов, то моя готовность будет актуальна и сегодня, и в любое другое время. Меня ничто не застанет врасплох, хотя может удивить своей быстротой и скоротечностью. Если же я «лукавый и ленивый раб», то я </w:t>
      </w:r>
      <w:r>
        <w:rPr/>
        <w:t>всегда найду тысячи оправданий своему невежеству и всевозможные занятия в мире и даже в Божьем деле кроме того, что предлагает Верный Свидетель.</w:t>
      </w:r>
    </w:p>
    <w:p>
      <w:r>
        <w:rPr/>
        <w:t>Подходя к принятию света для Лаодикийского периода, стоит настроиться на пожизненное изучение этой самой вести. Не сразу она станет понятной. Не сразу мне откроется вся её глубина, но всё предлагаемое в ней сделает мою жизнь лучше, качественнее, благословеннее и интереснее, чем было до этого.</w:t>
      </w:r>
    </w:p>
    <w:p>
      <w:r>
        <w:rPr/>
        <w:t>Отношения с Богом приносят в мою жизнь много света, любви, радости и счастья. И это так переполняет собою всё вокруг, что хочется, чтобы и все люди побыстрее приобрели это и стали самыми счастливыми в Божьей семье.</w:t>
      </w:r>
    </w:p>
    <w:p>
      <w:r>
        <w:rPr/>
        <w:t>Бог желает, чтобы Его верные покупатели учились торговать небесным золотом и между собой, обогащая друг друга взаимной любовью, и в таком времяпровождении готовились к грядущим событиям, имея правильный дух и постоянный опыт развития в любви, дружелюбии и счастье, и готовность к выполнению любой Божьей миссии.</w:t>
      </w:r>
    </w:p>
    <w:p>
      <w:r>
        <w:rPr/>
        <w:t>Дополнение к размышлению над этим уроком. Свидетельства для Церкви. Том 1:</w:t>
      </w:r>
    </w:p>
    <w:p>
      <w:r>
        <w:rPr/>
        <w:t>Мне было показано, что свидетельство к лаодикийцам относится к детям Божьим, живущим в настоящее время, но оно так и не выполнило своего важного предназначения из-за ожесточения их сердец. Однако Бог дал этой вести время, чтобы она всё же совершила своё дело. Сердце должно очиститься от грехов, которые так долго затмевали Иисуса. Эта страшная весть в конце концов исполнит своё дело. Когда она впервые была изложена, люди начали внимательно исследовать своё сердце, исповедовать грехи, и народ Божий повсюду был глубоко взволнован. Почти все верили в то, что эта весть закончится громким кличем третьего ангела. Но так как в последующие годы братья и сестры не увидели впечатляющих событий, на многих данная весть не оказала должного воздействия. Я видела, что она не сможет выполнить своего предназначения за несколько коротких месяцев. Весть эта была дана для следующего: пробудить народ Божий, выявить его отступление и привести к ревностному покаянию, чтобы затем Иисус почтил его Своим присутствием и приготовил к громкому кличу третьего ангела. Когда данная весть достигала сердец, она вела их к глубокому смирению перед Богом. Ангелы были посланы во всех направлениях, чтобы приготовить неверующие сердца к принятию истины. Дело Божье начало подниматься, и Его народ осознал своё положение. Если бы совет Верного Свидетеля был полностью принят, Бог действовал бы для Своего народа более целенаправленно. Тем не менее Господь благословил усилия, предпринятые после возвещения вести, и многие души были выведены из тьмы и заблуждения и теперь радуются в истине. – {1СЦ 186.1}</w:t>
      </w:r>
    </w:p>
    <w:p>
      <w:r>
        <w:rPr/>
        <w:t xml:space="preserve">Бог испытает Своих детей. Иисус долготерпит их и не извергает их из уст во мгновение ока. Ангел сказал: «Бог взвешивает Свой народ». Если бы эта весть действовала в течение короткого времени, как некоторые из нас предполагали, то у детей Божьих не осталось бы и часа для совершенствования характера. Многие люди начали что-то предпринимать не из принципа и не по вере, а из страха, поскольку эта торжественная, страшная весть не на шутку встревожила их. </w:t>
      </w:r>
      <w:r>
        <w:rPr/>
        <w:t>Она воздействовала на их чувства и пробудила в них страх, но не совершила работу, предназначенную ей Богом. Бог читает сердца. Чтобы Его дети не обманывались в отношении самих себя, Он даёт им время, чтобы общее возбуждение прошло, а затем проверяет их, будут ли они повиноваться совету Верного Свидетеля.</w:t>
      </w:r>
    </w:p>
    <w:p>
      <w:r>
        <w:rPr/>
        <w:t>Бог ведёт Свой народ шаг за шагом. Он ставит его в разные ситуации, чтобы выявить, что лежит у народа на сердце. Некоторые люди переносят одно испытание, но падают на следующем. С каждым последующим шагом Господь посылает всё более и более серьёзные проверки и испытания для сердца. Когда дети Божьи видят, что сердца их противятся столь прямому призыву, это должно убедить их, что им надо ещё кое от чего избавиться, если они не хотят быть извергнутыми из уст Господа. Ангел сказал: «Бог будет действовать всё более и более решительно, чтобы проверить и испытать каждого в Своём народе». Некоторые люди переносят одно испытание, но когда Бог подводит их к следующему, они пугаются и отходят, потому что не хотят отказываться от какого-то взлелеянного идола. На этом этапе им предоставляется возможность увидеть, какой именно кумир изгоняет Иисуса из их сердца. Что-то для таких людей важнее истины, и их сердца не готовы принять Иисуса. – {1СЦ 186-187}</w:t>
      </w:r>
    </w:p>
    <w:p>
      <w:pPr>
        <w:pStyle w:val="Heading2"/>
      </w:pPr>
      <w:r>
        <w:t>Вопросы к размышлению над этой главой</w:t>
      </w:r>
    </w:p>
    <w:p>
      <w:r>
        <w:rPr/>
        <w:t xml:space="preserve">1. Прочитайте, пожалуйста, Откр.3:14-22; 1Ин.3:23; Ис.28:10; 30:18; Лук.18:7-8; 2Пет.3:9-10; Евр.10:35-39; Прит.1:29-33; Еф.5:15-18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Как долго вы планируете изучать Послание к Лаодикии?</w:t>
      </w:r>
    </w:p>
    <w:p>
      <w:r>
        <w:rPr/>
        <w:t>5. Предлагает ли нам Верный Свидетель в Послании к Лаодикии что-то краткосрочное и временное?</w:t>
      </w:r>
    </w:p>
    <w:p>
      <w:r>
        <w:rPr/>
        <w:t>6. Как звучит Весть к Лаодикии для поверхностного читателя и для того, кто следует советам Иисуса?</w:t>
      </w:r>
    </w:p>
    <w:p>
      <w:r>
        <w:rPr/>
        <w:t>7. Что мешает человеку настроиться на постоянные отношения с Богом?</w:t>
      </w:r>
    </w:p>
    <w:p>
      <w:r>
        <w:rPr/>
        <w:t>8. Вы уже вкусили красоту и силу Лаодикийской Вести?</w:t>
      </w:r>
    </w:p>
    <w:p>
      <w:r>
        <w:rPr/>
        <w:t>9. Почему Господь не открывает суть Послания к Лаодикии за один раз?</w:t>
      </w:r>
    </w:p>
    <w:p>
      <w:r>
        <w:rPr/>
        <w:t>10. Сколько времени нужно для преобразования характера?</w:t>
      </w:r>
    </w:p>
    <w:p>
      <w:r>
        <w:rPr/>
        <w:t>11. Разочаровывает ли вас тот факт, что Господь не являет Свои явные сверхъестественные чудеса в жизни тех, кто вступает с Ним в торговые отношения?</w:t>
      </w:r>
    </w:p>
    <w:p>
      <w:r>
        <w:rPr/>
        <w:t>12. Вам нравится Послание к Лаодикии?</w:t>
      </w:r>
    </w:p>
    <w:p>
      <w:r>
        <w:rPr/>
        <w:t>13. О чём это Послание?</w:t>
      </w:r>
    </w:p>
    <w:p>
      <w:r>
        <w:rPr/>
        <w:t>14. Насколько важна для вас эта Весть?</w:t>
      </w:r>
    </w:p>
    <w:p>
      <w:r>
        <w:rPr/>
        <w:t>15. Что делать, если вы услышали эту Весть впервые?</w:t>
      </w:r>
    </w:p>
    <w:p>
      <w:pPr>
        <w:pStyle w:val="Heading2"/>
        <w:pageBreakBefore/>
      </w:pPr>
      <w:r>
        <w:t>Глава 98</w:t>
      </w:r>
    </w:p>
    <w:p>
      <w:pPr>
        <w:pStyle w:val="Heading1"/>
      </w:pPr>
      <w:r>
        <w:t>Званые и избранные</w:t>
      </w:r>
    </w:p>
    <w:p>
      <w:r>
        <w:rPr/>
        <w:t>В Библии есть история о Моисее, о том, как Господь избрал его для особой миссии для Своего народа. Моисей был званым Богом и избранным для выполнения возложенной на него задачи. Через этого человека Бог дал всему миру Свой прекрасный закон, правила счастливой и праведной жизни и те мудрые постановления, которые решали многие житейские и общественные вопросы лучшим образом. Но Моисею не суждено было войти в обещанный Ханаан по причине греха, и эта миссия была возложена на Иисуса Навина, который воплотил все Божьи планы в истории своего народа.</w:t>
      </w:r>
    </w:p>
    <w:p>
      <w:r>
        <w:rPr/>
        <w:t>А вы задумывались, почему именно Иисус, сын Навина, был избран Богом? Это была не случайность, и в этом избрании для каждого лаодикийца содержится очень важный урок о том, на каком основании может произойти ваше избрание. В Израиле на момент выхода из Египта было очень много верных и искренних мужей, которые чтили невидимого Бога и проявляли послушание, веруя каждому слову Его посланника. Но юноша Иисус проявлял особый интерес к служению и был там, где совершалась Божья работа.</w:t>
      </w:r>
    </w:p>
    <w:p>
      <w:r>
        <w:rPr/>
        <w:t>Впервые имя Иисуса упоминается, когда Бог послал воинов на уничтожение амаликитян. Исх.17:9-13. Иисус и его воины справились с этой задачей при поддержке молящегося на горе Моисея.</w:t>
      </w:r>
    </w:p>
    <w:p>
      <w:r>
        <w:rPr/>
        <w:t>Когда Моисей был призван взойти на гору, Иисус пошёл вместе с ним и оставался всё время недалеко от того места, где Господь говорил с Моисеем. Исх.24:12-13. И когда в стане произошло беззаконие, Иисус Навин не понимал, что за странный шум слышен в долине. Исх.32:17. Когда же вопрос с отступниками был решён, и виновники были наказаны, тогда мы читаем Исх 33:11: «И говорил Господь с Моисеем лицем к лицу, как бы говорил кто с другом своим; и он возвращался в стан; а служитель его Иисус, сын Навин, юноша, не отлучался от скинии».</w:t>
      </w:r>
    </w:p>
    <w:p>
      <w:r>
        <w:rPr/>
        <w:t>Иисус был не просто одним из числа народа, а являлся тем, кто желал находиться там, где Бог совершал Свою работу и являл Свою славу. Он видел в Моисее Божьего помазанника и старался во всём поддерживать его.</w:t>
      </w:r>
    </w:p>
    <w:p>
      <w:r>
        <w:rPr/>
        <w:t>Когда народ подошёл к Обетованной земле, и из каждого колена были призваны представители для осмотра будущих владений Божьего народа, в число соглядатаев вошёл и Иисус, сын Навина. Путешествуя 40 дней по своей будущей Родине, Иисус с детской верою представлял, как в ближайшем будущем он и его народ овладеют богатствами этой земли по Божьему обещанию. Он и Халев были настолько уверены в Божьей силе, что не поколебались в своём уповании, когда другие соглядатаи разочаровали весь народ и ввергли весь стан в уныние. Чис.14:6-9.</w:t>
      </w:r>
    </w:p>
    <w:p>
      <w:r>
        <w:rPr/>
        <w:t>Неверие народа вызвало Божье неодобрение, и Небом был вынесен приговор на долгое блуждание народа по пустыне.</w:t>
      </w:r>
    </w:p>
    <w:p>
      <w:r>
        <w:rPr/>
        <w:t>За грехи неверующих страдали и избранные Божьи слуги, и им ничего не оставалось, как быть вместе со всеми последующие 40 лет и бродить по пустынным местам, ожидая окончания этого срока.</w:t>
      </w:r>
    </w:p>
    <w:p>
      <w:r>
        <w:rPr/>
        <w:t>Когда Моисей стал вопрошать Бога о том, кого избрать в лидеры, тогда Господь назвал имя Иисуса Навина и благословил его через рукоположение Моисея. Чис.27:15-23.</w:t>
      </w:r>
    </w:p>
    <w:p>
      <w:r>
        <w:rPr/>
        <w:t>Когда же Моисею было дано повеление взойти на гору и умереть, Иисус Навин стал его преемником. Читаем Втор 34:9: «И Иисус, сын Навин, исполнился духа премудрости, потому что Моисей возложил на него руки свои, и повиновались ему сыны Израилевы и делали так, как повелел Господь Моисею».</w:t>
      </w:r>
    </w:p>
    <w:p>
      <w:r>
        <w:rPr/>
        <w:t>Эта история учит нас тому, что в Божьем деле не бывает случайных людей, которые вдруг стали святыми и известными. Бог зовёт всех и предлагает Себя всем, тем более тем, кто носит Его имя. Но получается так, что званых очень много, а избранных совсем мало.</w:t>
      </w:r>
    </w:p>
    <w:p>
      <w:r>
        <w:rPr/>
        <w:t>Тот интерес, который немногие проявляют к Божьему делу и ко всему, что с этим связано, учитывается Небом, и эти люди отмечаются и получают особые благословения. Они могут быть не признаны обществом, их могут считать странными или фанатичными, но они не обращают внимание на мнение других людей, а живо и неподдельно интересуются всем тем, что исходит от Бога, и всегда присутствуют там, где делается Божье дело.</w:t>
      </w:r>
    </w:p>
    <w:p>
      <w:r>
        <w:rPr/>
        <w:t>В своей притче о званых и избранных Господь Иисус очень ясно дал понять, как видит Небо тех и других.</w:t>
      </w:r>
    </w:p>
    <w:p>
      <w:r>
        <w:rPr/>
        <w:t>В обращении к Своему народу Лаодикийского периода Верный Свидетель призывает к покаянию всех, но обещает Свой престол только избранным, которых называет победителями. Стоит учесть и заявление Господа в самом конце книги Откр 21:7: «Побеждающий наследует всё, и буду ему Богом, и он будет Мне сыном».</w:t>
      </w:r>
    </w:p>
    <w:p>
      <w:r>
        <w:rPr/>
        <w:t>Послание к Лаодикии уникально тем, что оно, хоть и содержит в себе мало слов, но имеет много смысла, который постепенно и последовательно открывается людям, которые жаждут, ищут и принимают Божьи советы.</w:t>
      </w:r>
    </w:p>
    <w:p>
      <w:r>
        <w:rPr/>
        <w:t>Невозможно стать обладателем всего предлагаемого за один визит. Небесный Купец желает видеть в нас постоянных покупателей, которые знают, что им предлагается, и ценят то, что покупают.</w:t>
      </w:r>
    </w:p>
    <w:p>
      <w:r>
        <w:rPr/>
        <w:t>Мой интерес к Божьим советам и предложениям присваивает мне особый статус, а моё постоянство во взаимоотношениях со Христом даёт Ему право на более глубокое развитие отношений и на избрание меня туда, куда не вхожи те, кто думает случайно спастись или получить по Божьей милости хоть что-то в обмен на своё невежество.</w:t>
      </w:r>
    </w:p>
    <w:p>
      <w:r>
        <w:rPr/>
        <w:t>Необходимо понять важную истину о том, что если у Бога есть какой-то особый план для конца времени, то лучше строить и жить согласно этому плану, а не искать других путей и не придумывать что-то похожее на истину для настоящего времени.</w:t>
      </w:r>
    </w:p>
    <w:p>
      <w:r>
        <w:rPr/>
        <w:t>Бог очень ясно и чётко даёт нам понять через Дух Пророчества, что именно принятие или отвержение вести Верного Свидетеля вызовет просеивание в среде Божьего народа и приготовит верных людей к торжественному провозглашению Вести третьего ангела из Откр.14:9-12.</w:t>
      </w:r>
    </w:p>
    <w:p>
      <w:r>
        <w:rPr/>
        <w:t xml:space="preserve">Иисус Навин вкусил, как благ Господь, и решил углубляться в этом познании настолько, насколько ему будет позволено. Весь народ был свидетелем чудес и </w:t>
      </w:r>
      <w:r>
        <w:rPr/>
        <w:t>знамений избавления из египетского рабства. Столп облачный и огненный был также виден всем, но только Иисус жаждал чего-то большего и был избран Богом для особой миссии, с которой он и справился.</w:t>
      </w:r>
    </w:p>
    <w:p>
      <w:r>
        <w:rPr/>
        <w:t>Кто мешал другим израильтянам проявлять подобный интерес к святым вещам и с благоговением следить за действиями Бога? Возможно, что-то подобное будет происходить и в наши дни, когда Господь решит почтить Своим Духом жаждущих и излить Свои потоки на иссохшее.</w:t>
      </w:r>
    </w:p>
    <w:p>
      <w:r>
        <w:rPr/>
        <w:t>Не наше дело знать времена и сроки, которые Отец положил в Своей власти, но мы можем иметь живой интерес к тому, что нам открыто, и получать от этого прямые Божьи благословения.</w:t>
      </w:r>
    </w:p>
    <w:p>
      <w:r>
        <w:rPr/>
        <w:t>Время, которое мы проводим в отношениях и в общении с Иисусом, или у Скинии Небесного Святилища, никогда не будет считаться потраченным впустую, хотя некоторые земные дела могут и появляться. Понимая и принимая то, что обещано верным, я и всё земное вижу глазами Неба.</w:t>
      </w:r>
    </w:p>
    <w:p>
      <w:r>
        <w:rPr/>
        <w:t>Бог обязательно почтит тех, кто почитает Его. Ни один жаждущий Святого Духа не останется без награды. Ни один постоянный покупатель у Верного Свидетеля не будет забыт или потерян. Хоть таких избранных людей будет и мало, но они все отмечены Богом, чтобы они получили обещанное.</w:t>
      </w:r>
    </w:p>
    <w:p>
      <w:r>
        <w:rPr/>
        <w:t>Читаем 2Пар 20:20: «… Верьте Господу Богу вашему, и будьте тверды; верьте пророкам Его, и будет успех вам».</w:t>
      </w:r>
    </w:p>
    <w:p>
      <w:pPr>
        <w:pStyle w:val="Heading2"/>
      </w:pPr>
      <w:r>
        <w:t>Вопросы к размышлению над этой главой</w:t>
      </w:r>
    </w:p>
    <w:p>
      <w:r>
        <w:rPr/>
        <w:t xml:space="preserve">1. Прочитайте, пожалуйста, те ссылки, что были представлены в уроке и ещё Мат.22:2-14; 24:22-24; 25:10; Лук.14:23-24; 18:7-8; 1Пет.2:9; Рим.8:28-34; Мар.13:26-27; Ис.65:9; Пс.104:43; 105:4-5; Откр.17:14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Кто такие званые в наше время?</w:t>
      </w:r>
    </w:p>
    <w:p>
      <w:r>
        <w:rPr/>
        <w:t>5. Кто такие избранные? В чём отличие званых от избранных?</w:t>
      </w:r>
    </w:p>
    <w:p>
      <w:r>
        <w:rPr/>
        <w:t>6. Почему Иисус учил тому, что званых будет много, а избранных мало?</w:t>
      </w:r>
    </w:p>
    <w:p>
      <w:r>
        <w:rPr/>
        <w:t>7. Был ли пример избрания Иисуса Навина для вас уроком? Чис.11:28.</w:t>
      </w:r>
    </w:p>
    <w:p>
      <w:r>
        <w:rPr/>
        <w:t>8. Каким образом в наше время можно последовать примеру Иисуса Навина?</w:t>
      </w:r>
    </w:p>
    <w:p>
      <w:r>
        <w:rPr/>
        <w:t>9. Может ли Господь Сам избирать тех людей, на которых Он желает возложить особую миссию? Деян.9:15-16.</w:t>
      </w:r>
    </w:p>
    <w:p>
      <w:r>
        <w:rPr/>
        <w:t>10. Всегда ли избранные Богом люди готовы сразу выполнять свою миссию?</w:t>
      </w:r>
    </w:p>
    <w:p>
      <w:r>
        <w:rPr/>
        <w:t>11. Могу ли я сам себя избрать для спасения? Если да, то что для этого надо?</w:t>
      </w:r>
    </w:p>
    <w:p>
      <w:r>
        <w:rPr/>
        <w:t>12. Войдут ли избранные в число 144.000?</w:t>
      </w:r>
    </w:p>
    <w:p>
      <w:r>
        <w:rPr/>
        <w:t>13. Знал ли Иисус Навин о своём будущем избрании, когда сопровождал Моисея во всех его трудах?</w:t>
      </w:r>
    </w:p>
    <w:p>
      <w:r>
        <w:rPr/>
        <w:t>14. Должен ли я, совершая своё служение, думать о том, буду я избранным Богом человеком или нет?</w:t>
      </w:r>
    </w:p>
    <w:p>
      <w:r>
        <w:rPr/>
        <w:t>15. Обращает ли Небо внимание на тех, у кого есть неподдельный интерес к Божьей работе?</w:t>
      </w:r>
    </w:p>
    <w:p>
      <w:pPr>
        <w:pStyle w:val="Heading2"/>
        <w:pageBreakBefore/>
      </w:pPr>
      <w:r>
        <w:t>Глава 99</w:t>
      </w:r>
    </w:p>
    <w:p>
      <w:pPr>
        <w:pStyle w:val="Heading1"/>
      </w:pPr>
      <w:r>
        <w:t>Благословение Вести к Лаодикии</w:t>
      </w:r>
    </w:p>
    <w:p>
      <w:r>
        <w:rPr/>
        <w:t>Пятая книга Моисея содержит интересный стих. Читаем Втор.30:19: «Во свидетели пред вами призываю сегодня небо и землю: жизнь и смерть предложил я тебе, благословение и проклятие. Избери жизнь, дабы жил ты и потомство твоё…» По своему смыслу это заявление относится к каждому из нас и сегодня, и не потеряло своей силы. Предлагая мне сделать выбор, Господь даёт и совет, какой выбор будет Ему по сердцу: «Избери жизнь…»</w:t>
      </w:r>
    </w:p>
    <w:p>
      <w:r>
        <w:rPr/>
        <w:t>Изменилось ли что-то с того времени в ожиданиях Бога? Он не просто попросил меня сделать выбор, но и послал Своего возлюбленного Сына на смерть вместо меня, чтобы навсегда утвердить моё решение и дать мне по моей вере право на Вечную жизнь. Но при всём Своём желании спасти меня Господь уважает мой выбор и ждёт моего решения, долго ждёт и долго терпит моё невежество. Он знает, что предстоит мне в том или ином случае, что будет со мной, если изберу Его и приму все благословения этого выбора. Его Сила только и ожидает моего «да», чтобы взять меня под Свою защиту и наполнить мою жизнь Божьим присутствием.</w:t>
      </w:r>
    </w:p>
    <w:p>
      <w:r>
        <w:rPr/>
        <w:t>Но у Бога есть враг, который живёт внутри меня и постоянно борется со всем, что исходит свыше, — это моя плотская натура, в которой я рождён и которая не хочет умирать, пока я жив. Она находится в прочном союзе с врагом моей души.</w:t>
      </w:r>
    </w:p>
    <w:p>
      <w:r>
        <w:rPr/>
        <w:t>Предлагая мне выбрать благословение, Господь посылает мне и Свою благодать, чтобы я смог обрести победу над силами зла и над своей плотью. И Божья помощь тут же приходит, когда я принимаю решение жить по Божьим правилам и законам и начинаю двигаться в этом направлении.</w:t>
      </w:r>
    </w:p>
    <w:p>
      <w:r>
        <w:rPr/>
        <w:t>Меня всегда удивляет та свобода выбора, которую даёт мне Господь, предлагая неимоверно прекрасные благословения со всеми вытекающими Вечными последствиями. Зная, насколько я буду с Ним счастлив, что даст мне Вечная жизнь в Его присутствии, сколько добрых перемен произойдёт в моей жизни, Он при этом не отказывает мне в праве отвергнуть все эти блага и воспользоваться правом на смерть. Как-то это глупо звучит, но, к сожалению, многие делают именно такой выбор своего пути, демонстративно или интуитивно игнорируя Божий совет, и предпочитают проклятие.</w:t>
      </w:r>
    </w:p>
    <w:p>
      <w:r>
        <w:rPr/>
        <w:t>Путь тьмы и смерти сначала кажется не таким уж и страшным. Он довольно широк и заманчив. На нём многообразие чувственных наслаждений, изысканных развлечений, помпезных представлений и удивительных переживаний. Смех, суета, возбуждение захватывают разум и влекут к волшебным удовольствиям, обольщая сознание мыслью, что это и есть истинный смысл жизни. Хоть плата за грех смерть, в момент очередного чувственного переживания не хочется об этом думать.</w:t>
      </w:r>
    </w:p>
    <w:p>
      <w:r>
        <w:rPr/>
        <w:t xml:space="preserve">Плоть постоянно ищет того, что противно Духу, а Дух противится плоти и желает иметь Небесные благословения. А я нахожусь между этими противниками между правым и левым ухом и должен что-то решить и чем-то накормить одного из </w:t>
      </w:r>
      <w:r>
        <w:rPr/>
        <w:t>оппонентов. Кого же я буду кормить, тот и станет сильнее. И я окажусь водимым им.</w:t>
      </w:r>
    </w:p>
    <w:p>
      <w:r>
        <w:rPr/>
        <w:t>Верный Свидетель сообщает в книге Откр.3:14-22 весть, в которой обличает меня и предлагает мне принять благословение или проклятие. Я думаю, что не стоит описывать состояние и последствия неправильного выбора. Ничего хорошего не ожидает тех, кто согласится со справедливой оценкой Христа и ничего не предпримет для того, чтобы последовать последующему совету.</w:t>
      </w:r>
    </w:p>
    <w:p>
      <w:r>
        <w:rPr/>
        <w:t>Вступая в торговые отношения с Иисусом, я этим самым показываю Ему своё желание перемен и выхода из того жалкого состояния, которое так Ему не нравится. А Господь, видя моё усилие что-то изменить, протягивает мне Свои руки и принимает меня в Свои объятия как самого дорогого покупателя. Затем Он начинает давать мне всё то, что преобразит мою жизнь и сделает меня победителем.</w:t>
      </w:r>
    </w:p>
    <w:p>
      <w:r>
        <w:rPr/>
        <w:t>Я погружаюсь в новый мир Божьих откровений, которые настолько удивительны и прекрасны, настолько просты и глубоки, что удивляешься, почему эта внутренняя красота не открывается всему миру. А Господь влечёт меня дальше к Себе, в самую глубину Своего сердца, и показывает мне такие великие и недоступные вещи, которые я даже не знал. И Бог не один в этой глубине откровений. Там очень много моих новых друзей, которые, подобно мне, вступили в Вечную торговлю с Иисусом и теперь стали очень близкими мне по духу. Господь дарит мне этих людей и наделяет меня любовью к ним, а их ко мне. Мне так непривычно кого-то любить, но я принимаю это и наблюдаю, чем это закончится. А это только начинается.</w:t>
      </w:r>
    </w:p>
    <w:p>
      <w:r>
        <w:rPr/>
        <w:t>Мои новые друзья по вере видны мне, я могу с ними поговорить, могу их обнять, и они не такие, как все, они Божьи. Я не знаю, как лучше строить отношения, а Господь наделяет нас Своим золотом, предлагая им обогащать друг друга. Пробуем и удивляемся тому, насколько приятно любить и получать от этого столько необычных постоянных благословений!</w:t>
      </w:r>
    </w:p>
    <w:p>
      <w:r>
        <w:rPr/>
        <w:t>Моя вера в Бога проходит огненные испытания и побуждает всё глубже погружаться в недра Божьего сердца, чтобы приобрести там более прекрасные сокровища, которыми я смогу обогатить своих друзей. Я вижу огромный потенциал таких отношений и понимаю, как нам будет хорошо в Вечности делиться всеми Божьими благословениями и той самой удивительной любовью-агапэ, о которой мы так много слышали, но не представляли, как она действует в сердце.</w:t>
      </w:r>
    </w:p>
    <w:p>
      <w:r>
        <w:rPr/>
        <w:t xml:space="preserve">Мой характер формируется в свете Небесной торговли во что-то новое и прекрасное. Он, подобно белой одежде, прикрывает всю мою прежнюю наготу и делает меня каким-то особенным созданием в Божьих глазах. Я не могу этим похвалиться перед людьми. Они просто не понимают, что я имею в виду. Но мои новые друзья прекрасно разбираются в качестве белой одежды и постоянно говорят мне о том, что она очень похожа на одежду Верного Свидетеля. А я с ними не согласен, потому что вижу, что их сияющие белизной одеяния более похожи на одежду Христа, чем моя новая одежда. Но мы не спорим, а верою принимаем подобные свидетельства друг от друга и радуемся тому, что мы похожи на зеркала души для другого, чтобы сообщать ему о прекрасных переменах в его </w:t>
      </w:r>
      <w:r>
        <w:rPr/>
        <w:t>одеянии. Нам не стыдно за нашу новую одежду. И нас радует, что она нравится Иисусу. Он то и дело поправляет её на нас, разглаживает Своими руками складки и придаёт ей торжественный вид, искренне любуясь нами, не скрывая Своей радости. За эту улыбку Божьего одобрения можно всё отдать и жить только этим.</w:t>
      </w:r>
    </w:p>
    <w:p>
      <w:r>
        <w:rPr/>
        <w:t>Глазная мазь исцеляет наши глаза, разрушает все стереотипы и показывает нам истинную красоту и глубину Божьего закона, Божьих принципов и ожиданий. Мы видим друг друга глазами Неба и удивляемся тому, как хорошо всё исходящее от Бога, и как оно радует сердце своей целительной силой.</w:t>
      </w:r>
    </w:p>
    <w:p>
      <w:r>
        <w:rPr/>
        <w:t>Господь призывает нас быть ревностными в покупке Его товаров, а мы и не собираемся её заканчивать. Нам так хорошо в этом магазине, что мы не видим смысла из него уходить.</w:t>
      </w:r>
    </w:p>
    <w:p>
      <w:r>
        <w:rPr/>
        <w:t>Но самое интересное происходит тогда, когда Сам Продавец приходит к тебе на ужин, чтобы угостить очередным откровением о Себе, научить правильно использовать купленное, наполнить сердце Собою и послать со всем этим в мир, чтобы хоть кого-то спасти. И Иисус не оставляет нас в этой миссии, но задаёт направление нашим ногам и наделяет нас Своим Духом любви, предлагая подняться выше.</w:t>
      </w:r>
    </w:p>
    <w:p>
      <w:pPr>
        <w:pStyle w:val="Heading2"/>
      </w:pPr>
      <w:r>
        <w:t>Вопросы к размышлению над этой главой</w:t>
      </w:r>
    </w:p>
    <w:p>
      <w:r>
        <w:rPr/>
        <w:t xml:space="preserve">1. Прочитайте, пожалуйста, Ин.3:16; Быт.27:29; Втор.11:26-28; Пс.36:22; 108:17; 118:18; Ам.3:7; Откр.19:7-8; Ис.53:11; 55:1-3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Будет ли Бог благословлять тех, кто Ему послушен?</w:t>
      </w:r>
    </w:p>
    <w:p>
      <w:r>
        <w:rPr/>
        <w:t>5. Почему Господь предлагает каждому выбор того или иного пути?</w:t>
      </w:r>
    </w:p>
    <w:p>
      <w:r>
        <w:rPr/>
        <w:t>6. Может ли любовь заставлять кого-то делать что-то доброе?</w:t>
      </w:r>
    </w:p>
    <w:p>
      <w:r>
        <w:rPr/>
        <w:t>7. Буду ли я иметь проклятие, если выбираю путь благословения?</w:t>
      </w:r>
    </w:p>
    <w:p>
      <w:r>
        <w:rPr/>
        <w:t>8. Понимаете ли вы, насколько прекрасно поступать по совету Верного Свидетеля?</w:t>
      </w:r>
    </w:p>
    <w:p>
      <w:r>
        <w:rPr/>
        <w:t>9. Знаете ли вы, какую радость в жизни переживают покупатели Небесных товаров из Вести к Лаодикии?</w:t>
      </w:r>
    </w:p>
    <w:p>
      <w:r>
        <w:rPr/>
        <w:t>10. Что мешает вам последовать совету Иисуса из Откр.3:18?</w:t>
      </w:r>
    </w:p>
    <w:p>
      <w:r>
        <w:rPr/>
        <w:t>11. Как вы понимаете благословение Вести к Лаодикии?</w:t>
      </w:r>
    </w:p>
    <w:p>
      <w:r>
        <w:rPr/>
        <w:t>12. Планирует ли Бог только с вами вести Свою торговлю?</w:t>
      </w:r>
    </w:p>
    <w:p>
      <w:r>
        <w:rPr/>
        <w:t>13. Как вы думаете, будут ли дружеские отношения между теми, кто постоянно покупает что-то в «Лаодикийском магазине»?</w:t>
      </w:r>
    </w:p>
    <w:p>
      <w:r>
        <w:rPr/>
        <w:t>14. Где находится этот «магазин»?</w:t>
      </w:r>
    </w:p>
    <w:p>
      <w:r>
        <w:rPr/>
        <w:t>15. Как мне понять, что я что-то покупаю у Верного Свидетеля?</w:t>
      </w:r>
    </w:p>
    <w:p>
      <w:pPr>
        <w:pStyle w:val="Heading2"/>
        <w:pageBreakBefore/>
      </w:pPr>
      <w:r>
        <w:t>Глава 100</w:t>
      </w:r>
    </w:p>
    <w:p>
      <w:pPr>
        <w:pStyle w:val="Heading1"/>
      </w:pPr>
      <w:r>
        <w:t>Проклятие Лаодикии</w:t>
      </w:r>
    </w:p>
    <w:p>
      <w:r>
        <w:rPr/>
        <w:t>Самое печальное, что только можно себе представить, — это оказаться потерянным навсегда для Вечности, будучи верующим человеком, являющимся членом Божьего народа и носящим имя Христа. Худшей участи и большего разочарования сложно кому-то пожелать. Но ещё трагичнее будет то, что эта группа людей, оставшись без Божьего покровительства, станет врагом избранного Божьего народа и попытается безуспешно противостоять побеждающей силе любви.</w:t>
      </w:r>
    </w:p>
    <w:p>
      <w:r>
        <w:rPr/>
        <w:t>Очень не хочется говорить об этом, но это, к сожалению, для многих окажется той самой горькой реальностью, которая станет следствием невежества, глухоты и горделивого духа.</w:t>
      </w:r>
    </w:p>
    <w:p>
      <w:r>
        <w:rPr/>
        <w:t>Бог не желает, чтобы хоть кто-то погиб, и делает с утра до вечера всё возможное, чтобы Его свет осветил путь каждого человека. Божья любовь продолжает бесконечно долго изливаться в жизнь всякого верного и неверного Божьего сына и дочери. Бог делает со Своей стороны всё, чтобы спасти любую обманутую врагом душу. Столько света, что имеем мы сегодня, ещё не было дано никому прежде нас.</w:t>
      </w:r>
    </w:p>
    <w:p>
      <w:r>
        <w:rPr/>
        <w:t>Божья благодать не истощилась, чтобы дать победу над грехом каждому желающему.</w:t>
      </w:r>
    </w:p>
    <w:p>
      <w:r>
        <w:rPr/>
        <w:t>Беззаконие так и не стало в Божьих глазах нормой счастливой жизни. Оно вызывает у Всевышнего однозначное отвращение и ненависть. Но при всём этом Божья любовь к грешнику остаётся безмерно великой и постоянной.</w:t>
      </w:r>
    </w:p>
    <w:p>
      <w:r>
        <w:rPr/>
        <w:t>Как было во дни Ноя, когда все желающие видели и слышали Божьи пророчества о грядущих Божьих судах, но ничего не сделали для своего спасения, так будет и в наши дни. Воля Господа откроется каждому человеку. Все в том или ином виде ясно услышат Божий призыв к новой жизни в любви, счастье и дружбе. Эта благая весть станет звучать постоянно, но люди, которые предпочтут не слышать её или сознательно отвергнут её, будут потеряны навсегда.</w:t>
      </w:r>
    </w:p>
    <w:p>
      <w:r>
        <w:rPr/>
        <w:t>Мир полон разных интересных открытий, событий, вещей и занятий. Многое из этого подарено нам как Божье благословение для лучшей жизни. Но когда это всё занимает мой разум больше, чем Божья истина для настоящего времени, тогда что может Бог мне ещё предложить, чтобы хоть как-то мне помочь?</w:t>
      </w:r>
    </w:p>
    <w:p>
      <w:r>
        <w:rPr/>
        <w:t>Библия содержит очень много примеров и образов того, как Господь любит и желает спасти для Вечной жизни каждого желающего. Но в ней также описывается и участь тех, кто отверг Божьи призывы и решил идти своим путём, делая то, что считает правильным. Одним из самых суровых наказаний был потоп, который уничтожил всё неверующее человечество, кроме восьми верующих душ. 120 лет звучала весть предостережения и однозначного утверждения о том, что мир будет уничтожен потопом, но это предостережение было отвергнуто миром, и люди утонули в водах суда. Виноват ли Бог в том, что человечество не захотело спастись и не поверило в справедливость Творца? Было ли наказание каким-то неожиданным? Застали ли воды потопа кого-то врасплох?</w:t>
      </w:r>
    </w:p>
    <w:p>
      <w:r>
        <w:rPr/>
        <w:t>Примерно что-то подобное происходит и в наше время. Верный Свидетель говорит в послании к Лаодикии, что Ему отвратительно моё тёплое состояние, и Он извергнет меня из Своих уст, если я не покаюсь. И если бы Он не давал мне выхода, то у меня не было бы ни малейшего шанса на спасение. Но Господь не желает, чтобы я погиб без всякой надежды, и предлагает мне такое благословение, о котором даже сложно было кому-то и мечтать.</w:t>
      </w:r>
    </w:p>
    <w:p>
      <w:r>
        <w:rPr/>
        <w:t>Представьте себе, что я живу в огромных долгах, исчисляемых миллиардами, и вдруг меня осеняет идея. Я нахожу местного миллиардера и прошу его покрыть мои долги и ещё дать мне безграничный лимит, чтобы я мог впоследствии становиться богаче и богаче. Как вы думаете, насколько это реально? Более глупую ситуацию сложно придумать. Меня даже не подпустят к дому этого состоятельного человека.</w:t>
      </w:r>
    </w:p>
    <w:p>
      <w:r>
        <w:rPr/>
        <w:t>А что мы видим в послании к Лаодикии? Небесный Миллиардер называет меня нищим при моём воображаемом богатстве и предлагает мне бесконечный и безлимитный кредит для моего обогащения. Он одевает меня в прекрасные одежды Своего характера и предлагает иметь Небесную мудрость. По человеческой логике это как-то не вмещается в моё сознание. Мне сложно понять, как Кто-то может желать мне истинного счастья и дать мне истинное богатство, и всё для этого делать. Но так оно и есть и никак иначе. Сам Бог стал инициатором этого благословения и вложил в него не какие-то непонятные предложения, а Самого Себя. И что Ему делать с теми, кто отвергнет это предложение? У Него нет никого, лучше Его Самого, лучше Небесного Отца и Святого Духа. И что делать Господу с людьми, которые слышат, но ничего не предпринимают, чтобы жить в соответствии с услышанным? Как поступить с теми, кто затыкает уши и считает, что эта весть не для них? Рассудите сами, что делать Верному Свидетелю с теми, кто поворачивает к Нему свою спину и считает Его советы несерьёзными или неактуальными в свете нашего времени?</w:t>
      </w:r>
    </w:p>
    <w:p>
      <w:r>
        <w:rPr/>
        <w:t>Быть извергнутым из Божьих уст — это самое печальное событие, которое только можно себе представить. Пугать проклятием меня и не нужно. Оно само придёт, если я отвергну благословение. Существует Свет, у которого есть Источник. Если я не зажигаю в своей жизни этот Божий Свет, то тьму не нужно приглашать в свой дом. Она сама настанет, и никуда от неё не спрячешься.</w:t>
      </w:r>
    </w:p>
    <w:p>
      <w:r>
        <w:rPr/>
        <w:t>Что может быть лучше веры и любви, предлагаемых Свидетелем Истинным? Но почему-то к Нему не стоит очередь, а те, кого Он называет тёплыми, не проявляют должного интереса к Божьим советам.</w:t>
      </w:r>
    </w:p>
    <w:p>
      <w:r>
        <w:rPr/>
        <w:t xml:space="preserve">А что мешает мне купить предлагаемое и радоваться этим торговым отношениям? Чем я смогу оправдать своё невежество? Но я не такой глупый. У меня для оправдания есть мой опыт, добрые дела, постоянство в чтении и молитве. Я могу похвалиться своим послушанием, а в перспективе собираюсь возвещать весть третьего ангела и провозглашать Евангелие всем народам. Разве этого недостаточно, чтобы стать победителем? Неужели Бог не примет все мои старания? Неужели это всё не имеет цены в Божьих глазах? Неужели я и весь народ ошибаемся? Да если бы эта весть была так важна, то о ней бы только и говорили на каждом собрании и во всех выступлениях! А раз молчат, значит, она </w:t>
      </w:r>
      <w:r>
        <w:rPr/>
        <w:t>уже нашла своё исполнение в прошлом, и не стоит её вновь выносить на рассмотрение.</w:t>
      </w:r>
    </w:p>
    <w:p>
      <w:r>
        <w:rPr/>
        <w:t>Что сказать Христу на такие заявления? Он с сожалением говорит мне, что я даже не знаю, насколько я несчастен, жалок, нищ, слеп и наг.</w:t>
      </w:r>
    </w:p>
    <w:p>
      <w:r>
        <w:rPr/>
        <w:t>Сложно представить, каким будет проклятье Лаодикии. Это всё равно что увидеть, как двери спасительного ковчега, которые всегда были приветливо открыты, в какой-то момент стали медленно закрываться навсегда. И там внутри была жизнь и победа, а здесь у нас наступил хаос и смерть. Хуже не придумаешь! И никакое покаяние уже не поможет, и никакое прозрение не спасёт.</w:t>
      </w:r>
    </w:p>
    <w:p>
      <w:r>
        <w:rPr/>
        <w:t>Погиб, не потому что не смог спастись, а потому что избрал именно этот путь и отверг всё, предлагаемое Богом в Его плане.</w:t>
      </w:r>
    </w:p>
    <w:p>
      <w:r>
        <w:rPr/>
        <w:t>Как долго ещё нужно пугать слепого наказанием за его слепоту? Как долго можно заманивать невежд прекрасными благословениями Лаодикии? В какой-то момент Господь повторит печальную фразу, сказанную про Ефрема из Ос.4:17-18: «Привязался к идолам Ефрем; оставь его! Отвратительно пьянство их, совершенно предались блудодеянию; князья их любят постыдное». Будет ли в этом вердикте стоять моё или твоё имя, друг, решать нам и решать сейчас, а Господь всё ещё призывает: «Купи у Меня».</w:t>
      </w:r>
    </w:p>
    <w:p>
      <w:pPr>
        <w:pStyle w:val="Heading2"/>
      </w:pPr>
      <w:r>
        <w:t>Вопросы к размышлению над этой главой</w:t>
      </w:r>
    </w:p>
    <w:p>
      <w:r>
        <w:rPr/>
        <w:t xml:space="preserve">1. Прочитайте, пожалуйста, Ос.4:6; 1Пар.28:9; 2Пар.36:15-16; Втор.11:26; Пс.108:17; Ис.1:3,9-20; Иер.6:16; 7:13-16; 36:15; Откр.3:14-22; Ин.3:16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Что такое проклятие?</w:t>
      </w:r>
    </w:p>
    <w:p>
      <w:r>
        <w:rPr/>
        <w:t>5. Проклинает ли Бог тех, кто Ему не нравится?</w:t>
      </w:r>
    </w:p>
    <w:p>
      <w:r>
        <w:rPr/>
        <w:t>6. Как быть уверенным в том, что я получаю Божье благословение, а не проклятие?</w:t>
      </w:r>
    </w:p>
    <w:p>
      <w:r>
        <w:rPr/>
        <w:t>7. Какова роль Верного Свидетеля в вашей жизни? Понимаете ли вы Его советы?</w:t>
      </w:r>
    </w:p>
    <w:p>
      <w:r>
        <w:rPr/>
        <w:t>8. Может ли быть такое, что, покупая товары в «Лаодикийском магазине», я что-то куплю, а на что-то не буду обращать внимание?</w:t>
      </w:r>
    </w:p>
    <w:p>
      <w:r>
        <w:rPr/>
        <w:t>9. Исполнит ли Господь Своё проклятие в отношении тех, кто так и не услышит Его совет?</w:t>
      </w:r>
    </w:p>
    <w:p>
      <w:r>
        <w:rPr/>
        <w:t>10. Почему Господь не спасает всех подряд просто из любви к людям?</w:t>
      </w:r>
    </w:p>
    <w:p>
      <w:r>
        <w:rPr/>
        <w:t>11. Актуальна ли в наше время Весть к Лаодикии?</w:t>
      </w:r>
    </w:p>
    <w:p>
      <w:r>
        <w:rPr/>
        <w:t>12. Стоит ли наблюдать за людьми и судить их, если они не так, как вы, понимают послание Верного Свидетеля?</w:t>
      </w:r>
    </w:p>
    <w:p>
      <w:r>
        <w:rPr/>
        <w:t>13. Можно ли покупать предлагаемое Христом и не иметь общения друг с другом? 1Ин.1:7.</w:t>
      </w:r>
    </w:p>
    <w:p>
      <w:r>
        <w:rPr/>
        <w:t>14. Как можно помочь своим близким стать покупателями в Лаодикии?</w:t>
      </w:r>
    </w:p>
    <w:p>
      <w:r>
        <w:rPr/>
        <w:t>15. Если я являюсь постоянным покупателем Лаодикии, то даёт ли это гарантию того, что это будет продолжаться всегда? 1Кор.9:27.</w:t>
      </w:r>
    </w:p>
    <w:p>
      <w:pPr>
        <w:pStyle w:val="Heading2"/>
        <w:pageBreakBefore/>
      </w:pPr>
      <w:r>
        <w:t>Глава 101</w:t>
      </w:r>
    </w:p>
    <w:p>
      <w:pPr>
        <w:pStyle w:val="Heading1"/>
      </w:pPr>
      <w:r>
        <w:t>Лаодикийская любовь</w:t>
      </w:r>
    </w:p>
    <w:p>
      <w:r>
        <w:rPr/>
        <w:t>Верный Свидетель, предлагая мне благословения Неба и Самого Себя, желает сделать меня источником Своей любви и представителем Небесного Царства. Однажды в беседе с самарянкой Он озвучил эту идею так: Ин 4:14: «А кто будет пить воду, которую Я дам ему, тот не будет жаждать вовек; но вода, которую Я дам ему, сделается в нём источником воды, текущей в жизнь вечную».</w:t>
      </w:r>
    </w:p>
    <w:p>
      <w:r>
        <w:rPr/>
        <w:t>Получать, чтобы отдавать, — вот принцип всех Божьих благословений. Хоть Послание к Лаодикии и адресовано каждому из нас лично, и его цель — убедить именно меня и работать с моей душой, однако всё предлагаемое даётся не только для моего личного возрождения и преобразования, но и для служения моим ближним.</w:t>
      </w:r>
    </w:p>
    <w:p>
      <w:r>
        <w:rPr/>
        <w:t>Чтобы мне было что отдать, нужно вначале это принять. А если отдавать необходимо постоянно, изо дня в день, то важно найти и тот источник Божьих благословений, который всегда будет наполнять меня до избытка. Я могу его сам себе придумать и попросить Бога благословить мои домыслы и каким-то образом давать мне через это силу свыше. Но здесь есть опасность того, что не тот дух станет восполнять мои потребности.</w:t>
      </w:r>
    </w:p>
    <w:p>
      <w:r>
        <w:rPr/>
        <w:t>Однако я могу изучить Божий план и понять, каким образом действует Господь, и какие у Него есть предложения для меня, а затем встать на путь осуществления Божьей воли в моей жизни.</w:t>
      </w:r>
    </w:p>
    <w:p>
      <w:r>
        <w:rPr/>
        <w:t>Предлагая мне купить у Него золото, очищенное огнём, Верный Свидетель желает наделить меня верой и любовью Небесного образца. Покупая эти бесценные благословения Неба, я становлюсь обладателем великого и недоступного Божественного дара любви-агапэ, который предназначен для передачи его моим ближним. Как солнце не может светить само себе, так и любовь не даётся мне для меня. Это тот глагол, который изначально задуман для обогащения собою других людей. Бог есть любовь, но если эта любовь никак не касается меня и не изливается в жизнь ближних, то назвать это любовью нельзя. Так и в моём случае. Если я покупаю любовь, но ни с кем ею не делюсь, то не будет мне пользы от подобных приобретений.</w:t>
      </w:r>
    </w:p>
    <w:p>
      <w:r>
        <w:rPr/>
        <w:t>К счастью, нас окружает огромный мир, наполненный живыми людьми, которым я могу отдать всё, что посылает мне Свидетель Истинный. Социум, в котором я живу, предлагает мне жить по плоти и не задумываться о Божьем плане победы над этим миром. Врага души устраивает использование мною моего личного потенциала веры и любви, которого мне хватает, чтобы дойти до первой трудности или до первого перекрёстка мнений, чтобы потом найти оправдание своего бессилия и немощи, говоря другим, что я обычный грешник.</w:t>
      </w:r>
    </w:p>
    <w:p>
      <w:r>
        <w:rPr/>
        <w:t>Слово «Любовь» применяется в этом мире даже для описания того, чем она не является. Развращённые люди называют этим словом разные мерзости, пытаясь низвести Божий замысел до низменных страстей. Но именно через любовь к миру Бог и желает открыть красоту Своего характера, чтобы прославиться на земле. И для этого Он избрал меня и тебя, друг, призывая нас любить друг друга.</w:t>
      </w:r>
    </w:p>
    <w:p>
      <w:r>
        <w:rPr/>
        <w:t>По своей природе мы не можем иметь безусловную любовь на постоянной основе, и Господь не ожидает, что кактусы начнут приносить добрые плоды. Но у Бога есть план, который Он изложил в обращении к людям Лаодикийского периода, и в котором Он изливает Своё самое заветное желание о нас, предлагая в виде символов Самого Себя. Бог решил назваться Любовью-Агапэ и в этой любви стать частью человека, частью меня. Но для этого Ему нужен я, нужно моё отзывчивое сердце, понимание этого моим разумом и согласие моей воли. И именно такими барьерами Всемогущий Господь ограничил Своё присутствие во мне. И пока я не проявлю свою веру и не открою своё сердце, пока не стану просить Его жить во мне, Он не будет врываться в мою жизнь и менять её.</w:t>
      </w:r>
    </w:p>
    <w:p>
      <w:r>
        <w:rPr/>
        <w:t>Предлагая мне совершить покупки, Господь учит меня тому, что всё это должно служить благу моих ближних, моей церкви и тем, кто, как и я, вступил с Ним в торговые отношения.</w:t>
      </w:r>
    </w:p>
    <w:p>
      <w:r>
        <w:rPr/>
        <w:t>Приобретая Божью любовь, я не могу ею не делиться. Хоть вначале этого пути у меня многое не получается, я часто падаю и делаю ошибки, но Господь учит меня и наставляет на всякую истину, посылая мне тех, благодаря кому я буду утверждаться в любви, развиваться в её глубине и постоянно нуждаться в ней свыше.</w:t>
      </w:r>
    </w:p>
    <w:p>
      <w:r>
        <w:rPr/>
        <w:t>Все мы, вступившие в Небесную торговлю, призваны осознанно любить друг друга и в этой любви давать Богу власть к действию через нас.</w:t>
      </w:r>
    </w:p>
    <w:p>
      <w:r>
        <w:rPr/>
        <w:t>В нашей любви друг к другу мы учимся правилам Вечной жизни, даря и развивая самые нежные и прекрасные чувства своей души, вырабатывая чёткие принципы жизненной позиции, имея понимание своей постоянной зависимости от Бога.</w:t>
      </w:r>
    </w:p>
    <w:p>
      <w:r>
        <w:rPr/>
        <w:t>Господь подводит меня к безграничному космическому океану Своей Агапэ, который мне надо пропустить через себя, и я верою постигаю величие Божьего плана для Божьей церкви последнего времени.</w:t>
      </w:r>
    </w:p>
    <w:p>
      <w:r>
        <w:rPr/>
        <w:t>Взаимно любя, мы с другом учимся многим хорошим вещам в наших отношениях, которые вписываются в наши мысли и чувства и формируют наш характер. Зная, как действует любовь среди нас, мы очень успешно делимся этими знаниями и с другими людьми, ещё больше утверждаясь в агапэ.</w:t>
      </w:r>
    </w:p>
    <w:p>
      <w:r>
        <w:rPr/>
        <w:t>Любим ли мы друг друга или нет, можно легко определить по наличию плода Святого Духа в наших отношениях. Это невозможно подделать. Он или есть, или его нет.</w:t>
      </w:r>
    </w:p>
    <w:p>
      <w:r>
        <w:rPr/>
        <w:t>Лаодикийская Весть призывает нас стать победителями в вере и любви, в праведности и мудрости. И это исполняется только в жизни тех, кто говорит: «Да» и делает шаг веры, желая погрузиться в смысл торговых отношений со Христом.</w:t>
      </w:r>
    </w:p>
    <w:p>
      <w:r>
        <w:rPr/>
        <w:t>Все Божьи товары едины в своей совокупности и не могут приобретаться в отдельности друг от друга. Обретая любовь и неся её в мир, я наделяюсь и праведностью Христа. Я получаю Небесную мудрость в применении этих даров. А как иначе?</w:t>
      </w:r>
    </w:p>
    <w:p>
      <w:r>
        <w:rPr/>
        <w:t>Невидимый Бог проявляет Себя в моей видимой любви к другу, к ближнему, ко врагу. И это не моё. Я это получаю у Христа в обмен на всего себя, на моё лучшее время и на мои грехи.</w:t>
      </w:r>
    </w:p>
    <w:p>
      <w:r>
        <w:rPr/>
        <w:t>Бог действует в даре моей любви к другу и открывает мне тайну Вечных отношений длиною в Вечную жизнь. Имея такие знания и опыт, я могу подчинить любое своё помышление в послушание Христу.</w:t>
      </w:r>
    </w:p>
    <w:p>
      <w:r>
        <w:rPr/>
        <w:t>Любовь, по Божьему замыслу, является оружием победителя в последней борьбе добра со злом. Если я не понимаю сути заключительной войны между Христом и сатаной, то я не смогу вести сражение и что-то победить. Бог не даст мне то, что я не планирую иметь, если не вижу смысла в приобретении предлагаемого. Но именно наличие у меня Божьей любви-агапэ и моё единство со Христом и будут определяющим фактором моей победы. Господь это Сам придумал и изложил Свой план в послании к церкви последних дней.</w:t>
      </w:r>
    </w:p>
    <w:p>
      <w:r>
        <w:rPr/>
        <w:t>Чтобы поверить Богу и доверить Ему свою жизнь, принимая от Него то, что Он советует у Него купить, нужна вера, которая от слышания, которое от Слова Божьего. Как долго ещё говорить Богу к Своему народу? Как долго ещё Его народ будет не обращать внимание на самое важное и страшное предостережение? Как долго мы будем, подобно неразумным девам, сидеть и наблюдать за действиями Христа, занимаясь чем угодно, кроме следования Его советам?</w:t>
      </w:r>
    </w:p>
    <w:p>
      <w:r>
        <w:rPr/>
        <w:t>Любовь желает стать известной всему миру через нас. И если мир не примет нас, то он хотя бы увидит, что мы любим друг друга и являемся учениками Того, Кто есть Любовь. Веришь ли сему?</w:t>
      </w:r>
    </w:p>
    <w:p>
      <w:pPr>
        <w:pStyle w:val="Heading2"/>
      </w:pPr>
      <w:r>
        <w:t>Вопросы к размышлению над этой главой</w:t>
      </w:r>
    </w:p>
    <w:p>
      <w:r>
        <w:rPr/>
        <w:t xml:space="preserve">1. Прочитайте, пожалуйста, Гал.5:6,22-23; Откр.3:18; Ис.55:1-3; Прит.23:23; Ин.4:10-14; 13:34-35; Флп.2:13; 1Пет.1:22; Рим.10:17; 1Ин.4:7-8,12-13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Что такое агапэ?</w:t>
      </w:r>
    </w:p>
    <w:p>
      <w:r>
        <w:rPr/>
        <w:t>5. Понимаете ли вы, какую роль будет играть любовь в последнее время?</w:t>
      </w:r>
    </w:p>
    <w:p>
      <w:r>
        <w:rPr/>
        <w:t>6. Почему Бог решил наделить Своих избранных такими товарами со странными именами?</w:t>
      </w:r>
    </w:p>
    <w:p>
      <w:r>
        <w:rPr/>
        <w:t>7. Что делает любовь с моим характером?</w:t>
      </w:r>
    </w:p>
    <w:p>
      <w:r>
        <w:rPr/>
        <w:t>8. Поставит ли Господь Свою печать на любящее сердце?</w:t>
      </w:r>
    </w:p>
    <w:p>
      <w:r>
        <w:rPr/>
        <w:t>9. Вам интересно так долго изучать одно маленькое послание?</w:t>
      </w:r>
    </w:p>
    <w:p>
      <w:r>
        <w:rPr/>
        <w:t>10. Что будет с теми, кто отвергает Божьи планы и продвигает свои идеи как Божьи?</w:t>
      </w:r>
    </w:p>
    <w:p>
      <w:r>
        <w:rPr/>
        <w:t>11. Как долго ещё будет звучать Весть Верного Свидетеля?</w:t>
      </w:r>
    </w:p>
    <w:p>
      <w:r>
        <w:rPr/>
        <w:t>12. А что будет с теми, кто так ничего и не купит по совету Христа?</w:t>
      </w:r>
    </w:p>
    <w:p>
      <w:r>
        <w:rPr/>
        <w:t>13. Что делать, если я прошу продать мне предлагаемое, а ничего в моей жизни не происходит?</w:t>
      </w:r>
    </w:p>
    <w:p>
      <w:r>
        <w:rPr/>
        <w:t>14. Что означает символ золота, очищенного огнём? Откуда вы взяли ваш ответ?</w:t>
      </w:r>
    </w:p>
    <w:p>
      <w:r>
        <w:rPr/>
        <w:t>15. Помогает ли Господь с пониманием тем, кто имеет живой интерес к Его вести?</w:t>
      </w:r>
    </w:p>
    <w:p>
      <w:pPr>
        <w:pStyle w:val="Heading2"/>
        <w:pageBreakBefore/>
      </w:pPr>
      <w:r>
        <w:t>Глава 102</w:t>
      </w:r>
    </w:p>
    <w:p>
      <w:pPr>
        <w:pStyle w:val="Heading1"/>
      </w:pPr>
      <w:r>
        <w:t>Полнота Вести к Лаодикии</w:t>
      </w:r>
    </w:p>
    <w:p>
      <w:r>
        <w:rPr/>
        <w:t>Об Иисусе написано в Кол.2:9: «Ибо в Нём обитает вся полнота Божества телесно». Те, кто читает Библию, неоднократно перечитывают этот стих и знают его наизусть. Давайте остановим наш взгляд на выражении «полнота Божества» и разберёмся, что это такое. Полнота чего-то подразумевает законченное совершенство, к чему уже нечего добавить и нет необходимости что-то удалять.</w:t>
      </w:r>
    </w:p>
    <w:p>
      <w:r>
        <w:rPr/>
        <w:t>Бог изначально сделал всё совершенным, и если бы не было бы греха, то мы бы сейчас обитали в самом совершенном мире и были бы облечены в полноту Божества телесно.</w:t>
      </w:r>
    </w:p>
    <w:p>
      <w:r>
        <w:rPr/>
        <w:t>Божество — это единство Бога Отца, Бога Сына и Бога Святого Духа, в котором Каждый по договорённости выполняет Свою миссию, оставаясь при этом независимой Личностью, обладающей всесилием, всемогуществом, всезнанием и самодостаточностью.</w:t>
      </w:r>
    </w:p>
    <w:p>
      <w:r>
        <w:rPr/>
        <w:t>Одно из лучших объяснений такой миссии мы можем увидеть во 2Кор.13:13: «Благодать Господа нашего Иисуса Христа, и любовь Бога Отца, и общение Святого Духа со всеми вами. Аминь».</w:t>
      </w:r>
    </w:p>
    <w:p>
      <w:r>
        <w:rPr/>
        <w:t>В человеке по имени Иисус Христос воплотилась вся Божья полнота телесно, и Он представлял Собой совершенство Божественного Плана Спасения, к Которому нечего было прибавить, и Божественное единство внутри Себя, из которого ничего нельзя удалить.</w:t>
      </w:r>
    </w:p>
    <w:p>
      <w:r>
        <w:rPr/>
        <w:t>Полнота Божества Иисуса была явлена миру в Его земной жизни. Его характер был незапятнан и чист, несмотря на греховное окружение. Его любовь к истине и к падшим людям оставалась безусловной, неизменной, неподдельной и постоянной, искусно сочетая в себе милость к грешнику и справедливость ко греху. Мудрость Спасителя была явлена миру в безупречном учении, не содержащем ни единой ошибки, в том числе и по отношению к людям, которые были Ему близки. Во Христе нам был всесторонне открыт истинный характер Бога и дан пример для подражания.</w:t>
      </w:r>
    </w:p>
    <w:p>
      <w:r>
        <w:rPr/>
        <w:t>В послании к Лаодикии Верный Свидетель обличает меня в моём тёплом состоянии, но при этом и предлагает в виде совета выход, заверяя меня в том, что я стану победителем.</w:t>
      </w:r>
    </w:p>
    <w:p>
      <w:r>
        <w:rPr/>
        <w:t>Мне сложно понять, какую победу Господь имеет в виду, но раз Он так называет тех, кто внемлет Его совету и впускает Его в отношения с собой, то самое лучшее — это принять всё, что Он предлагает и что ожидает.</w:t>
      </w:r>
    </w:p>
    <w:p>
      <w:r>
        <w:rPr/>
        <w:t>В Откр.3:18 мы видим символическое описание того, что сделает каждого из нас горячим и дарует нам полную победу. В этих символах при глубоком изучении можно разглядеть любовь Бога Отца, праведность и благодать Иисуса Христа и мудрость в общении со Святым Духом. В дальнейших стихах идёт призыв к постоянству и к ежедневному близкому общению со Христом в самое моё лучшее личное время.</w:t>
      </w:r>
    </w:p>
    <w:p>
      <w:r>
        <w:rPr/>
        <w:t>Полнота вести к Лаодикии заключается в том, что я не могу выбрать из предлагаемого что-то одно и развиться в этом до совершенства. Мне необходимо купить всё и достичь совершенства характера в каждом даровании.</w:t>
      </w:r>
    </w:p>
    <w:p>
      <w:r>
        <w:rPr/>
        <w:t>Если я решу, что самым важным товаром в нашей торговле станет любовь или вера, но при этом не буду видеть нужды в праведности Христа и в крещении Святым Духом, то можно будет представить, какой веры и любви я достигну.</w:t>
      </w:r>
    </w:p>
    <w:p>
      <w:r>
        <w:rPr/>
        <w:t>Если я решу постигать праведность по вере, вникать в глубину этой науки, но при этом не иметь любви и доверия Богу и не постигать полноту мудрости Плана Спасения в других вопросах, то чьей праведностью я буду наделён в конечном итоге?</w:t>
      </w:r>
      <w:r>
        <w:rPr/>
        <w:t xml:space="preserve"> </w:t>
      </w:r>
      <w:r>
        <w:rPr/>
        <w:t>Если я возьму учение о Святом Духе и буду изучать только эту тему, не обращая внимания на влечение Этого Самого Духа к праведности и любви по вере в Иисуса, то какой дух станет владеть моим разумом и волей?</w:t>
      </w:r>
    </w:p>
    <w:p>
      <w:r>
        <w:rPr/>
        <w:t>Нас со всех сторон окружают подобные однобокие учения и движения, где с большим энтузиазмом предлагается часть истины для настоящего времени, но при этом игнорируется полнота всей вести.</w:t>
      </w:r>
    </w:p>
    <w:p>
      <w:r>
        <w:rPr/>
        <w:t>К сожалению, в наши ряды также пытаются проникнуть всевозможные лжеучения, через которые враг души желает нас заверить в том, что Бог Отец един и не нуждается в Посреднике, или в том, что Иисус является творением, или в том, что Святой Дух — это сила, которая исходит от Бога. Также есть целые деноминации, которые проповедуют крещение Святым Духом, но при этом нарушают Божий Закон, данный Самим Богом. И всё это ломится уже внутрь нашей церкви через отдельных людей в моё сознание под видом какого-то блага для всех нас.</w:t>
      </w:r>
    </w:p>
    <w:p>
      <w:r>
        <w:rPr/>
        <w:t>Но заблуждение никогда не станет истиной и никогда не заменит ту полноту, которую предлагает Свидетель Верный и Истинный.</w:t>
      </w:r>
    </w:p>
    <w:p>
      <w:r>
        <w:rPr/>
        <w:t>Господь не допустит, чтобы я, покупая у Него что-то одно, не получил при этом и всего остального. Он не разделяет Себя на части, как будто одно важнее другого, но вручает Всё в одном комплекте.</w:t>
      </w:r>
    </w:p>
    <w:p>
      <w:r>
        <w:rPr/>
        <w:t>Отец, Сын и Святой Дух желают безраздельно обитать во мне во всей Своей полноте, без каких-либо ограничений со Своей стороны, как это есть во Христе Иисусе. Хоть это и звучит очень торжественно и красиво, но в то же время такая полнота оказывается очень нежной и уважительной по отношению ко мне. Божество считается с моим выбором и выражением моей веры и воли и не нарушает этих границ без моего согласия. Удивительная любовь!</w:t>
      </w:r>
    </w:p>
    <w:p>
      <w:r>
        <w:rPr/>
        <w:t>Мало того, Господь Иисус, продавая мне Свои Небесные товары и видя мою ревность в их покупке, решает Сам лично прийти ко мне и уже в личном общении наставлять меня на языке откровений в том, как мне жить с тем, что я приобрёл, и как эти Покупки планируют меня использовать. Он показывает мне Свою неизменную любовь в нашем общении с Ним и наделяет меня этой же самой агапе, утверждая в ней мой характер в различных жизненных ситуациях. И я уже не боюсь любить своих ближних, но вижу в таком отношении невидимое проявление Божьей полноты, где Отец, Сын и Святой Дух утверждают и укореняют меня в Себе, а Себя во мне.</w:t>
      </w:r>
    </w:p>
    <w:p>
      <w:r>
        <w:rPr/>
        <w:t>Без Иисуса понять и принять всё это невозможно. Только Он открывает эту дверь под номером «Откр.3:18», которую никто не закроет.</w:t>
      </w:r>
    </w:p>
    <w:p>
      <w:r>
        <w:rPr/>
        <w:t>Библия также описывает одну личность, которая со дня творения была облечена в полноту совершенства, но пренебрегла этим преимуществом, возгордилась и стала врагом Бога, а потом и врагом человеческой души. И теперь вся сила, мудрость и красота этого помазанного херувима действуют против Бога и Его народа и ведёт в погибель весь мир. Этот падший ангел прекрасно понимает, что мне предлагает Верный Свидетель, и делает всё возможное, чтобы отвратить мой взор от этой вести или предложить мне купить что-то одно из советуемого Иисусом. К сожалению, враг души преуспел в своих обольщениях, но Господь не перестаёт призывать нас к Себе и ждёт, очень долго ждёт того момента, когда мы услышим Его и откликнемся.</w:t>
      </w:r>
    </w:p>
    <w:p>
      <w:r>
        <w:rPr/>
        <w:t>Я часто слышал стих из Откр.3:20 в отрыве от самой вести. Господь стоит у сердца каждого человека и стучит, желая войти. Так оно и есть, но в свете послания к Лаодикии Он приходит подобным образом лишь к тем, кто вступил с Ним в торговые отношения. Зачем приходить к тому, кто игнорирует твои советы и не следует им? Будет ли жених докучать своей невесте, когда услышит её ясное «Нет» и полное равнодушие к своим притязаниям?</w:t>
      </w:r>
    </w:p>
    <w:p>
      <w:r>
        <w:rPr/>
        <w:t>Отдавая мне Всего Себя, Божество желает иметь всего меня, не разделяя меня на дух, душу и тело, но получая всего человека, со всем его временем и со всеми грехами и особенностями.</w:t>
      </w:r>
    </w:p>
    <w:p>
      <w:r>
        <w:rPr/>
        <w:t>А ещё Господь желает, чтобы мы услышали эту весть и вошли в неё добровольно.</w:t>
      </w:r>
    </w:p>
    <w:p>
      <w:pPr>
        <w:pStyle w:val="Heading2"/>
      </w:pPr>
      <w:r>
        <w:t>Вопросы к размышлению над этой главой</w:t>
      </w:r>
    </w:p>
    <w:p>
      <w:r>
        <w:rPr/>
        <w:t xml:space="preserve">1. Прочитайте, пожалуйста, Рим.8:32; Ин.1:16; Иак.1:4; Еф.1:22-23; 3:18-19; Кол.1:18-20; 2:8-10; 1Фес.5:23; Иез.28:12-19; Откр.3:18-20 </w:t>
      </w:r>
      <w:r>
        <w:rPr/>
        <w:t>в свете этой главы</w:t>
      </w:r>
      <w:r>
        <w:rPr/>
        <w:t>.</w:t>
      </w:r>
    </w:p>
    <w:p>
      <w:r>
        <w:rPr/>
        <w:t xml:space="preserve">2. </w:t>
      </w:r>
      <w:r>
        <w:rPr/>
        <w:t>Что вы поняли из этой главы</w:t>
      </w:r>
      <w:r>
        <w:rPr/>
        <w:t>?</w:t>
      </w:r>
    </w:p>
    <w:p>
      <w:r>
        <w:rPr/>
        <w:t>3. Какие ещё стихи из Библии пришли вам на память?</w:t>
      </w:r>
    </w:p>
    <w:p>
      <w:r>
        <w:rPr/>
        <w:t>4. Как будет выглядеть праведность и любовь без силы Святого Духа?</w:t>
      </w:r>
    </w:p>
    <w:p>
      <w:r>
        <w:rPr/>
        <w:t>5. Как будут выглядеть все Божьи дары без любви?</w:t>
      </w:r>
    </w:p>
    <w:p>
      <w:r>
        <w:rPr/>
        <w:t>6. Как понять полноту Божью в себе и определить, есть ли она во мне?</w:t>
      </w:r>
    </w:p>
    <w:p>
      <w:r>
        <w:rPr/>
        <w:t>7. Что происходит с теми, кто отвергает всю Божью полноту и выбирает что-то одно?</w:t>
      </w:r>
    </w:p>
    <w:p>
      <w:r>
        <w:rPr/>
        <w:t>8. Предлагает ли Верный Свидетель из Откр.3:18 что-то на наш выбор и вкус, или Он желает, чтобы мы приобретали всё в комплекте?</w:t>
      </w:r>
    </w:p>
    <w:p>
      <w:r>
        <w:rPr/>
        <w:t>9. Если я не понимаю, как определить полноту Божества в моей жизни, то будет ли это для меня горем?</w:t>
      </w:r>
    </w:p>
    <w:p>
      <w:r>
        <w:rPr/>
        <w:t>10. Станет ли Господь наделять Собою всех подряд, или Он выбирает особый народ?</w:t>
      </w:r>
    </w:p>
    <w:p>
      <w:r>
        <w:rPr/>
        <w:t>11. Что нужно для того, чтобы приобрести всё, советуемое Христом?</w:t>
      </w:r>
    </w:p>
    <w:p>
      <w:r>
        <w:rPr/>
        <w:t>12. Может ли совершенный и исполненный всеми благами Неба человек пасть под искушением? 1Кор.10:12.</w:t>
      </w:r>
    </w:p>
    <w:p>
      <w:r>
        <w:rPr/>
        <w:t>13. Знает ли Господь, как сохранить Своих детей среди всевозможных соблазнов?</w:t>
      </w:r>
    </w:p>
    <w:p>
      <w:r>
        <w:rPr/>
        <w:t>14. Вам радостно осознавать, какой прекрасный у Бога план для всех нас?</w:t>
      </w:r>
    </w:p>
    <w:p>
      <w:r>
        <w:rPr/>
        <w:t>15. Что делать, если я не понял, как мне обрести Божью полноту?</w:t>
      </w:r>
    </w:p>
    <w:p>
      <w:pPr>
        <w:pStyle w:val="Heading2"/>
        <w:pageBreakBefore/>
      </w:pPr>
      <w:r>
        <w:t>Глава 103</w:t>
      </w:r>
    </w:p>
    <w:p>
      <w:pPr>
        <w:pStyle w:val="Heading1"/>
      </w:pPr>
      <w:r>
        <w:t>Планирование победы</w:t>
      </w:r>
    </w:p>
    <w:p>
      <w:r>
        <w:rPr/>
        <w:t>Библия называет победителями тех, кто верит во Христа, тех, кто покупает у Верного Свидетеля то, что Он советует, а затем пускает Иисуса в свою жизнь и имеет с Ним отношения. Это люди, которые во время последних испытаний полагаются на Божье Слово и имеют личные отношения со Спасителем. Это те, кто облеклись во всеоружие Божье и крепко держат его в правой и левой руке, умело владея им. Это те, кто соблюдают все Божьи заповеди, включая и заповедь о любви, и хранят их в своём сердце, имея разум Христа. Это христиане, которые переживут крещение Святым Духом и получат Божью печать.</w:t>
      </w:r>
    </w:p>
    <w:p>
      <w:r>
        <w:rPr/>
        <w:t>Победа не даётся мне просто так по моему желанию, и она не будет чем-то неожиданным для меня в конце времени, но я войду в неё путём постоянного изучения Божьей воли, принятия всего Божьего света, послушания истине в своей практической жизни и постоянного проявления безусловной любви во всех ежедневных жизненных ситуациях.</w:t>
      </w:r>
    </w:p>
    <w:p>
      <w:r>
        <w:rPr/>
        <w:t>Не моим воинством и не моей силой совершаются великие победы, но силою Святого Духа, живущего во мне и защищающего меня. Но при этом я непосредственно своим выбором определяю, как вести войну и чью силу призвать, чтобы одержать верх.</w:t>
      </w:r>
    </w:p>
    <w:p>
      <w:r>
        <w:rPr/>
        <w:t>Иисус дал нам пример полной победы над властью и силой греха, позволив распять Себя вместо нас и не проявив духа мести, гнева или своеволия.</w:t>
      </w:r>
    </w:p>
    <w:p>
      <w:r>
        <w:rPr/>
        <w:t>В моей жизни было много моментов, когда я, зная, каким должен быть ответ на очередное испытание, поступал так, как будто я ничего не знал. И получается так, что я наступал на очередные грабли, думая при этом, что они никак не отреагируют на контакт с моими ногами. А потом появлялась резкая боль, и приходило осознание того, что ты снова что-то сделал не так. Как это ни странно, но если многих из нас попросить рассказать свой жизненный опыт, то мы станем вспоминать все «свои грабли» и то, как после них смирялись и что-то кардинально меняли в своей жизни.</w:t>
      </w:r>
    </w:p>
    <w:p>
      <w:r>
        <w:rPr/>
        <w:t>Я также понял, что победителем сложно стать во время испытания, когда ты должен принять правильное решение, а не знаешь, какое из них будет лучше в конечном итоге. Так нужно в этот момент иметь подходящее Божье обетование, но оно не приходит вот так сразу на память, и ты вынужден делать шаг вслепую, не зная, будут ли там очередные «грабли».</w:t>
      </w:r>
    </w:p>
    <w:p>
      <w:r>
        <w:rPr/>
        <w:t>Шлем спасения и щит веры даются мне не для того, чтобы выдерживать удары садовых инструментов и смело по ним шагать, а для того, чтобы содержать свой разум в чистоте мыслей, согласно полученному свету и присутствию во мне Божьей силы.</w:t>
      </w:r>
    </w:p>
    <w:p>
      <w:r>
        <w:rPr/>
        <w:t>Получая очередной удар судьбы или переживая падение, и понимая, что ты упал, стоит задуматься над причиной случившегося и решить, как можно было бы поступить иначе и правильно. Глубокий анализ своих проигрышей не избавит меня от последствий моих неудач, но поможет увидеть причинно-следственную связь и сделать соответствующие выводы, чтобы потом открыть и пути к победе.</w:t>
      </w:r>
    </w:p>
    <w:p>
      <w:r>
        <w:rPr/>
        <w:t>Любовь всегда находит лучший путь и настраивает моё сердце на определённую ей модель поведения. Но в жизни есть много таких ситуаций, когда я переживаю их впервые и не сразу смогу сориентироваться в том, какая реакция будет правильной. Есть спонтанные испытания, когда кто-то в общественном месте наступает тебе больно на ногу или грубо отвечает на твою неосторожность, и тебе нужно как-то отреагировать. Но есть и закономерные события, когда, например, несносный коллега по работе постоянно к тебе придирается и целенаправленно осмеивает все твои действия, делая твою жизнь крайне интересной. И таких ситуаций могут быть тысячи. А у кого-то, возможно, родной дом является самым ожесточённым полем битвы, морем слёз и разочарований.</w:t>
      </w:r>
    </w:p>
    <w:p>
      <w:r>
        <w:rPr/>
        <w:t>А Господь желает видеть нас победителями и даёт Свой свет для всех случаев жизни. У Него есть определённые законы, правила и советы, послушание которым гарантирует нам защиту и счастье.</w:t>
      </w:r>
    </w:p>
    <w:p>
      <w:r>
        <w:rPr/>
        <w:t>Если в семье мы любим друг друга и не ссоримся, то это не даёт нам гарантии того, что в других сферах жизни мы также победим и устоим, хотя опыт нашей взаимной любви показывает нам правильный путь к победе.</w:t>
      </w:r>
    </w:p>
    <w:p>
      <w:r>
        <w:rPr/>
        <w:t>Мои молитвы, изучение Библии и духовных произведений, прослушивание проповедей и духовной музыки дают Богу возможность излить в мою жизнь Свой свет и научить отличать добро от зла, а допущенные Им испытания учат меня применять полученные знания на практике. Я никуда не спрячусь от врага души и своей плотской натуры. Они всегда будут ставить меня в затруднительное положение и предлагать свои услуги в сложных ситуациях.</w:t>
      </w:r>
    </w:p>
    <w:p>
      <w:r>
        <w:rPr/>
        <w:t>Планирование победы — это довольно мудрый подход к лучшему исходу событий.</w:t>
      </w:r>
    </w:p>
    <w:p>
      <w:r>
        <w:rPr/>
        <w:t xml:space="preserve">Приведём пример. Коллега по работе решил докучать мне своими придирками и насмешками. Я пытался поставить его на место, и дело чуть не дошло до драки. Анализируя своё поведение, я понял, что обратился за помощью к иной силе, которая ввела меня в грех и усугубила ситуацию. Моя совесть осуждает меня, закон называет меня лицемером. Что делать, чтобы выйти победителем? Судя по всему, мой сослуживец не собирается меняться, а решительно настроен всегда на меня нападать. Сменить работу — это не победа в моём сердце. Идти жаловаться начальству — тоже не выход. Обдумывать пути мщения — проигрыш. Я начинаю серьёзно молиться и просить мудрости в этом вопросе. Читаю о том, что Бог не допустит искушения сверх моих сил. Верю в это. Принимаю решение любить этого врага и молиться за него. А коллега неустанно нападает и не успокаивается. Я понимаю, что долго не выдержу, и начинаю больше молиться об этой ситуации и искать большей мудрости. Спрашиваю друзей, ища их совета, вспоминаю Божьи обетования и прошу о вмешательстве Бога. Беру пост и молитву. В результате составляю план своих действий и по возможности прописываю его на бумаге, чтобы лучше запомнить. Решаю любить, не отвечать грубо на грубость, молчать, когда надо, или говорить с уважением. Планирую извиниться за свою грубость в прошлом и пообещать, что не буду больше его оскорблять, а если давление будет продолжаться, то настраиваюсь на тихую молитву о помощи для меня и о благословении для этого человека. Имея подобный план, я прошу на него Божьего одобрения и решаюсь на то, что буду </w:t>
      </w:r>
      <w:r>
        <w:rPr/>
        <w:t>следовать этому курсу и в молитве анализировать то, как лучше поступить, если что-то пойдёт не так. Сложно понять, как будет действовать Бог, и чему Он захочет меня научить, но, выбирая Божий путь, я никогда не проиграю.</w:t>
      </w:r>
    </w:p>
    <w:p>
      <w:r>
        <w:rPr/>
        <w:t>Тот, кто сходит с Божьей дистанции, выбирая плотское решение вопроса, тот никогда не выиграет. Тот, кто остаётся в истине, никогда не проиграет. Главное — участие в союзе с Богом и в духе любви.</w:t>
      </w:r>
    </w:p>
    <w:p>
      <w:r>
        <w:rPr/>
        <w:t>На голого, избитого, распятого и умершего Христа смотрели, как на проигравшего, а Он именно так и одержал самую выдающуюся и полную победу, которая до сих пор и всю Вечность будет удивлять и восхищать всех нас. Крест показал и открыл всей Вселенной истинный Божий характер и подлинное лицо греха. Жизнь и смерть встретились в этом противостоянии, и смерть была повержена победою безусловной Любви.</w:t>
      </w:r>
    </w:p>
    <w:p>
      <w:r>
        <w:rPr/>
        <w:t>Ошибки учат, а пороки убивают. В школе Христа мы можем падать и ошибаться, и Господь силён нас поднять и научить. Но горе мне, если я позволю греху решать мои задачи своими методами.</w:t>
      </w:r>
    </w:p>
    <w:p>
      <w:pPr>
        <w:pStyle w:val="Heading2"/>
      </w:pPr>
      <w:r>
        <w:t>Вопросы к размышлению над этой главой</w:t>
      </w:r>
    </w:p>
    <w:p>
      <w:r>
        <w:rPr/>
        <w:t xml:space="preserve">1. Прочитайте, пожалуйста, 1Ин.5:4-5; Иер.29:11-14; Ис.44:26; Откр.3:18-21; Прит.15:22; 16:3; 22:3; Иов.5:10-13; 21:31; 22:27-28; 33:14-19; 1Кор.4:5; 2Кор.1:17-22; Евр.4:10-12; Рим.12:21; Откр.21:7; Ис.52:13-15; 53:1-12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Кто такой победитель в наше время? Что он побеждает?</w:t>
      </w:r>
    </w:p>
    <w:p>
      <w:r>
        <w:rPr/>
        <w:t>5. Для чего нужна победа?</w:t>
      </w:r>
    </w:p>
    <w:p>
      <w:r>
        <w:rPr/>
        <w:t>6. В чём преимущество того, кто анализирует свои ошибки и падения, чтобы их не повторять?</w:t>
      </w:r>
    </w:p>
    <w:p>
      <w:r>
        <w:rPr/>
        <w:t>7. Важно ли понимать, кого Бог считает и называет победителями?</w:t>
      </w:r>
    </w:p>
    <w:p>
      <w:r>
        <w:rPr/>
        <w:t>8. Считали ли вы, сколько раз в книге Откровения, со второй по третью главу, говорится о побеждающих?</w:t>
      </w:r>
    </w:p>
    <w:p>
      <w:r>
        <w:rPr/>
        <w:t>9. Как победил Иисус? Можно ли это назвать победой?</w:t>
      </w:r>
    </w:p>
    <w:p>
      <w:r>
        <w:rPr/>
        <w:t>10. Можно ли одерживать победу, не воюя?</w:t>
      </w:r>
    </w:p>
    <w:p>
      <w:r>
        <w:rPr/>
        <w:t>11. Пробовали ли вы планировать свою победу?</w:t>
      </w:r>
    </w:p>
    <w:p>
      <w:r>
        <w:rPr/>
        <w:t>12. В чём преимущество плана перед отсутствием такового?</w:t>
      </w:r>
    </w:p>
    <w:p>
      <w:r>
        <w:rPr/>
        <w:t>13. В какой момент любовь становится победителем?</w:t>
      </w:r>
    </w:p>
    <w:p>
      <w:r>
        <w:rPr/>
        <w:t>14. Важно ли, чтобы мои планы победы соответствовали Божьей воле?</w:t>
      </w:r>
    </w:p>
    <w:p>
      <w:r>
        <w:rPr/>
        <w:t>15. Может ли кто побеждать без плана? Нужен ли вообще этот план?</w:t>
      </w:r>
    </w:p>
    <w:p>
      <w:pPr>
        <w:pStyle w:val="Heading2"/>
        <w:pageBreakBefore/>
      </w:pPr>
      <w:r>
        <w:t>Глава 104</w:t>
      </w:r>
    </w:p>
    <w:p>
      <w:pPr>
        <w:pStyle w:val="Heading1"/>
      </w:pPr>
      <w:r>
        <w:t>Пророческое оружие победы</w:t>
      </w:r>
    </w:p>
    <w:p>
      <w:r>
        <w:rPr/>
        <w:t>Когда только встаёшь на путь любви, самым первым шагом в получении этого Небесного дара становится чистосердечное осознание и признание того, что у меня нет этой самой любви-агапэ, в которой Господь так желает Себя проявить.</w:t>
      </w:r>
    </w:p>
    <w:p>
      <w:r>
        <w:rPr/>
        <w:t>Любая попытка обойти это признание заканчивается тем, что я начинаю всем и даже Небу доказывать, что я всё-таки чем-то обладаю, и что это и является той самой любовью, которая должна быть во мне по умолчанию.</w:t>
      </w:r>
    </w:p>
    <w:p>
      <w:r>
        <w:rPr/>
        <w:t>Когда я становлюсь воистину любящим человеком и начинаю другим рассказывать о том, что любовь нужно выпрашивать, жаждать, а потом ещё и покупать, тогда я слышу в ответ одно и то же: «С чего ты взял, что я не имею любви? Она у меня есть, и я люблю!» С этим приходится молча соглашаться и позволять Святому Духу Самому показать истинное состояние того или иного сердца.</w:t>
      </w:r>
    </w:p>
    <w:p>
      <w:r>
        <w:rPr/>
        <w:t>Нам всем без исключения как воинам Христа даётся необходимая мера любви, веры, радости и терпения, чтобы мы выглядели похожими на армию Спасителя. Мы получаем обмундирование, бронежилеты, лёгкое стрелковое оружие и немного патронов, чтобы успешно держать самооборону. Автомат является довольно эффективным оружием в рукопашном бою, но от него нет никакой пользы, когда прилетают «грады», ракеты и всевозможные бомбы.</w:t>
      </w:r>
    </w:p>
    <w:p>
      <w:r>
        <w:rPr/>
        <w:t>Как выглядит на фоне до зубов вооружённых вояк солдат с маленьким пластмассовым дроном? Довольно комично, но его считают основным защитником и нападающим, потому что за ним стоят артиллерийские, авиационные и ракетные войска, обрушивающие всю свою мощь на противника. А этот маленький солдат садится в уютное кресло, запускает свой прибор и начинает сообщать координаты очередной цели, приводя в движение все атакующие силы, привязанные к маленькому дрону.</w:t>
      </w:r>
    </w:p>
    <w:p>
      <w:r>
        <w:rPr/>
        <w:t>Мы стали свидетелями новых войн, которые сложно понять умом, но в которых гибнут люди с обеих сторон. И это только начало. Вскоре мы увидим, как огонь будет сходить с неба и доставлять победу тем, на чьей стороне окажется эта сила.</w:t>
      </w:r>
    </w:p>
    <w:p>
      <w:r>
        <w:rPr/>
        <w:t>Глупо против такой изобретательности выступать с автоматом, считая, что это и есть то самое оружие победы.</w:t>
      </w:r>
    </w:p>
    <w:p>
      <w:r>
        <w:rPr/>
        <w:t>Иисус показал всему миру силу самого мощного оружия во Вселенной. Не называя любовь по имени, Он ею победил наиболее могущественного врага, проявляя при этом самый воинственный дух Победителя — послушание, смирение, кротость, прощение и безусловную любовь.</w:t>
      </w:r>
    </w:p>
    <w:p>
      <w:r>
        <w:rPr/>
        <w:t>Наш Небесный Полководец прекрасно знает, кому и сколько было дано любви, и как она была использована. Я не смогу это проверить в жизни другого или доказать, что это она, хотя по её видимому проявлению можно определить её присутствие и действие.</w:t>
      </w:r>
    </w:p>
    <w:p>
      <w:r>
        <w:rPr/>
        <w:t>Также не стоит никого обвинять в том, что он не имеет любви, или что его любовь ненастоящая. Я не знаю сердца человека и то, в каких оно отношениях со Христом.</w:t>
      </w:r>
    </w:p>
    <w:p>
      <w:r>
        <w:rPr/>
        <w:t>Но из пророчества книги Откр.3:18 мне известно, что Господь придал особый статус этой силе в последнее время и ждёт тех, кто войдёт с Ним в постоянные торговые отношения.</w:t>
      </w:r>
    </w:p>
    <w:p>
      <w:r>
        <w:rPr/>
        <w:t>Есть общее представление об этом небесном благословении, а есть и пророческое понимание того, как приобретается этот дар. Я могу собрать все Библейские стихи о любви и на их основании доказать самому себе и вам, что она у меня есть. Но Небесный Купец из третьей главы книги Откровения знает точно, сколько мне было продано этого золота, в какой степени оно было очищено огнём, и как я его использовал для Божьей славы.</w:t>
      </w:r>
    </w:p>
    <w:p>
      <w:r>
        <w:rPr/>
        <w:t>Господь желает, чтобы я не только покупал эту силу, но и изучал её суть и то, как она действует, и как её можно и нужно применять.</w:t>
      </w:r>
    </w:p>
    <w:p>
      <w:r>
        <w:rPr/>
        <w:t>Если я живу в доме, где иной дух постоянно на меня нападает, и мне нужна любовь лишь для того, чтобы не сойти с ума и не умереть от побоев, то мне будет даровано ровно столько, чтобы остаться в живых и перенести эти испытания. Когда же я ставлю себе цель любить всех, с кем живу, и завоёвывать сердца людей, которых посылает мне Господь на моём пути к Небу, тогда мне требуется гораздо больше, чем я имею. И мне необходимы знания о том, как этим пользоваться.</w:t>
      </w:r>
    </w:p>
    <w:p>
      <w:r>
        <w:rPr/>
        <w:t>Приходя ко мне как к покупателю Своих товаров, Господь выбирает лучшее моё время, когда я желаю отдохнуть от всех дневных забот и съесть что-то необычное и полезное. Иисус тихо подходит к двери моего сердца и стучит, надеясь, что я Ему открою и проведу с Ним время, познавая науку о силе и власти любви.</w:t>
      </w:r>
    </w:p>
    <w:p>
      <w:r>
        <w:rPr/>
        <w:t>В личном общении со Христом можно говорить обо всём, но если я буду просить Его посвятить меня в глубины Его любви и научить ею пользоваться, её выбирать и ею нападать, то наше время будет занято именно этими размышлениями, и я обязательно чему-то научусь.</w:t>
      </w:r>
    </w:p>
    <w:p>
      <w:r>
        <w:rPr/>
        <w:t>По-человечески мне хочется верить и жить так, как принято в нашей общине, как мне это открывается, как я нуждаюсь в этом по своему усмотрению. Но любовь-агапэ имеет особую силу и предлагается как оружие победителя. И это не лёгкое стрелковое оружие для самообороны, а очень сложный небесно-ракетный комплекс для захвата новых территорий и для зачистки от греха уже имеющихся областей и регионов.</w:t>
      </w:r>
    </w:p>
    <w:p>
      <w:r>
        <w:rPr/>
        <w:t>Любить — это целая наука со своими законами и правилами. И это Божий замысел для меня и моей победы в последнее время. Если Господь задумал что-то Своё и прописал это в Своём плане, то стоит ли мне предлагать альтернативу и решать, что она лучше?</w:t>
      </w:r>
    </w:p>
    <w:p>
      <w:r>
        <w:rPr/>
        <w:t>Как я буду выглядеть, не следуя совету Верного Свидетеля и даже не проявляя интереса к этой вести, но при этом заявляя, что обладаю тем, что Он предлагает? Имею я любовь или нет, определяю не я, а Тот, у Кого я её покупаю.</w:t>
      </w:r>
    </w:p>
    <w:p>
      <w:r>
        <w:rPr/>
        <w:t>Также сложно сдерживать Небесную агапэ, когда она переполняет твоё сердце и заполняет собою все сферы жизни, имея безграничный доступ и допуск к истокам этой силы.</w:t>
      </w:r>
    </w:p>
    <w:p>
      <w:r>
        <w:rPr/>
        <w:t>В сердце каждого из нас есть место величиной с Бога, Который есть любовь. И Он желает излиться в мою жизнь Святым Духом и заполнить всё пустующее пространство Самим Собой.</w:t>
      </w:r>
    </w:p>
    <w:p>
      <w:r>
        <w:rPr/>
        <w:t>Я люблю! Это отклик моего сердца на Божий план и воинственный возглас победителя последних дней. Именно такой дух пройдёт смело все испытания и одержит верх в каждом сражении. Так и Христос победил.</w:t>
      </w:r>
    </w:p>
    <w:p>
      <w:r>
        <w:rPr/>
        <w:t>Разум Христа формируется в каждом человеке, вступающем в особые торговые отношения с Иисусом. Масло для светильника, которое покупали мудрые девы из Мат.25:1-12, всё ещё продаётся. Торговая лавка из Откр.3:18 ещё открыта. Что мешает мне приходить за покупками, тратить на это своё время и учиться пользоваться тем, что я приобрёл?</w:t>
      </w:r>
    </w:p>
    <w:p>
      <w:r>
        <w:rPr/>
        <w:t>Быть уже сейчас победителем — это не только труд и обязанность последнего времени, но ещё и радость, счастье, постоянное вдохновение и особое благословение как для меня, так и для тех, кого я люблю, и тех, кто отвечает мне тем же.</w:t>
      </w:r>
    </w:p>
    <w:p>
      <w:r>
        <w:rPr/>
        <w:t>Пророческая любовь настолько искусно входит в жизнь покупающих, что им не нужно ничего доказывать. Они просто любят, и эта сила сопровождает их везде и присутствует во всяком деле во всякое время.</w:t>
      </w:r>
      <w:r>
        <w:rPr/>
        <w:t xml:space="preserve"> </w:t>
      </w:r>
      <w:r>
        <w:rPr/>
        <w:t>Я изучаю не только язык любви Неба, но и учусь говорить на языках любви сердца своих друзей, чтобы сделать их жизнь ещё прекраснее и интереснее. И с Божьей помощью это получается, так как не противоречит Божьему плану.</w:t>
      </w:r>
    </w:p>
    <w:p>
      <w:r>
        <w:rPr/>
        <w:t>Имеешь ли ты, друг, то, что советует тебе купить Верный Свидетель из Откр.3:18? У Него очень много товаров, которые Он облёк в эти прекрасные символы.</w:t>
      </w:r>
    </w:p>
    <w:p>
      <w:pPr>
        <w:pStyle w:val="Heading2"/>
      </w:pPr>
      <w:r>
        <w:t>Вопросы к размышлению над этой главой</w:t>
      </w:r>
    </w:p>
    <w:p>
      <w:r>
        <w:rPr/>
        <w:t xml:space="preserve">1. Прочитайте, пожалуйста, Ис.55:8-9; Откр.3:18-21; Мат.25:1-12; Рим.5:5; 12:8-10; 13:10; 1Кор.4:6-8; 13:1-8; 1Пет.1:22; Ос.4:6; Гал.5:22-23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Важно ли понимать, какой план имеет Господь на тех, кого называет победителями?</w:t>
      </w:r>
    </w:p>
    <w:p>
      <w:r>
        <w:rPr/>
        <w:t>5. Можем ли мы ошибаться в своих планах, не зная Божьего плана?</w:t>
      </w:r>
    </w:p>
    <w:p>
      <w:r>
        <w:rPr/>
        <w:t>6. Вам понятен план победы из Откр.3:18-21?</w:t>
      </w:r>
    </w:p>
    <w:p>
      <w:r>
        <w:rPr/>
        <w:t>7. Откроет ли Господь значение символов победителя тем, кто их будет изучать?</w:t>
      </w:r>
    </w:p>
    <w:p>
      <w:r>
        <w:rPr/>
        <w:t>8. Будет ли Господь делать победителями тех, кто не имеет интереса к Его вести?</w:t>
      </w:r>
    </w:p>
    <w:p>
      <w:r>
        <w:rPr/>
        <w:t>9. Есть ли у Неба другие планы для последнего времени, кроме вести к Лаодикии? Назовите их.</w:t>
      </w:r>
    </w:p>
    <w:p>
      <w:r>
        <w:rPr/>
        <w:t>10. Отменяют ли другие Божьи вести о спасении весть к Лаодикии?</w:t>
      </w:r>
    </w:p>
    <w:p>
      <w:r>
        <w:rPr/>
        <w:t>11. Что такое золото, очищенное огнём? Как вы это понимаете?</w:t>
      </w:r>
    </w:p>
    <w:p>
      <w:r>
        <w:rPr/>
        <w:t>12. Вам понятна роль любви в последних испытаниях?</w:t>
      </w:r>
    </w:p>
    <w:p>
      <w:r>
        <w:rPr/>
        <w:t>13. Является ли познание и принятие Божьей любви вашей желанной целью?</w:t>
      </w:r>
    </w:p>
    <w:p>
      <w:r>
        <w:rPr/>
        <w:t>14. Куда я попаду, если сам себе придумаю цель и буду идти к ней?</w:t>
      </w:r>
    </w:p>
    <w:p>
      <w:r>
        <w:rPr/>
        <w:t>15. Имеете ли вы агапэ?</w:t>
      </w:r>
    </w:p>
    <w:p>
      <w:pPr>
        <w:pStyle w:val="Heading2"/>
        <w:pageBreakBefore/>
      </w:pPr>
      <w:r>
        <w:t>Глава 105</w:t>
      </w:r>
    </w:p>
    <w:p>
      <w:pPr>
        <w:pStyle w:val="Heading1"/>
      </w:pPr>
      <w:r>
        <w:t>Почему именно любовь?</w:t>
      </w:r>
    </w:p>
    <w:p>
      <w:r>
        <w:rPr/>
        <w:t>Изучая Библейские пророчества о последнем времени, вникая в Божий закон, видя, как у нас на глазах всё идёт к кульминации, логически приходишь к выводу, что конец миру совсем близок. А раз это так, то и пророчество о запечатлении тоже вскоре осуществится. И возникает вопрос: «А кто из нас получит Божью печать?» Мне очень хочется её иметь. Также я желаю, чтобы все мои дорогие друзья, все братья и сёстры из моей всемирной церкви были запечатлены именно Богом, а не кем-то иным.</w:t>
      </w:r>
    </w:p>
    <w:p>
      <w:r>
        <w:rPr/>
        <w:t>Если не строить близкие отношения со Христом, не вникать в глубину пророчеств о последнем времени, то может создаться представление о том, что для получения Божьего одобрения достаточно лишь заключить с Ним завет в правильной церкви, согласиться с истинностью учения своей деноминации и жить так, как живут остальные члены церкви. А сутью богослужений становится представление о том, что я должен прийти в определённый день на собрание, поучаствовать в разборе очередной темы, послушать проповедь и в лучшем случае с кем-то пообедать после служения. И всё это важно и актуально, и без этого никак. Но на самом деле всё наиболее интересное в христианской жизни начинается именно тогда, когда я остаюсь один, никуда не спешу и имею достаточно свободного времени, чтобы провести его по своему усмотрению. Я могу выбрать то, чего жаждет моя душа или моя плоть. Божья любовь тихо стучит в моё сердце и желает мне что-то открыть, но скромно ждёт моего решения в том, какой путь и образ мысли я изберу.</w:t>
      </w:r>
    </w:p>
    <w:p>
      <w:r>
        <w:rPr/>
        <w:t>Последнее время будет отличаться от всех предыдущих эпох тем, что верующие люди должны будут достичь такого совершенства во Христе, что смогут перенести все испытания без Ходатая в Небесном Святилище. Как это возможно? Что это значит? Это говорит о том, что Бог приготовит особый народ, который войдёт в настолько близкие отношения со Христом и так чётко станет отражать полноту Божьего характера в своей жизни, будучи навеки утверждённым в истине, что никакие силы тьмы не смогут поколебать таких верующих ни в каких испытаниях.</w:t>
      </w:r>
    </w:p>
    <w:p>
      <w:r>
        <w:rPr/>
        <w:t>Сложно умом представить всё это, но так хочется понять, где же ключ к подобному заключению? Что мне делать, чтобы спастись в это время? Предприимчивые люди понимают, что нас ждут тяжёлые времена, и они не сидят сложа руки, но готовят себе отдалённые убежища с автономными удобствами, запасами питья и еды и независимостью от мира. Но проблема этих людей в том, что самое важное приготовление происходит в душе, и если сердце не готово или окажется негодным, то какая будет польза от всех других ожиданий?</w:t>
      </w:r>
    </w:p>
    <w:p>
      <w:r>
        <w:rPr/>
        <w:t>Иисус придёт независимо от моей веры или моей готовности к этому событию. Но Он не желает, чтобы я погиб, и поэтому открывает Свой план для моей подготовки. Также Он дал Своей церкви пророка, через которого передал важные детали последнего приготовления, желая при этом показать особые подробности тем, кто станет это досконально изучать и исследовать.</w:t>
      </w:r>
    </w:p>
    <w:p>
      <w:r>
        <w:rPr/>
        <w:t>В Библии находится много указателей правильного направления в исследовании этого вопроса, а Святой Дух более ясно открывает разные детали и убеждает в истине.</w:t>
      </w:r>
    </w:p>
    <w:p>
      <w:r>
        <w:rPr/>
        <w:t>И все пророчества Писания приводят нас к заключению, что любовь-агапэ будет играть ключевую роль в последнем времени. Что это значит? Почему именно любовь?</w:t>
      </w:r>
    </w:p>
    <w:p>
      <w:r>
        <w:rPr/>
        <w:t>В наших предыдущих уроках Школы Любви Агапэ мы нашли ответ на эти вопросы и пришли к выводу, что именно без любви у нас будут большие проблемы.</w:t>
      </w:r>
    </w:p>
    <w:p>
      <w:r>
        <w:rPr/>
        <w:t>Но хочется внести ясность по этому вопросу. Божий план для последнего времени составлен Богом, и Он, пройдя через века, привёл нас к моменту, когда этот план и вступил в заключительную фазу своего исполнения. Это не мой план и не ваш, а Божий. Его можно найти в книге Откр.3:14-22.</w:t>
      </w:r>
    </w:p>
    <w:p>
      <w:r>
        <w:rPr/>
        <w:t>Лаодикийский период, как принято считать, начался с октября 1844 года, когда исполнилось самое продолжительное пророчество об очищении Небесного Святилища, и Божий суд перешёл к своей заключительной фазе. Именно в этом послании описывается истинное духовное состояние Божьего народа и меня лично, а затем даётся выход и объявляется награда победителю. И это внушает надежду, что можно достичь того состояния, которого от меня ожидает Господь.</w:t>
      </w:r>
    </w:p>
    <w:p>
      <w:r>
        <w:rPr/>
        <w:t>Вся суть вести вложена в стих Откр.3:18. И именно в принятии этих символов и есть Божий план для моей победы. Дух Пророчества также весьма ясно и недвусмысленно говорит о том, что верующие, которые не примут совета Верного Свидетеля, будут просеяны и рискуют быть оставленными без Божьей защиты, о чём и говорит стих 16.</w:t>
      </w:r>
    </w:p>
    <w:p>
      <w:r>
        <w:rPr/>
        <w:t>Бог вложил в этот план всё Своё сердце, все благословения Неба, о которых только можно мечтать, всю полноту мудрости и богатство славы. Эта весть служит левой рукой трёхангельской вести, где правой считается реформа здоровья. Прит.3:16.</w:t>
      </w:r>
      <w:r>
        <w:rPr/>
        <w:t xml:space="preserve"> </w:t>
      </w:r>
      <w:r>
        <w:rPr/>
        <w:t>Золото, очищенное огнём, является символом Бога Отца, веры и любви, терпения в испытаниях и послушания истине. И именно любовь-агапэ становится отличительной чертой характера победителя последнего времени.</w:t>
      </w:r>
    </w:p>
    <w:p>
      <w:r>
        <w:rPr/>
        <w:t>В описании особенностей группы в 144.000 из Откр.14:1-5 можно увидеть, что именно любовь во всей своей полноте и глубине сделала их таким особым народом, в устах которого нет лукавства. Если удалить из этой группы любовь, то она превратится в собрание грешников.</w:t>
      </w:r>
    </w:p>
    <w:p>
      <w:r>
        <w:rPr/>
        <w:t>Кому-то будет сложно согласиться, что именно любовь станет основным критерием при взвешивании характера. Так происходит, потому что многие воспринимают любовь как розовое сердечко и чувственные сентиментальности. Но при глубоком познании этой темы мне открывается совсем иная картина, и возникает невольный вопрос: «А кто сможет устоять?»</w:t>
      </w:r>
    </w:p>
    <w:p>
      <w:r>
        <w:rPr/>
        <w:t>Божий план содержит в себе обетование о том, что христиане, которые пожелают вникнуть в замысел Господа и принять его, получат силу и мудрость свыше и будут научены Богом.</w:t>
      </w:r>
    </w:p>
    <w:p>
      <w:r>
        <w:rPr/>
        <w:t xml:space="preserve">За этими людьми многие собратья будут внимательно наблюдать, отмечать для себя их промахи и успехи, радоваться их благословениям и ничего не делать для себя, чтобы пополнить и свои сосуды маслом для светильников. Прозрение в принятии и значении символов этой вести будет дано каждому, но не каждый </w:t>
      </w:r>
      <w:r>
        <w:rPr/>
        <w:t>решится приобрести то, что советует Иисус, ведь подобное познание лишит меня свободного времени, укажет на мои греховные привязанности и будет требовать в качестве оплаты всего меня. Не многие пойдут на такую жертву.</w:t>
      </w:r>
    </w:p>
    <w:p>
      <w:r>
        <w:rPr/>
        <w:t>Каин и Авель отличались друг от друга тем, что один принял Божий план и строго следовал ему, а другой задумал что-то своё и пытался при этом пригласить Бога для благословения.</w:t>
      </w:r>
    </w:p>
    <w:p>
      <w:r>
        <w:rPr/>
        <w:t>Давая заповедь о любви друг к другу, Иисус трижды объявил о том, что это заповедь. Конец вести третьего ангела содержит этот элемент послушания в Откр.14:12: «Здесь терпение святых, соблюдающих заповеди Божии и веру в Иисуса». Но греховному человеку свойственно придумывать свои планы и предлагать их как альтернативу. Читаем в Откр.22:14: «Блаженны те, которые соблюдают заповеди Его, чтобы иметь им право на древо жизни и войти в город воротами». Здесь снова говорится о соблюдении заповедей.</w:t>
      </w:r>
    </w:p>
    <w:p>
      <w:r>
        <w:rPr/>
        <w:t>Мы не можем игнорировать Божий план, не навлекая на себя печальные последствия.</w:t>
      </w:r>
    </w:p>
    <w:p>
      <w:r>
        <w:rPr/>
        <w:t>Любовь — это не только чувство, но и самое близкое слияние с Богом, которое выводит меня на новый уровень отношений с Ним и с ближними. Это разум Христа, Его вера и праведность, Его мудрость и сила во мне.</w:t>
      </w:r>
    </w:p>
    <w:p>
      <w:pPr>
        <w:pStyle w:val="Heading2"/>
      </w:pPr>
      <w:r>
        <w:t>Вопросы к размышлению над этой главой</w:t>
      </w:r>
    </w:p>
    <w:p>
      <w:r>
        <w:rPr/>
        <w:t xml:space="preserve">1. Прочитайте, пожалуйста, Ис.55:8-9; Иез.18:29; Еф.5:1-2; Мат.24:12-13; 1Кор.13:13; 14:1; Евр.6:9-12; 10:24; 2Тим.1:7; 2:22; Тит.2:1-2; 1Тим.4:12; 6:11; Рим.13:8-10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Вам понятен Божий план, описанный в послании к Лаодикии?</w:t>
      </w:r>
    </w:p>
    <w:p>
      <w:r>
        <w:rPr/>
        <w:t>5. Почему такой важный план так незаметно представлен церкви?</w:t>
      </w:r>
    </w:p>
    <w:p>
      <w:r>
        <w:rPr/>
        <w:t>6. Как давно вы слышали проповедь о том, что в Лаодикийском послании содержится очень важная весть для последнего времени?</w:t>
      </w:r>
    </w:p>
    <w:p>
      <w:r>
        <w:rPr/>
        <w:t>7. Как вы думаете, приготовит ли Бог Себе народ, соответствующий Его плану?</w:t>
      </w:r>
    </w:p>
    <w:p>
      <w:r>
        <w:rPr/>
        <w:t>8. Как мне понять весть к Лаодикии, ведь она вся в странных символах?</w:t>
      </w:r>
    </w:p>
    <w:p>
      <w:r>
        <w:rPr/>
        <w:t>9. Что делать, если нет времени на изучение послания Верного Свидетеля, а попасть в число 144.000 очень хочется?</w:t>
      </w:r>
    </w:p>
    <w:p>
      <w:r>
        <w:rPr/>
        <w:t>10. Могу ли я попросить Бога как-то приготовить меня к Своему Пришествию, пока я буду трудиться для Него?</w:t>
      </w:r>
    </w:p>
    <w:p>
      <w:r>
        <w:rPr/>
        <w:t>11. В чём было отличие жертвы Авеля от приношения Каина? Есть ли в этом урок для нашего времени?</w:t>
      </w:r>
    </w:p>
    <w:p>
      <w:r>
        <w:rPr/>
        <w:t>12. Продаст ли мне Господь что-то из Своих товаров, если я не буду это покупать, а только изучать?</w:t>
      </w:r>
    </w:p>
    <w:p>
      <w:r>
        <w:rPr/>
        <w:t>13. Как вы понимаете совет: «Купи у Меня золото…» из Откр.3:18?</w:t>
      </w:r>
    </w:p>
    <w:p>
      <w:r>
        <w:rPr/>
        <w:t>14. Считаете ли вы любовь чем-то важным для вас?</w:t>
      </w:r>
    </w:p>
    <w:p>
      <w:r>
        <w:rPr/>
        <w:t>15. Верите ли вы в то, что любовь в сердце станет важным критерием при взвешивании вас на Божьих весах?</w:t>
      </w:r>
    </w:p>
    <w:p>
      <w:pPr>
        <w:pStyle w:val="Heading2"/>
        <w:pageBreakBefore/>
      </w:pPr>
      <w:r>
        <w:t>Глава 106</w:t>
      </w:r>
    </w:p>
    <w:p>
      <w:pPr>
        <w:pStyle w:val="Heading1"/>
      </w:pPr>
      <w:r>
        <w:t>Удивительный статус Лаодикии</w:t>
      </w:r>
    </w:p>
    <w:p>
      <w:r>
        <w:rPr/>
        <w:t>Филия — это слово на греческом языке, которое не имеет аналогов в других языках и переводится как любовь, дружба, дружественность, влечение, подразумевающее личное знакомство с тем, к кому оно относится. Это слово может быть приставкой к другим словам, например, «Филадельфия» — братолюбие или «Философия» — любовь к мудрости.</w:t>
      </w:r>
    </w:p>
    <w:p>
      <w:r>
        <w:rPr/>
        <w:t>В греческом языке филия используется при описании очень близких дружественных отношений между знакомыми друг с другом людьми.</w:t>
      </w:r>
    </w:p>
    <w:p>
      <w:r>
        <w:rPr/>
        <w:t>Мы не можем точно сказать, какие именно отношения характеризовались этим словом во времена Христа, но использование его в Евангелии и других книгах открывает нам глубину той дружбы, которую имели ученики по отношению к Иисусу и друг к другу.</w:t>
      </w:r>
    </w:p>
    <w:p>
      <w:r>
        <w:rPr/>
        <w:t>Если рассмотреть в Библии все слова о Божьей любви ко всем людям и к Своему творению, то они звучат как «агапэ». Господь и нас призывает иметь эту агапе ко всем людям и особенно друг к другу, чтобы все видели, что мы — Его ученики.</w:t>
      </w:r>
    </w:p>
    <w:p>
      <w:r>
        <w:rPr/>
        <w:t>А если читать Библию в нашем переводе, то не видно, каким греческим словом называется та или иная любовь.</w:t>
      </w:r>
    </w:p>
    <w:p>
      <w:r>
        <w:rPr/>
        <w:t>Но в оригинале есть два места, где Иисус именно так называет Своё отношение к Своей Церкви.</w:t>
      </w:r>
    </w:p>
    <w:p>
      <w:r>
        <w:rPr/>
        <w:t>Читаем Откр.3:19: «…Кого Я люблю, тех обличаю и наказываю». В этом случае стоит слово филиа. Хочется понять, что вкладывал Господь в это выражение Своей любви, и почему Он только один раз во всём Писании именно так обращается к той Церкви, в адрес которой нет ни одной похвалы?</w:t>
      </w:r>
    </w:p>
    <w:p>
      <w:r>
        <w:rPr/>
        <w:t>Господь не просто любит Свой народ лаодикийского периода, но и заявляет о Своём дружелюбном отношении к этому народу. Он также говорит о том, что справедливость в этих отношениях остаётся на должном месте.</w:t>
      </w:r>
    </w:p>
    <w:p>
      <w:r>
        <w:rPr/>
        <w:t>Но подобное исключение из общего правила заставляет задуматься над таким заявлением.</w:t>
      </w:r>
    </w:p>
    <w:p>
      <w:r>
        <w:rPr/>
        <w:t>Очень глубокий смысл этого слова открывается и в покаянии Петра, когда Иисус спросил его трижды, любит ли Пётр Его. В оригинале это звучит очень интересно. Читаем Ин.21:15-17. (От автора: извините за отсутствие склонения в слове филия.)</w:t>
      </w:r>
    </w:p>
    <w:p>
      <w:r>
        <w:rPr/>
        <w:t>Первый раз: «Агапэ ли ты Меня, Симон Ионин, больше, чем они?» Пётр ответил: «Ты знаешь, что я филия к Тебе».</w:t>
      </w:r>
    </w:p>
    <w:p>
      <w:r>
        <w:rPr/>
        <w:t>Второй раз: «Симон Ионин, ты агапэ Меня?», и снова ответ: «Да, Ты знаешь, что я Тебя филия».</w:t>
      </w:r>
    </w:p>
    <w:p>
      <w:r>
        <w:rPr/>
        <w:t>В третий раз Иисус спросил: «Симон Ионин, филия ли ты Меня?» На что Пётр с печалью ответил: «Ты всё знаешь. Ты знаешь, что я филия Тебя». Пётр не стал возмущаться такой проверкой, но трижды заверил Иисуса в своей дружеской привязанности к Нему и в том, что он остаётся в этом отношении.</w:t>
      </w:r>
    </w:p>
    <w:p>
      <w:r>
        <w:rPr/>
        <w:t>Но самый глубокий смысл слова филия открывается в заявлении Иисуса о любви Своего Отца к Сыну.</w:t>
      </w:r>
    </w:p>
    <w:p>
      <w:r>
        <w:rPr/>
        <w:t>Читаем Ин.5:20: «Ибо Отец любит (филия) Сына и показывает Ему всё, что творит Сам; и покажет Ему дела больше сих, так что вы удивитесь». Этот стих можно считать ключом к пониманию того, что вкладывал Иисус в отношения любви-Филия, обращаясь именно так к Лаодикии.</w:t>
      </w:r>
    </w:p>
    <w:p>
      <w:r>
        <w:rPr/>
        <w:t>Если любовь Отца ко всему творению звучит как агапэ, а любовь к Сыну как филия, то в этом слове есть определённая глубина, которую Господь желает нам открыть, приглашая войти в неё.</w:t>
      </w:r>
    </w:p>
    <w:p>
      <w:r>
        <w:rPr/>
        <w:t>Представьте себе! Он сравнивает и называет Свою Любовь к Своему народу тем же словом, каким только один раз называет Любовь Отца к Себе. Какое доверие, какая близость Христа к Своим последователям открывается в этом обращении! Удивительно приятно это понимать и слышать!</w:t>
      </w:r>
    </w:p>
    <w:p>
      <w:r>
        <w:rPr/>
        <w:t>У нас есть заверение в том, что «Отец показывает Сыну всё, что творит Сам, и покажет Ему дела больше сих, так что вы удивитесь». И после такого свидетельства идёт продолжение до стиха 47, где говорится о том, что будут делать Отец и Сын в этой дружбе.</w:t>
      </w:r>
    </w:p>
    <w:p>
      <w:r>
        <w:rPr/>
        <w:t>Заявление Иисуса о Своём дружелюбии несёт в себе и обетование, которое открывает Божьи планы для народа последнего периода. Господь покажет христианам, которые вошли в тесные торгово-дружеские отношения с Его Сыном, всё, что надлежит им увидеть, и даже даст понять больше, чем нам доступно сегодня.</w:t>
      </w:r>
    </w:p>
    <w:p>
      <w:r>
        <w:rPr/>
        <w:t>Господь обещает нам такую полноту откровений и благословений, что мы даже представить себе не можем ничего подобного. И так оно и будет.</w:t>
      </w:r>
    </w:p>
    <w:p>
      <w:r>
        <w:rPr/>
        <w:t>И как приятно Иисусу приходить после к друзьям и вечерять с ними, открывая в дружелюбном общении всё то, что послужит к победе и разоблачит все планы лукавого.</w:t>
      </w:r>
    </w:p>
    <w:p>
      <w:r>
        <w:rPr/>
        <w:t>Возможна ли дружба без любви-агапэ? Да, но в ней будет много заборов и условностей. Возможна ли Любовь-агапэ без дружбы и близких отношений? Да. Именно так Бог любит наш неблагодарный мир, да и наша любовь к врагам не ожидает взаимности, но проявляет правильный дух. И не каждый ближний ответит той же агапэ на мою безусловную любовь.</w:t>
      </w:r>
    </w:p>
    <w:p>
      <w:r>
        <w:rPr/>
        <w:t>Но дружелюбная любовь-филия имеет отношения и взаимность, в которой агапэ очень хорошо себя чувствует и рассчитывает на дружеский ответ в том же духе агапэ.</w:t>
      </w:r>
    </w:p>
    <w:p>
      <w:r>
        <w:rPr/>
        <w:t>Любовь Бога уникальна тем, что она очень долго находится в поиске канала, через который она сможет изливаться в мир и приносить другим благословения. И когда любовь находит подходящее для этого сердце, то с какой радостью она готова открыть всё самое прекрасное и подарить лучшее!</w:t>
      </w:r>
    </w:p>
    <w:p>
      <w:r>
        <w:rPr/>
        <w:t>Лаодикия уникальна тем, что это последняя церковь в периоде христианской земной истории. Ей будет дана вся полнота света, необходимая для приготовления к последним событиям, и вся сила свыше для полной победы. Частично Лаодикия уже получила огромные благословения через пророческий дар, но ещё нас ждут впереди удивительные преобразования в разуме и делах Божьих детей, благодаря силе Святого Духа, Который Поздним Дождём оросит всё посеянное в сердцах верующих.</w:t>
      </w:r>
    </w:p>
    <w:p>
      <w:r>
        <w:rPr/>
        <w:t>А Иисус призывает нас быть прилежными в покупке тех отношений, которые так убедительно нам советует приобрести в Откр.3:18, и покаяться в своём тёплом состоянии, когда будет дан призыв к переменам в жизни и мышлении.</w:t>
      </w:r>
    </w:p>
    <w:p>
      <w:r>
        <w:rPr/>
        <w:t>Самыми последними словами Иисуса Своим ученикам перед распятием было Его утверждение в том, что они Его друзья. Ин.15:14-15. Здесь присутствует то же самое слово филия. Всё лучшее, наиболее важное, значимое и вкусное Господь оставил на самый конец. И в Своём отношении к Лаодикии Он даёт нам понять, что Он щедр на приятные сюрпризы, которые приблизят нашу победу. И этим Сюрпризом является Он Сам со Своей неизменной безусловной любовью-филия. Какое преимущество быть не просто любимым наравне со всем миром, но ещё и являться близким другом, находящимся в тесных отношениях с Самим Божеством в лице Сына. Не мы, а Он именно так озвучил Своё отношение к Своему народу.</w:t>
      </w:r>
    </w:p>
    <w:p>
      <w:r>
        <w:rPr/>
        <w:t>Читаем Ин.15:15: "Я уже не называю вас рабами, ибо раб не знает, что делает Господин его; но Я назвал вас друзьями, потому что сказал вам всё, что слышал от Отца Моего». Мы – друзья! Представляете, что это значит? И какое преимущество даёт этот статус в последнее время?</w:t>
      </w:r>
    </w:p>
    <w:p>
      <w:r>
        <w:rPr/>
        <w:t>Удивительно и очень интересно.</w:t>
      </w:r>
    </w:p>
    <w:p>
      <w:pPr>
        <w:pStyle w:val="Heading2"/>
      </w:pPr>
      <w:r>
        <w:t>Вопросы к размышлению над этой главой</w:t>
      </w:r>
    </w:p>
    <w:p>
      <w:r>
        <w:rPr/>
        <w:t xml:space="preserve">1. Прочитайте, пожалуйста, если возможно, в подстрочном греческо-русском переводе: Откр.3:18-21; Ин.5:19-24; 15:14-19; 21:15-17; 1Кор.2:9; Прит.17:17; 18:24; 1Пет.1:22; 2:17; 3:8; 2Пет.1:7; Евр.13:1; Кол.3:14-15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Вас радует, что нам открывается новая глубина послания к Лаодикии?</w:t>
      </w:r>
    </w:p>
    <w:p>
      <w:r>
        <w:rPr/>
        <w:t xml:space="preserve">5. Как вы понимаете любовь-филия, о которой идёт речь </w:t>
      </w:r>
      <w:r>
        <w:rPr/>
        <w:t>в этой главе</w:t>
      </w:r>
      <w:r>
        <w:rPr/>
        <w:t>?</w:t>
      </w:r>
    </w:p>
    <w:p>
      <w:r>
        <w:rPr/>
        <w:t>6. В чём отличие агапэ от филия?</w:t>
      </w:r>
    </w:p>
    <w:p>
      <w:r>
        <w:rPr/>
        <w:t>7. Почему Господь решил относиться по-дружески к Лаодикийской церкви?</w:t>
      </w:r>
    </w:p>
    <w:p>
      <w:r>
        <w:rPr/>
        <w:t>8. Дал ли вам стих из Ин.5:20 ключ к более глубокому пониманию послания к Лаодикии?</w:t>
      </w:r>
    </w:p>
    <w:p>
      <w:r>
        <w:rPr/>
        <w:t>9. Кому дано послание к ангелу Лаодикийской Церкви?</w:t>
      </w:r>
    </w:p>
    <w:p>
      <w:r>
        <w:rPr/>
        <w:t>10. Ожидает ли Иисус от нас каких-то конкретных действий в свете послания к Лаодикии?</w:t>
      </w:r>
    </w:p>
    <w:p>
      <w:r>
        <w:rPr/>
        <w:t>11. Какое преимущество даёт нам понимание вести Верного Свидетеля?</w:t>
      </w:r>
    </w:p>
    <w:p>
      <w:r>
        <w:rPr/>
        <w:t>12. Что изменилось в вашей жизни с того момента, когда вы стали изучать Послание к Лаодикии?</w:t>
      </w:r>
    </w:p>
    <w:p>
      <w:r>
        <w:rPr/>
        <w:t>13. Заинтересован ли Иисус в том, чтобы мы изучали Его весть к Лаодикии, понимали её и действовали согласно Его совету?</w:t>
      </w:r>
    </w:p>
    <w:p>
      <w:r>
        <w:rPr/>
        <w:t>14. Что ожидает тех, кто так и не прислушается к совету из Откр.3:18?</w:t>
      </w:r>
    </w:p>
    <w:p>
      <w:r>
        <w:rPr/>
        <w:t>15. Просите ли вы Бога в личных молитвах о более глубоком понимании вести к Лаодикии?</w:t>
      </w:r>
    </w:p>
    <w:p>
      <w:pPr>
        <w:pStyle w:val="Heading2"/>
        <w:pageBreakBefore/>
      </w:pPr>
      <w:r>
        <w:t>Глава 107</w:t>
      </w:r>
    </w:p>
    <w:p>
      <w:pPr>
        <w:pStyle w:val="Heading1"/>
      </w:pPr>
      <w:r>
        <w:t>Закрытая Богом территория</w:t>
      </w:r>
    </w:p>
    <w:p>
      <w:r>
        <w:rPr/>
        <w:t>В обращении к Церкви Лаодикии Верный Свидетель объявляет причину недовольства Своим народом, перечисляя некоторые признаки отступления. Одно из обвинений звучит так: «Ты наг» Откр.3:17. И с этим заявлением Христа стоит разобраться каждому сыну и дочери Бога лично. Далее, в стихе 18, Господь советует купить у Него средство для прикрытия этой наготы.</w:t>
      </w:r>
    </w:p>
    <w:p>
      <w:r>
        <w:rPr/>
        <w:t>Какие виды наготы мы знаем?</w:t>
      </w:r>
    </w:p>
    <w:p>
      <w:r>
        <w:rPr/>
        <w:t>1. Физическая нагота — это когда человек полностью раздет или обнажает те части тела, которые вызывают соблазн или вожделение у противоположного пола.</w:t>
      </w:r>
    </w:p>
    <w:p>
      <w:r>
        <w:rPr/>
        <w:t>2. Душевная нагота — когда человек искренне делится с посторонними людьми тайнами своей души, открывая свои мысли и чувства, делая себя уязвимым, и позволяет другим людям быть в курсе всего происходящего в его личной жизни.</w:t>
      </w:r>
    </w:p>
    <w:p>
      <w:r>
        <w:rPr/>
        <w:t>3. Духовная нагота в свете Библии — это когда верующий человек имеет какую-либо неосознанную или тайную греховную зависимость или живёт в явном грехе, открывая через это своё сердце влиянию злых духов, которые, войдя, лишают душу права на Вечную жизнь. Бог не станет покрывать осквернённую грехом совесть одеждами Своей праведности, пока человек лаодикийского периода не осознает своего печального состояния и не последует совету Верного Свидетеля, вступая в постоянные торговые отношения со Христом. Откр.3:18.</w:t>
      </w:r>
    </w:p>
    <w:p>
      <w:r>
        <w:rPr/>
        <w:t>4. Также наготой может называться естественный вид кого-то или чего-то, без лишних искусственных дополнений или украшений. Это может быть то, к чему не прикасалась рука человека.</w:t>
      </w:r>
    </w:p>
    <w:p>
      <w:r>
        <w:rPr/>
        <w:t>Нагота бывает видимой и невидимой глазу.</w:t>
      </w:r>
    </w:p>
    <w:p>
      <w:r>
        <w:rPr/>
        <w:t>Когда были сотворены первые люди, они были наги. На них не было привычных нам одежд, но Божий свет покрывал их тела как символ чистоты и праведности, в которой Адам и Ева были созданы и укрыты. Грех лишил их этой уникальной одежды, и они увидели, что наги, и убоялись этого. Чтобы как-то прикрыть свою наготу, Адам и жена сделали себе одежды из смоковных листьев, считая, что так они скроют свою проблему. Бог обличил людей во грехе, который сделал их нагими во всех отношениях, и позаботился о том, чтобы дать людям кожаные одежды, сшитые из шкур убитых за грехи людей невинных животных. Так был установлен обряд жертвоприношений, который должен был постоянно напоминать о той цене, которая будет уплачена за грех человека, и о лучшей Жертве, которая будет принесена для избавления от власти греха.</w:t>
      </w:r>
    </w:p>
    <w:p>
      <w:r>
        <w:rPr/>
        <w:t>Когда Господь вывел Свой народ из Египта, тогда через Моисея миру были открыты Божьи законы и постановления. Эти правила регламентировали отношения людей с Богом и друг с другом. Часть этих законов касалась и формы одежды, того, кто и что должен был носить, и насколько открытым это одеяние могло быть.</w:t>
      </w:r>
    </w:p>
    <w:p>
      <w:r>
        <w:rPr/>
        <w:t>Прошло время, и в середине 19 века Господь дал миру через Дух Пророчества весть о Реформе одежды, очень ясно и подробно объясняя те критерии, следование которым ожидается Небом от Божьих детей.</w:t>
      </w:r>
      <w:r>
        <w:rPr/>
        <w:t xml:space="preserve"> </w:t>
      </w:r>
      <w:r>
        <w:rPr/>
        <w:t>Живя в 21 веке, мы не имеем нового света относительно ношения одежды, который бы отменял более ранние постановления. Нам даётся здравый смысл, который позволяет в контексте современной культуры соответствовать Божьим стандартам и не выглядеть при этом нелепо или сексуально.</w:t>
      </w:r>
      <w:r>
        <w:rPr/>
        <w:t xml:space="preserve"> </w:t>
      </w:r>
      <w:r>
        <w:rPr/>
        <w:t>Нас окружает мир, который оказывает стойкое влияние и предлагает свои ценности. Мода диктует нам, как и что надевать. Всевозможные СМИ рекламируют нам товары, которые не соответствуют Божьему свету. Через это враг желает повредить наш разум в этом вопросе и навязать свои понятия и стандарты.</w:t>
      </w:r>
    </w:p>
    <w:p>
      <w:r>
        <w:rPr/>
        <w:t>Церковь не имеет прописанного порядка по пропуску на богослужения людей в той или иной форме одежды. Вас допустят в собрание в любом виде, если вы не совсем голый. И вас не выгонят с богослужения, если ваш вид не будет соответствовать Реформе одежды. Да и свет этой Реформы незнаком многим прихожанам, и о нём всё меньше говорят с кафедры, боясь потерять тех, кто хоть так приходит.</w:t>
      </w:r>
      <w:r>
        <w:rPr/>
        <w:t xml:space="preserve"> </w:t>
      </w:r>
      <w:r>
        <w:rPr/>
        <w:t>В Божьих церквях некоторых регионов мира существуют этические правила, которые не принято нарушать, и есть влияние постоянных членов церкви, которые показывают вновь прибывшим людям из мира, как принято одеваться в этом обществе.</w:t>
      </w:r>
    </w:p>
    <w:p>
      <w:r>
        <w:rPr/>
        <w:t>Господь стоит выше всех человеческих культур и Сам определяет, что прилично, а что нет, что можно открывать, а что должно быть всегда закрыто.</w:t>
      </w:r>
    </w:p>
    <w:p>
      <w:r>
        <w:rPr/>
        <w:t>Одежда — это та закрытая территория и установленная граница, за которую никто не может войти просто так. Я сам решаю, что мне надевать и что мне с себя снимать в той или иной ситуации. Есть люди, которые имеют моральное право нарушать эти границы. Это моя супруга, лечащий врач и в ряде случаев службы спасения или безопасности.</w:t>
      </w:r>
    </w:p>
    <w:p>
      <w:r>
        <w:rPr/>
        <w:t>Бог очень внимателен к тому, что и как я на себя надеваю, и насколько это прилично. Ведь я являюсь Его видимым представителем в этом мире, и мой внешний вид должен отражать святость и чистоту.</w:t>
      </w:r>
    </w:p>
    <w:p>
      <w:r>
        <w:rPr/>
        <w:t>Как бы мир ни пытался стереть эти границы святости в моём понимании, но в Божьих требованиях они остаются незыблемыми. Тем более, что Бог ожидает не только внешнего соответствия моего вида Своим требованиям, но также чтобы и моё внутреннее содержание было на высоте Божьих стандартов. Эти знания не приходят сами по себе. Их необходимо искать, изучать и неукоснительно соблюдать. Вера приходит от слышания, а слышание от слова Божьего. Рим.10:17.</w:t>
      </w:r>
    </w:p>
    <w:p>
      <w:r>
        <w:rPr/>
        <w:t>Называя меня нагим, Господь ожидает, что я приму Его решение этого вопроса и вступлю с Ним в торговые отношения, буду ревностным в изучении посланного Им света и покаюсь в своём тёплом состоянии. Он никогда не опустит эту планку ниже Своих критериев и не сделает Свой свет старомодным или неактуальным.</w:t>
      </w:r>
    </w:p>
    <w:p>
      <w:r>
        <w:rPr/>
        <w:t>Приходящего к Нему грешника Иисус принимает в любом виде, но не оставляет его таким, какой он есть навсегда, но омывает, одевает в Свои одежды и учит мудрости и святости.</w:t>
      </w:r>
    </w:p>
    <w:p>
      <w:r>
        <w:rPr/>
        <w:t>В моём личном пространстве я имею власть и право на установление своих границ, решая что-то сделать тайной, а что-то кому-то открыть. Но то, что Бог закрыл и объявил неприличным, я не могу безнаказанно обнажать.</w:t>
      </w:r>
    </w:p>
    <w:p>
      <w:r>
        <w:rPr/>
        <w:t>Мне нравится в Боге Его постоянство и определённость. Когда я понял, что Он ожидает и требует от меня, тогда я перестал бояться, что когда-то Он изменит Свои постановления или снизит уровень доверия. Он всегда просит подняться выше и постигнуть что-то новое, и Господь последователен в этом росте, не заставляя меня перепрыгивать через то простое, что необходимо изучить, чтобы понять более сложное.</w:t>
      </w:r>
      <w:r>
        <w:rPr/>
        <w:t xml:space="preserve"> </w:t>
      </w:r>
      <w:r>
        <w:rPr/>
        <w:t>Зная, о чём повествует свет Реформы одежды, уже невозможно жить вопреки полученным знаниям, но неукоснительное следование этому свету вызовет ожесточённое сопротивление и насмешки даже в среде единоверцев и даже в семье. К этому надо быть готовым и не стоит этого бояться.</w:t>
      </w:r>
    </w:p>
    <w:p>
      <w:r>
        <w:rPr/>
        <w:t>Для меня важнее быть одетым в Божьих глазах и иметь Его одобрение, чем быть своим в глазах мира и считать, что Богу не так важно, как я выгляжу, а главное, какой я в сердце.</w:t>
      </w:r>
    </w:p>
    <w:p>
      <w:r>
        <w:rPr/>
        <w:t>Ваш внешний вид, друзья, не должен вызывать восхищение, но вызывать уважение. И Бог позаботится об этом, когда вы твёрдо встанете на этот путь.</w:t>
      </w:r>
    </w:p>
    <w:p>
      <w:r>
        <w:rPr/>
        <w:t>Без самостоятельного изучения этого света вы не сможете узнать Божью волю в этом вопросе и будете сдвигать эти границы не в лучшую сторону, попадая под осуждение Верного Свидетеля.</w:t>
      </w:r>
    </w:p>
    <w:p>
      <w:pPr>
        <w:pStyle w:val="Heading2"/>
      </w:pPr>
      <w:r>
        <w:t>Вопросы к размышлению над этой главой</w:t>
      </w:r>
    </w:p>
    <w:p>
      <w:r>
        <w:rPr/>
        <w:t>1. Прочитайте, пожалуйста, Ос.4:6; Ис.1:16-18; Мат.5:20; Ис.64:6; Откр.3:16-19; 7:13-14; 16:15; 19:8; Быт.2:25; 3:6-7,21; 47:42; Исх.20:26; Ис.47:2-3; Втор.22:5; Еккл.9:7-8; 1Пет.3:3-4; Прит.31:25; 1СЦ гл.85, 88</w:t>
      </w:r>
      <w:r>
        <w:rPr/>
        <w:t xml:space="preserve"> в</w:t>
      </w:r>
      <w:r>
        <w:rPr/>
        <w:t xml:space="preserve"> свете это</w:t>
      </w:r>
      <w:r>
        <w:rPr/>
        <w:t>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Вы изучали в «Свидетельствах для Церкви» свет о реформе одежды?</w:t>
      </w:r>
    </w:p>
    <w:p>
      <w:r>
        <w:rPr/>
        <w:t>5. Даёт ли Господь какой-то свет для того, чтобы он был просто где-то записан?</w:t>
      </w:r>
    </w:p>
    <w:p>
      <w:r>
        <w:rPr/>
        <w:t>6. Как Библия называет тех, кто не желает изучать Божью волю и отвергает Божий свет?</w:t>
      </w:r>
    </w:p>
    <w:p>
      <w:r>
        <w:rPr/>
        <w:t>7. Обратили ли вы внимание, сколько внимания было уделено одежде священников и народа?</w:t>
      </w:r>
    </w:p>
    <w:p>
      <w:r>
        <w:rPr/>
        <w:t>8. Как вы думаете, обращает ли Господь Своё внимание на то, как и во что мы одеты?</w:t>
      </w:r>
    </w:p>
    <w:p>
      <w:r>
        <w:rPr/>
        <w:t>9. Стоит ли судить кого-то за то, что его одежда не соответствует тому свету, который открыт вам?</w:t>
      </w:r>
    </w:p>
    <w:p>
      <w:r>
        <w:rPr/>
        <w:t>10. Важно ли понимать, что вопрос об одежде имеет отношение как к внешнему облачению, так и к внутреннему состоянию души?</w:t>
      </w:r>
    </w:p>
    <w:p>
      <w:r>
        <w:rPr/>
        <w:t>11. Какая мне будет польза, если я буду прилично одет, но в мыслях буду далёк от Господа?</w:t>
      </w:r>
    </w:p>
    <w:p>
      <w:r>
        <w:rPr/>
        <w:t>12. Дана ли Реформа одежды только для женщин, или она касается также и мужчин?</w:t>
      </w:r>
    </w:p>
    <w:p>
      <w:r>
        <w:rPr/>
        <w:t>13. В чём отличие приличной одежды от неприличной? Прит.7:10.</w:t>
      </w:r>
    </w:p>
    <w:p>
      <w:r>
        <w:rPr/>
        <w:t>14. Важно ли не только знать и изучать Божий свет, но и жить в нём?</w:t>
      </w:r>
    </w:p>
    <w:p>
      <w:r>
        <w:rPr/>
        <w:t>15. Стоит ли, изучая вопрос о Реформе одежды, помнить о том, что без любви я ничто, и нет мне пользы ни от каких знаний? 1Кор.13:1-3.</w:t>
      </w:r>
    </w:p>
    <w:p>
      <w:pPr>
        <w:pStyle w:val="Heading2"/>
        <w:pageBreakBefore/>
      </w:pPr>
      <w:r>
        <w:t>Глава 108</w:t>
      </w:r>
    </w:p>
    <w:p>
      <w:pPr>
        <w:pStyle w:val="Heading1"/>
      </w:pPr>
      <w:r>
        <w:t>Сколько стоит «бесплатно»?</w:t>
      </w:r>
    </w:p>
    <w:p>
      <w:r>
        <w:rPr/>
        <w:t>Вы когда-нибудь задумывались о том, во что вы обошлись своим родителям, пока не стали зарабатывать сами и жить самостоятельно? Сколько денег было вложено государством в ваше дошкольное воспитание и в ваше образование? Сколько кому-то стоят бесплатные медицинские услуги?</w:t>
      </w:r>
      <w:r>
        <w:rPr/>
        <w:t xml:space="preserve"> </w:t>
      </w:r>
      <w:r>
        <w:rPr/>
        <w:t>Мы постоянно встречаемся по жизни с подобными «бесплатными» услугами и даже не задумываемся о том, сколько стоит это «бесплатно». Но когда-то настаёт такой момент, когда меняется государственный строй или положение вещей, и я сам должен за всё и всех платить. И тогда открывается совсем иная картина.</w:t>
      </w:r>
    </w:p>
    <w:p>
      <w:r>
        <w:rPr/>
        <w:t>Ребёнок не заботится о своём содержании и образовании. У него ещё просто нет мудрости, чтобы всё это вместить и анализировать. И даже если он что-то и поймёт, у него нет сил и возможностей, чтобы что-то заработать и оплатить заботу о себе.</w:t>
      </w:r>
    </w:p>
    <w:p>
      <w:r>
        <w:rPr/>
        <w:t>Подобные вещи не принято обсуждать в нашем обществе. Они относятся к само собой разумеющимся принципам, которые вложены в сознание с самого детства, и мы так и живём, не представляя себе иной жизни.</w:t>
      </w:r>
    </w:p>
    <w:p>
      <w:r>
        <w:rPr/>
        <w:t>Сколько кому-то стоят те подарки и та «халява», которые мы привыкли получать от других, считая себя достойными или недостойными такой чести?</w:t>
      </w:r>
      <w:r>
        <w:rPr/>
        <w:t xml:space="preserve"> </w:t>
      </w:r>
      <w:r>
        <w:rPr/>
        <w:t>А вы когда-нибудь задумывались о том, сколько стоит ваше спасение, и можно ли его как-то оценить принятыми в нашем понимании единицами измерения? Когда стал распадаться Советский Союз, и так называемый «железный занавес» рухнул вместе с ним, тогда для всего христианского мира открылись уникальные возможности для проповеди Евангелия на новых территориях, и в эту страну хлынули потоки всевозможных евангелистов. И они приезжали не с пустыми руками, а везли с собой Хлеб жизни. Я пережил это время и посещал духовные мероприятия, которые проводились в больших залах и на огромных стадионах. Вначале я был любопытным гостем, которого желали спасти заграничные миссионеры, а через несколько лет я сам встречал новых гостей и рассказывал им о Христе.</w:t>
      </w:r>
    </w:p>
    <w:p>
      <w:r>
        <w:rPr/>
        <w:t>Помню, что как-то я спросил братьев, сколько стоит аренда спортивного комплекса, в котором проводилась двухнедельная Евангельская кампания. Мне был дан ответ, что это стоит более миллиона долларов. В то время это была довольно круглая сумма. И кто-то из-за океана привёз эти деньги в чужую страну, чтобы местные аборигены смогли познать истину и стать в ней свободными.</w:t>
      </w:r>
    </w:p>
    <w:p>
      <w:r>
        <w:rPr/>
        <w:t>А сейчас я сам еженедельно или по необходимости жертвую свои деньги на подобные мероприятия, понимая, что бесплатное Евангелие кому-то стоит больших денег.</w:t>
      </w:r>
    </w:p>
    <w:p>
      <w:r>
        <w:rPr/>
        <w:t xml:space="preserve">Возьмите любого продвинутого интернет-блогера, который интересно рассказывает о Христе. Он не просит у вас денег, чтобы приготовить для вас очередной ролик и бесплатно выложить его на свой канал. Но, как правило, за подобными публичными людьми стоит целая команда обученных специалистов, которые работают, не покладая рук, совершенствуют свои навыки, делятся </w:t>
      </w:r>
      <w:r>
        <w:rPr/>
        <w:t>своими откровениями, узнают новые небесплатные пути для продвижения этих каналов в социальных сетях. И за всё это кто-то платит.</w:t>
      </w:r>
    </w:p>
    <w:p>
      <w:r>
        <w:rPr/>
        <w:t>Случайный зритель даже не задумывается о том, сколько было вложено сил, времени и средств, чтобы он смог что-то бесплатно посмотреть.</w:t>
      </w:r>
    </w:p>
    <w:p>
      <w:r>
        <w:rPr/>
        <w:t>А сколько волонтёров трудится повсеместно для продвижения Божьего дела, отдавая свои жизни для проповеди Евангелия? И кто оценит их бесплатный труд?</w:t>
      </w:r>
    </w:p>
    <w:p>
      <w:r>
        <w:rPr/>
        <w:t>Но если взглянуть на весь наш мир и собрать все средства, вложенные в любой труд, в любое дело, собрать все человеко-часы, затраченные на всевозможные дела, и сложить всё вместе, то один спасённый человек, только один, сможет сделать и вложить в миллионы и миллиарды раз больше сил и средств, чем это сделал весь мир за все эпохи своего существования. Этот факт я привожу для сравнения, чтобы вы понимали, как оценивается одна спасённая душа даже в материальном плане.</w:t>
      </w:r>
    </w:p>
    <w:p>
      <w:r>
        <w:rPr/>
        <w:t>Вы когда-нибудь задумывались о том, во что обошлось Богу то «бесплатно», которое вам так назойливо предлагают всевозможные евангелисты? Сколько было уплачено за спасение от смерти только одной души? Какою мерой можно оценить тот вклад, который ежедневно вносят невидимые Небесные силы в наше спасение и образование?</w:t>
      </w:r>
    </w:p>
    <w:p>
      <w:r>
        <w:rPr/>
        <w:t>Сколько стоит одна, только одна капля Божьей крови, которую Он пролил для моего спасения, не требуя за это от меня ничего, но бесплатно предлагая мне принять этот Дар Небес и ожидая, что я буду иметь к этому чрезвычайный интерес? Есть много «бесплатных вещей», которые мы получаем от Бога как само собой разумеющееся, даже не задумываясь о том, во что это обходится Богу, и как нам было бы без этого плохо жить, и смогли бы мы тогда вообще жить.</w:t>
      </w:r>
    </w:p>
    <w:p>
      <w:r>
        <w:rPr/>
        <w:t>Бог не призывает нас оценивать Свой труд, но Ему было бы приятно понимать, что мы осознаём, какая высокая цена была уплачена за наше искупление от власти греха и смерти.</w:t>
      </w:r>
    </w:p>
    <w:p>
      <w:r>
        <w:rPr/>
        <w:t>Закон требует за любой грех смерти грешника, причём вечной смерти или, как называет её Библия, «второй смерти». Откр.20:14. Много ли у вас в запасе этих смертей, чтобы внести положенную плату за каждую свою ошибку и при этом жить дальше? Ответ: только одна, после которой нет никакого права на жизнь. А Иисус Своею смертью внёс эту колоссальную плату за всё человечество, чтобы всякий верующий в Него не погиб, но имел жизнь Вечную. Ин.3:16. Бог Отец отдал Самое Дорогое, что имел, чтобы я мог жить. А потом ещё сделал этот путь ко спасению настолько доступным, чтобы каждый грешник смог бы его найти. И что Он ожидает взамен? Моей веры, чтобы я принял этот план и жил в нём!</w:t>
      </w:r>
      <w:r>
        <w:rPr/>
        <w:t xml:space="preserve"> </w:t>
      </w:r>
      <w:r>
        <w:rPr/>
        <w:t>Как мир оценил Божий вклад в своё спасение? Мало того, что он распял Спасителя, так и теперь гонит всех Его последователей, навязывая всем свои ценности и правила.</w:t>
      </w:r>
    </w:p>
    <w:p>
      <w:r>
        <w:rPr/>
        <w:t>Но Господь не останавливается на достигнутом. Он вносит в план Спасения новые возможности и перспективы развития.</w:t>
      </w:r>
    </w:p>
    <w:p>
      <w:r>
        <w:rPr/>
        <w:t xml:space="preserve">Удивительно и то, что в самом конце времени самому последнему поколению Господь вдруг решает не дарить, а продать самое дорогое, что у Него есть, чтобы сделать победителями тех, кто отзовётся. Откр.3:18. Хоть это и называется Небесной торговлей, а цена за выставленные товары необычная, но за привычное «бесплатно» что-то получить, увы, не получится. И эта торговля входит </w:t>
      </w:r>
      <w:r>
        <w:rPr/>
        <w:t>в Божий план последнего времени, и мне не обойти этот стих. А как хотелось бы иметь это всё просто так, не вкладывая ничего, просто веря, что это моё, и получая всё в изобилии.</w:t>
      </w:r>
    </w:p>
    <w:p>
      <w:r>
        <w:rPr/>
        <w:t>Нам по большому счёту не нужно ничего делать, чтобы бесплатно дышать, пить воду из источников, греться на солнце, есть плоды с деревьев и жить в этом мире. Но для того чтобы иметь оружие победителя, нужно постоянно за это платить, вступая в вечные торговые отношения. Как так? А вот так и иначе никак. Но это то, что сделает нас устойчивыми в последнее время и дарует нам победу.</w:t>
      </w:r>
    </w:p>
    <w:p>
      <w:r>
        <w:rPr/>
        <w:t>Когда-то Небесный Отец вкладывал в наше воспитание и образование очень много, и мы это принимали как норму, но сейчас Он желает, чтобы мы стали самостоятельными и сами определили, что ещё нам нужно, и отозвались на Его совет, данный через Верного Свидетеля.</w:t>
      </w:r>
    </w:p>
    <w:p>
      <w:r>
        <w:rPr/>
        <w:t>Но всегда стоит помнить о том, что, хоть мы и вносим определённую плату за предлагаемые благословения, их истинная цена неимоверно велика и превосходит наше воображение.</w:t>
      </w:r>
    </w:p>
    <w:p>
      <w:pPr>
        <w:pStyle w:val="Heading2"/>
      </w:pPr>
      <w:r>
        <w:t>Вопросы к размышлению над этой главой</w:t>
      </w:r>
    </w:p>
    <w:p>
      <w:r>
        <w:rPr/>
        <w:t xml:space="preserve">1. Прочитайте, пожалуйста, Ис.43:4; 1Кор.6:19-20; 7:23; Зах.11:13; Мат.26:14-16; 27:3-10; Пс.48:7-14; 71:13-14; Прит.3:13-18; Иов.28:12-23; Ис.28:16; 62:11-12; Мат.13:45-46; 1Пет.1:17-20; Еф.4:30; Откр.21:6; 22:17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Как вы оцениваете себя? Во сколько вы обошлись нашему Господу?</w:t>
      </w:r>
    </w:p>
    <w:p>
      <w:r>
        <w:rPr/>
        <w:t>5. Как вы думаете, ценит ли Господь то, во что Он так много всего вложил?</w:t>
      </w:r>
    </w:p>
    <w:p>
      <w:r>
        <w:rPr/>
        <w:t>6. Что бесплатное доброе в этом мире никому ничего не стоит?</w:t>
      </w:r>
    </w:p>
    <w:p>
      <w:r>
        <w:rPr/>
        <w:t>7. Как Бог оценивает то, что Он для нас сделал, и что мы порою не ценим? Рим.3:24.</w:t>
      </w:r>
    </w:p>
    <w:p>
      <w:r>
        <w:rPr/>
        <w:t>8. Почему наше спасение даётся нам бесплатно? Еф.2:8-9.</w:t>
      </w:r>
    </w:p>
    <w:p>
      <w:r>
        <w:rPr/>
        <w:t>9. Почему Господь всё даёт даром (Откр.22:17), а что-то решил продать (Откр.3:18)?</w:t>
      </w:r>
    </w:p>
    <w:p>
      <w:r>
        <w:rPr/>
        <w:t>10. Как понимать Ис 55:1: «Жаждущие! идите все к водам; даже и вы, у которых нет серебра, идите, покупайте и ешьте; идите, покупайте без серебра и без платы вино и молоко»?</w:t>
      </w:r>
    </w:p>
    <w:p>
      <w:r>
        <w:rPr/>
        <w:t>11. Как вы понимаете Прит 23:23: «Купи истину и не продавай мудрости и учения и разума»?</w:t>
      </w:r>
    </w:p>
    <w:p>
      <w:r>
        <w:rPr/>
        <w:t>12. Вам известно значение символов из Откр.3:18?</w:t>
      </w:r>
    </w:p>
    <w:p>
      <w:r>
        <w:rPr/>
        <w:t>13. Оценивают ли ваши ближние по достоинству тот труд и те подарки, которыми вы их благословляете?</w:t>
      </w:r>
    </w:p>
    <w:p>
      <w:r>
        <w:rPr/>
        <w:t>14. Что делать, чтобы понимать истинную ценность ценных вещей и ценить это всегда?</w:t>
      </w:r>
    </w:p>
    <w:p>
      <w:r>
        <w:rPr/>
        <w:t>15. Стоит ли обратить внимание на то, что мы дарим другим, и насколько это ценно? Мал 1:8: «И когда приносите в жертву слепое, не худо ли это? или когда приносите хромое и больное, не худо ли это? Поднеси это твоему князю; будет ли он доволен тобою и благосклонно ли примет тебя? говорит Господь Саваоф».</w:t>
      </w:r>
    </w:p>
    <w:p>
      <w:pPr>
        <w:pStyle w:val="Heading2"/>
        <w:pageBreakBefore/>
      </w:pPr>
      <w:r>
        <w:t>Глава 109</w:t>
      </w:r>
    </w:p>
    <w:p>
      <w:pPr>
        <w:pStyle w:val="Heading1"/>
      </w:pPr>
      <w:r>
        <w:t>На что взираем, в то и преображаемся</w:t>
      </w:r>
    </w:p>
    <w:p>
      <w:r>
        <w:rPr/>
        <w:t>Наш 21 век можно смело назвать веком информации и удивительных открытий в этой области, которая ранее была неизведана, и мы не представляли всех тех возможностей, которые несёт с собой передача информации по воздуху на большие расстояния. Но знания бывают всякие, и всё то, что получает мой разум, является строительным материалом моего мировоззрения.</w:t>
      </w:r>
    </w:p>
    <w:p>
      <w:r>
        <w:rPr/>
        <w:t>В сознании человека есть следующая особенность. Разум формируется на основе того, на чём он больше всего сосредоточен. При этом если я свободный человек и могу сам задавать направление своим стопам на жизненном пути, то моя воля будет мне указывать именно то направление, по которому пойдёт мой разум и моё сердце.</w:t>
      </w:r>
    </w:p>
    <w:p>
      <w:r>
        <w:rPr/>
        <w:t>Помня о том, что я живу в мире, где идёт вселенская борьба между добром и злом за обладание моим разумом, я всегда должен быть на страже своего разума, чтобы не впустить в него ненужное.</w:t>
      </w:r>
    </w:p>
    <w:p>
      <w:r>
        <w:rPr/>
        <w:t>В Библии содержится предупреждение о последнем времени. Читаем Лук.21:26: «Люди будут издыхать от страха и ожидания бедствий, грядущих на вселенную, ибо силы небесные поколеблются». Идёт ли здесь речь обо всём человечестве, включая и верующих, или это пророчество описывает определённую группу людей, разум которых был сосредоточен на этом мире и на всём, что в нём происходит?</w:t>
      </w:r>
    </w:p>
    <w:p>
      <w:r>
        <w:rPr/>
        <w:t>Положите губку в сок и дайте ей впитать в себя эту жидкость. Затем при нажатии она выдаст вам то, чем напитана. Так же устроен и наш разум. Он выдаёт другим то, чем питается, и влияет на ход моих мыслей именно в той сфере, на которую больше всего обращает внимание.</w:t>
      </w:r>
    </w:p>
    <w:p>
      <w:r>
        <w:rPr/>
        <w:t>Если я ожидаю не бедствий, грядущих на Вселенную, а пришествия Христа, и сосредотачиваю свой взор на этом событии, то меня, скорее всего, будут переполнять не страхи и ужас, а благодарение и радость от предстоящей встречи. Я стану изучать все подробности этого события, буду ждать знамений, готовиться к излитию Силы Святого Духа и молиться об этом, стану направлять свой взор к Небу и выпрашивать любовь, которая всё переносит. У меня просто не останется времени на то, что может отвлекать мой взор от Христа.</w:t>
      </w:r>
    </w:p>
    <w:p>
      <w:r>
        <w:rPr/>
        <w:t>Хоть этот мир и видим, и я пока ещё в нём живу, но я могу глазами веры взирать на невидимое и созерцать то, что Господь станет открывать мне в Своей любви и по Своему плану для меня.</w:t>
      </w:r>
    </w:p>
    <w:p>
      <w:r>
        <w:rPr/>
        <w:t xml:space="preserve">Не очень советую вам взирать на военные слухи. Если начать изучать все происходящие конфликты и пытаться в них разобраться, то, возможно, вы станете специалистом в этой сфере, но никогда не узнаете всю правду и истинную причину происходящего так, как знает и видит её Бог. А Он сейчас не будет вам открывать суть вещей. Ваши познания в области военных событий сделают вас диванным экспертом, но никак не повлияют на ход истории. Но самое печальное и страшное, что произойдёт, — это то, что беззаконие этого мира охладит в вашем </w:t>
      </w:r>
      <w:r>
        <w:rPr/>
        <w:t>сердце любовь и наполнит его совершенно другим содержанием. Христос не станет делить Свой престол с теми, кто пристально взирает на мир, изучая науку греха и думая о том, как бы улучшить свою жизнь среди этого зла.</w:t>
      </w:r>
    </w:p>
    <w:p>
      <w:r>
        <w:rPr/>
        <w:t>Иисус обещал, что вместе с Ним на Его престоле будут сидеть победители, те, которые строго следовали Божьему плану, изучали Небесную стратегию, взирали на Небесного Верховного Главнокомандующего и слышали голос Его приказов и откровений. Хоть порою бывает очень тяжело сконцентрироваться на хороших вещах и приходится видеть и происходящее в мире, но окунаться с головой в ту или иную сферу событий — это моё личное решение, которое принимаю только я.</w:t>
      </w:r>
    </w:p>
    <w:p>
      <w:r>
        <w:rPr/>
        <w:t>Например, я беру в руки телефон. Он не заставляет меня смотреть то, что разрушит мой разум и сделает меня непригодным для Вечности. Также смартфон не просит меня слушать полезные проповеди и изучать науку спасения. Он спокойно лежит в моей ладони и ждёт приказа моего пальца, чтобы открыть мне информацию, к которой я, а не он, проявляю интерес. Аналитические программы разработчиков способны распознать, что мне больше всего нравится, и они пытаются подсунуть мне материал на излюбленную тему, но они не могут заставить мой палец идти их путём. Я сам решаю, что для меня важнее. И тут вступают в действие мои воля и разум. Им легче предлагать мне то, чем они уже наполнены.</w:t>
      </w:r>
    </w:p>
    <w:p>
      <w:r>
        <w:rPr/>
        <w:t>Но самое большое влияние на мою волю оказывает её законный муж. Их может быть у любого человека только два. Христос и Его разум или плотский человек и его принципы.</w:t>
      </w:r>
    </w:p>
    <w:p>
      <w:r>
        <w:rPr/>
        <w:t>Если моя воля находится замужем за Христом, то она будет стремиться угождать своему Мужу во всём и не отвлекаться на других мужей. И, взирая на Христа, она станет уподобляться Ему в мыслях и чувствах, и все её желания будут о Нём и для Него.</w:t>
      </w:r>
    </w:p>
    <w:p>
      <w:r>
        <w:rPr/>
        <w:t>Плотская натура ближе к моему сердцу по факту греховной наследственности, и ей всегда проще овладеть моей волей, если та не занята Христом. И желания плоти знакомы моему разуму и постоянно влекут его к себе. Плотский человек не против своего присутствия и в духовных вопросах, и он бы с удовольствием воссел и на Божьем престоле, но любовь никогда не позволит этому произойти. Она или изгонит плотские мысли, или покинет сердце человека навсегда, но не будет соединяться с беззаконием и пропитывать собою греховные вещи.</w:t>
      </w:r>
    </w:p>
    <w:p>
      <w:r>
        <w:rPr/>
        <w:t>Похоть плоти не против того, чтобы носить имя любви и под ним представлять миру свои вожделения. Но она никогда не станет от этого любовью. Как южный полюс никогда не станет северным, так и любовь никогда не будет беззаконием.</w:t>
      </w:r>
      <w:r>
        <w:rPr/>
        <w:t xml:space="preserve"> </w:t>
      </w:r>
      <w:r>
        <w:rPr/>
        <w:t>Взирая на этот мир, я впитываю в себя его ценности, а потом делюсь ими с другими. Взирая на Христа и на Божьи принципы, я пронизываю свой разум Небесным содержанием и буду обязательно этим делиться со всеми.</w:t>
      </w:r>
    </w:p>
    <w:p>
      <w:r>
        <w:rPr/>
        <w:t xml:space="preserve">Предлагая нам купить Свои товары из Откр.3:18, Верный Свидетель желает научить нас постоянству в этих торговых отношениях. Это своего рода взирание на Божью славу и погружение в науку победы над миром. Символически покупая Отца, Сына и Святого Духа, я приобретаю вместе с Ними и Их силу для победы над грехом. Мой разум ставит эту торговлю в приоритете всего, а моя воля </w:t>
      </w:r>
      <w:r>
        <w:rPr/>
        <w:t>прилепляется к Небесному Мужу, Который каждый вечер приходит на ужин, чтобы пообщаться со мной и ещё ближе привлечь меня к Себе.</w:t>
      </w:r>
    </w:p>
    <w:p>
      <w:r>
        <w:rPr/>
        <w:t>Мои воля и разум, моё сердце и желания — это я сам, какой есть, и именно этим моим «я» Господь и желает обладать вечно, отдавая в обмен всего Себя навсегда, на постоянной основе. Хотите ли вы иметь такую торговлю со Спасителем? Если да, то вам нужно навсегда поселиться в Лаодикийском магазине из Откр.3:18 и постоянно взирать на то, что там предлагается, беря для себя столько, сколько нужно иметь каждый день в продолжение всей Вечности.</w:t>
      </w:r>
    </w:p>
    <w:p>
      <w:r>
        <w:rPr/>
        <w:t>Всем тем, кто будет пристально взирать на Христа, искать Его лица, проявлять послушание Его заповедям, Библия обещает даровать Божью защиту на время скорби, особые благословения на всякое время и удивительные откровения для личного возрастания.</w:t>
      </w:r>
    </w:p>
    <w:p>
      <w:r>
        <w:rPr/>
        <w:t>В то время как весь мир будет издыхать от страха, ожидающие Христа будут предвкушать радость предстоящей встречи и перспективу вечного освобождения от влияния зла. А с каким сердцем мне войти в это время скорби, выбираю я сам и сейчас. И благо мне, если мои мысли и чувства пропитаны желанием познавать Истину и вкушать Её. Господь ответит на подобную жажду и даст более просимого.</w:t>
      </w:r>
    </w:p>
    <w:p>
      <w:pPr>
        <w:pStyle w:val="Heading2"/>
      </w:pPr>
      <w:r>
        <w:t>Вопросы к размышлению над этой главой</w:t>
      </w:r>
    </w:p>
    <w:p>
      <w:r>
        <w:rPr/>
        <w:t xml:space="preserve">1. Прочитайте, пожалуйста, 2Кор.3:18; Пс.15:8; 16:15; 39:9; 100:2-6; 118:15; Лук.13:20-21,24; Мат.6:11,19-20; Ис.5:11-12; 26:10; 31:1; Мих.7:7; Евр.12:1-2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Верите ли вы в то, что вещи, на которые вы взираете, формируют ваше сознание и мировоззрение?</w:t>
      </w:r>
    </w:p>
    <w:p>
      <w:r>
        <w:rPr/>
        <w:t>5. Как вы понимаете выражение «взирать»? Как это выглядит в жизни?</w:t>
      </w:r>
    </w:p>
    <w:p>
      <w:r>
        <w:rPr/>
        <w:t>6. Может ли моё мировоззрение влиять на то, на что мне хочется взирать, а на что нет?</w:t>
      </w:r>
    </w:p>
    <w:p>
      <w:r>
        <w:rPr/>
        <w:t>7. Если я буду недолго смотреть на солнце, а потом отведу свой взор на другие пейзажи, то будет ли след от солнца присутствовать в моём зрении даже при закрытых глазах? Как этот пример схож с другими ситуациями?</w:t>
      </w:r>
    </w:p>
    <w:p>
      <w:r>
        <w:rPr/>
        <w:t>8. Могу ли я ни на что не взирать?</w:t>
      </w:r>
    </w:p>
    <w:p>
      <w:r>
        <w:rPr/>
        <w:t>9. Если я взираю только на доброе, означает ли это, что враг никогда не сможет меня соблазнить?</w:t>
      </w:r>
    </w:p>
    <w:p>
      <w:r>
        <w:rPr/>
        <w:t>10. Могу ли я, кратко взглянув на Христа, стать похожим на Него?</w:t>
      </w:r>
    </w:p>
    <w:p>
      <w:r>
        <w:rPr/>
        <w:t>11. Видите ли вы предложение к продолжительным отношениям в совете Иисуса из Откр.3:18?</w:t>
      </w:r>
    </w:p>
    <w:p>
      <w:r>
        <w:rPr/>
        <w:t>12. Узнаю ли я больше того, за кем пристально наблюдаю</w:t>
      </w:r>
      <w:r>
        <w:rPr/>
        <w:t xml:space="preserve"> </w:t>
      </w:r>
      <w:r>
        <w:rPr/>
        <w:t>и кому посвящаю много времени?</w:t>
      </w:r>
    </w:p>
    <w:p>
      <w:r>
        <w:rPr/>
        <w:t>13. Обратили ли внимание на феномен, когда известные артисты могут очень быстро навязывать миру свои ценности даже после краткого просмотра фильма? Какой вывод из этого можно сделать?</w:t>
      </w:r>
    </w:p>
    <w:p>
      <w:r>
        <w:rPr/>
        <w:t>14. Изменилось ли что-то в вашей жизни после того, как вы стали взирать на Иисуса?</w:t>
      </w:r>
    </w:p>
    <w:p>
      <w:r>
        <w:rPr/>
        <w:t>15. Если вам до сих пор не был знаком закон влияния и преображения при взирании на что-то, то означает ли это, что вы ни во что не преображались?</w:t>
      </w:r>
    </w:p>
    <w:p>
      <w:pPr>
        <w:pStyle w:val="Heading2"/>
        <w:pageBreakBefore/>
      </w:pPr>
      <w:r>
        <w:t>Глава 110</w:t>
      </w:r>
    </w:p>
    <w:p>
      <w:pPr>
        <w:pStyle w:val="Heading1"/>
      </w:pPr>
      <w:r>
        <w:t>Престол Божий</w:t>
      </w:r>
    </w:p>
    <w:p>
      <w:r>
        <w:rPr/>
        <w:t>В послании к Лаодикии Господь объявляет награду победителю — Свой престол. Читаем в Откр 3:21: «Побеждающему дам сесть со Мною на престоле Моём, как и Я победил и сел с Отцем Моим на престоле Его». Не представляя себе, что это значит, можно даже не обратить внимание на величие этой награды. Думаю, что воинство падших ангелов было возмущено, когда услышало подобное заявление. Сатана был сброшен с Неба, потому что он говорил в сердце своём: «взойду на небо, выше звёзд Божиих вознесу престол мой и сяду на горе в сонме богов, на краю севера; взойду на высоты облачные, буду подобен Всевышнему». Ис.14:13-14. Представляете, какую зависть и ненависть сейчас испытывает враг души к тем, кто является кандидатом на это место и порою даже не ценит и не понимает, что предлагается побеждающему.</w:t>
      </w:r>
    </w:p>
    <w:p>
      <w:r>
        <w:rPr/>
        <w:t>Не нам решать, какую награду нам предстоит получить. Благодаря нашему смирению и неведению мы согласны на самое скромное место и статус в Небесном Царстве, поэтому величие предлагаемого вознаграждения не будоражит наше сознание.</w:t>
      </w:r>
    </w:p>
    <w:p>
      <w:r>
        <w:rPr/>
        <w:t>Живя в материальном мире, мы часто становимся свидетелями всевозможных соревнований, выявляющих одного победителя, которому по статусу полагается главный приз. И порою многие проигравшие являются лучшими из лучших, но награда достаётся одному человеку или одной команде. Но в Божьем плане спасения награду получают все. И это радует сердце и даёт надежду на то, что это Божье обещание имеет силу и для меня, если я буду следовать советам Верного Свидетеля и войду с Ним в постоянные торговые и дружеские отношения.</w:t>
      </w:r>
    </w:p>
    <w:p>
      <w:r>
        <w:rPr/>
        <w:t>Престол — это символ высшей государственной власти, суда и правления. Он может быть как буквальным возвышенным местом, на котором установлен величественный трон монарха или духовного лидера, так и в переносном смысле означать высшую правительственную власть, с которой должны считаться все подданные.</w:t>
      </w:r>
    </w:p>
    <w:p>
      <w:r>
        <w:rPr/>
        <w:t>Божий престол — это реальное место присутствия Божьего, на котором Он восседает как Царь и Правитель Вселенной. Это центр Небесного Царства. А в духовном смысле — это место в сердце человека, который избрал Бога своим Господом и Спасителем и позволил Христу установить Свой престол в своей душе. Это духовная власть Божества, способная изменить и очистить греховные сердца и сделать последователей Христа достойными гражданами Небесного Царства.</w:t>
      </w:r>
    </w:p>
    <w:p>
      <w:r>
        <w:rPr/>
        <w:t>Где есть Божий престол, там находится и Божье Царство, а оно, по словам Иисуса, внутри нас есть. Лук.17:21.</w:t>
      </w:r>
    </w:p>
    <w:p>
      <w:r>
        <w:rPr/>
        <w:t>Библейское описание Божьего престола показывает нам место, на котором восседает Сам Бог. Также нам даётся понимание, что основанием этого престола являются небо и земля, правосудие и правота, правда и суд, милость и истина.</w:t>
      </w:r>
    </w:p>
    <w:p>
      <w:r>
        <w:rPr/>
        <w:t xml:space="preserve">В первой главе книги пророка Иезекииля нам представляется подробное описание Божьего престола, для которого пророк не мог найти подходящих слов, и поэтому мы видим такие неопределённые выражения: «как бы» и «подобно». </w:t>
      </w:r>
      <w:r>
        <w:rPr/>
        <w:t>На самом деле бывает очень сложно описать то, что не имеет аналогов в нашем видимом мире, и придумать слова, которые бы отражали действительность и были понятны читателям.</w:t>
      </w:r>
    </w:p>
    <w:p>
      <w:r>
        <w:rPr/>
        <w:t>Изучая вопрос о Божьем престоле, можно прийти к заключению о том, что на Небе есть стационарный престол в виде превознесённого трона, на котором восседает Владыка Вселенной, а также существует и мобильный престол в виде огненной колесницы с четырьмя огненными колёсами. И эта колесница доставляет Господа туда, где Ему необходимо видимо присутствовать.</w:t>
      </w:r>
    </w:p>
    <w:p>
      <w:r>
        <w:rPr/>
        <w:t>Библия повествует и о том, что помимо Божьего престола на Небе есть и иные престолы, на которых восседают судьи, облечённые Божественной силой и властью. Откр.4:4. Также и Своим ученикам Иисус говорил, что они займут 12 престолов, чтобы судить 12 колен. Лук.22:30.</w:t>
      </w:r>
    </w:p>
    <w:p>
      <w:r>
        <w:rPr/>
        <w:t>В книге Дан.7:9-10 описывается мобильный престол Бога, из которого выходила огненная река. А в книге Откр.22:1 показан Вечный Белый Престол Бога и Агнца, из которого исходит река жизни, светлая, как кристалл.</w:t>
      </w:r>
    </w:p>
    <w:p>
      <w:r>
        <w:rPr/>
        <w:t>В трудах Духа Пророчества мы также можем найти описание стационарного и мобильного Божьего престола в Небесном Святилище. (Ранние произведения, стр. 55)</w:t>
      </w:r>
    </w:p>
    <w:p>
      <w:r>
        <w:rPr/>
        <w:t>Нигде и никогда Господь не давал Своего престола никому, кроме Христа, когда Тот как Победитель греха и сатаны взошёл на Небо со Своей кровью, пролитой для искупления человечества. Но затем в Послании к Лаодикии Иисус обещает победителям, что они разделят место на Его престоле. Что это означает, лично мне сложно осознать и объяснить, потому что понимание этих слов лежит пока за пределами ограниченной человеческой фантазии, и, думаю, многим небожителям это также до конца непонятно. Наш Господь любит облекать тайной многие Свои решения, а потом открывать эти тайны ищущим и жаждущим душам.</w:t>
      </w:r>
    </w:p>
    <w:p>
      <w:r>
        <w:rPr/>
        <w:t>Библия также повествует о том, что сатана тоже имел свой престол на Небе, который он мечтал вознести выше всех, а сейчас его престол на земле, который он даёт зверю из Откр.13:2.</w:t>
      </w:r>
    </w:p>
    <w:p>
      <w:r>
        <w:rPr/>
        <w:t>Также в Откр.2:13 говорится о буквальном видимом престоле сатаны, который был установлен в Пергаме и на котором приносили человеческие жертвы. Время похоронило под землёй этот престол, но по каким-то странным обстоятельствам это культовое сооружение было найдено археологами, раскопано, перевезено в центр Европы и заняло новое место в Пергамском музее города Берлин как историческая достопримечательность. Однако суть и назначение этого сооружения не изменились, и те, кто занимался установкой этого памятника на новом месте, возможно, даже и не представляют, что они внесли в европейскую культуру. И вполне возможно, что в скором времени это сооружение возобновит свои ритуалы по тому назначению, с которым оно строилось в начале своего рождения.</w:t>
      </w:r>
    </w:p>
    <w:p>
      <w:r>
        <w:rPr/>
        <w:t>Библия обещает нам, что на престол и царство сатаны будут излиты суды и язвы, и никто не покается, и это царство будет повержено навсегда. Откр.16:10-11.</w:t>
      </w:r>
    </w:p>
    <w:p>
      <w:r>
        <w:rPr/>
        <w:t>А Божий престол будет превознесён и утверждён вовеки, и ничто его не поколеблет.</w:t>
      </w:r>
    </w:p>
    <w:p>
      <w:r>
        <w:rPr/>
        <w:t>Божий престол на земле — это Его видимая церковная организация, устроенная по Небесным принципам, а также и невидимая глазу церковь Христа, которая разбросана по всему миру и состоит из дочерей и сыновей Божьих, находящихся в настоящее время во всевозможных деноминациях, но чтущих Бога по совести и согласно полученному свету. Вскоре настанет то время, когда Господь очистит Свой народ и повелит всем Своим детям выйти из духовного Вавилона и стать одним народом-победителем, которому обещана великая награда. Эти люди удостоятся чести встречать своего Спасителя в числе живых победителей.</w:t>
      </w:r>
    </w:p>
    <w:p>
      <w:r>
        <w:rPr/>
        <w:t>Божий престол — это власть Божьей любви Агапэ над сердцами и разумом Божьих детей. Это личное присутствие Бога через Святого Духа в разуме верующего человека. А там, где находится Божий престол, устанавливается и Божье Царство.</w:t>
      </w:r>
    </w:p>
    <w:p>
      <w:r>
        <w:rPr/>
        <w:t>Называя нас царями и царственным священством, авторы этих слов не ошиблись, а описали то, что на самом деле является истиной. 1Пет.2:9.</w:t>
      </w:r>
    </w:p>
    <w:p>
      <w:r>
        <w:rPr/>
        <w:t>Самое интересное заключается в том, что победители получат правое место рядом с Иисусом на Его престоле и будут вместе с Ним царствовать и петь об этом новую песню. Откр.5:9-10.</w:t>
      </w:r>
    </w:p>
    <w:p>
      <w:r>
        <w:rPr/>
        <w:t>А сейчас время приготовления к этому удивительному статусу под названием «побеждающий».</w:t>
      </w:r>
    </w:p>
    <w:p>
      <w:pPr>
        <w:pStyle w:val="Heading2"/>
      </w:pPr>
      <w:r>
        <w:t>Вопросы к размышлению над этой главой</w:t>
      </w:r>
    </w:p>
    <w:p>
      <w:r>
        <w:rPr/>
        <w:t xml:space="preserve">1. Прочитайте, пожалуйста, Евр.1:3; Ис.6:1; 66:1; Пс.88:15; 96:2; 3Цар.10:18-20; 22:19; Иов.26:9; 36:7; Пс.9:8; 10:4; 44:7; Прит.16:2; 20:28; Иер.17:12; Плач.5:19; Дан.7:9-10; Мат.5:34; 25:31-32; Откр.4:5-6; 20:11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О каком престоле идёт речь в Откр.3:21?</w:t>
      </w:r>
    </w:p>
    <w:p>
      <w:r>
        <w:rPr/>
        <w:t>5. Почему сатана был изгнан с Небес за то, что возмечтал вознести престол свой и быть подобным Всевышнему?</w:t>
      </w:r>
    </w:p>
    <w:p>
      <w:r>
        <w:rPr/>
        <w:t>6. Почему Господь обещает нам то, о чём так мечтал сатана?</w:t>
      </w:r>
    </w:p>
    <w:p>
      <w:r>
        <w:rPr/>
        <w:t>7. Вы понимаете величие той награды, которую обещают дать победителю?</w:t>
      </w:r>
    </w:p>
    <w:p>
      <w:r>
        <w:rPr/>
        <w:t>8. Вам бы хотелось быть рядом с Иисусом на Его престоле?</w:t>
      </w:r>
    </w:p>
    <w:p>
      <w:r>
        <w:rPr/>
        <w:t>9. Что нужно для того, чтобы получить обещанную Богом награду?</w:t>
      </w:r>
    </w:p>
    <w:p>
      <w:r>
        <w:rPr/>
        <w:t>10. Кто из верующих последнего времени никогда не получит обещанное в Откр.3:21?</w:t>
      </w:r>
    </w:p>
    <w:p>
      <w:r>
        <w:rPr/>
        <w:t>11. Что мне делать, если я хочу быть побеждающим, но не знаю, как стать таковым?</w:t>
      </w:r>
    </w:p>
    <w:p>
      <w:r>
        <w:rPr/>
        <w:t>12. Почему только побеждающий воссядет со Христом на престоле, а не все труждающиеся и обременённые?</w:t>
      </w:r>
    </w:p>
    <w:p>
      <w:r>
        <w:rPr/>
        <w:t>13. Легко ли быть победителем?</w:t>
      </w:r>
    </w:p>
    <w:p>
      <w:r>
        <w:rPr/>
        <w:t>14. Будут ли остальные небожители считаться с той властью, которую получат спасённые?</w:t>
      </w:r>
    </w:p>
    <w:p>
      <w:r>
        <w:rPr/>
        <w:t>15. Хотели бы вы получить Божий престол, на котором не будет Христа?</w:t>
      </w:r>
    </w:p>
    <w:p>
      <w:pPr>
        <w:pStyle w:val="Heading2"/>
        <w:pageBreakBefore/>
      </w:pPr>
      <w:r>
        <w:t>Глава 111</w:t>
      </w:r>
    </w:p>
    <w:p>
      <w:pPr>
        <w:pStyle w:val="Heading1"/>
      </w:pPr>
      <w:r>
        <w:t>Свидетель Верный и Истинный</w:t>
      </w:r>
    </w:p>
    <w:p>
      <w:r>
        <w:rPr/>
        <w:t>Послание к церкви Лаодикийского периода начинается со слов: «И Ангелу Лаодикийской церкви напиши: так говорит Аминь, Свидетель Верный и Истинный, Начало создания Божия» Откр.3:14.</w:t>
      </w:r>
    </w:p>
    <w:p>
      <w:r>
        <w:rPr/>
        <w:t>Принято считать, что Лаодикийский период берёт отсчёт с момента начала Божьего суда на Небе, в 1844 году, когда исполнилось пророчество Даниила о 2300 вечеров и утр, и Христос приступил к заключительной фазе очищения Святилища, войдя во Святое Святых со Своей кровью.</w:t>
      </w:r>
    </w:p>
    <w:p>
      <w:r>
        <w:rPr/>
        <w:t>Лаодикия в переводе с греческого означает: лаос — народ, каес — право, или в некоторых переводах суд. Лаодикия того времени была очень богатым городом, имеющим свои текстильные производства, банки и фармацевтические предприятия, что делало её финансово независимой от других регионов. Когда в 61 году н.э. этот город был разрушен землетрясением, жители Лаодикии отказались от государственной помощи на восстановление развалин и своими силами воздвигли новые строения, чем впоследствии очень гордились.</w:t>
      </w:r>
    </w:p>
    <w:p>
      <w:r>
        <w:rPr/>
        <w:t>Ангел — это греческое слово «ангелос», которое означает вестник, посланник. В данном случае это может быть как личным обращением к буквальному руководству буквальной церкви Лаодикии, так и к вестникам последнего времени.</w:t>
      </w:r>
      <w:r>
        <w:rPr/>
        <w:t xml:space="preserve"> </w:t>
      </w:r>
      <w:r>
        <w:rPr/>
        <w:t>«Так говорит…» — заповедь начинается тогда, когда начинает говорить Господь. Он немногословен в Своих изречениях, но каждое Его слово имеет глубину и смысл и исполняет то, для чего оно произносится. Иисус представляется Своей церкви и называет Себя многими именами, каждое из которых характеризует определённую особенность, которую Господу крайне важно подчеркнуть и выделить именно в это время человеческой истории.</w:t>
      </w:r>
    </w:p>
    <w:p>
      <w:r>
        <w:rPr/>
        <w:t>Записывая пророческие видения, апостол Иоанн в самом начале называет Христа Свидетелем Верным (Откр.1:5), чтобы впоследствии все читатели этой пророческой книги обратили своё внимание на имя Иисуса.</w:t>
      </w:r>
    </w:p>
    <w:p>
      <w:r>
        <w:rPr/>
        <w:t>Читаем в книге Пс 88:36-38: «Однажды Я поклялся святостью Моею: солгу ли Давиду? Семя его пребудет вечно, и престол Его, как солнце, предо Мною, вовек будет твёрд, как луна, и Верный Свидетель на небесах». Применяя к Себе это имя, Господь напомнил знатокам Писания это пророческое пение, которое в точности исполнилось, и теперь этот Верный Свидетель пребывает вечно, и престол Его так же вечен, как Солнце.</w:t>
      </w:r>
    </w:p>
    <w:p>
      <w:r>
        <w:rPr/>
        <w:t>Аминь — это древнееврейское слово «амэн», которое означает согласие с услышанным или сказанным и переводится: «да будет так». То же звучание и смысл это слово имеет и в древнегреческом языке. Оно переводится «верно». Обычно «аминь» произносится после молитвы или в знак согласия с услышанным. Господь называет Себя этим именем, давая понять, что все Его слова верны, имеют силу и обязательно исполнятся. Это имя словно ставит печать на все Божьи изречения и делает их неприкосновенными, не подлежащими изменению.</w:t>
      </w:r>
    </w:p>
    <w:p>
      <w:r>
        <w:rPr/>
        <w:t>Назвав Себя так или иначе, Господь не просто произнёс первое, что пришло на ум. Он вложил в каждое имя глубокий смысл, чтобы читающий и изучающий могли проникнуться глубиной откровения и понять, что имеют дело с Тем, Чьи слова верны и истинны и обязательно исполнятся. Если Сам Господь утверждает, что «да будет так», то так оно и будет. Это имя Христа призывает нас иметь веру в то, что Божьи слова обязательно совершат то, для чего были сказаны.</w:t>
      </w:r>
    </w:p>
    <w:p>
      <w:r>
        <w:rPr/>
        <w:t>Стоит заметить, что обычно слово «аминь» говорится в заключение чего-то, а в этом послании оно произносится в самом начале. Это может означать, что обращение к Лаодикии — это последнее и верное предупреждение. Пророчество состоится в положенное время. Оно обязательно сбудется в точности.</w:t>
      </w:r>
    </w:p>
    <w:p>
      <w:r>
        <w:rPr/>
        <w:t>Свидетель — это тот, кто был или будет очевидцем каких-либо событий и может дать объективное описание того, что он видел и переживал, не привнося в это своих домыслов. Человек, который не присутствовал при определённых событиях или искажающий реальность, называется лжесвидетелем. В судебной, исторической или научной практике свидетель может стать единственным источником истинных доказательств, чтобы направить исследование в правильном направлении.</w:t>
      </w:r>
    </w:p>
    <w:p>
      <w:r>
        <w:rPr/>
        <w:t>Господь называет Себя Свидетелем, подчёркивая при этом, что Он Верный и Истинный. Свидетель уже сам по себе не может быть ложным, но дополнительные имена дают нам понять, что каждое слово Христа обязательно в точности исполнит то, для чего было сказано.</w:t>
      </w:r>
    </w:p>
    <w:p>
      <w:r>
        <w:rPr/>
        <w:t>Верный — это тот, кто сохраняет верность и является надёжным, преданным и оправдывающим ожидания. Бог по Своей сути является Самым верным Исполнителем Своих обещаний и слов. Пророки неоднократно указывали на это удивительное свойство Божьего характера — быть верным всем Своим словам и обещаниям и исполнять их в абсолютном соответствии с целью, с которой они были сказаны. Это также означает, что на Верного Свидетеля можно положиться, потому что Его слова будут надёжным и непоколебимым основанием для дальнейшего строительства отношений. Верность Бога формирует во мне доверие, которое уповает на исполнение Богом каждого Своего слова именно тогда, когда Он посчитает нужным, или когда придёт время исполнения.</w:t>
      </w:r>
    </w:p>
    <w:p>
      <w:r>
        <w:rPr/>
        <w:t>Истинный — это правдивый и полностью соответствующий реальности, охватывающий, учитывающий и включающий в себя всю объективную информацию о ком-то или о чём-то. Истина не может быть лживой или неопределённой, иначе она не является истиной.</w:t>
      </w:r>
    </w:p>
    <w:p>
      <w:r>
        <w:rPr/>
        <w:t>Однажды Иисус уже заявил о Себе следующими словами. «Я есмь путь и истина и жизнь; никто не приходит к Отцу, как только через Меня» Ин.14:6. Его непорочная жизнь и безупречная верность Божьему закону подтвердили это заявление, а Его смерть утвердила за Ним эти имена навсегда.</w:t>
      </w:r>
    </w:p>
    <w:p>
      <w:r>
        <w:rPr/>
        <w:t>«Начало создания Божия». Этим именем Господь назвал Себя неслучайно. Он вложил в это понятие очень глубокий смысл. Иисус сказал этим о Своём вечном бытии, ведь через Него всё начало быть и ничто не начало быть, что начало быть. Ин.1:3.</w:t>
      </w:r>
    </w:p>
    <w:p>
      <w:r>
        <w:rPr/>
        <w:t xml:space="preserve">С какой любовью Господь обращается к Своему народу в этом послании, желая указать на проблему и дать выход! При тщательном исследовании каждого слова </w:t>
      </w:r>
      <w:r>
        <w:rPr/>
        <w:t>этой вести мы открываем для себя глубокий смысл Божьего обращения к Своей церкви и неимоверного желания спасти каждого её члена, сделав его победителем. Все имена Бога, названные в этом послании, имеют один общий корень — «Любовь». Именно из любви к нам Иисус передаёт эту печальную и обличительную весть, желая, чтобы мы прислушались к ней и исполнили всё то, что Он советует.</w:t>
      </w:r>
    </w:p>
    <w:p>
      <w:r>
        <w:rPr/>
        <w:t>Хоть первый стих послания не несёт никакого призыва, но он показывает нам величие и могущество Того, Кто к нам обращается с этой прекрасной вестью. А если учесть внешний вид Говорящего, который был описан чуть раньше, то это звучит величественно.</w:t>
      </w:r>
    </w:p>
    <w:p>
      <w:r>
        <w:rPr/>
        <w:t>Читаем в Откр 1:3: «Блажен читающий и слушающие слова пророчества сего и соблюдающие написанное в нем; ибо время близко». Здесь говорится о том, что будет читающий, в данном случае это тот, кто вам это пишет, слушающие — это вы, те, кто читает, и соблюдающие — это те, кто имеют уши и, вчитываясь в каждое слово, стараются в точности исполнить то, к чему их призывают. Простым слушателям не будет никакой пользы от новых знаний, но исполнители слова станут победителями и получат награду. Читаем Ин 13:17: «Если это знаете, блаженны вы, когда исполняете».</w:t>
      </w:r>
    </w:p>
    <w:p>
      <w:pPr>
        <w:pStyle w:val="Heading2"/>
      </w:pPr>
      <w:r>
        <w:t>Вопросы к размышлению над этой главой</w:t>
      </w:r>
    </w:p>
    <w:p>
      <w:r>
        <w:rPr/>
        <w:t xml:space="preserve">1. Прочитайте, пожалуйста, Откр.19:11; 2Кор.1:20; Ин.1:1-3; Пс.40:14; 71:18-19; 145:5-6; Втор.7:9; Мар.16:20; Откр.21:5-6; 22:13,20-21; Прит.14:15,25; Плач.3:22-23 </w:t>
      </w:r>
      <w:r>
        <w:rPr/>
        <w:t>в свете этой главы</w:t>
      </w:r>
      <w:r>
        <w:rPr/>
        <w:t>.</w:t>
      </w:r>
    </w:p>
    <w:p>
      <w:r>
        <w:rPr/>
        <w:t>2. Какие ещё стихи пришли вам на память?</w:t>
      </w:r>
    </w:p>
    <w:p>
      <w:r>
        <w:rPr/>
        <w:t xml:space="preserve">3. </w:t>
      </w:r>
      <w:r>
        <w:rPr/>
        <w:t>Что вы поняли из этой главы</w:t>
      </w:r>
      <w:r>
        <w:rPr/>
        <w:t>?</w:t>
      </w:r>
    </w:p>
    <w:p>
      <w:r>
        <w:rPr/>
        <w:t>4. Вам интересно открывать в Боге что-то новое и прекрасное?</w:t>
      </w:r>
    </w:p>
    <w:p>
      <w:r>
        <w:rPr/>
        <w:t>5. Какие ещё имена Бога вы знаете?</w:t>
      </w:r>
    </w:p>
    <w:p>
      <w:r>
        <w:rPr/>
        <w:t>6. Почему Господь очень часто называет Себя новыми именами?</w:t>
      </w:r>
    </w:p>
    <w:p>
      <w:r>
        <w:rPr/>
        <w:t>7. Почему Иисус дал Себе имя «Аминь» в самом начале послания к Лаодикии?</w:t>
      </w:r>
    </w:p>
    <w:p>
      <w:r>
        <w:rPr/>
        <w:t>8. Как вы думаете, является ли послание к Лаодикии истинным посланием для нашего времени?</w:t>
      </w:r>
    </w:p>
    <w:p>
      <w:r>
        <w:rPr/>
        <w:t>9. Ожидает ли Верный Свидетель того, что Его весть привлечёт к себе внимание Божьего народа и будет тщательно нами изучаться?</w:t>
      </w:r>
    </w:p>
    <w:p>
      <w:r>
        <w:rPr/>
        <w:t>10. Как вы думаете, ошибся ли Господь, не говоря никаких слов похвалы для Лаодикийской церкви?</w:t>
      </w:r>
    </w:p>
    <w:p>
      <w:r>
        <w:rPr/>
        <w:t>11. Верите ли вы в то, что каждое послание Христа к семи церквям из Откр.2-3 является обращением к христианам разных эпох и периодов?</w:t>
      </w:r>
    </w:p>
    <w:p>
      <w:r>
        <w:rPr/>
        <w:t>12. Что будет с теми, кто проигнорирует изучение Вести Верного Свидетеля и будет изучать что-то другое?</w:t>
      </w:r>
    </w:p>
    <w:p>
      <w:r>
        <w:rPr/>
        <w:t>13. Стоит ли при изучении книги Откровение всегда помнить стихи из Откр.1:3 и Откр.22:18-19? Пугают ли вас подобные заявления?</w:t>
      </w:r>
    </w:p>
    <w:p>
      <w:r>
        <w:rPr/>
        <w:t>14. Благословит ли Господь людей, которые решат изучить весть Верного Свидетеля и исполнить всё, написанное в ней?</w:t>
      </w:r>
    </w:p>
    <w:p>
      <w:r>
        <w:rPr/>
        <w:t>15. Вам нравится изучать послание к Лаодикии?</w:t>
      </w:r>
    </w:p>
    <w:p>
      <w:pPr>
        <w:pStyle w:val="Heading2"/>
        <w:pageBreakBefore/>
      </w:pPr>
      <w:r>
        <w:t>Глава 112</w:t>
      </w:r>
    </w:p>
    <w:p>
      <w:pPr>
        <w:pStyle w:val="Heading1"/>
      </w:pPr>
      <w:r>
        <w:t>Обычный лаодикиец</w:t>
      </w:r>
    </w:p>
    <w:p>
      <w:r>
        <w:rPr/>
        <w:t>Читаем Иер 6:16: «Так говорит Господь: остановитесь на путях ваших и рассмотрите, и расспросите о путях древних, где путь добрый, и идите по нему, и найдёте покой душам вашим. Но они сказали: „не пойдём“».</w:t>
      </w:r>
    </w:p>
    <w:p>
      <w:r>
        <w:rPr/>
        <w:t>Послание Иисуса к Лаодикийской церкви уместилось в девяти стихах третьей главы книги Откровение. Их можно при желании очень быстро выучить наизусть и кратко пересказать.</w:t>
      </w:r>
    </w:p>
    <w:p>
      <w:r>
        <w:rPr/>
        <w:t>А ведь если посмотреть на суть этой вести и на то, что в ней предлагает нам Верный Свидетель, то легко понять следующее. Если не принять совет Христа, то все последующие предложения будут звучать не для тебя.</w:t>
      </w:r>
    </w:p>
    <w:p>
      <w:r>
        <w:rPr/>
        <w:t>Давайте рассмотрим эту весть на примере обычного лаодикийца, который является членом Божьей церкви, законопослушен, верит в Бога и читает Библию. Верный Свидетель, встречаясь с ним на страницах книги Откровения, утверждает, что он тёплый и вызывает у Господа тошноту. Я слушаю такую оценку и соглашаюсь. А куда денешься, ведь это объявляет Тот, Кто никогда не ошибается! Само моё признание и согласие со Христом является хорошим началом для покаяния. Я опускаю глаза и голову и говорю: «Аминь». После этого я приглашаю Иисуса в свою жизнь и прошу навести в ней порядок. Господь заходит в одну из моих потаённых комнат души и начинает мне рассказывать о том, как в ней грязно, как много мусора и насколько неприятно пахнет. Я вновь соглашаюсь с Ним и заявляю: «Господи, Ты же знаешь, что я люблю Тебя и без Тебя не представляю своей жизни». А Он говорит мне в ответ: «Я знаю все дела твои, что ты Меня любишь, поэтому и пришёл к тебе, чтобы навести порядок в твоём доме и удалить из него то, что Мне неугодно».</w:t>
      </w:r>
    </w:p>
    <w:p>
      <w:r>
        <w:rPr/>
        <w:t>Я же отвечаю: «Дорогой мой Спаситель, я так благодарен Тебе за Твои обличения, но мне не мешает эта грязь любить Тебя, и я не считаю чем-то важным уборку в моих комнатах, да и запах мне не мешает. Я считаю, что главное у меня есть — это любовь к Тебе, да и к ближним я тоже неравнодушен. Но если Тебе не нравится мой беспорядок, то убери это Сам. Я не против, но сам ничего не собираюсь делать. Ты это можешь, я знаю, и сделаешь это лучше меня».</w:t>
      </w:r>
    </w:p>
    <w:p>
      <w:r>
        <w:rPr/>
        <w:t>Иисус выслушал моё искреннее признание и, улыбнувшись, продолжил: «Друг, Я всегда сотрудничаю с людьми и выполняю ту часть работы, которую не в силах делать люди, если они дееспособны. Я позволяю многим естественным процессам целенаправленно участвовать в решении многих твоих задач, но есть такие вещи, которые за тебя никто не будет делать. Убирать свою постель, чистить зубы, прилично одеваться и прочие вещи должен делать ты сам. Хотя ты можешь нанять для этого людей и платить им за подобные услуги, но в отношении Неба у тебя не получится подыскать себе замену в том, что ты должен сделать сам».</w:t>
      </w:r>
    </w:p>
    <w:p>
      <w:r>
        <w:rPr/>
        <w:t>Я слушаю и отвечаю: «Господи, но ведь я верю в Тебя, неужели этого недостаточно? Можешь не обращать внимание на мой мусор и беспорядок в доме? Ведь Ты Сам говорил, что приходящего к Тебе не изгонишь вон! И я пришёл к Тебе, чтобы быть всегда Твоим. Что Тебя не устраивает?»</w:t>
      </w:r>
    </w:p>
    <w:p>
      <w:r>
        <w:rPr/>
        <w:t>Иисус продолжил: «Я принимаю тебя таким, какой ты есть, но в Моих планах есть цель — не оставлять тебя таким навсегда, а очистить, омыть, одеть, обогатить и научить. Неужели тебе приятно жить в грязи, из которой Я хочу тебя вытащить? Ты даже не знаешь, насколько ты жалок вот в этом своём состоянии, и как от тебя противно пахнет. В таком голом и грязном обличии тебя не пустят на Небо. Ничто нечистое не войдёт туда».</w:t>
      </w:r>
    </w:p>
    <w:p>
      <w:r>
        <w:rPr/>
        <w:t>Я подумал и спросил: «Господи, разве Тебе не нравится, как я пою псалмы, с каким благословением я прихожу на богослужение, как я готовлюсь к встрече субботы? Неужели Ты на это не обращаешь внимания, а видишь только грязь в моей жизни? Ведь если я так начну оценивать других, то стану критиканом и потеряю право на Вечность!»</w:t>
      </w:r>
    </w:p>
    <w:p>
      <w:r>
        <w:rPr/>
        <w:t>Иисус с улыбкой продолжил: «К ученикам первого класса требования не так высоки, как к тем, кого мы набираем в число 144.000. Это будет особый народ, богатый небесным золотом, одетый в белые одежды и помазанный на служение ближним. Они не просто слушают Мой совет, но и следуют ему. Они не лучше тебя, но готовы удалить из своей жизни всё и изменить то, на что Я им указываю. Хоть большая часть их грязи им по душе, но они находят в себе силы, чтобы избавиться от неё навсегда. А где они не справляются сами, Я прихожу на помощь и помогаю им».</w:t>
      </w:r>
    </w:p>
    <w:p>
      <w:r>
        <w:rPr/>
        <w:t>Я не успокаивался: «Господи, неужели Тебе не нравится, что я каждое утро прихожу к Тебе и много читаю и слушаю Твои откровения? Неужели всё это напрасно? Подумаешь, что занимаюсь этим, сидя по уши в грязи, зато делаю всё от чистого сердца. Ну, убери эту грязь, если она так Тебе мешает!»</w:t>
      </w:r>
    </w:p>
    <w:p>
      <w:r>
        <w:rPr/>
        <w:t>Иисус ответил: «Дорогой мой друг! Я могу убрать эту грязь, только сотрудничая с тобой, помогая тебе. Мне очень не хочется тебя терять. Ведь то, что Я прошу тебя удалить из твоего дома души, — это не бездушные вещи, а твоя суть, твои привычки, твои вкусы, твоя плотская натура, которая находится в твоей власти. И ты свободен поступать с этим, как тебе угодно. Я могу тебя только обличить, а действовать должен ты сам».</w:t>
      </w:r>
    </w:p>
    <w:p>
      <w:r>
        <w:rPr/>
        <w:t>Я вновь задумался: «Мой Господь, я пробовал своими силами это убрать, но оно возвращается вновь в большем количестве и влиянии. Я молился о том, чтобы Ты это удалил, а оно остаётся. Не знаю, что делать. Как ещё это можно убрать?»</w:t>
      </w:r>
    </w:p>
    <w:p>
      <w:r>
        <w:rPr/>
        <w:t>Спаситель с радостью заявил: «Я даю тебе выход из этой грязи через неукоснительное следование Моему совету и предложение о вступлении со Мной в торговые отношения. Я знаю намерения о тебе, во благо, а не на зло, и даю тебе будущность и надежду. Примешь ли ты это как узкий путь и захочешь ли по нему идти дальше?»</w:t>
      </w:r>
    </w:p>
    <w:p>
      <w:r>
        <w:rPr/>
        <w:t>«Господи, не говори загадками. Скажи, что я должен делать, и я буду это делать».</w:t>
      </w:r>
    </w:p>
    <w:p>
      <w:r>
        <w:rPr/>
        <w:t>Иисус ответил: «Понимание и принятие символов этой вести требуют всего твоего внимания и желания. Я открою суть и продам предлагаемое только тем, кто захочет вступить со Мной в эту торговлю и не отойдёт от Меня. В этих товарах есть то, что поможет тебе очистить свой дом и стать победителем во всяком деле и во всякой мысли».</w:t>
      </w:r>
    </w:p>
    <w:p>
      <w:r>
        <w:rPr/>
        <w:t>«Господи, как всё сложно! А можно так, чтобы Ты всё это записал на диктофон, и я слушал бы это каждый день?» Он с грустью покачал головой: «Нет, это даётся только жаждущим».</w:t>
      </w:r>
    </w:p>
    <w:p>
      <w:r>
        <w:rPr/>
        <w:t>Я сказал: «Я так благодарен Тебе, Господи. Такое хорошее обличение я сегодня получил!»</w:t>
      </w:r>
    </w:p>
    <w:p>
      <w:r>
        <w:rPr/>
        <w:t>Когда мы закончили беседу, я побежал к своему телефону проверять сообщения от друзей и погрузился в размышления, как им лучше ответить. Моя жена спросила меня: «А с кем ты разговаривал в своей комнате?» Я ответил, что с Иисусом. «И о чём вы говорили?» Я задумался, пытаясь вспомнить, но было столько других дел, на которых нужно было сосредоточиться, что решил кратко ответить: «Не помню. Было очень интересно и как-то сложно. И я отложил это на потом». Жена не унималась: «Ну вспомни, может, это что-то важное!» «Отстань!» — сказал я и погрузился в поиск чего-нибудь интересного о происходящем в мире, понимая, что скоро всему конец. Как бы не пропустить что-то важное. Ведь Господь обязательно откроет нам то, что поможет нам приготовиться и смело встретить врага. Надо бы составить об этом проповедь и вдохновить друзей на добрые дела.</w:t>
      </w:r>
    </w:p>
    <w:p>
      <w:pPr>
        <w:pStyle w:val="Heading2"/>
      </w:pPr>
      <w:r>
        <w:t>Вопросы к размышлению над этой главой</w:t>
      </w:r>
    </w:p>
    <w:p>
      <w:r>
        <w:rPr/>
        <w:t xml:space="preserve">1. Прочитайте, пожалуйста, Откр.3:14-22; Иак.1:8,22-25; Иер.7:13-17; Ос.4:6; Пс.93:8-13; Рим.2:11-13; Откр.7:13-14; 14:1; Ин.10:27-30; Ис.44:3 </w:t>
      </w:r>
      <w:r>
        <w:rPr/>
        <w:t>в свете этой главы</w:t>
      </w:r>
      <w:r>
        <w:rPr/>
        <w:t>.</w:t>
      </w:r>
    </w:p>
    <w:p>
      <w:r>
        <w:rPr/>
        <w:t>2. Какие ещё стихи из Библии пришли вам на память?</w:t>
      </w:r>
    </w:p>
    <w:p>
      <w:r>
        <w:rPr/>
        <w:t>3. О чём был написан этот урок?</w:t>
      </w:r>
    </w:p>
    <w:p>
      <w:r>
        <w:rPr/>
        <w:t xml:space="preserve">4. </w:t>
      </w:r>
      <w:r>
        <w:rPr/>
        <w:t>Что вы поняли из этой главы</w:t>
      </w:r>
      <w:r>
        <w:rPr/>
        <w:t>?</w:t>
      </w:r>
    </w:p>
    <w:p>
      <w:r>
        <w:rPr/>
        <w:t>5. Насколько важна весть к Лаодикии в наше время?</w:t>
      </w:r>
    </w:p>
    <w:p>
      <w:r>
        <w:rPr/>
        <w:t>6. Понимаете ли вы значение символов из Откр.3:18?</w:t>
      </w:r>
    </w:p>
    <w:p>
      <w:r>
        <w:rPr/>
        <w:t>7. Как часто вы слышите проповеди или наставления о важности Лаодикийского послания?</w:t>
      </w:r>
    </w:p>
    <w:p>
      <w:r>
        <w:rPr/>
        <w:t>8. Понимаете ли вы, что в Вести к Лаодикии согласно стиху 22 заложен ключ к победе последнего времени?</w:t>
      </w:r>
    </w:p>
    <w:p>
      <w:r>
        <w:rPr/>
        <w:t>9. Почему Иисус говорит в этой вести символическим языком?</w:t>
      </w:r>
    </w:p>
    <w:p>
      <w:r>
        <w:rPr/>
        <w:t>10. Откроет ли Господь значение символов из Послания к Лаодикии тем, кто будет жаждать и пытаться понять их значение?</w:t>
      </w:r>
    </w:p>
    <w:p>
      <w:r>
        <w:rPr/>
        <w:t>11. Почему столь важные истины так скромно представлены христианскому миру?</w:t>
      </w:r>
    </w:p>
    <w:p>
      <w:r>
        <w:rPr/>
        <w:t>12. Ожила ли эта весть в вашем сознании?</w:t>
      </w:r>
    </w:p>
    <w:p>
      <w:r>
        <w:rPr/>
        <w:t>13. Следует ли повторять важность значения Вести Верного Свидетеля людям, которые с первого раза ничего не поняли?</w:t>
      </w:r>
    </w:p>
    <w:p>
      <w:r>
        <w:rPr/>
        <w:t>14. Как вы думаете, будет ли эта весть играть какую-то важную роль в событиях последнего времени?</w:t>
      </w:r>
    </w:p>
    <w:p>
      <w:r>
        <w:rPr/>
        <w:t>15. Можно ли выйти из тёплого состояния, минуя совет Верного Свидетеля?</w:t>
      </w:r>
    </w:p>
    <w:p>
      <w:pPr>
        <w:pStyle w:val="Heading2"/>
        <w:pageBreakBefore/>
      </w:pPr>
      <w:r>
        <w:t>Глава 113</w:t>
      </w:r>
    </w:p>
    <w:p>
      <w:pPr>
        <w:pStyle w:val="Heading1"/>
      </w:pPr>
      <w:r>
        <w:t>Пустота</w:t>
      </w:r>
    </w:p>
    <w:p>
      <w:r>
        <w:rPr/>
        <w:t>Верный Свидетель из третьей главы Книги Откровение предлагает Своему народу духовную полноту и советует мне купить у Него то, что наполнит мою жизнь этой полнотой, придаст смысл всему, откроет мне Небо, покажет миру Христа и будет исцеляющей силой для многих сердец.</w:t>
      </w:r>
    </w:p>
    <w:p>
      <w:r>
        <w:rPr/>
        <w:t>Враг души прекрасно понимает, что Господь предлагает Своим последователям, и как эффективно это оружие в борьбе со злом. Поэтому сатана занят тем, чтобы наполнить наши сердца и жизни пустотой. У него в арсенале есть пустота на любой вкус, на любой интерес, на любой возраст и интеллектуальный уровень. Враг настолько хорошо изучил психологию человека, что ему несложно заинтересовать своей пустотой любого, и всякий пытливый ум найдёт для себя именно ту пустоту, которая будет соответствовать его духовным и душевным потребностям.</w:t>
      </w:r>
    </w:p>
    <w:p>
      <w:r>
        <w:rPr/>
        <w:t>Не за один день обреталась власть сатаны над нашим миром. Маленькими шагами и компромиссами он отвоёвывал людские сердца, делая их своей территорией.</w:t>
      </w:r>
    </w:p>
    <w:p>
      <w:r>
        <w:rPr/>
        <w:t>В духовной войне действуют свои правила и законы. Иисус стоит во главе нашего мира и является Царём царей и Господином господствующих. Он не отдаст этой власти врагу и в конце истории установит Своё знамя победы в этом мире, положив конец злу. Но сейчас Он даёт людям свободу выбора, чтобы они определились и избрали себе того, кому будут служить, кого станут, не видя, любить и кому будут поклоняться. Призыв «избрать себе ныне, кому служить» из Нав.24:15 актуален сегодня, как никогда. Ещё время благоприятное, ещё день спасения.</w:t>
      </w:r>
    </w:p>
    <w:p>
      <w:r>
        <w:rPr/>
        <w:t>Врагу души позволено устанавливать свою власть, губить души и осуществлять свои планы через людей, которые примут его своим царём и будут исполнять его волю. Бог также ищет Себе поклонников, которые в Духе и истине станут совершать своё спасение и влиять на этот мир. Пока ещё эти два противоборствующих лагеря могут во многих странах мирно сосуществовать и осуществлять планы своих предводителей. Но приближается время, когда всё изменится, и те, кто избрал сатану и приковал себя к его колеснице, поймут, насколько жесток их господин, и как он кровожаден и беспощаден в своей власти.</w:t>
      </w:r>
    </w:p>
    <w:p>
      <w:r>
        <w:rPr/>
        <w:t>В чём преуспел враг души?</w:t>
      </w:r>
    </w:p>
    <w:p>
      <w:r>
        <w:rPr/>
        <w:t>Система образования находится под его контролем и властью и построена так, что ты не можешь безнаказанно идти против этого течения. Враг предъявляет свои права на детей, объявляя их собственностью государства, а не родителей, и через свою систему образования он вкладывает в юные умы свои ценности. Чему будет научен ребёнок, которого верующие родители отдают в «египетские школы»?</w:t>
      </w:r>
    </w:p>
    <w:p>
      <w:r>
        <w:rPr/>
        <w:t xml:space="preserve">Система власти в мире выстраивается так, что во главе государства устанавливается нужный врагу души человек, за которого голосует народ. Мы не знаем сердце народного избранника и то, кому он на самом деле служит и </w:t>
      </w:r>
      <w:r>
        <w:rPr/>
        <w:t>поклоняется. Простому верующему человеку не из системы просто не дадут подняться и занять высший пост. А люди власти получают неограниченный контроль над умами и совестью своих граждан, и если сердце властелина не в Божьих руках, то им управляет другая сила. Да и сам правитель не решает многие вопросы. Всё подчинено системе, а ему нужно только это грамотно представить народу. Враг души очень долго шёл к тому, что мы имеем сегодня в мире, и система государственной власти в наши дни находится в его руках, хотя Божьи ангелы ещё сдерживают человеческие страсти, пока не исполнятся Божьи планы.</w:t>
      </w:r>
    </w:p>
    <w:p>
      <w:r>
        <w:rPr/>
        <w:t>Медицина, к сожалению, тоже стала одним из отделов власти сатаны. Недавние события мирового масштаба очень наглядно показали силу этой власти, где все человеческие свободы были попраны, и людям на официальном уровне были навязаны не Божьи методы борьбы с болезнями.</w:t>
      </w:r>
    </w:p>
    <w:p>
      <w:r>
        <w:rPr/>
        <w:t>Финансовая система в нашем мире построена так, что экономики и банки всех стран привязаны к американскому доллару и зависят от процентной ставки, которую устанавливают далеко не верующие люди. В результате в один момент обесцениваются все экономические достижения, разоряется малый и средний бизнес, и все страны становятся должниками малой группы людей, совесть которых находится под влиянием сатаны.</w:t>
      </w:r>
    </w:p>
    <w:p>
      <w:r>
        <w:rPr/>
        <w:t>Театральное искусство уже давно учит мир совсем не добрым вещам, навязывая всевозможные мерзости под видом красивых сцен и сюжетов.</w:t>
      </w:r>
    </w:p>
    <w:p>
      <w:r>
        <w:rPr/>
        <w:t>Многочисленные СМИ стали откровенными глашатаями сатаны, предлагая людям пустоту, скрежет зубов и томление духа.</w:t>
      </w:r>
    </w:p>
    <w:p>
      <w:r>
        <w:rPr/>
        <w:t>Нынешний мир настолько переполнен оружием, которое выпускается и складируется непонятно для каких событий, что нашу планету можно уничтожить несколько раз. И когда-то враг души приведёт в действие все эти накопления. А без вооружённых сил не устоит ни одна страна и будет тут же захвачена соседями или заокеанскими странами.</w:t>
      </w:r>
    </w:p>
    <w:p>
      <w:r>
        <w:rPr/>
        <w:t>Враг души приложил свою руку и к мировым религиям, внедряя свои лжеучения в каждое движение, смешивая истину с ложью и поя этим вином все народы. Сатане очень хочется стать господином совести каждого человека, и он этого очень успешно достигает через религиозные структуры, заставляя прихожан верить лжи.</w:t>
      </w:r>
    </w:p>
    <w:p>
      <w:r>
        <w:rPr/>
        <w:t>Хоть мы живём во времена света и просвещения, но, к сожалению, во главе многих систем стоят силы тьмы, настроенные на то, чтобы украсть, убить и погубить.</w:t>
      </w:r>
    </w:p>
    <w:p>
      <w:r>
        <w:rPr/>
        <w:t>Хоть Божья церковь и находится под защитой Христа, но и туда враг души протягивает свою омерзительную руку, чтобы соблазнить, если возможно, и избранных. Враг не может противостоять истине, но он успешно предлагает пустоту, то, что не насыщает и не даёт познания Бога.</w:t>
      </w:r>
    </w:p>
    <w:p>
      <w:r>
        <w:rPr/>
        <w:t>Любая наука интересна сама по себе, но в отрыве от Бога она не приближает душу к Небу. Она не способна дать право на Вечную жизнь без присутствия в себе Вечного Божьего Духа.</w:t>
      </w:r>
    </w:p>
    <w:p>
      <w:r>
        <w:rPr/>
        <w:t>Да не покажутся вам, друзья, эти откровения мрачными, но это та реальность, которую мы имеем вокруг. Почти всё в цивилизованном мире создаётся и представляется для того, чтобы отвлечь наш разум от важных истин.</w:t>
      </w:r>
    </w:p>
    <w:p>
      <w:r>
        <w:rPr/>
        <w:t>Пустота мира имеет свойство заполнять собою любое пространство, в которое её впускают. Она даже может объединяться с беззаконием и охлаждать во многих любовь. И этому можно противостоять, только открыв своё сердце Божьей полноте. В познании Бога и следовании Его советам и законам нет пустоты, но есть Он Сам и то, что сопровождает это познание, дающее Вечную жизнь.</w:t>
      </w:r>
    </w:p>
    <w:p>
      <w:r>
        <w:rPr/>
        <w:t>Как это ни странно, но материальный успех и благосостояние приносят в жизнь людей много пустоты, которая лишает разум жажды познания истины. По статистике в экономически развитых странах происходит духовный упадок, и людям учение Христа становится неинтересным и скучным.</w:t>
      </w:r>
    </w:p>
    <w:p>
      <w:r>
        <w:rPr/>
        <w:t>Бог допускает катастрофы, болезни и войны, чтобы многие остывшие души пришли в себя и стали искать путь спасения. Но неужели нужно доводить себя до таких крайностей?</w:t>
      </w:r>
    </w:p>
    <w:p>
      <w:r>
        <w:rPr/>
        <w:t>Соломон был мультитриллионером по оценкам нашего времени, и это богатство чуть не погубило его душу и привело страну к моральному растлению, влияние которого дошло и до наших дней. И этот царь подвёл итог всему, оставив нам своё заключение, что всё суета, если не имеет в основании познания Бога. Суета — это пустота, это отсутствие смысла, это тьма безбожия.</w:t>
      </w:r>
    </w:p>
    <w:p>
      <w:r>
        <w:rPr/>
        <w:t>А Верный Свидетель предлагает нам приобрести у Него полноту познания Бога, смысл жизни и свет. Он объявляет Своих покупателей победителями, потому что они отозвались.</w:t>
      </w:r>
    </w:p>
    <w:p>
      <w:pPr>
        <w:pStyle w:val="Heading2"/>
      </w:pPr>
      <w:r>
        <w:t>Вопросы к размышлению над этой главой</w:t>
      </w:r>
    </w:p>
    <w:p>
      <w:r>
        <w:rPr/>
        <w:t xml:space="preserve">1. Прочитайте, пожалуйста, Пс.61:10; Лук.13:35; Иак.1:26; Еф.5:4-7; Еккл.1:2,14; 2:9-11,17,21; 5:9; 1Тим.6:3-10; Иер.10:12-15; 16:19; Иез.13:3-11; Мих.6:12-14; Еккл.12:8,13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 xml:space="preserve">4. Что такое пустота, о которой идёт речь </w:t>
      </w:r>
      <w:r>
        <w:rPr/>
        <w:t>в этой главе</w:t>
      </w:r>
      <w:r>
        <w:rPr/>
        <w:t>?</w:t>
      </w:r>
    </w:p>
    <w:p>
      <w:r>
        <w:rPr/>
        <w:t>5. Как вы думаете, можно ли быть одновременно религиозным и пустым человеком?</w:t>
      </w:r>
    </w:p>
    <w:p>
      <w:r>
        <w:rPr/>
        <w:t>6. Нравится ли Иисусу пустое состояние наших сердец?</w:t>
      </w:r>
    </w:p>
    <w:p>
      <w:r>
        <w:rPr/>
        <w:t>7. Тёплый из Откр.3:16 и пустой — это одно и то же?</w:t>
      </w:r>
    </w:p>
    <w:p>
      <w:r>
        <w:rPr/>
        <w:t>8. Жизнь сама по себе интересная штука. Почему же она становится пустой в свете послания к Лаодикии?</w:t>
      </w:r>
    </w:p>
    <w:p>
      <w:r>
        <w:rPr/>
        <w:t>9. Как и чем можно измерить пустоту и полноту своего сердца?</w:t>
      </w:r>
    </w:p>
    <w:p>
      <w:r>
        <w:rPr/>
        <w:t>10. Что такое полнота?</w:t>
      </w:r>
    </w:p>
    <w:p>
      <w:r>
        <w:rPr/>
        <w:t>11. Как вы думаете, есть ли у Бога план по выходу из пустоты?</w:t>
      </w:r>
    </w:p>
    <w:p>
      <w:r>
        <w:rPr/>
        <w:t>12. Нужно ли будет человеку прилагать какие-то усилия со своей стороны, чтобы наполнить сердечную пустоту Божественной полнотой?</w:t>
      </w:r>
    </w:p>
    <w:p>
      <w:r>
        <w:rPr/>
        <w:t>13. Стоит ли посвящать своё драгоценное время изучению достижений и планов сатаны в этом мире?</w:t>
      </w:r>
    </w:p>
    <w:p>
      <w:r>
        <w:rPr/>
        <w:t>14. Станет ли моя жизнь лучше, если я буду изучать отчёты врага души о проделанной им работе?</w:t>
      </w:r>
    </w:p>
    <w:p>
      <w:pPr>
        <w:pStyle w:val="Heading2"/>
        <w:pageBreakBefore/>
      </w:pPr>
      <w:r>
        <w:t>Глава 114</w:t>
      </w:r>
    </w:p>
    <w:p>
      <w:pPr>
        <w:pStyle w:val="Heading1"/>
      </w:pPr>
      <w:r>
        <w:t>Полнота</w:t>
      </w:r>
    </w:p>
    <w:p>
      <w:r>
        <w:rPr/>
        <w:t>Пустота — это ничто. Это то место, где пусто. Место, где нет Бога, где темно и холодно, где нет никакой надежды на вечное будущее.</w:t>
      </w:r>
      <w:r>
        <w:rPr/>
        <w:t xml:space="preserve"> </w:t>
      </w:r>
      <w:r>
        <w:rPr/>
        <w:t>То место, куда приходит Бог, где Он присутствует Своим Святым Духом, наполняется смыслом, светом и любовью.</w:t>
      </w:r>
    </w:p>
    <w:p>
      <w:r>
        <w:rPr/>
        <w:t>Полнота — это гармония отношений с Богом. Это согласованность мыслей, чувств и действий человека с Божьей волей. Это единство с Божеством на уровне разумного поклонения и почитания Творца.</w:t>
      </w:r>
    </w:p>
    <w:p>
      <w:r>
        <w:rPr/>
        <w:t>Бог создавал этот мир и всех живущих в нём для Себя. Он вложил в каждую дышащую и думающую душу потребность в отношениях с Собой. Духовный мир так и устроен, чтобы быть наполненным познанием Бога, которое в свою очередь придаёт жизни смысл.</w:t>
      </w:r>
    </w:p>
    <w:p>
      <w:r>
        <w:rPr/>
        <w:t>Иисус дал определение этого смысла в Ин 17:3: «Сия же есть жизнь вечная, да знают Тебя, единого истинного Бога, и посланного Тобою Иисуса Христа».</w:t>
      </w:r>
    </w:p>
    <w:p>
      <w:r>
        <w:rPr/>
        <w:t>Господь знал, что в последнее время пустота и безбожие будут присутствовать во всём и в изобилии предлагаться миру, и это станет серьёзной проблемой даже в среде Божьего народа, который по Божьему замыслу должен предлагать миру полноту и Источник жизни.</w:t>
      </w:r>
    </w:p>
    <w:p>
      <w:r>
        <w:rPr/>
        <w:t>В послании к Лаодикии из Откр.3:14-22 Верный Свидетель озвучивает проблему нашего времени, и Он не останавливается только на обличении тёплого состояния. Он ещё предлагает и выход.</w:t>
      </w:r>
    </w:p>
    <w:p>
      <w:r>
        <w:rPr/>
        <w:t>Стих 18 содержит в себе Божий план полноты в познании Бога. Предлагая нам вечные товары, Господь как бы намекает на то, что их обретение тоже должно стать вечным и войти в привычку. Невозможно вкусить пищу один раз, чтобы этого хватило на всю жизнь. Мы устроены так, чтобы всегда есть, иначе наступит голод, истощение и смерть. То же самое можно сказать и про духовный хлеб жизни, который предлагается купить по совету Верного Свидетеля. Если тёплый человек однажды вошёл в торговые отношения с Иисусом, наполнился полнотою благословений от Бога и решил, что этого хватит на всю жизнь, то он вновь остынет и станет тёплым, но уже с мимолётным опытом торговли. Он однажды вкусил, как благ Господь и как Небесное золото может обогатить и изменить в твоей жизни всё. Но наш мир постоянен в своих искушениях холодом и тьмою, и, чтобы этому противостоять, нужен постоянный источник огня и света, иначе остынешь и замёрзнешь.</w:t>
      </w:r>
    </w:p>
    <w:p>
      <w:r>
        <w:rPr/>
        <w:t>Если самого закалённого человека поместить в условия вечной мерзлоты, то когда-то его внутренний ресурс закончится, и он станет таким же холодным, как и этот окружающий мир.</w:t>
      </w:r>
    </w:p>
    <w:p>
      <w:r>
        <w:rPr/>
        <w:t xml:space="preserve">План Бога, выраженный в послании к Лаодикии, заключается в том, чтобы тёплый христианин осознал своё истинное положение, принял предлагаемое в совете Иисуса и вступил с Ним в вечные торговые отношения, был ревностен в вопросе постоянной покупки предлагаемого и покаялся в прежнем образе жизни. К таким </w:t>
      </w:r>
      <w:r>
        <w:rPr/>
        <w:t>последователям Иисус будет ежедневно приходить на вечернюю трапезу и учить их, как пользоваться приобретёнными знаниями и дарами.</w:t>
      </w:r>
    </w:p>
    <w:p>
      <w:r>
        <w:rPr/>
        <w:t>Наполнение может происходить и вне послания к Лаодикии. Человек, который неустанно ищет Бога и имеет с Ним постоянные отношения, получает Хлеб и Воду жизни и является живым. А в совете к Лаодикии Иисус предлагает ещё и духовный рост. Это своего рода высшая военная духовная академия, обучаясь в которой ученик Христа получает навыки победителя и завоевателя и им и становится.</w:t>
      </w:r>
    </w:p>
    <w:p>
      <w:r>
        <w:rPr/>
        <w:t>Если солдат будет желать стать генералом, то в своей строевой службе он сможет дослужиться только до высшего сержантского звания старшины. Подав рапорт на повышение звания, он может отучиться на прапорщика, а если захочет дальше учиться, то сможет поступить в военное училище и стать младшим офицером. Полученное образование поможет ему дослужиться до звания подполковника. А для дальнейшего карьерного роста ему необходимо пройти обучение в военной академии, после чего он сможет дослужиться до генерала и даже стать маршалом. Военная система образования исключает быстрый переход от низшей группы военнослужащих к высшим командным эшелонам руководства и власти.</w:t>
      </w:r>
    </w:p>
    <w:p>
      <w:r>
        <w:rPr/>
        <w:t>Предлагая Свою программу обучения на победителя, Верный Свидетель не учит тому, что без усилий каждый может стать тем победителем, каким задумал человека Бог.</w:t>
      </w:r>
    </w:p>
    <w:p>
      <w:r>
        <w:rPr/>
        <w:t>Подумайте сами, покупая у Иисуса любовь, вы не станете в один момент любящим человеком. Очень много старых привычек нужно будет оставить, очень много ненужных стереотипов будет мешать в развитии. Грязный стакан нуждается в тщательном промывании, прежде чем станет пригодным для применения и хранения в нём чистой воды.</w:t>
      </w:r>
    </w:p>
    <w:p>
      <w:r>
        <w:rPr/>
        <w:t>Поступая на военную службу, я не могу не учиться, не неся сурового наказания. Система военного образования просто это исключает. Школа Христа более лояльна, и в ней учитываются мои желания. В ней считаются с моей волей и выбором. Но она тоже военная и ожидает от своих учеников самодисциплины в получении ценных знаний и применении их на практике.</w:t>
      </w:r>
    </w:p>
    <w:p>
      <w:r>
        <w:rPr/>
        <w:t>Мы учимся на поле боя. В духовном мире нет мирных уголков. Даже вдали от цивилизации одинокий человек будет преследуем и обольщаем своей собственной похотью и врагом души. И в этой борьбе для побед необходимо быть вооружённым духовным оружием победителя. И это оружие нам предлагает купить Верный Свидетель из Откр.3:18.</w:t>
      </w:r>
    </w:p>
    <w:p>
      <w:r>
        <w:rPr/>
        <w:t>Господь не просто желает наполнить нас Собой, а переполнить нас так, чтобы мы охотно делились избытком Божества с другими людьми.</w:t>
      </w:r>
    </w:p>
    <w:p>
      <w:r>
        <w:rPr/>
        <w:t>Комната, в которой включается свет, сразу наполняется им, но тусклого света недостаточно, чтобы осветить всё вокруг. Для выполнения этой задачи нужно солнце. Чтобы полить мой огород, достаточно нескольких литров воды, но этого мало, чтобы оросить все близлежащие поля. Для выполнения этой задачи необходим ливень. Чтобы мне понять, что Господь меня любит, мне достаточно моей веры и прочтения заверений о Божьей любви. Но этого мало, чтобы убедить в любви окружающий мир. Нужна сила Святого Духа.</w:t>
      </w:r>
    </w:p>
    <w:p>
      <w:r>
        <w:rPr/>
        <w:t>Предлагая нам купить золото, очищенное огнём, белую одежду и глазную мазь, Спаситель вручает в этих символах стратегическую полноту для глобальной победы над самим собой, над духами злобы поднебесной и над этим миром.</w:t>
      </w:r>
    </w:p>
    <w:p>
      <w:r>
        <w:rPr/>
        <w:t>Невозможно стать духовным генералом на поле битвы, минуя Божьи планы обучения.</w:t>
      </w:r>
    </w:p>
    <w:p>
      <w:r>
        <w:rPr/>
        <w:t>Любой солдат, практикуя свои навыки в бою, учится искусству ведения боя и может быть победителем в локальных стычках. Но он никогда не будет видеть всю картину боевого развёртывания и без поддержки всех вооружённых сил никогда не сможет одолеть врага полностью. Любая армия, окончательно одолевая врага, становится победителем от рядового до главнокомандующего.</w:t>
      </w:r>
    </w:p>
    <w:p>
      <w:r>
        <w:rPr/>
        <w:t>Предлагая нам торговые отношения, Иисус приглашает нас на службу и обучение в армию Победителя. Он уже победил в этой войне, но желает, чтобы мы были искусными воинами на своих полях сражений и одерживали верх над врагом Божьим оружием массового поражения.</w:t>
      </w:r>
    </w:p>
    <w:p>
      <w:r>
        <w:rPr/>
        <w:t>В отличие от земного оружия Божье — не разрушает, а созидает, исцеляет, восстанавливает, лечит, поднимает, вдохновляет и даёт крылья для творческих перспектив. Божья полнота радует сердце, приносит мир и наполняет жизнь светом и любовью ко всем ближним и дальним, к родным и врагам.</w:t>
      </w:r>
    </w:p>
    <w:p>
      <w:r>
        <w:rPr/>
        <w:t>Удивляет лишь то, как скромно Господь предлагает нам выход из тёплого состояния. Советует что-то лучшее. Так ненавязчиво и нежно. Он не обрушивает на нас Свою полноту, а скромно ждёт.</w:t>
      </w:r>
    </w:p>
    <w:p>
      <w:pPr>
        <w:pStyle w:val="Heading2"/>
      </w:pPr>
      <w:r>
        <w:t>Вопросы к размышлению над этой главой</w:t>
      </w:r>
    </w:p>
    <w:p>
      <w:r>
        <w:rPr/>
        <w:t xml:space="preserve">1. Прочитайте, пожалуйста, Кол.1:19-20; 2:8-10; Ин.1:16; Иер.29:11; Откр.3:18; Прит.14:12; Пс.15:11; Еф.1:19-23; 3:16-19; 5:18; Иак.1:2-4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Что такое полнота?</w:t>
      </w:r>
    </w:p>
    <w:p>
      <w:r>
        <w:rPr/>
        <w:t>5. Как можно обрести полноту?</w:t>
      </w:r>
    </w:p>
    <w:p>
      <w:r>
        <w:rPr/>
        <w:t>6. Как вы думаете, актуальна ли ещё весть к Лаодикии в наше время?</w:t>
      </w:r>
    </w:p>
    <w:p>
      <w:r>
        <w:rPr/>
        <w:t>7. Увидели ли вы предлагаемую полноту в символах из Откр.3:18?</w:t>
      </w:r>
    </w:p>
    <w:p>
      <w:r>
        <w:rPr/>
        <w:t>8. В чём выражается полнота из предлагаемых Небесных товаров?</w:t>
      </w:r>
    </w:p>
    <w:p>
      <w:r>
        <w:rPr/>
        <w:t>9. Почему Господь хочет иметь с нами вечные торговые отношения, а не временные?</w:t>
      </w:r>
    </w:p>
    <w:p>
      <w:r>
        <w:rPr/>
        <w:t>10. Может ли верующий человек исполниться полнотою Божьей? Как это?</w:t>
      </w:r>
    </w:p>
    <w:p>
      <w:r>
        <w:rPr/>
        <w:t>11. Может ли тёплый человек вывести тёплого человека из тёплого состояния?</w:t>
      </w:r>
    </w:p>
    <w:p>
      <w:r>
        <w:rPr/>
        <w:t>12. Как вы думаете, распространяется ли обетование из Откр.3:21 на тех, кто игнорирует совет из Откр.3:18?</w:t>
      </w:r>
    </w:p>
    <w:p>
      <w:r>
        <w:rPr/>
        <w:t>13. Стоит ли понимать, что в послании к Лаодикии описывается не только состояние Божьего народа, но и даётся выход?</w:t>
      </w:r>
    </w:p>
    <w:p>
      <w:r>
        <w:rPr/>
        <w:t>14. Заключается ли Свидетельство Верного Свидетеля в полноте всей вести от 14 до 22 стиха, или есть важные стихи, а есть неважные?</w:t>
      </w:r>
    </w:p>
    <w:p>
      <w:pPr>
        <w:pStyle w:val="Heading2"/>
        <w:pageBreakBefore/>
      </w:pPr>
      <w:r>
        <w:t>Глава 115</w:t>
      </w:r>
    </w:p>
    <w:p>
      <w:pPr>
        <w:pStyle w:val="Heading1"/>
      </w:pPr>
      <w:r>
        <w:t>Свидетельство Верного Свидетеля</w:t>
      </w:r>
    </w:p>
    <w:p>
      <w:r>
        <w:rPr/>
        <w:t>В книге Откровение 3:14-22 мы находим обращение Христа к ангелу Лаодикийской Церкви. Вся эта книга написана символическим языком, который можно расшифровать и понять путём изучения всей Библии и знания истории христианства.</w:t>
      </w:r>
    </w:p>
    <w:p>
      <w:r>
        <w:rPr/>
        <w:t>Принято считать, что лаодикийский период начался в 1844 году, когда исполнилось самое долгое пророчество об очищении Небесного Святилища, в котором Иисус как наш Первосвященник перешёл во Святое Святых и приступил к заключительной фазе Своего служения.</w:t>
      </w:r>
    </w:p>
    <w:p>
      <w:r>
        <w:rPr/>
        <w:t>По сути, Господь обращается к Своему народу с самой удивительной вестью, которая очень глубока по своему содержанию и довольно обширна по смыслу для тех, кто решается погрузиться в неё с головой.</w:t>
      </w:r>
      <w:r>
        <w:rPr/>
        <w:t xml:space="preserve"> </w:t>
      </w:r>
      <w:r>
        <w:rPr/>
        <w:t>Эту весть можно поделить на несколько частей, которые являются одним целым и теряют смысл в отрыве от полноты всего содержания.</w:t>
      </w:r>
    </w:p>
    <w:p>
      <w:r>
        <w:rPr/>
        <w:t>Вначале Верный Свидетель представляется Своему народу, называя Себя соответствующими именами. Затем Он, обращаясь лично ко мне, делится Своим свидетельством о том, кто я такой и в каком жалком состоянии нахожусь. После этого Он показывает мне выход из тёплого состояния, предлагая вступить с Ним в союз вечных торговых отношений. В символах Небесных товаров мне предоставляется вся Небесная полнота Божества, без покупки Которой я сам не смогу выйти из своего тёплого состояния и буду извергнут из уст Христа.</w:t>
      </w:r>
    </w:p>
    <w:p>
      <w:r>
        <w:rPr/>
        <w:t>Все последующие стихи обращены к тем, кто принял совет из текста 18. В них Иисус заверяет меня в Своей любви и призывает быть ревностным и постоянным в торговых отношениях, покаявшись в своём тёплом состоянии. После этого Он лично приходит ко мне, чтобы открыть мне смысл и глубину покупаемых товаров и научить меня пользоваться этим оружием для победы над силами зла и искушениями.</w:t>
      </w:r>
      <w:r>
        <w:rPr/>
        <w:t xml:space="preserve"> </w:t>
      </w:r>
      <w:r>
        <w:rPr/>
        <w:t>Затем Господь называет награду победителя, как бы давая понять, что она принадлежит мне, если я приму всю весть и последую Его советам.</w:t>
      </w:r>
    </w:p>
    <w:p>
      <w:r>
        <w:rPr/>
        <w:t>Если вы сейчас наберёте в поиске словосочетание «Весть к Лаодикии», «Свидетельство Верного Свидетеля» или другие алгоритмы, относящиеся к этому посланию, то вам представится множество движений и групп, которые занимаются глубоким разбором первых четырёх стихов этой вести, описывающих плачевное состояние Божьего народа и обличающих его. Без понимания этого будет сложно почувствовать свою нужду в покаянии и то, насколько моё положение жалко в Божьих глазах. Хоть я уже и не принадлежу миру, но этот мир во мне ещё имеет место и очень искусно прикрывается маской христианства, что противно Богу.</w:t>
      </w:r>
    </w:p>
    <w:p>
      <w:r>
        <w:rPr/>
        <w:t xml:space="preserve">Но, к сожалению, почему-то все эти вестники не дают нам выхода из этого тёплого состояния, а их послание заключается в том, чтобы побудить меня принять их дух обличителя и в подобном ключе разоблачать тёплых собратьев, указывая на их духовную теплоту. Но это не весть к Лаодикии! Это искажение смысла данного послания. И некоторые из подобных «вестников» даже решаются покинуть ряды </w:t>
      </w:r>
      <w:r>
        <w:rPr/>
        <w:t>церкви или являются исключёнными из церковного братства людьми, считая себя гонимыми за правду.</w:t>
      </w:r>
    </w:p>
    <w:p>
      <w:r>
        <w:rPr/>
        <w:t>Бесспорно, что грех будет проявляться в среде Божьего народа до самой последней жатвы. Но Господь не призывает нас отделять плевелы от пшеницы, чтобы мы не повредили добрый урожай.</w:t>
      </w:r>
    </w:p>
    <w:p>
      <w:r>
        <w:rPr/>
        <w:t>Самое неправильное толкование Послания к Лаодикии заключается в том, чтобы взять часть этого послания и представить её как весть, не давая выхода, не указывая, как установить истинные отношения с Богом, которые предлагаются, начиная со стиха 18.</w:t>
      </w:r>
    </w:p>
    <w:p>
      <w:r>
        <w:rPr/>
        <w:t>Стих 20, в котором говорится о Небесном Госте, Который стоит и стучит в дверь, является любимым стихом многих Евангелистов, чтобы призвать людей из мира ко Христу. В этом стихе подчёркивается уважение Богом моего выбора и Его ожидание моего разрешения войти в мою жизнь. Но стоит заметить, что этот стих относится к Посланию для Лаодикии и является одним целым с этой вестью. Вне этого послания он несёт совершенно другой призыв и смысл. А в свете вести к Лаодикии он имеет силу лишь в том случае, когда я внимаю советам Верного Свидетеля и начинаю покупать у Него то, что Он мне предлагает. Покупать! А не брать без оплаты!</w:t>
      </w:r>
      <w:r>
        <w:rPr/>
        <w:t xml:space="preserve"> </w:t>
      </w:r>
      <w:r>
        <w:rPr/>
        <w:t>Какой смысл Христу приходить к тёплому христианину, который игнорирует Божий совет и перепрыгивает через Его рекомендации, но не против того, чтобы вместе поужинать со своим Спасителем?</w:t>
      </w:r>
      <w:r>
        <w:rPr/>
        <w:t xml:space="preserve"> </w:t>
      </w:r>
      <w:r>
        <w:rPr/>
        <w:t>Нельзя безнаказанно менять в вести к Лаодикии смысл написанного, вырывая что-то одно и разбирая лишь то, что нравится.</w:t>
      </w:r>
    </w:p>
    <w:p>
      <w:r>
        <w:rPr/>
        <w:t xml:space="preserve">Сердцем этой вести является стих 18, в котором Господь делает свадебное предложение моей воле в виде символического «обручального кольца». Он желает иметь её Своей невестой на свадебном торжестве, но ей не хватает веры, действующей любовью, и любви Бога Отца, чистой одежды праведности Христа и небесной мудрости Святого Духа. </w:t>
      </w:r>
      <w:r>
        <w:rPr/>
        <w:t>В</w:t>
      </w:r>
      <w:r>
        <w:rPr/>
        <w:t>ыведет ли Господь Свою невесту на обозрение всей Вселенной в голом виде? Не сгорит ли Он от стыда, когда она проявит свой ворчливый и недовольный дух? Как Он будет чувствовать себя в компании глупой жены? Поэтому Он и предлагает полноту Божества в скромных символах золота, белой одежды и глазной мази.</w:t>
      </w:r>
    </w:p>
    <w:p>
      <w:r>
        <w:rPr/>
        <w:t>А после этого Ему будет очень приятно познать Свою будущую невесту в личном общении, чтобы она полюбила Его и открыла своё сердце Тому, с Кем вступила в вечные торговые отношения. Для этого Господь и приходит к моей воле каждый символический вечер, в самое лучшее моё личное время, чтобы мы могли вместе поесть, пообщаться, чтобы Иисус мог чему-то меня научить.</w:t>
      </w:r>
    </w:p>
    <w:p>
      <w:r>
        <w:rPr/>
        <w:t>В стихе 21 объявляется символическая награда победителя. Но в то же время она представлена очень скромно в сравнении с той славой Небес, которая откроется всем избранным из лаодикийского периода.</w:t>
      </w:r>
    </w:p>
    <w:p>
      <w:r>
        <w:rPr/>
        <w:t>Притча о десяти девах из Мат.25:1-12 является также символическим прообразом вести к Лаодикии, давая шире понять некоторые детали и печальные последствия для тех, кто не примет совета из Вести к Лаодикии.</w:t>
      </w:r>
    </w:p>
    <w:p>
      <w:r>
        <w:rPr/>
        <w:t>В этой вести важно каждое слово и полнота, которую эти слова составляют, потому что от правильного толкования и понимания этого послания зависит моя вечная участь.</w:t>
      </w:r>
    </w:p>
    <w:p>
      <w:r>
        <w:rPr/>
        <w:t>Купить золото, очищенное огнём, — это вступить в Небесную Школу Любви и учиться этой любви, сидя у ног Небесного Учителя и применяя на практике полученные знания. Любовь воистину обогащает как меня, так и тех, на кого она будет направлена через меня.</w:t>
      </w:r>
    </w:p>
    <w:p>
      <w:r>
        <w:rPr/>
        <w:t>Любовь — это не спонтанное чувство умиления и доброго отношения, а осознанный выбор моей воли, решающей идти именно этим путём в отношении любимого человека. И это подкрепляется силою и мудростью Святого Духа и утверждается в праведном характере Христа, которым Он наделяет меня.</w:t>
      </w:r>
    </w:p>
    <w:p>
      <w:r>
        <w:rPr/>
        <w:t>Господа не смущает, что многие, читая, не слышали и не понимали написанное в этой вести. Однако, когда она была открыта разуму и донесена до сознания, но не принята сердцем и проигнорирована волей, тогда Господу больше нечего мне предложить. Это последняя весть для последнего времени, в которой предлагается самое эффективное оружие для победы в предстоящих испытаниях.</w:t>
      </w:r>
    </w:p>
    <w:p>
      <w:r>
        <w:rPr/>
        <w:t>Когда этот Небесный магазин закроется, будет слишком поздно что-то предпринимать. Он закроется для неразумных навсегда, но продолжит свою вечную работу для вошедших и вступивших в торговые отношения со Христом.</w:t>
      </w:r>
    </w:p>
    <w:p>
      <w:r>
        <w:rPr/>
        <w:t>С какой стороны этой загадочной двери вести к Лаодикии вы планируете быть?</w:t>
      </w:r>
    </w:p>
    <w:p>
      <w:pPr>
        <w:pStyle w:val="Heading2"/>
      </w:pPr>
      <w:r>
        <w:t>Вопросы к размышлению над этой главой</w:t>
      </w:r>
    </w:p>
    <w:p>
      <w:r>
        <w:rPr/>
        <w:t xml:space="preserve">1. Прочитайте, пожалуйста, Откр.3:14-22; Мат.25:1-12; Прит.1:23-33; 3:13-18; 14:5,25; 1Кор.10:12; Мат.23:13; Лук.11:42; Пс.91:6-7; Прит.23:23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Можно ли безнаказанно вырывать из Божьих вестей одно и игнорировать другое? Откр.22:18-20.</w:t>
      </w:r>
    </w:p>
    <w:p>
      <w:r>
        <w:rPr/>
        <w:t>5. Как вы думаете, откроет ли Господь ищущим суть и смысл Своего послания к Лаодикии?</w:t>
      </w:r>
    </w:p>
    <w:p>
      <w:r>
        <w:rPr/>
        <w:t>6. Что делать, если с первого прочтения этой вести мне непонятны все эти символы и значения?</w:t>
      </w:r>
    </w:p>
    <w:p>
      <w:r>
        <w:rPr/>
        <w:t>7. Почему эта весть так важна в наше последнее время?</w:t>
      </w:r>
    </w:p>
    <w:p>
      <w:r>
        <w:rPr/>
        <w:t>8. Что будет, если я стану искать выход из тёплого состояния в другом месте?</w:t>
      </w:r>
    </w:p>
    <w:p>
      <w:r>
        <w:rPr/>
        <w:t>9. Давал ли Господь Свою весть из Откр.3:14-22 для того, чтобы её не изучали и не соблюдали?</w:t>
      </w:r>
    </w:p>
    <w:p>
      <w:r>
        <w:rPr/>
        <w:t>10. Стоит ли учитывать то, что с первого раза любому слушателю сложно понять смысл вести к Лаодикии?</w:t>
      </w:r>
    </w:p>
    <w:p>
      <w:r>
        <w:rPr/>
        <w:t>11. Как вы думаете, приобретёт ли для себя жаждущий покупатель то, что ему предлагается Верным Свидетелем?</w:t>
      </w:r>
    </w:p>
    <w:p>
      <w:r>
        <w:rPr/>
        <w:t>12. Почему в этой вести Иисус не раздаёт Небесные богатства, а продаёт их?</w:t>
      </w:r>
    </w:p>
    <w:p>
      <w:r>
        <w:rPr/>
        <w:t>13. Навязывает ли Господь нам Свои благословения, предлагаемые в Послании к Лаодикии?</w:t>
      </w:r>
    </w:p>
    <w:p>
      <w:r>
        <w:rPr/>
        <w:t>14. Почему такие важные вещи так скромно предлагаются?</w:t>
      </w:r>
    </w:p>
    <w:p>
      <w:r>
        <w:rPr/>
        <w:t>15. Смогу ли я стать победителем, игнорируя весть Верного Свидетеля?</w:t>
      </w:r>
    </w:p>
    <w:p>
      <w:pPr>
        <w:pStyle w:val="Heading2"/>
        <w:pageBreakBefore/>
      </w:pPr>
      <w:r>
        <w:t>Глава 116</w:t>
      </w:r>
    </w:p>
    <w:p>
      <w:pPr>
        <w:pStyle w:val="Heading1"/>
      </w:pPr>
      <w:r>
        <w:t>Кем является невеста Христа?</w:t>
      </w:r>
    </w:p>
    <w:p>
      <w:r>
        <w:rPr/>
        <w:t>Библия даёт понять, что у нашего Спасителя есть невеста, с которой у Него намечено свадебное торжество. На эту тему существует много толкований и предположений, которые и радуют нас своей смелостью и удивляют своей сложностью. Бог есть Бог порядка, и всё, что Он совершает для нашего спасения, можно понять и принять.</w:t>
      </w:r>
    </w:p>
    <w:p>
      <w:r>
        <w:rPr/>
        <w:t>Было время, когда меня спрашивали напрямую, кем является невеста Христа, ожидая услышать конкретное название группы людей, которая удостоится этого статуса. И я считал, что самая подходящая для этого группа — это те, кто войдёт в число 144.000. Я понимаю, что характеристика в описании праведности этих людей соответствует всем Божьим стандартам, и этот народ последнего времени будет уникальным по своей духовной чистоте и принципиальности.</w:t>
      </w:r>
    </w:p>
    <w:p>
      <w:r>
        <w:rPr/>
        <w:t>Если учесть, что невеста Христа — это символическое описание нового Небесного статуса, то, прежде чем делать какие-либо заключения по этому поводу, стоит разобраться, что означает этот символ.</w:t>
      </w:r>
    </w:p>
    <w:p>
      <w:r>
        <w:rPr/>
        <w:t>Вся структура непадшей Вселенной построена по принципу семьи и семейных отношений, в которых Божество является Творцом всего существующего, хотя в привычном для нас описании разделяется на Отца, Сына и Святого Духа. И это разделение на ранги делает ясным понимание того, что у Каждой Личности Божества есть определённая миссия, и эта Личность осуществляет определённые действия в управлении Вселенной, в творении и в спасении человечества.</w:t>
      </w:r>
    </w:p>
    <w:p>
      <w:r>
        <w:rPr/>
        <w:t>Жена или невеста — это довольно серьёзный статус, указывающий на близость отношений, которые не рушатся во время испытаний, но очищаются и становятся ещё крепче.</w:t>
      </w:r>
    </w:p>
    <w:p>
      <w:r>
        <w:rPr/>
        <w:t>На Небе нет разводов. То решение быть мужем и женой, которое принимают два близких друг другу человека, становится Вечным союзом и утверждается на Вечные века. Невеста после свадебной церемонии объявляется женою Жениха и становится с Ним одной плотью.</w:t>
      </w:r>
    </w:p>
    <w:p>
      <w:r>
        <w:rPr/>
        <w:t>Невеста Христа — это условный статус, в котором окажутся не все желающие быть невестой, а только избранные. Я могу быть ею, но по причине своей неверности лишиться этой чести.</w:t>
      </w:r>
    </w:p>
    <w:p>
      <w:r>
        <w:rPr/>
        <w:t>Жена Христа — это уже безусловный статус, который никогда не изменится и не потеряет своей силы. Это также даёт ей право на особую близость со своим Мужем, которой просто не могло быть до свадьбы. Это нечто такое, что предоставляет ей полное право на обладание своим Супругом. Это гораздо больше, чем можно себе представить. Но при этом статусе жены и при всём, что он даёт, она не получает автоматически статус своего Мужа и не становится по силе и власти такой же, как и Он. Она только жена.</w:t>
      </w:r>
    </w:p>
    <w:p>
      <w:r>
        <w:rPr/>
        <w:t xml:space="preserve">Уже в книге пророка Исайи мы читаем о том, что Сам Господь называет Себя Супругом: «Ибо твой Творец есть Супруг твой; Господь Саваоф — имя Его; и Искупитель твой — Святый Израилев: Богом всей земли назовётся Он» Ис 54:5. </w:t>
      </w:r>
      <w:r>
        <w:rPr/>
        <w:t>Это не просто предположение, но заявление Бога при обращении к Своему народу.</w:t>
      </w:r>
    </w:p>
    <w:p>
      <w:r>
        <w:rPr/>
        <w:t>Представьте себе, что будут чувствовать спасённые предыдущих поколений, попав на свадьбу, где только 144.000 будут венчаться, а остальные окажутся лишь гостями. Думаю, что, как и тогда, так и сейчас, возникает много вопросов к Иисусу, на которые сложно дать логичный ответ. Хоть Жених Сам вправе выбирать себе ту, которая Его устроит во всех отношениях, и ни у кого не будет зависти и ропота по этому поводу, но тогда происходит несостыковка по многим направлениям, и будет совсем сложно понимать многие Библейские стихи. Одно в описании невесты Христа ясно, что это не один человек, а группа людей.</w:t>
      </w:r>
    </w:p>
    <w:p>
      <w:r>
        <w:rPr/>
        <w:t>Читая Откр.21:9 и далее, мы видим символическое описание невесты Агнца как города, который нисходил от Бога с Неба. Дома и прочие бездушные строения не могут быть женою Агнца. В этом случае Ему не было бы нужды искать нас и отдавать за нас Свою жизнь. Это символ святого Божьего народа, в сердце которого будет обитать Сам Господь.</w:t>
      </w:r>
    </w:p>
    <w:p>
      <w:r>
        <w:rPr/>
        <w:t>Так кем же является невеста Христа, и можно ли её назвать человеческим языком, дав ей конкретное определение? Да, можно. Невеста Христа — это воля спасённого и обращённого человека, мужчины и женщины. Это та невеста, которую Господь очень любит и страстно желает спасти от вечной погибели, сделав Своей навсегда.</w:t>
      </w:r>
    </w:p>
    <w:p>
      <w:r>
        <w:rPr/>
        <w:t>Понимая так этот вопрос, человек видит, что всё становится понятным, справедливым, логичным и интересным. Получается, что я, попав в число избранных и приглашённых на свадебное торжество, становлюсь одновременно и гостем, и невестой Христа. Моим украшением на этом торжестве является чистый и светлый виссон, который есть праведность святых. Откр.19:8-9.</w:t>
      </w:r>
    </w:p>
    <w:p>
      <w:r>
        <w:rPr/>
        <w:t>Думаю, что, прежде чем произвести обряд бракосочетания всех святых со Своим Сыном, Бог Отец задаст логичный вопрос Своему возлюбленному Сыну: «Согласен ли Ты, Иисус, взять в жёны Свою невесту?» Агнец ответит: «Да, согласен!»</w:t>
      </w:r>
    </w:p>
    <w:p>
      <w:r>
        <w:rPr/>
        <w:t>А потом Отец обратится к воле каждого спасённого из всех веков: «Согласна ли ты, невеста Моего Сына, стать женою Христа и быть с Ним одним целым на протяжении всей нескончаемой вечности?» Последует короткий, но очень громкий ответ из уст всех искуплённых кровью Христа: «Да, согласна!» И не будет ни одной души, которая бы сказала что-то противоположное. После этого Бог Отец поднимет Свои руки и на всю Вселенную объявит нас мужем и женой. И все небожители скажут: «Аминь!!!»</w:t>
      </w:r>
    </w:p>
    <w:p>
      <w:r>
        <w:rPr/>
        <w:t>Почему сейчас не может произойти это свадебное торжество? Велик риск того, что моя воля, имея свободный выбор, начнёт изменять своему Супругу и вступать во внебрачные отношения с врагом души, с падшим миром или с моим плотским ветхим человеком. Они не против такого союза, и им неважно, что я буду отвергнут Христом и стану страдать в подобном положении. Пока вокруг идёт война за мою волю и мой разум, Господь испытывает каждого из нас и готовит верных для Себя.</w:t>
      </w:r>
    </w:p>
    <w:p>
      <w:r>
        <w:rPr/>
        <w:t>В послании к Лаодикии Он объявляет план победы моей воли над этим миром и даёт мне символическое обручальное кольцо как гарантию со Своей стороны, что Он будет верным во всех Своих обещаниях и я получу то, что Он предлагает.</w:t>
      </w:r>
    </w:p>
    <w:p>
      <w:r>
        <w:rPr/>
        <w:t>Суть символов из Откр.3:18 состоит в том, что если ты отдашь Мне всего себя, то получишь всего Меня. Ни больше, ни меньше. Подобная торговля справедлива в любых семейных отношениях как до, так и после свадьбы. Какой жених захочет иметь дело с той невестой, которая частью принадлежит ему, а частью кому-то ещё?</w:t>
      </w:r>
    </w:p>
    <w:p>
      <w:r>
        <w:rPr/>
        <w:t>Моя воля уже сейчас стремится ко Христу и просит Его стать её Супругом. Он принимает такое решение и условно занимает это место, так как воля человека не может быть не замужем. Но сейчас, пока я живу в мире, у меня есть возможность избрать другого мужа, и Господь уважает и это решение. Хоть я умом и не хочу никого другого, но моё сердце очень ясно говорит о моих истинных чувствах и привязанностях. И Иисус это учитывает.</w:t>
      </w:r>
    </w:p>
    <w:p>
      <w:r>
        <w:rPr/>
        <w:t>Но когда все испытания моей воли пройдут, и она всей Вселенной докажет, что принадлежит Христу и ни на кого Его не променяет даже перед огнём испытаний и смерти, тогда Господь ответит на чаяния моей души и воплотит все Свои мечты в этом желанном союзе, чтобы уже никогда и ничто не разлучало нас.</w:t>
      </w:r>
    </w:p>
    <w:p>
      <w:r>
        <w:rPr/>
        <w:t>Это будет удивительное событие, которое наш несовершенный язык не в силах описать, а наш разум — не в силах вместить. И это бракосочетание обязательно состоится, и туда не войдёт ничего нечистое или неверное.</w:t>
      </w:r>
    </w:p>
    <w:p>
      <w:pPr>
        <w:pStyle w:val="Heading2"/>
      </w:pPr>
      <w:r>
        <w:t>Вопросы к размышлению над этой главой</w:t>
      </w:r>
    </w:p>
    <w:p>
      <w:r>
        <w:rPr/>
        <w:t xml:space="preserve">1. Прочитайте, пожалуйста, Пс.1:1-2; Рим.7:2-6; Мат.22:2-14; Откр.19:7-9; 21:2-3,9-11,22-23; 22:17; Ис.54:5-7; 62:4-5; Песн.4:7-16; 7:11; Ин.3:29-30; Еф.5:17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 xml:space="preserve">4. Вам открылось что-то новое </w:t>
      </w:r>
      <w:r>
        <w:rPr/>
        <w:t>в этой главе</w:t>
      </w:r>
      <w:r>
        <w:rPr/>
        <w:t>?</w:t>
      </w:r>
    </w:p>
    <w:p>
      <w:r>
        <w:rPr/>
        <w:t>5. Кто такая невеста Христа? Как вы это понимаете?</w:t>
      </w:r>
    </w:p>
    <w:p>
      <w:r>
        <w:rPr/>
        <w:t>6. Почему Господь облёк Свои отношения со Своим народом в символы Жениха и невесты?</w:t>
      </w:r>
    </w:p>
    <w:p>
      <w:r>
        <w:rPr/>
        <w:t>7. Понимаете ли вы, насколько глубокие отношения планирует Господь иметь с каждым из нас уже сейчас и на протяжении всей Вечности?</w:t>
      </w:r>
    </w:p>
    <w:p>
      <w:r>
        <w:rPr/>
        <w:t>8. Кем становится невеста после обряда венчания?</w:t>
      </w:r>
    </w:p>
    <w:p>
      <w:r>
        <w:rPr/>
        <w:t>9. Восхищает ли вас Божий план относительно каждого из нас и всех спасённых?</w:t>
      </w:r>
    </w:p>
    <w:p>
      <w:r>
        <w:rPr/>
        <w:t>10. Вступает ли жена после свадьбы в должность мужа? Какие новые обязанности у неё появляются после бракосочетания?</w:t>
      </w:r>
    </w:p>
    <w:p>
      <w:r>
        <w:rPr/>
        <w:t>11. Почему наша воля не может быть свободной и одинокой и должна кому-то принадлежать?</w:t>
      </w:r>
    </w:p>
    <w:p>
      <w:r>
        <w:rPr/>
        <w:t>12. Кому принадлежит сейчас ваша воля?</w:t>
      </w:r>
    </w:p>
    <w:p>
      <w:r>
        <w:rPr/>
        <w:t>13. Почему Господь запланировал Свою свадьбу после Своего Второго Пришествия?</w:t>
      </w:r>
    </w:p>
    <w:p>
      <w:r>
        <w:rPr/>
        <w:t>14. Как вы думаете, будет ли статус жены Христа отличать нас от всех других небожителей?</w:t>
      </w:r>
    </w:p>
    <w:p>
      <w:r>
        <w:rPr/>
        <w:t>15. Был</w:t>
      </w:r>
      <w:r>
        <w:rPr/>
        <w:t>и</w:t>
      </w:r>
      <w:r>
        <w:rPr/>
        <w:t xml:space="preserve"> ли эт</w:t>
      </w:r>
      <w:r>
        <w:rPr/>
        <w:t>и</w:t>
      </w:r>
      <w:r>
        <w:rPr/>
        <w:t xml:space="preserve"> урок</w:t>
      </w:r>
      <w:r>
        <w:rPr/>
        <w:t>и</w:t>
      </w:r>
      <w:r>
        <w:rPr/>
        <w:t xml:space="preserve"> для вас полезн</w:t>
      </w:r>
      <w:r>
        <w:rPr/>
        <w:t>ы</w:t>
      </w:r>
      <w:r>
        <w:rPr/>
        <w:t>?</w:t>
      </w:r>
    </w:p>
    <w:p>
      <w:pPr>
        <w:pStyle w:val="Heading2"/>
        <w:pageBreakBefore/>
      </w:pPr>
      <w:r>
        <w:t>Глава 117</w:t>
      </w:r>
    </w:p>
    <w:p>
      <w:pPr>
        <w:pStyle w:val="Heading1"/>
      </w:pPr>
      <w:r>
        <w:t>Духовная неверность</w:t>
      </w:r>
    </w:p>
    <w:p>
      <w:r>
        <w:rPr/>
        <w:t>Читая Библию, можно очень быстро заметить, что Господь называет Свой народ возлюбленной и невестой, но при этом и обвиняет её в супружеской измене.</w:t>
      </w:r>
    </w:p>
    <w:p>
      <w:r>
        <w:rPr/>
        <w:t>Читаем Иер. 3:1: «Говорят: «если муж отпустит жену свою, и она отойдёт от него и сделается женою другого мужа, то может ли она возвратиться к нему? Не осквернилась ли бы этим страна та?» А ты со многими любовниками блудодействовала, — и однако же возвратись ко Мне, говорит Господь».</w:t>
      </w:r>
    </w:p>
    <w:p>
      <w:r>
        <w:rPr/>
        <w:t>Удивляет Божье долготерпение и любовь к той, которая, имея столько преимуществ и будучи избранной Самим Творцом, чтобы быть Его возлюбленной, выбирает себе этот мир, похоть плоти, похоть очей и гордость житейскую, и неукоснительно тянется к этому.</w:t>
      </w:r>
    </w:p>
    <w:p>
      <w:r>
        <w:rPr/>
        <w:t>В Песне Песней Господь описывает, какие отношения Он желает иметь со Своим народом. Что Он только ни сделал, чтобы Его дети имели полноту познания истины для своего времени. А в определённый период истории Он Сам подарил Себя этому миру в лице Своего возлюбленного Сына. Он спрашивает через Ис 5:4: «Что ещё надлежало бы сделать для виноградника Моего, чего Я не сделал ему? Почему, когда Я ожидал, что он принесёт добрые грозды, он принёс дикие ягоды?»</w:t>
      </w:r>
    </w:p>
    <w:p>
      <w:r>
        <w:rPr/>
        <w:t>Обращаясь к Своему народу последнего времени через послание к Лаодикии, Господь решил лично указать каждому из нас на то, какими Он видит нас. И что изменилось за много веков? Мы такие же несчастные, жалкие, нищие, слепые и нагие, как были наши предшественники, бывшие Его народом и до нас. И вот из этого хромого и убогого общества Господь собирает армию победителей, да причём таких, каких не было во все дни истории человечества!</w:t>
      </w:r>
    </w:p>
    <w:p>
      <w:r>
        <w:rPr/>
        <w:t>Но проблема Лаодикии в том, что она много о себе думает, но мало что хорошего собой представляет. Она, считая себя невестой, имеет что-то общее и с этим миром, что охлаждает её любовь и делает её состояние отвратительным в глазах Иисуса. А Он вновь заверяет её в Своей любви и предлагает такие тесные отношения, о которых никто не мог и мечтать.</w:t>
      </w:r>
    </w:p>
    <w:p>
      <w:r>
        <w:rPr/>
        <w:t>Представьте себе такую картину. Блудная женщина приходит к своему жениху на совет и говорит ему: «Любимый, я тут немного пофлиртую со своими любовниками, позволю им поухаживать за мной, но Ты не переживай. Это несерьёзно. Я душою Твоя и принадлежу Тебе и ни за что Тебя не оставлю. Я знаю, что Ты тоже меня не бросишь, поэтому чувствую себя свободной. А если я что-то сделаю не так, то Ты найди выход, чтобы вернуть меня, и я обязательно вернусь, ведь я Твоя навеки. Приходи, стучи, ходи за мной, жди меня, и когда-то я стану полностью Твоей и оценю всё, что Ты для меня сделал, и буду самой верной». Вас не возмущает такое лицемерие? Будет ли здравомыслящий мужчина терпеть такие искренние признания от своей невесты? А Господь терпит и верит в каждого из нас, в то, что мы когда-то обратимся и станем полностью Ему принадлежать. И Он учит, как и через что.</w:t>
      </w:r>
    </w:p>
    <w:p>
      <w:r>
        <w:rPr/>
        <w:t>Но возникает следующая проблема. Оказывается, что невеста глухая. У неё нет ушей, которыми бы она смогла услышать своего Избранного. Он, кажется, что-то ей говорит, а она смотрит на Него, улыбается, заверяет Его в своей верности и тут же забывает о том, что не услышала. Он вновь и вновь повторяет ей Свои предложения, а она смотрит на Него, любуется Им и спрашивает, какой цвет волос Ему нравится, или какой фильм лучше посмотреть.</w:t>
      </w:r>
    </w:p>
    <w:p>
      <w:r>
        <w:rPr/>
        <w:t>Как вы думаете, если какой-то мультимиллиардер решит сделать вас богатым человеком и приложит все свои усилия к тому, чтобы научить вас приобретать богатство, и вложит в это образование все необходимые ресурсы и самого себя, то у него что-то получится? Да, но при одном условии. Если вы заинтересованы и захотите стать богатым человеком. Но если вы будете глухи и слепы ко всем его наставлениям, то в конце концов он махнёт на вас рукой и оставит вас навсегда, жалея о напрасно потраченном времени. Будет ли он виноват в том, что я не услышал все его советы и не принял то, что он мне предлагал? Будет ли этот миллиардер сожалеть о том, что недосказал мне информацию, которая могла бы меня по-настоящему убедить?</w:t>
      </w:r>
    </w:p>
    <w:p>
      <w:r>
        <w:rPr/>
        <w:t>Что ещё нужно нам дать, объяснить и показать, чтобы наши уши открылись, и мы, увидев своё истинное положение, обратились к выходу, который предлагает нам Господь?</w:t>
      </w:r>
    </w:p>
    <w:p>
      <w:r>
        <w:rPr/>
        <w:t>В один дом случайно залетел воробей. Ища выход, он стал метаться от стены к стене, биться клювом о стёкла. Люди, которые были в комнате, хотели выгнать его через открытую дверь или форточку, но воробей умело увёртывался и без устали летал туда-сюда, разбивая в кровь своё маленькое тело. Потом один человек предложил создать тьму, выключить свет, зашторить все окна и оставить открытой только дверь на улицу. Так и сделали. Воробей тут же понял, где есть выход, и успешно беспрепятственно вылетел на волю.</w:t>
      </w:r>
    </w:p>
    <w:p>
      <w:r>
        <w:rPr/>
        <w:t>Бывает, что мы настолько перестали слышать и видеть Божьи благословения, что Ему приходится окружать нас беспросветной тьмой и оставлять маленький выход, через который будет проникать свет, указывающий на избавление. Но стоит ли доводить себя до такого состояния?</w:t>
      </w:r>
    </w:p>
    <w:p>
      <w:r>
        <w:rPr/>
        <w:t>Радует и то, что Бог – не человек. Он видит и думает совсем иначе, чем мы себе представляем. То, что я считаю нормой жизни, и то, что кажется мне не таким уж и страшным в заигрывании с миром, Господь видит иначе.</w:t>
      </w:r>
    </w:p>
    <w:p>
      <w:r>
        <w:rPr/>
        <w:t>Чтобы услышать Божий ответ на моё: «А что, Господи, в моей жизни не так?», стоит серьёзно задать Ему этот вопрос и дождаться ответа, пребывая в посте и молитве. Сложно быстро остановиться, когда несёшься по жизни на всех оборотах, но лучше сделать это самому и сейчас, чем это сделает за тебя стена.</w:t>
      </w:r>
    </w:p>
    <w:p>
      <w:r>
        <w:rPr/>
        <w:t>Торговые отношения со Христом подразумевают подобную остановку во времени и всех своих делах, чтобы я мог сесть у Его ног и слушать, что Он предложит и что откроет. Это целая Школа познания Бога и обучения тому, как Он через тебя может проявить Себя в этом мире, чтобы я смог устоять и победить.</w:t>
      </w:r>
    </w:p>
    <w:p>
      <w:r>
        <w:rPr/>
        <w:t>Бог желает быть в моей жизни на первом месте и именно с этой позиции иметь со мной общение и строить отношения. Ведь я не просто один из многих, а тот, кто для Него интересен настолько, что Он видит меня Своей невестой, мечтает всю Вечность иметь меня рядом с Собой и никогда не разлучаться.</w:t>
      </w:r>
    </w:p>
    <w:p>
      <w:r>
        <w:rPr/>
        <w:t>В Откр.3:18 Иисус предлагает всё Небо, всего Себя, но этот выход такой маленький и незаметный для слепых глаз, что в конце концов Ему придётся окутать всю землю тьмою и погрузить нас в такую великую скорбь, чтобы мы наконец-то увидели этот сияющий свет, прозрели и пошли к выходу.</w:t>
      </w:r>
    </w:p>
    <w:p>
      <w:r>
        <w:rPr/>
        <w:t>Рано или поздно мы все остановимся, придём в себя, станем слышать, но Небесный магазин может оказаться закрытым навсегда.</w:t>
      </w:r>
    </w:p>
    <w:p>
      <w:r>
        <w:rPr/>
        <w:t>В отношении 144.000 написано, что они не осквернились с жёнами. Это те, кто, приняв совет Верного Свидетеля, полностью окунулись в эту весть и сделали всё от себя зависящее, чтобы быть верными Богу и не иметь ничего общего с падшим миром, ложными учениями и духами тьмы.</w:t>
      </w:r>
    </w:p>
    <w:p>
      <w:r>
        <w:rPr/>
        <w:t>Если вы захотите стать врачом, то сколько времени вам необходимо, чтобы достичь этой цели? Много лет. Тот же принцип действует и в отношении к вести к Лаодикии. Приготовьтесь к тому, чтобы многое узнать, принять и изменить. А стать быстро невестой ни у кого не получится. В Небесной Школе такая спешка не нужна, уж больно высока цена обучения и высоки требования к желаемой избраннице.</w:t>
      </w:r>
    </w:p>
    <w:p>
      <w:pPr>
        <w:pStyle w:val="Heading2"/>
      </w:pPr>
      <w:r>
        <w:t>Вопросы к размышлению над этой главой</w:t>
      </w:r>
    </w:p>
    <w:p>
      <w:r>
        <w:rPr/>
        <w:t xml:space="preserve">1. Прочитайте, пожалуйста, Иак.4:4; Иер.3:6-14; 13:23-27; Ис.54:5-15; 57:3-12; Иез.16:8-42; Откр.2:14-22; 1Кор.6:9-11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Как вы думаете, переживает ли Бог нашу измену так же тяжело, как её переживают люди в отношении друг друга?</w:t>
      </w:r>
    </w:p>
    <w:p>
      <w:r>
        <w:rPr/>
        <w:t>5. Почему Господь называет брачными отношения со Своим народом?</w:t>
      </w:r>
    </w:p>
    <w:p>
      <w:r>
        <w:rPr/>
        <w:t>6. Как понять, не на опасном ли я пути?</w:t>
      </w:r>
    </w:p>
    <w:p>
      <w:r>
        <w:rPr/>
        <w:t>7. Почему Бог не отвергает Свою избранницу за её неверность, но ищет её, зовёт, прощает?</w:t>
      </w:r>
    </w:p>
    <w:p>
      <w:r>
        <w:rPr/>
        <w:t>8. Вам радостно, что вы являетесь той невестой, которую Господь так любит и желает спасти?</w:t>
      </w:r>
    </w:p>
    <w:p>
      <w:r>
        <w:rPr/>
        <w:t>9. Вечно ли Господь будет терпеть измену со стороны Своей возлюбленной?</w:t>
      </w:r>
    </w:p>
    <w:p>
      <w:r>
        <w:rPr/>
        <w:t>10. Невеста Христа — это кто или что?</w:t>
      </w:r>
    </w:p>
    <w:p>
      <w:r>
        <w:rPr/>
        <w:t>11. Почему нельзя одновременно быть с миром и с Богом?</w:t>
      </w:r>
    </w:p>
    <w:p>
      <w:r>
        <w:rPr/>
        <w:t>12. Стоит ли возвращаться к Богу, если я зашёл слишком далеко в своём беззаконии?</w:t>
      </w:r>
    </w:p>
    <w:p>
      <w:r>
        <w:rPr/>
        <w:t>13. Как Господь поступит с теми христианами, которые не отзовутся на Его призывы и будут продолжать заигрывать с миром?</w:t>
      </w:r>
    </w:p>
    <w:p>
      <w:r>
        <w:rPr/>
        <w:t>14. Как вы думаете, охотно ли отвергнет Господь неверную невесту?</w:t>
      </w:r>
    </w:p>
    <w:p>
      <w:pPr>
        <w:pStyle w:val="Heading2"/>
        <w:pageBreakBefore/>
      </w:pPr>
      <w:r>
        <w:t>Глава 118</w:t>
      </w:r>
    </w:p>
    <w:p>
      <w:pPr>
        <w:pStyle w:val="Heading1"/>
      </w:pPr>
      <w:r>
        <w:t>Не хватило 40 сантиметров</w:t>
      </w:r>
    </w:p>
    <w:p>
      <w:r>
        <w:rPr/>
        <w:t>Самый сложный и почти непреодолимый участок узкого пути к Небу достаточно короткий. Если его измерить метром, то он будет составлять около 40 см, и многие последователи Христа так и не смогли его преодолеть или даже не пытались, считая, что столь сложный путь им не по силам, и Господь как-то Сам должен их переместить в пункт назначения.</w:t>
      </w:r>
    </w:p>
    <w:p>
      <w:r>
        <w:rPr/>
        <w:t>Этот отрезок дороги берёт начало между моим правым и левым ухом и направлен к моему сердцу. 40 см — это не так много в физическом плане, но в духовном измерении он может быть загромождён всевозможными страхами, стереотипами, комплексами, чувством вины и долга, ложью, себялюбием, гордостью, эгоизмом и прочим мусором из арсенала лукавого. Люцифер был самым первым существом, которое упало на этом коротком отрезке. И он до сих пор находится там, так и не пройдя это удивительно сложное расстояние.</w:t>
      </w:r>
    </w:p>
    <w:p>
      <w:r>
        <w:rPr/>
        <w:t>Если рассмотреть этот отрезок на открытой местности и свежем воздухе, то не видно никаких проблем с его прохождением. Но если между пунктом А и Б существует толстая стена, высотою до Небес и шириною в бесконечность, которую я сам и строю, то пройти это расстояние становится невозможным.</w:t>
      </w:r>
    </w:p>
    <w:p>
      <w:r>
        <w:rPr/>
        <w:t>Господь знает эту особенность мышления, когда разум понимает, сердце соглашается, а воля не позволяет что-то изменить. Мне знакомы люди, которые покинули церковное братство, считая, что они смогут в одиночку всё преодолеть и доказать всем, что они правы, и у них всё получится лучше. Но как-то, на мой взгляд, всё это выглядит холодно и отчуждённо, и не очень хочется быть в подобной компании. Такие люди знают истину, видят многое, но почему-то с ними очень мрачно и неуютно. Они, как сосульки, порою выглядят очень красиво, прозрачно и необычно, но на вкус жизни они несъедобные, безвкусные и очень холодные.</w:t>
      </w:r>
    </w:p>
    <w:p>
      <w:r>
        <w:rPr/>
        <w:t>Принцип горящего костра известен многим. Дрова, сложенные вместе, горят очень весело и ярко, но если вынуть ярко горящую головню из костра и положить её рядом, то она вскоре погаснет. А если её вновь поместить в костёр, то она разгорится с новой силой в весёлой компании и будет отдавать всё своё тепло и свет другим.</w:t>
      </w:r>
    </w:p>
    <w:p>
      <w:r>
        <w:rPr/>
        <w:t>В Божьей церкви также есть много борющихся с самими собой представителей класса с подобным мышлением. Они были и во времена Иисуса, и мы даже знаем, что их называли книжниками, законниками и фарисеями. Хоть сами по себе эти названия и были гордостью того времени, но сейчас они воспринимаются как что-то нарицательное. Божья церковь и в наши дни имеет подобных товарищей, которые не могут преодолеть эти важные 40 сантиметров, и чтобы как-то скрыть своё бессилие, начинают придумывать всевозможные объяснения и оправдания, защищая своё поведение и образ мысли. И порою это не выглядит как оправдание, а как та точка зрения или то мнение, которое истинно, а всё остальное неправильно.</w:t>
      </w:r>
    </w:p>
    <w:p>
      <w:r>
        <w:rPr/>
        <w:t>В послании к Лаодикии Господь называет таких людей по имени, не скрывая Своё отвращение, но при этом Он указывает и выход, предлагая купить у Него то, что очень ценно в глазах Неба и преобразует в жизни и отношениях всё. Более того, Верный Свидетель заверяет нас в том, что Его любовь и дружеское отношение продолжают существовать по отношению к тем, кто вступит с Ним в торговые связи.</w:t>
      </w:r>
    </w:p>
    <w:p>
      <w:r>
        <w:rPr/>
        <w:t>Но во всём этом мне лично стоит разобраться. Человеку свойственно в других видеть их недостатки и приписывать им свои грехи, поэтому я могу считать себя кем-то важным и в этом свете принижать сущность своих ближних. Иисус учил, что по плоду познаётся дерево. А вкус моего плода можно очень легко определить. Когда я считаю, что я кого-то люблю и смело говорю об этом, тогда мне стоит обратить внимание на то, как этот человек относится к моим словам и радует ли его моё отношение.</w:t>
      </w:r>
    </w:p>
    <w:p>
      <w:r>
        <w:rPr/>
        <w:t>Конечно, если человек водим иным духом, то даже в любви Самого Христа он не увидит ничего хорошего для себя, а будет всё валять в грязи своего сердца. Но если этот некто твой близкий друг, с которым ты договорился о любви и дружбе, то, как я понимаю, он должен видеть эту любовь и дружбу в тебе, получая от этого благословения. Точно то же самое будешь переживать и ты. Это очень хорошо получается у всех, кто имеет активную гормональную систему, которая быстро реагирует на доброе отношение к себе и впрыскивает в кровь всевозможные гормоны счастья и радости. Но подобные переживания хоть и хороши, но краткосрочны, потому что воля, разум и сердце тоже хотят иметь постоянные благословения от любви и дружбы.</w:t>
      </w:r>
    </w:p>
    <w:p>
      <w:r>
        <w:rPr/>
        <w:t>Любовь погружает разум друга в страну мира и дружелюбия. Душа сразу чувствует приятную атмосферу и начинает открываться, стараясь определить те границы, в рамках которых она будет безопасна.</w:t>
      </w:r>
    </w:p>
    <w:p>
      <w:r>
        <w:rPr/>
        <w:t>Если мой любящий друг решает сделать меня не счастливым, а хорошим, то тут же включаются защитные механизмы, и идёт блокировка отношений до выяснения истинных намерений.</w:t>
      </w:r>
    </w:p>
    <w:p>
      <w:r>
        <w:rPr/>
        <w:t>Хоть все мы несовершенные, и всегда найдётся в характере то, что нужно будет заменить или починить, но когда этим начинает заниматься любимый друг, тогда всё моё естество противится, и я вначале прошу близкого не делать этого, а потом ставлю границы в общении, за которые его не пускаю. Затем я, чтобы как-то реабилитировать себя в глазах друга, сам начинаю указывать на его недостатки, давая понять, что он такой же несовершенный человек. И к чему мы приходим? К тому, что вместо любви и дружбы мы начинаем заниматься воспитанием, обучением и раздачей ценных советов и указаний о том, как лучше жить, и что есть хорошо, а что плохо.</w:t>
      </w:r>
    </w:p>
    <w:p>
      <w:r>
        <w:rPr/>
        <w:t>И этот «снежный ком» наших отношений становится таким большим и тяжёлым, что при продолжении движения вбирает в себя не только чистый снег, но и всю грязь, которая беззаботно покоилась под покровом любви и дружбы. И, конечно же, я всегда буду прав в своих глазах, потому что я всё делаю из побуждений своей любви и рассчитываю на то же самое со стороны друга.</w:t>
      </w:r>
    </w:p>
    <w:p>
      <w:r>
        <w:rPr/>
        <w:t xml:space="preserve">Фарисеи были очень хорошими людьми, и они хотели, чтобы у них были такие же хорошие друзья. Да и все их ученики тоже стремились к этому. И сформировалось </w:t>
      </w:r>
      <w:r>
        <w:rPr/>
        <w:t>целое народное движение, в котором все знали своё место и не претендовали на что-то другое. Но пришёл Иисус и стал очень пренебрежительно относиться к человеческим правилам и традициям. И самое страшное, Он не хотел стать хорошим, по мнению «специалистов того времени», а предложил миру иную модель отношений. Три с половиной года Он обучал отъявленных эгоистов науке о любви, а потом даже дал им заповедь, чтобы они её стали сознательно соблюдать. Ученики сначала не поняли, чего от них хотят, но когда Учителя не стало, тогда Святой Дух напомнил им многие примеры истинного отношения в рамках любви и дружелюбия. Неужели и нам надо ждать, пока наш земной друг умрёт, чтобы увидеть свой истинный дух и признать своё несовершенство?</w:t>
      </w:r>
    </w:p>
    <w:p>
      <w:r>
        <w:rPr/>
        <w:t>Самое ценное в этом мире — это то, что мы сможем взять с собой на Небо. Там будет всем хорошо и не будет соблазнов, но научиться быть любящим другом стоит здесь и сейчас.</w:t>
      </w:r>
    </w:p>
    <w:p>
      <w:r>
        <w:rPr/>
        <w:t>Если я начну демонстрировать ближнему свою святость, то я рискую потерять что-то очень ценное в отношениях, что моя праведность не сможет восстановить. Но если я покажу другу свою несовершенную любовь и своё искреннее желание сделать всё возможное, чтобы ему было от этого хорошо, то ему это больше понравится.</w:t>
      </w:r>
    </w:p>
    <w:p>
      <w:pPr>
        <w:pStyle w:val="Heading2"/>
      </w:pPr>
      <w:r>
        <w:t>Вопросы к размышлению над этой главой</w:t>
      </w:r>
    </w:p>
    <w:p>
      <w:r>
        <w:rPr/>
        <w:t xml:space="preserve">1. Прочитайте, пожалуйста, Втор.30:11-14; Рим.7:13-25; Откр.3:14-22; Пс.50:11-14; 77:34-39; 138:23-24; Прит.2:10-16; 3:5; 4:23-27; 12:23; 15:28; 17:17; 18:24; 27:17; Иез.36:26-27; Иак.3:13-18 </w:t>
      </w:r>
      <w:r>
        <w:rPr/>
        <w:t>в свете этой главы</w:t>
      </w:r>
      <w:r>
        <w:rPr/>
        <w:t>.</w:t>
      </w:r>
    </w:p>
    <w:p>
      <w:r>
        <w:rPr/>
        <w:t>2. Какие ещё стихи из Библии пришли вам на память?</w:t>
      </w:r>
    </w:p>
    <w:p>
      <w:r>
        <w:rPr/>
        <w:t xml:space="preserve">3. </w:t>
      </w:r>
      <w:r>
        <w:rPr/>
        <w:t>Что вы поняли из этой главы</w:t>
      </w:r>
      <w:r>
        <w:rPr/>
        <w:t>?</w:t>
      </w:r>
    </w:p>
    <w:p>
      <w:r>
        <w:rPr/>
        <w:t>4. Как понять, люблю ли я друга так, как это желает видеть Господь?</w:t>
      </w:r>
    </w:p>
    <w:p>
      <w:r>
        <w:rPr/>
        <w:t>5. Могу ли я обманывать сам себя, заявляя другим о своей любви к ним?</w:t>
      </w:r>
    </w:p>
    <w:p>
      <w:r>
        <w:rPr/>
        <w:t>6. Почему не стоит указывать другу на его недостатки и ошибки? Прит.17:9.</w:t>
      </w:r>
    </w:p>
    <w:p>
      <w:r>
        <w:rPr/>
        <w:t>7. Как вы думаете, должна ли ваша любовь радовать сердце вашего друга?</w:t>
      </w:r>
    </w:p>
    <w:p>
      <w:r>
        <w:rPr/>
        <w:t>8. В чём может быть причина, если я постоянно ссорюсь с тем, кого решил любить?</w:t>
      </w:r>
    </w:p>
    <w:p>
      <w:r>
        <w:rPr/>
        <w:t>9. В чём отличие любви друг к другу от любви ко врагам?</w:t>
      </w:r>
    </w:p>
    <w:p>
      <w:r>
        <w:rPr/>
        <w:t>10. Вы умеете приносить радость своим друзьям? Если да, то поделитесь этим опытом.</w:t>
      </w:r>
    </w:p>
    <w:p>
      <w:r>
        <w:rPr/>
        <w:t>11. Радуется ли Небо, видя, как мы любим друг друга?</w:t>
      </w:r>
    </w:p>
    <w:p>
      <w:r>
        <w:rPr/>
        <w:t>12. Почему даже у любящих друг друга друзей бывают конфликты и разногласия?</w:t>
      </w:r>
    </w:p>
    <w:p>
      <w:r>
        <w:rPr/>
        <w:t>13. Если мой друг думает не так, как я, то стоит ли ему доказывать свою правоту?</w:t>
      </w:r>
    </w:p>
    <w:p>
      <w:r>
        <w:rPr/>
        <w:t>14. Что делать, если я вижу, что мой друг хочет сделать меня не счастливым, а хорошим?</w:t>
      </w:r>
    </w:p>
    <w:p>
      <w:r>
        <w:rPr/>
        <w:t>15. Стоит ли начинать дружбу, если в ней так много непонятных испытаний?</w:t>
      </w:r>
    </w:p>
    <w:p>
      <w:r>
        <w:rPr/>
        <w:t>Обращение к читателю:</w:t>
      </w:r>
    </w:p>
    <w:p>
      <w:r>
        <w:rPr/>
        <w:t>Дорогой друг! Спасибо тебе, что ты уделил своё драгоценное время, чтобы прочитать эту книгу. Надеюсь, что ты узнал что-то новое и вынес для себя что-то полезное. Надеюсь, что все Библейские стихи были также тобою прочитаны, а если этого ещё не произошло, то прошу тебя обратить внимание на Библейское основание того, о чём ты прочитал в этой книге.</w:t>
      </w:r>
    </w:p>
    <w:p>
      <w:r>
        <w:rPr/>
        <w:t>Если у тебя есть отзывы, вопросы, пожелания или что-то ещё, то ты можешь связаться со мной любым удобным тебе способом, и я обязательно отвечу.</w:t>
      </w:r>
    </w:p>
    <w:p>
      <w:r>
        <w:rPr/>
        <w:t>Меня можно найти в Контакте, в Одноклассниках, в Фейсбуке.</w:t>
      </w:r>
    </w:p>
    <w:p>
      <w:r>
        <w:rPr/>
        <w:t>Электронная почта: info@otkrovenie.de</w:t>
      </w:r>
    </w:p>
    <w:p>
      <w:r>
        <w:rPr/>
        <w:t>Страничка в интернете: www.otkrovenie.de</w:t>
      </w:r>
    </w:p>
    <w:p>
      <w:r>
        <w:rPr/>
        <w:t>Эту книгу и другие мои труды ты можешь найти на сайте:</w:t>
      </w:r>
    </w:p>
    <w:p>
      <w:r>
        <w:rPr/>
        <w:t>www.proza.ru/avtor/bauarbeiter</w:t>
      </w:r>
    </w:p>
    <w:p>
      <w:r>
        <w:rPr/>
        <w:t>Да благословит тебя Господь!</w:t>
      </w:r>
    </w:p>
    <w:p>
      <w:r>
        <w:rPr/>
        <w:t>Андрей К.</w:t>
      </w:r>
    </w:p>
    <w:sectPr w:rsidR="00FC693F" w:rsidRPr="0006063C" w:rsidSect="00034616">
      <w:pgSz w:w="11906" w:h="16838"/>
      <w:pgMar w:top="1304" w:right="1304" w:bottom="130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Times New Roman" w:hAnsi="Times New Ro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Весть к Лаодикии</dc:title>
  <dc:subject/>
  <dc:creator>Андрей Карпекин</dc:creator>
  <cp:keywords/>
  <dc:description>generated by python-docx</dc:description>
  <cp:lastModifiedBy>Андрей Карпекин</cp:lastModifiedBy>
  <cp:revision>1</cp:revision>
  <dcterms:created xsi:type="dcterms:W3CDTF">2013-12-23T23:15:00Z</dcterms:created>
  <dcterms:modified xsi:type="dcterms:W3CDTF">2013-12-23T23:15:00Z</dcterms:modified>
  <cp:category/>
</cp:coreProperties>
</file>