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t>Андрей Карпекин</w:t>
      </w:r>
    </w:p>
    <w:p>
      <w:pPr>
        <w:pStyle w:val="Title"/>
      </w:pPr>
      <w:r>
        <w:t>Немножко о счастье</w:t>
      </w:r>
    </w:p>
    <w:p>
      <w:pPr>
        <w:pStyle w:val="Heading1"/>
      </w:pPr>
      <w:r>
        <w:t>Содержание</w:t>
      </w:r>
    </w:p>
    <w:p>
      <w:r>
        <w:t>1. Страна счастья</w:t>
      </w:r>
    </w:p>
    <w:p>
      <w:r>
        <w:t>2. Виды земного счастья</w:t>
      </w:r>
    </w:p>
    <w:p>
      <w:r>
        <w:t>3. Ты это даже и не знаешь</w:t>
      </w:r>
    </w:p>
    <w:p>
      <w:r>
        <w:t>4. Основание счастья</w:t>
      </w:r>
    </w:p>
    <w:p>
      <w:r>
        <w:t>5. Что значит строить на Скале?</w:t>
      </w:r>
    </w:p>
    <w:p>
      <w:r>
        <w:t>6. Строим счастье</w:t>
      </w:r>
    </w:p>
    <w:p>
      <w:r>
        <w:t>7. Простое счастье</w:t>
      </w:r>
    </w:p>
    <w:p>
      <w:r>
        <w:t>8. Чужое счастье</w:t>
      </w:r>
    </w:p>
    <w:p>
      <w:r>
        <w:t>9. На Ком и что я строю?</w:t>
      </w:r>
    </w:p>
    <w:p>
      <w:r>
        <w:t>10. Самый счастливый</w:t>
      </w:r>
    </w:p>
    <w:p>
      <w:r>
        <w:t>11. Прочное основание</w:t>
      </w:r>
    </w:p>
    <w:p>
      <w:r>
        <w:t>12. Люди настроения</w:t>
      </w:r>
    </w:p>
    <w:p>
      <w:r>
        <w:t>13. А счастье рядом</w:t>
      </w:r>
    </w:p>
    <w:p>
      <w:r>
        <w:t>14. Связь с основанием</w:t>
      </w:r>
    </w:p>
    <w:p>
      <w:r>
        <w:t>15. Иная вера</w:t>
      </w:r>
    </w:p>
    <w:p>
      <w:r>
        <w:t>16. Связующая любовь</w:t>
      </w:r>
    </w:p>
    <w:p>
      <w:r>
        <w:t>17. Счастье в любви</w:t>
      </w:r>
    </w:p>
    <w:p>
      <w:r>
        <w:t>18. Верность в любви</w:t>
      </w:r>
    </w:p>
    <w:p>
      <w:r>
        <w:t>19. Сила верности</w:t>
      </w:r>
    </w:p>
    <w:p>
      <w:r>
        <w:t>20. Самое сложное</w:t>
      </w:r>
    </w:p>
    <w:p>
      <w:r>
        <w:t>21. Сила жажды</w:t>
      </w:r>
    </w:p>
    <w:p>
      <w:r>
        <w:t>22. Время ли для счастья?</w:t>
      </w:r>
    </w:p>
    <w:p>
      <w:r>
        <w:t>23. Сила отдачи</w:t>
      </w:r>
    </w:p>
    <w:p>
      <w:r>
        <w:t>24. Решение проблем</w:t>
      </w:r>
    </w:p>
    <w:p>
      <w:r>
        <w:t>25. Сила прощения</w:t>
      </w:r>
    </w:p>
    <w:p>
      <w:r>
        <w:t>26. Красота прощения</w:t>
      </w:r>
    </w:p>
    <w:p>
      <w:r>
        <w:t>27. Сила самоотверженности</w:t>
      </w:r>
    </w:p>
    <w:p>
      <w:r>
        <w:t>28. Красота самоотверженности</w:t>
      </w:r>
    </w:p>
    <w:p>
      <w:r>
        <w:t>29. Сила жизни</w:t>
      </w:r>
    </w:p>
    <w:p>
      <w:r>
        <w:t>30. Красота жизни</w:t>
      </w:r>
    </w:p>
    <w:p>
      <w:r>
        <w:t>31. Сила послушания</w:t>
      </w:r>
    </w:p>
    <w:p>
      <w:r>
        <w:t>32. Красота послушания</w:t>
      </w:r>
    </w:p>
    <w:p>
      <w:r>
        <w:t>33. Шесть дней работай</w:t>
      </w:r>
    </w:p>
    <w:p>
      <w:r>
        <w:t>34. И делай все дела твои</w:t>
      </w:r>
    </w:p>
    <w:p>
      <w:r>
        <w:t>35. Сила свободы</w:t>
      </w:r>
    </w:p>
    <w:p>
      <w:r>
        <w:t>36. Красота свободы</w:t>
      </w:r>
    </w:p>
    <w:p>
      <w:r>
        <w:t>37. Сила дружелюбия</w:t>
      </w:r>
    </w:p>
    <w:p>
      <w:r>
        <w:t>38. Красота дружелюбия</w:t>
      </w:r>
    </w:p>
    <w:p>
      <w:r>
        <w:t>39. Сила кротости</w:t>
      </w:r>
    </w:p>
    <w:p>
      <w:r>
        <w:t>40. Красота кротости</w:t>
      </w:r>
    </w:p>
    <w:p>
      <w:r>
        <w:t>41. Счастье Агапэ</w:t>
      </w:r>
    </w:p>
    <w:p>
      <w:r>
        <w:t>42. На что похоже счастье?</w:t>
      </w:r>
    </w:p>
    <w:p>
      <w:r>
        <w:t>43. Сила благодарности</w:t>
      </w:r>
    </w:p>
    <w:p>
      <w:r>
        <w:t>44. Красота благодарности</w:t>
      </w:r>
    </w:p>
    <w:p>
      <w:r>
        <w:t>45. Сила радости</w:t>
      </w:r>
    </w:p>
    <w:p>
      <w:r>
        <w:t>46. Красота радости</w:t>
      </w:r>
    </w:p>
    <w:p>
      <w:r>
        <w:t>47. Необычная радость</w:t>
      </w:r>
    </w:p>
    <w:p>
      <w:r>
        <w:t>48. Чей ты?</w:t>
      </w:r>
    </w:p>
    <w:p>
      <w:r>
        <w:t>49. Важность самоидентификации</w:t>
      </w:r>
    </w:p>
    <w:p>
      <w:r>
        <w:t>50. Сила миротворчества</w:t>
      </w:r>
    </w:p>
    <w:p>
      <w:r>
        <w:t>51. Красота миротворчества</w:t>
      </w:r>
    </w:p>
    <w:p>
      <w:r>
        <w:t>52. Блаженны плачущие</w:t>
      </w:r>
    </w:p>
    <w:p>
      <w:r>
        <w:t>53. Я счастлив</w:t>
      </w:r>
    </w:p>
    <w:p>
      <w:r>
        <w:t>54. Блаженство</w:t>
      </w:r>
    </w:p>
    <w:p>
      <w:r>
        <w:t>55. Сила благовестия</w:t>
      </w:r>
    </w:p>
    <w:p>
      <w:r>
        <w:t>56. Красота благовестия</w:t>
      </w:r>
    </w:p>
    <w:p>
      <w:r>
        <w:t>57. Любовь к учёбе</w:t>
      </w:r>
    </w:p>
    <w:p>
      <w:r>
        <w:t>58. Школа Любви</w:t>
      </w:r>
    </w:p>
    <w:p>
      <w:r>
        <w:t>59. Красота учёбы</w:t>
      </w:r>
    </w:p>
    <w:p>
      <w:r>
        <w:t>60. Счастье в каждый дом</w:t>
      </w:r>
    </w:p>
    <w:p>
      <w:r>
        <w:t>61. Счастье в каждое сердце</w:t>
      </w:r>
    </w:p>
    <w:p>
      <w:r>
        <w:t>62. Сила стойкости</w:t>
      </w:r>
    </w:p>
    <w:p>
      <w:r>
        <w:t>63. Красота стойкости</w:t>
      </w:r>
    </w:p>
    <w:p>
      <w:r>
        <w:t>64. Я</w:t>
      </w:r>
    </w:p>
    <w:p>
      <w:r>
        <w:t>65. Радость служения</w:t>
      </w:r>
    </w:p>
    <w:p>
      <w:r>
        <w:t>66. Красота служения</w:t>
      </w:r>
    </w:p>
    <w:p>
      <w:r>
        <w:t>67. Чистота сердца</w:t>
      </w:r>
    </w:p>
    <w:p>
      <w:r>
        <w:t>68. Сила молитвы</w:t>
      </w:r>
    </w:p>
    <w:p>
      <w:r>
        <w:t>69. Золотое масло</w:t>
      </w:r>
    </w:p>
    <w:p>
      <w:r>
        <w:t>70. Красота молитвы</w:t>
      </w:r>
    </w:p>
    <w:p>
      <w:r>
        <w:t>71. Я строю счастье</w:t>
      </w:r>
    </w:p>
    <w:p>
      <w:r>
        <w:t>72. Окна души</w:t>
      </w:r>
    </w:p>
    <w:p>
      <w:r>
        <w:t>73. Дверь души</w:t>
      </w:r>
    </w:p>
    <w:p>
      <w:r>
        <w:t>74. Под крышей счастья моего</w:t>
      </w:r>
    </w:p>
    <w:p>
      <w:r>
        <w:t>75. Улыбайтесь</w:t>
      </w:r>
    </w:p>
    <w:p>
      <w:r>
        <w:t>76. Утепление счастья</w:t>
      </w:r>
    </w:p>
    <w:p>
      <w:r>
        <w:t>77. Сила здоровья</w:t>
      </w:r>
    </w:p>
    <w:p>
      <w:r>
        <w:t>78. Солнце счастья</w:t>
      </w:r>
    </w:p>
    <w:p>
      <w:r>
        <w:t>79. Счастье в питании</w:t>
      </w:r>
    </w:p>
    <w:p>
      <w:r>
        <w:t>80. Плод Духа — воздержание</w:t>
      </w:r>
    </w:p>
    <w:p>
      <w:r>
        <w:t>81. Красота отдыха</w:t>
      </w:r>
    </w:p>
    <w:p>
      <w:r>
        <w:t>82. Красота движения</w:t>
      </w:r>
    </w:p>
    <w:p>
      <w:r>
        <w:t>83. А при чём здесь Бог?</w:t>
      </w:r>
    </w:p>
    <w:p>
      <w:r>
        <w:t>84. Красота тишины</w:t>
      </w:r>
    </w:p>
    <w:p>
      <w:r>
        <w:t>85. Преимущества счастья</w:t>
      </w:r>
    </w:p>
    <w:p>
      <w:r>
        <w:t>86. Красота святости</w:t>
      </w:r>
    </w:p>
    <w:p>
      <w:r>
        <w:t>87. Святость в мире информации</w:t>
      </w:r>
    </w:p>
    <w:p>
      <w:r>
        <w:t>88. Святость в политике</w:t>
      </w:r>
    </w:p>
    <w:p>
      <w:r>
        <w:t>89. Святость в одежде</w:t>
      </w:r>
    </w:p>
    <w:p>
      <w:r>
        <w:t>90. Святость в музыке</w:t>
      </w:r>
    </w:p>
    <w:p>
      <w:r>
        <w:t>91. Святость в питании</w:t>
      </w:r>
    </w:p>
    <w:p>
      <w:r>
        <w:t>92. Святость в поклонении</w:t>
      </w:r>
    </w:p>
    <w:p>
      <w:r>
        <w:t>93. Святость характера и отношений</w:t>
      </w:r>
    </w:p>
    <w:p>
      <w:r>
        <w:t>94. Святость в финансах</w:t>
      </w:r>
    </w:p>
    <w:p>
      <w:r>
        <w:t>95. Не та святость</w:t>
      </w:r>
    </w:p>
    <w:p>
      <w:r>
        <w:t>96. Второе Пришествие Христа</w:t>
      </w:r>
    </w:p>
    <w:p>
      <w:r>
        <w:t>97. Старость — это радость</w:t>
      </w:r>
    </w:p>
    <w:p>
      <w:pPr>
        <w:pStyle w:val="Heading2"/>
        <w:pageBreakBefore/>
      </w:pPr>
      <w:r>
        <w:t>Глава 1</w:t>
      </w:r>
    </w:p>
    <w:p>
      <w:pPr>
        <w:pStyle w:val="Heading1"/>
      </w:pPr>
      <w:r>
        <w:t>Страна счастья</w:t>
      </w:r>
    </w:p>
    <w:p>
      <w:r>
        <w:t>Путь любви приводит меня в страну счастья. Страна счастья — это то место на нашей земле, куда приходят опечаленные реальностью любящие сердца и где находит покой жаждущая отдавать натура человека. Эта страна располагается у Ног Иисуса. Туда опускается моя душа, чтобы слиться с Тем, Кто есть Источник счастья и любви.</w:t>
      </w:r>
    </w:p>
    <w:p>
      <w:r>
        <w:t>Это очень эксклюзивное общество, и не всякий человек выдержит окружающую его среду мира, радости и покоя во Христе Иисусе. Сознание сосредоточено на счастье ближних, а в голове анализируются глобальные идеи о том, как сделать счастливыми тех, кого ты любишь, как украсить их жизнь радостью, дружбой и любовью. Охватить всех порою физически невозможно, и приходится избирать конкретных людей и испытывать на прочность открытость их сердец, нежно вкладывая в них истины о любви и радости в Иисусе. Не все хотят быть счастливыми, хотя все это желают друг другу. И когда счастье приходит и стучится в двери, то те, кто слышит этот голос, порою не стремятся открывать и впускать Его. Люди боятся быть самими собой и притом счастливо выглядеть.</w:t>
      </w:r>
    </w:p>
    <w:p>
      <w:r>
        <w:t>Самым распространённым занятием в Небесном Царстве будет целенаправленное планирование стратегии того, как сделать счастливыми тех, кто тебя окружает, с кем ты встречаешься, кто тебя знает и любит. Всё сознание и помышление будет направлено на то, чтобы сделать своё окружение абсолютно счастливым. Я думаю, что стоит это планировать уже сейчас, чтобы в Вечности иметь определённый опыт для захвата новых бесконечных территорий.</w:t>
      </w:r>
    </w:p>
    <w:p>
      <w:r>
        <w:t>Любовь не может мыслить иначе! Она всё приводит к тому, чтобы все вокруг и вблизи были счастливыми. И если не все этого хотят, то любовь ищет выход и разрабатывает новые формы и точки соприкосновения, новые методы влияния.</w:t>
      </w:r>
    </w:p>
    <w:p>
      <w:r>
        <w:t>Жизнь проходит очень быстро, и в погоне за приобретением имения, знания и комфорта я могу потерять самое важное — любовь к ближнему. Счастье — это наука для души, у которой есть свои законы и сферы влияния. Это жизнь с избытком и изобилием добрых мыслей, идей и чувств.</w:t>
      </w:r>
    </w:p>
    <w:p>
      <w:r>
        <w:t>К сожалению, мы не имеем институтов счастья, и в наших школах нет предметов о его приобретении, но все за ним бегают, порою не понимая, что это такое.</w:t>
      </w:r>
    </w:p>
    <w:p>
      <w:r>
        <w:t>Я тоже очень часто размышляю о развитии этого бизнеса и планирую всевозможные стратегии, которые пытаюсь воплощать в своей жизни. И я заметил, что когда я только где-то в мыслях запланирую какую-нибудь фантастическую стратегию, чтобы сделать кого-то счастливым, даже не представляя, как её можно будет реализовать, то, по крайней мере, я сам становлюсь очень счастливым от того, что думаю о счастье других. И чем глубже план и сложнее стратегия, тем больше радости и восторга она мне приносит в моей суетной жизни. Порою от этого так распирает, что приходится издавать разнообразные возгласы радости, чтобы хоть как-то успокоить чувства.</w:t>
      </w:r>
    </w:p>
    <w:p>
      <w:r>
        <w:t>И я думаю, что если сейчас в этом окружении зла можно быть счастливым, то что будет с нами, когда не останется греха, и тебя будут окружать люди, нуждающиеся в твоей любви и отдающие свою? Чудеса! Нам понадобится сила свыше, чтобы в рамках приличия сдерживать свои эмоции и не накидываться на всех подряд со своими скромными желаниями дарить счастье.</w:t>
      </w:r>
    </w:p>
    <w:p>
      <w:r>
        <w:t>Господь Иисус является Автором счастья, и без Него невозможно иметь то совершенное и чистое сознание блаженного человека. Он есть Человек, и Он знает устройство нашего мышления и понимает, как научить меня этой науке.</w:t>
      </w:r>
    </w:p>
    <w:p>
      <w:r>
        <w:t>И даже будучи наученным, я не успокаиваюсь на достигнутом, но придумываю новые способы и стратегии для приобретения граждан для страны Счастья и Любви.</w:t>
      </w:r>
    </w:p>
    <w:p>
      <w:r>
        <w:t>Единственным серьёзным препятствием в этом нападении является свободная воля человека, который просто не готов к подобным атакам и не желает таких перемен. Ведь для полноценного обретения абсолютного счастья в этой жизни нужна вера в то, что счастье есть, что оно пришло в твою жизнь. Необходимо абсолютное оставление того, что приносит смерть и несчастье, и не очень многие соглашаются на подобные перемены.</w:t>
      </w:r>
    </w:p>
    <w:p>
      <w:r>
        <w:t>Будучи профессионально занятым человеком, я стараюсь получать знания, чтобы лучшим образом понимать стратегию ведения бизнеса и управления денежными потоками. И я заметил определённую тенденцию. Чем лучше это понимаешь, тем легче в этом ориентироваться и строить планы. Но мир денег — это совершенно другая страна со своими законами, отличными от таковых в Стране Счастья в Иисусе. Они очень схожи, и иногда их путают местами, приписывая не родные им свойства. Деньги очеловечивают и начинают им служить, как живым существам.</w:t>
      </w:r>
    </w:p>
    <w:p>
      <w:r>
        <w:t>Я часто встаю перед выбором, каким знанием наполнить свой разум и как совместить несовместимое. Я выбираю счастье, мир, радость, любовь и дружбу. Мы не от мира сего. И порою немножко неловко перед авторитетными людьми нашего общества, потому что тебя эти мирские ценности не интересуют настолько, чтобы посвящать им всю свою жизнь. Но при этом и жалко таких людей, ведь они избрали мир и отвергли бессмертие и истинное счастье.</w:t>
      </w:r>
    </w:p>
    <w:p>
      <w:r>
        <w:t>А кушать-то хочется, и приходится работать руками и головой, чтобы просто жить среди этой суеты, обеспечивая своё существование.</w:t>
      </w:r>
    </w:p>
    <w:p>
      <w:r>
        <w:t>Мы живём перед самым концом грешной истории Земли. Скоро наступит развязка событий, и из пророчеств мы знаем, что всё будет крутиться вокруг денег, которые будут одним из важных ресурсов поддержки жизнедеятельности человека. Но Бог даст Свою защиту и пропитание тем, кто избрал узкий путь в страну Счастья, кто верит в Иисуса, имея с Ним близкие отношения и учась у Него любви, дружелюбию и счастью.</w:t>
      </w:r>
    </w:p>
    <w:p>
      <w:r>
        <w:t>Господь противопоставил Себя маммоне и служение Себе и богатству разделил на два противоположных лагеря.</w:t>
      </w:r>
    </w:p>
    <w:p>
      <w:r>
        <w:t>Лагерь Иисуса — это правда, истина, любовь, мир, радость, надежда, спасение, дружба и много-много счастья для души.</w:t>
      </w:r>
    </w:p>
    <w:p>
      <w:r>
        <w:t>А что даёт маммона? Всё то, что будет предано огню и останется после тебя как напоминание потомкам о том, что смерть неизбежна, и в могилу ничто из приобретённого взять невозможно.</w:t>
      </w:r>
    </w:p>
    <w:p>
      <w:r>
        <w:t>И, размышляя о преимуществе счастливой жизни, стоишь перед выбором, кому служить.</w:t>
      </w:r>
    </w:p>
    <w:p>
      <w:r>
        <w:t>Я не говорю о том, что счастливыми могут быть только бедные люди. Я утверждаю, что в руках счастливых богачей деньги будут средством, благодаря которому они смогут творить добрые дела и облегчать страдания ближних, участвуя в их нуждах и в проектах, спасая тем самым обманутые души.</w:t>
      </w:r>
    </w:p>
    <w:p>
      <w:r>
        <w:t>Иисус учил, что невозможное человеку возможно Богу, и на примере мытаря Закхея Он показал, как это происходит.</w:t>
      </w:r>
    </w:p>
    <w:p>
      <w:r>
        <w:t>Господь грядёт! И кто может устоять?</w:t>
      </w:r>
    </w:p>
    <w:p>
      <w:r>
        <w:t>Я думаю, что счастливым людям будет очень интересно встретить своего Спасителя и принять Его приглашение наследовать Вечное Царство мира, любви и счастья.</w:t>
      </w:r>
    </w:p>
    <w:p>
      <w:r>
        <w:t>Счастьелогия. Такого термина вы не встретите нигде. Но в нашей школе мы представим к изучению науку о счастье. И это наука, которой стоит учиться, которую следует понимать. У счастья есть свои законы. Они действуют одинаково по отношению к каждому. И если я сам по себе не могу стать счастливым, то я могу этому научиться, и буду таким. Если вы верите в то, что это невозможно, и не собираетесь ничего менять, то мне вас очень жаль. Быть счастливым — это Божий план для детей Божьих, живущих в последние дни.</w:t>
      </w:r>
    </w:p>
    <w:p>
      <w:pPr>
        <w:pStyle w:val="Heading2"/>
      </w:pPr>
      <w:r>
        <w:t>Библейские стихи к этой главе:</w:t>
      </w:r>
    </w:p>
    <w:p>
      <w:r>
        <w:t>Пс. 1:1; Мф. 5:3-12; Иов. 5:17; Пс. 15:11; 31:2; 32:12; 33:9; 39:5; Иак. 1:12</w:t>
      </w:r>
    </w:p>
    <w:p>
      <w:pPr>
        <w:pStyle w:val="Heading2"/>
        <w:pageBreakBefore/>
      </w:pPr>
      <w:r>
        <w:t>Глава 2</w:t>
      </w:r>
    </w:p>
    <w:p>
      <w:pPr>
        <w:pStyle w:val="Heading1"/>
      </w:pPr>
      <w:r>
        <w:t>Виды земного счастья</w:t>
      </w:r>
    </w:p>
    <w:p>
      <w:r>
        <w:t>Чтобы правильно понять, что такое счастье, давайте поймём, чем счастье не является. Сложно менять старые стереотипы, сложно начинать верить в то, к чему не привык, но есть законы счастья, которые переворачивают все эти понятия, сметают шаткие ценности и строят что-то прочное, интересное, многогранное. Нагорная проповедь Христа произвела «взрыв мозгов» у слушателей того времени. Все их ценности рухнули в один момент. Перед взором людей, привыкших жить в тюрьмах своих представлений, открылись новые безграничные просторы Вечности с её правилами. Они были ошеломлены простотой и глубиной нового света.</w:t>
      </w:r>
    </w:p>
    <w:p>
      <w:r>
        <w:t>Есть общепринятые виды временного житейского комфорта, который называют счастьем.</w:t>
      </w:r>
    </w:p>
    <w:p>
      <w:r>
        <w:t>1. Житейское счастье.</w:t>
      </w:r>
    </w:p>
    <w:p>
      <w:r>
        <w:t>Мы знаем, что семья, дети, воспитание детей, семейный быт, знакомые, друзья, хорошая работа — всё это житейское счастье, ибо создаёт какой-то комфорт в этом мире. Люди, которые образуют семьи, подходя мудро к этому вопросу, желают, чтобы у них был свой дом, чтобы в нем было уютно, чтобы можно было в него кого-то приглашать или чтобы самим приятно было в нем находиться. Семья на самом деле является оазисом в пустыне греха. Но житейское счастье условно. Если что-то вклинивается в этот райский уголок, если приходит какая-то беда или проблема, то всё счастье рушится в один момент. Если вдруг один из супругов уходит или начинает изменять, или умирает, то приходит пустота. Казалось бы, люди счастливы, и в одно мгновение они становятся самыми несчастными. Значит, это что-то не то, что-то не совсем правильное, непрочное.</w:t>
      </w:r>
    </w:p>
    <w:p>
      <w:r>
        <w:t>2. Спонтанное счастье.</w:t>
      </w:r>
    </w:p>
    <w:p>
      <w:r>
        <w:t>Вы знаете людей, которые вдруг что-то выиграли? Может, лично и не встречали, но когда-то смотрели про них новости или фильмы. И везде один и тот же сюжет. Кому-то вручают выигрыш, и он счастлив, глаза сияют. И нам внушают, что это и есть истинное счастье.</w:t>
      </w:r>
    </w:p>
    <w:p>
      <w:r>
        <w:t>А вы рады подаркам? И мы любим их дарить. Но люди счастливы ровно до следующего подарка, или пока этот подарок не сломается, или счастливы пять минут и переключаются на обычную жизнь. Всё зависит от воспитания, но всё это тоже временно и условно.</w:t>
      </w:r>
    </w:p>
    <w:p>
      <w:r>
        <w:t>Кто-то выиграл миллион в лотерею. Он счастлив. Но потом начинаются проблемы с тем, как получить эти деньги, как их потратить, как их сохранить. И человек теряет покой.</w:t>
      </w:r>
    </w:p>
    <w:p>
      <w:r>
        <w:t>Я у своих коллег на работе спросил, что им нужно для счастья. Что они хотели бы? Как они понимают это состояние? Одному нужно было два миллиона. Я спросил: «Давай дадим тебе тридцать два миллиона евро. Что ты с ними будешь делать? Наверно, ты мне что-то дашь, раз так быстро разбогател?» Он сказал, что даст мне два миллиона. (Легко отдавать то, чего нет). А когда я спросил, что он будет делать с остальной суммой, он не смог ответить. Он даже и не знает. Он не может себе представить столько денег в своём кошельке. Привык зарабатывать своё чуть-чуть и всё. Выше его сознание не работает. Когда приходят лёгкие деньги, они не несут счастья, и если посмотреть статистику больших выигрышей, то видишь закономерность — у всех разрушены семьи, в основном все потеряли всё, что они выиграли, в очень короткий срок, а кто-то ещё и в долги влез, кто-то покончил жизнь самоубийством. Статистика весьма печальная. Пустота. Но почему-то многие хотят вот так быстро разбогатеть, чтобы быть «счастливыми», независимыми.</w:t>
      </w:r>
    </w:p>
    <w:p>
      <w:r>
        <w:t>3. Эмоциональное счастье.</w:t>
      </w:r>
    </w:p>
    <w:p>
      <w:r>
        <w:t>Это, например, создание ситуации для всплеска адреналина: экстремальные виды спорта, езда на лыжах, прыжок с парашютом…</w:t>
      </w:r>
    </w:p>
    <w:p>
      <w:r>
        <w:t>Я прыгал с парашютом, и после первого прыжка мы с друзьями, пока ехали с поля, на котором прыгали, были такие возбуждённые, счастливые, и делились друг с другом своими переживаниями о прыжке, о том, как нам было хорошо. Мы были по-своему счастливы. Но, я думаю, если бы кто-то из нас сломал ногу, он не был бы счастлив, что прыгал с парашютом. Это счастье очень быстро бы закончилось. Также и лыжник: он съехал с горы и счастлив. Но, если он врезался в скалу, сломал что-то и потом полгода пролежал в больнице, я не думаю, что он с радостью стал бы вспоминать, как ему было хорошо. Единственное, о чём бы он жалел: «Что меня потянуло на эту гору? Что я там забыл?» К сожалению, у многих осознание приходит слишком поздно.</w:t>
      </w:r>
    </w:p>
    <w:p>
      <w:r>
        <w:t>К этому можно отнести и другие виды спорта. Любая победа создаёт иллюзию счастья, и так хочется всегда быть на высоте. А у нас другого рода победы, которые одолевают мир: вера наша, и людям этого не понять.</w:t>
      </w:r>
    </w:p>
    <w:p>
      <w:r>
        <w:t>К эмоциональному переживанию относятся наркомания, алкоголизм и другие зависимости. Они несут временное наслаждение, удовольствие. Пока люди находятся в этом состоянии, они, возможно, и испытывают счастье, но оно очень кратковременно. Сюда можно добавить и сексуальное наслаждение. Люди жаждут этого и думают, что в этом смысл жизни. Мало того, они потом идут и рассказывают, как это всё хорошо, и ищут новую жертву, новых приключений, а потом всё это рушится, надоедает, или хочется большего. Смысл жизни теряется, люди заболевают, сходят с ума, умирают. Как это красиво преподносится в кино! И кажется, что всё это имеет особое значение, приносит счастье. И это стало нормальным общественным явлением. Посмотрите на сексуальные меньшинства, однополые отношения, извращения. Всё это сейчас нам навязывается, как то, что несёт счастье и смысл. А Библия называет это мерзостью. Из всех зависимостей сексуальная является самой опасной и крайней. Из истории павших империй мы видим, что распущенность была последней каплей, переполнившей чашу Божьего гнева, после которой растлённые государства исчезали из истории.</w:t>
      </w:r>
    </w:p>
    <w:p>
      <w:r>
        <w:t>4. Духовное счастье.</w:t>
      </w:r>
    </w:p>
    <w:p>
      <w:r>
        <w:t>Например, человек слушает духовную музыку, смотрит какие-то старинные фильмы, телевизионные шоу, программы, читает книги, романы, играет в игры, изучает что-то интересное. И он в каком-то смысле счастлив, потому что переживает некое эмоциональное потрясение. Почему сейчас так популярны эти вещи? Потому что они наполняют жизнь чем-то таким, чего не хватает, в чём человек нуждается, например, ностальгией по прошедшим временам, когда всё было не так, как сегодня.</w:t>
      </w:r>
    </w:p>
    <w:p>
      <w:r>
        <w:t>Мир желает слушать песни прошлых лет, окунуться в молодость. Люди хотят чего-то духовного, родного. Их потребность в современном мире не восполнена. Мы устроены так, что музыка оказывает какое-то особое влияние на нас, и мы не устаём её слушать. Но это не то счастье.</w:t>
      </w:r>
    </w:p>
    <w:p>
      <w:r>
        <w:t>Этот список можно дополнять. Кто-то ищет счастья в приобретении новых вещей (покупает автомобили, дома, одежду, удовольствия…), кто-то путешествует по всему миру, чтобы быть счастливым. Я назвал это всё «сосудами без дна». Царь Соломон попробовал это и написал: всё суета, суета сует. То есть пустота. Наш мир устроен подобным образом и живёт по действующим законам. Ведь все к этому стремятся: едут на край света, тратят миллионы, миллиарды своих евро, долларов, рублей для того, чтобы обрести тот мир, который даётся бесплатно для того, чтобы найти смысл своего бытия, существования, который нам предлагается безвозмездно.</w:t>
      </w:r>
    </w:p>
    <w:p>
      <w:r>
        <w:t>А счастье так близко и так доступно! И оно настоящее для всех, кто его вкусит. Вкусите и увидите, как благ Господь. Воззови к Нему, и Он покажет великое и недоступное, чего мы не знаем.</w:t>
      </w:r>
    </w:p>
    <w:p>
      <w:pPr>
        <w:pStyle w:val="Heading2"/>
      </w:pPr>
      <w:r>
        <w:t>Библейские стихи к этой главе:</w:t>
      </w:r>
    </w:p>
    <w:p>
      <w:r>
        <w:t>Иов 30:15; Пр. 12:7; 15:15; Еккл. 7:14; Мал. 3:15; Пр. 8:30-32; 1Кор. 15:19</w:t>
      </w:r>
    </w:p>
    <w:p>
      <w:pPr>
        <w:pStyle w:val="Heading2"/>
        <w:pageBreakBefore/>
      </w:pPr>
      <w:r>
        <w:t>Глава 3</w:t>
      </w:r>
    </w:p>
    <w:p>
      <w:pPr>
        <w:pStyle w:val="Heading1"/>
      </w:pPr>
      <w:r>
        <w:t>Ты это даже и не знаешь</w:t>
      </w:r>
    </w:p>
    <w:p>
      <w:r>
        <w:t>Есть одно очень интересное пророчество Иисуса о Церкви последнего времени, которое я очень часто перечитывал, знал наизусть, много раз изучал и даже не замечал, что оно существует. Я не задумывался, о чём оно говорит.</w:t>
      </w:r>
    </w:p>
    <w:p>
      <w:r>
        <w:t>Интересно и то, что Господь произносит Свою весть именно к тем, кто будет жить в самом конце последнего времени, то есть к нам. И это откровение было для меня подобным вспышке яркого света, благодаря которой я увидел то, чего не видел и не знал.</w:t>
      </w:r>
    </w:p>
    <w:p>
      <w:r>
        <w:t>Ещё меня очень удивило то, что эта весть несёт мне упрёк, потому что в моей жизни есть то, чего не должно быть. И слова Господа относятся не только лично ко мне, но и ко всем нам, к Божьим детям.</w:t>
      </w:r>
    </w:p>
    <w:p>
      <w:r>
        <w:t>Предлагаю не говорить загадками, а узнать о том, что мы ещё не знаем. Читаем Откр 3:17: «Ибо ты говоришь: «я богат, разбогател и ни в чём не имею нужды»; а не знаешь, что ты несчастен, и жалок, и нищ, и слеп, и наг».</w:t>
      </w:r>
    </w:p>
    <w:p>
      <w:r>
        <w:t>Классно сказано, прямо про наше поколение. И что вы узнали? Что вы услышали? Знакомый стих, всеми часто читаемый.</w:t>
      </w:r>
    </w:p>
    <w:p>
      <w:r>
        <w:t>Теперь внимание! Читаем ещё раз, но пока только то, что надо увидеть:</w:t>
      </w:r>
    </w:p>
    <w:p>
      <w:r>
        <w:t>«А не знаешь, что ты несчастен!!!»</w:t>
      </w:r>
    </w:p>
    <w:p>
      <w:r>
        <w:t>Чтобы понять, что такое несчастье и почему мы такие жалкие, необходимо знать, что такое счастье, и чем оно не является.</w:t>
      </w:r>
    </w:p>
    <w:p>
      <w:r>
        <w:t>Забегу чуть вперёд.</w:t>
      </w:r>
    </w:p>
    <w:p>
      <w:r>
        <w:t>Друзья, изучая науку о счастье, я понял, что мы просто не знаем, что это тайна, как и наука про любовь. Слова о счастье у нас на слуху, но как это выглядит в жизни, можно только догадываться или посмотреть в кино. Хотя по жизни мы все счастливы, и даже не сомневаемся в этом. А Верный Свидетель очень ясно говорит, что я несчастен, и даже этого не знаю, ибо придумал себе своё счастье и спрятался в нём, считая себя в каком-то смысле обладающим подобным состоянием.</w:t>
      </w:r>
    </w:p>
    <w:p>
      <w:r>
        <w:t>Если я не понимаю, что значит быть счастливым, и как этот механизм работает, то иногда я буду это переживать как нечто спонтанное, временное и непредсказуемое. И всякий раз я буду ждать влияния извне, чтобы немножко порадоваться жизни.</w:t>
      </w:r>
    </w:p>
    <w:p>
      <w:r>
        <w:t>Но если я знаю, как думает Иисус о том, что такое счастье, и как его иметь и с ним жить, то оно станет управляемым и постоянным, негаснущим в трудные минуты жизни, включаясь по первому требованию. И, конечно, счастливый человек способен очень быстро научить и других людей счастью, если он сам понимает, что это такое.</w:t>
      </w:r>
    </w:p>
    <w:p>
      <w:r>
        <w:t>С каких слов начинается нагорная проповедь? С учения о счастье, которое люди потеряли. И заканчивается она притчей о двух строителях, которые решили построить это самое счастье, только на разных основаниях. Первое, что вышло из Иисуса, — это Его желание видеть всех нас счастливыми. Он просто глубоко скорбит, видя, как мы, имея столько благословений, мучимся в оковах своих стереотипов, желаем друг другу пустоты и бегаем за ветром, пытаясь поймать пыль и сделать её своим достоянием. А счастье совсем рядом. Оно доступно. Оно на расстоянии моего решения и понимания.</w:t>
      </w:r>
    </w:p>
    <w:p>
      <w:r>
        <w:t>Но одного решения мало.</w:t>
      </w:r>
    </w:p>
    <w:p>
      <w:r>
        <w:t>К примеру, если я пожелаю стать богатым или очень богатым, то это будет интересным и даже очень интересным решением. И что дальше? Мне нужны знания, мне нужен опыт, мне нужны деньги, чтобы осуществить свою мечту. И путь к подобной цели лежит через множество испытаний, разочарований, потерь. И если я, наконец, решаю эту задачу, то понимаю, что я ещё только в пути. Вспоминая пройденные дороги, я осознаю, что не всё так просто, но и не сложно, когда идёшь в данном направлении. Но невозможно стать богатым, имея разум бедняка. Все миллионы, которые будут ко мне приходить, не задержатся в моих руках, а, подобно воде, пройдут сквозь пальцы и исчезнут в песке ненужных растрат.</w:t>
      </w:r>
    </w:p>
    <w:p>
      <w:r>
        <w:t>То же самое происходит и со счастьем. Счастливым может быть лишь тот, кто имеет разум счастливого человека. А для этого необходимы знания, опыт и смелость. Быть счастливым — это вызов всему миру, который предлагает суррогат и подделку, который втоптал в грязь все принципы счастья, заменив это временным, шатким, чувственным, но очень помпезным и привлекательным удовольствием и наслаждением.</w:t>
      </w:r>
    </w:p>
    <w:p>
      <w:r>
        <w:t>Со всех сторон на рекламе счастья мы видим улыбающиеся лица, красивые предметы, прекрасные пейзажи для отдыха. И душа мечтает это иметь, но приходится много работать, чтобы всего этого достичь. И мы пашем, как волы, чтобы только вкусить кусочек этого заветного счастья. А жизнь проходит, и вспомнить нечего. И весь мой жизненный путь похож на беличье колесо, в котором много движения, но мало смысла.</w:t>
      </w:r>
    </w:p>
    <w:p>
      <w:r>
        <w:t>А Господь, глядя на меня, с любовью и надеждой говорит о том, что я несчастен и соответственно жалок, и нищ, и слеп, и наг. А я показываю Ему Библию, где красным цветом выделены все сильные мысли, мои дела, которые сами говорят обо мне, мою веру и мой высоко поднятый нос. А Он приглашает меня посетить Свой магазин, чтобы приобрести то, что сделает меня воистину счастливым и богатым.</w:t>
      </w:r>
    </w:p>
    <w:p>
      <w:r>
        <w:t>Очень хочется, чтобы, прочитав этот урок, вы поняли, кем вы являетесь на самом деле в Божьих глазах, и что необходимо стать тем, кем Он желает нас видеть.</w:t>
      </w:r>
    </w:p>
    <w:p>
      <w:r>
        <w:t>Быть счастливым — это подобно жизни спортсмена, который тренировался для участия в олимпийских играх, достиг победы и стоит на пьедестале, радуясь пройденному пути. И он постоянно борется с новыми соперниками, которые мечтают стать лучше и занять его место.</w:t>
      </w:r>
    </w:p>
    <w:p>
      <w:r>
        <w:t>Только в Небесной борьбе счастливые люди не лишают других счастья, но делают всё возможное, чтобы их ближние достигли той же высоты, что и они. Но духи злобы поднебесной ненавидят поистине счастливых людей и постоянно борются с ними, желая скинуть их с пьедестала победителей и ввергнуть все их радости победы в грязь.</w:t>
      </w:r>
    </w:p>
    <w:p>
      <w:r>
        <w:t>Невозможно стать чемпионом на Олимпиаде без усиленных тренировок. И такие же принципы приложения усилий для достижения победы есть и в счастливой жизни. Без борьбы и терпения никак не обойтись. Но у нас есть прекрасный Тренер. Он готовит Небесных чемпионов счастья, любви и дружбы, и те, кто выбрал Его школу, никогда об этом не пожалеют.</w:t>
      </w:r>
    </w:p>
    <w:p>
      <w:r>
        <w:t>И чтобы начать строить свой домик счастья, важно понять, что счастьем не является. Тогда мы не станем использовать некачественный материал для строительства. Стоит разрушить старое и гнилое строение, которое даёт трещины и периодически рушится. Необходимо составить план и утвердить его в Небесном исполкоме, понять, что ты хочешь, и самое важное — встать и пойти, начать путь счастливой жизни, невзирая на преграды, войны, болезни, катастрофы, кризисы, голод, страдания, которые происходят вокруг.</w:t>
      </w:r>
    </w:p>
    <w:p>
      <w:r>
        <w:t>Счастье — это не всегда широкая улыбка и безоблачное небо, это скорее Божий мир и полная удовлетворённость внутренней гармонией моего духа в совокупности с вечными ценностями.</w:t>
      </w:r>
    </w:p>
    <w:p>
      <w:r>
        <w:t>И преимущество счастья-агапэ состоит в том, что я смогу взять его на Небо. Оно и там будет моим вечно, чтобы радовать меня, Иисуса, моих ближних, и благодаря ему я всегда смогу придумывать новые планы по завоеванию новых территорий, где счастье есть, но нет моего счастья.</w:t>
      </w:r>
    </w:p>
    <w:p>
      <w:r>
        <w:t>Мне сложно согласиться с заявлением Иисуса, но, постигая науку счастливой жизни, я понимаю, что Он прав и знает, что говорит. И я так благодарен, что Он, начав во мне доброе дело, доводит его до совершенства во всей полноте, прилагая к моим усилиям Свою благодать. И вот так идём всегда вместе.</w:t>
      </w:r>
    </w:p>
    <w:p>
      <w:pPr>
        <w:pStyle w:val="Heading2"/>
      </w:pPr>
      <w:r>
        <w:t>Библейские стихи к этой главе:</w:t>
      </w:r>
    </w:p>
    <w:p>
      <w:r>
        <w:t>Мф. 7:24-27; 1Кор. 9:24-27; Откр.3:14-18,21; 16:15; 22:7; Соф.2:3; 3:17; Ис.61:3- 6; Лк.5:36-38; Рим.12:1-3; 1Кор.2:10-16</w:t>
      </w:r>
    </w:p>
    <w:p>
      <w:pPr>
        <w:pStyle w:val="Heading2"/>
        <w:pageBreakBefore/>
      </w:pPr>
      <w:r>
        <w:t>Глава 4</w:t>
      </w:r>
    </w:p>
    <w:p>
      <w:pPr>
        <w:pStyle w:val="Heading1"/>
      </w:pPr>
      <w:r>
        <w:t>Основание счастья</w:t>
      </w:r>
    </w:p>
    <w:p>
      <w:r>
        <w:t>Однажды на одном из лагерных собраний сестра рассказывала мне про свою дочь-подростка. Дочь винила маму в том, что та научила её многим хорошим вещам, но не научила счастью и тому, как быть счастливой. Я так обрадовался, что в этом мире есть человек, который мечтает о счастье и хочет, чтобы его этому научили.</w:t>
      </w:r>
    </w:p>
    <w:p>
      <w:r>
        <w:t>Я познакомился с этой девочкой и попросил её взять ручку и блокнот. Я стал рассказывать ей о счастье, о его законах, о его принципах. Мы очень долго общались на эту тему, а она записывала всё то, что приносит счастье, и из чего оно состоит.</w:t>
      </w:r>
    </w:p>
    <w:p>
      <w:r>
        <w:t>Если бы наши сыновья и дочери с самого детства были научены принципам счастливой жизни, то, думаю, они бы были очень счастливы всю жизнь. Хотя счастье — это мой выбор.</w:t>
      </w:r>
    </w:p>
    <w:p>
      <w:r>
        <w:t>Чтобы понять, счастлив ли я, необходимо определить, что есть счастье. Многие путают его с радостью, и когда возникают трудности, и радость не переполняет сердце, или нет улыбки на лице, счастье испаряется. Многие из вас счастливы и даже не задумываются об этом, и это приводит к определённым трудностям. Когда я понимаю, что это за состояние, тогда осознанно выбираю этот путь и удаляю все преграды, чтобы достичь счастья и пребывать в нём.</w:t>
      </w:r>
    </w:p>
    <w:p>
      <w:r>
        <w:t>В Википедии написано так:</w:t>
      </w:r>
    </w:p>
    <w:p>
      <w:r>
        <w:t>Счастье — состояние человека, которое соответствует наибольшей внутренней удовлетворённости условиями своего бытия, полноте и осмысленности жизни, осуществлению своего человеческого назначения.</w:t>
      </w:r>
    </w:p>
    <w:p>
      <w:r>
        <w:t>Хорошее определение, но оно не имеет духовного основания и может подходить во многих случаях даже тем, кто несчастлив.</w:t>
      </w:r>
    </w:p>
    <w:p>
      <w:r>
        <w:t>В Библии есть такое определение, которое более полно описывает счастье: «...праведность, мир и радость в Духе Святом» Рим. 14:17.</w:t>
      </w:r>
    </w:p>
    <w:p>
      <w:r>
        <w:t>Моё счастье определяется моим пониманием своего состояния и моим выбором.</w:t>
      </w:r>
    </w:p>
    <w:p>
      <w:r>
        <w:t>Можно стоять под зонтиком во время дождя и радоваться, а можно и поплакать.</w:t>
      </w:r>
    </w:p>
    <w:p>
      <w:r>
        <w:t>Я затронул эту тему, чтобы вместе с вами открыть смысл и природу счастья. У него есть свои законы и свой механизм действия в человеке.</w:t>
      </w:r>
    </w:p>
    <w:p>
      <w:r>
        <w:t>Есть два понятия:</w:t>
      </w:r>
    </w:p>
    <w:p>
      <w:r>
        <w:t>1. Временное счастье или то, что мы иногда называем счастьем.</w:t>
      </w:r>
    </w:p>
    <w:p>
      <w:r>
        <w:t>2. Постоянное и вечное счастье, то, к чему нас хочет привести Господь.</w:t>
      </w:r>
    </w:p>
    <w:p>
      <w:r>
        <w:t>Есть ещё один вид счастья — это своего рода "воздушные замки", то есть теория о том, что если я это получу или достигну, то я буду чувствовать себя прекрасно с этим.</w:t>
      </w:r>
    </w:p>
    <w:p>
      <w:r>
        <w:t>И давайте коснёмся самого главного, того, на чём основывается счастье, что является его фундаментом.</w:t>
      </w:r>
    </w:p>
    <w:p>
      <w:r>
        <w:t>Назовём образно это домиком счастья. В нём есть те же принципы, которые мы встречаем в строительстве.</w:t>
      </w:r>
    </w:p>
    <w:p>
      <w:r>
        <w:t>Апостол Павел приводит в пример строителей и пишет в 1Кор. 3:11, что «мы Божье строение, в основание которого нельзя положить ничего, кроме положенного, которое есть Иисус Христос».</w:t>
      </w:r>
    </w:p>
    <w:p>
      <w:r>
        <w:t>Вот это и является Основой всякого рода счастья.</w:t>
      </w:r>
    </w:p>
    <w:p>
      <w:r>
        <w:t>Как это понять? Мы говорим о духовных вещах, и их необходимо также духовно и понимать. Если я не уверовал в Иисуса как в своего личного Спасителя от власти греха и не имею с Ним близких отношений, то я не знаю Его, и Он не знает меня. Он влечёт меня к Себе, призывает познать Себя, желает открыть красоту Своего характера и очистить меня от греха, и Он ждёт, когда я отзовусь.</w:t>
      </w:r>
    </w:p>
    <w:p>
      <w:r>
        <w:t>Принимая Христа своим Господом и Спасителем, я закладываю в своей жизни, в своём разуме и чувствах прочное основание, на котором могу строить домик под названием «Моё Счастье».</w:t>
      </w:r>
    </w:p>
    <w:p>
      <w:r>
        <w:t>Этот Фундамент выдержит любой груз, любую постройку, и Он вечен и постоянен.</w:t>
      </w:r>
    </w:p>
    <w:p>
      <w:r>
        <w:t>Можно строить счастье без Христа. Это называется строить на песке. Оно тоже получится и будет даже красивым, но до первого испытания, при котором и рухнет.</w:t>
      </w:r>
    </w:p>
    <w:p>
      <w:r>
        <w:t>То, что возводится на Христе, тоже будет испытано и причём всесторонне. И если кто строил из плохих материалов, потерпит урон, впрочем, сам спасётся.</w:t>
      </w:r>
    </w:p>
    <w:p>
      <w:r>
        <w:t>К примеру, возьмём двух богатых братьев.</w:t>
      </w:r>
    </w:p>
    <w:p>
      <w:r>
        <w:t>Один из них стал приобретать себе много хороших вещей, открыл себе бизнес, оброс влиятельными людьми и друзьями и до самой смерти умножал своё богатство, не имея нужды в спасении от греха. Он ушёл из этой жизни, насыщенный днями, без знания Бога и Его воли.</w:t>
      </w:r>
    </w:p>
    <w:p>
      <w:r>
        <w:t>Второй всегда просил мудрости свыше и совета у Бога, чтобы знать, как ему лучше распоряжаться тем богатством, которым он владеет по Божьей милости. Он открыл свой бизнес, оброс друзьями и влиятельными людьми и постоянно думал о том, кому бы помочь и как лучше использовать своё богатство. Он умер, насыщенный днями, с верою в лучшую жизнь с Богом.</w:t>
      </w:r>
    </w:p>
    <w:p>
      <w:r>
        <w:t>Их дела принесли на Божий суд и по рассмотрении вынесли приговор. Как вы думаете, кто из них при воскрешении будет счастлив?</w:t>
      </w:r>
    </w:p>
    <w:p>
      <w:r>
        <w:t>Жизнь с Богом и верою в Иисуса закладывает прочное основание для вечного и настоящего счастья уже на этой земле в этой жизни.</w:t>
      </w:r>
    </w:p>
    <w:p>
      <w:r>
        <w:t>Фундаментом любого вида строения в моей духовной жизни является Христос, то есть мои личные отношения с Ним, моё общение, моё доверие. И причём это не маленький фундамент, а Скала, на Которой можно строить всё, любой высоты, ширины и глубины. Он выдержит любую нагрузку.</w:t>
      </w:r>
    </w:p>
    <w:p>
      <w:r>
        <w:t>Вы не задумывались, почему в Манхэттене (США) строят такие высокие дома? Там в основании лежит гранитный пласт, который выдерживает высокие нагрузки, поэтому там можно спокойно строить небоскрёбы.</w:t>
      </w:r>
    </w:p>
    <w:p>
      <w:r>
        <w:t>И вот я приступил к строительству счастья. Есть ли у меня план? У Бога есть план для моей жизни. Знаю ли я его, совпадает ли он с моими представлениями о счастье? Если мой план счастья — мой, то, даже имея хорошее основание, мой домик может получиться очень хлюпким, потому что я не имею представления, каким он должен быть и какие нагрузки должен выдержать.</w:t>
      </w:r>
    </w:p>
    <w:p>
      <w:r>
        <w:t>Я сам строитель, и я вижу связь физических и духовных законов по многим параметрам. Те дома, которые я строю, рассчитываются так, чтобы выдерживать землетрясения до 5 баллов, ураганы, снегопады, холод и жару, наводнения, давление грунтовых вод, сырость и хулиганов. Всё просчитывается до начала строительства, затем утверждается в муниципалитете, и даётся разрешение.</w:t>
      </w:r>
    </w:p>
    <w:p>
      <w:r>
        <w:t>Даже если всех этих бедствий не будет, то постройка рассчитана на то, чтобы всё это выдержать. Такие требования, и они написаны кровью.</w:t>
      </w:r>
    </w:p>
    <w:p>
      <w:r>
        <w:t>Когда я строил себе домик на огороде, тогда я всё это тоже учитывал, чем удивлял соседей и выслушивал насмешки, но время покажет, кто из нас был дальновиднее. И если случится ураган, то я знаю, что моя крыша останется.</w:t>
      </w:r>
    </w:p>
    <w:p>
      <w:r>
        <w:t>Бог очень заинтересован в безопасности, красоте и прочности нашего духовного домика, и у Него есть замечательные строительные материалы, чтобы это здание не рухнуло и не сгорело при испытании. В отличие от обычной стройки духовная хороша тем, что она проходит через все бури, потрясения, ураганы, огни, воды и всесторонне испытывается на прочность. И тогда после проверки я понимаю, что дом стоит, и в нём можно жить, и туда можно приглашать всех желающих, давая им тепло своего счастья и отвечая на все вопросы по строительству этого сооружения. И всегда находятся те, кто имеет своё представление и не желает учиться на чужих ошибках, кто хочет очень быстро и дёшево создать шедевр. Но и к нему приходят испытания, а с ними и крушение. Бог дал много рекомендаций, и Он очень мудр, чтобы ошибаться. Он любит нас и помогает во всём. Буря приближается, и Он это знает, но Он ограничен нашим выбором.</w:t>
      </w:r>
    </w:p>
    <w:p>
      <w:r>
        <w:t>Начнём планировать?</w:t>
      </w:r>
    </w:p>
    <w:p>
      <w:r>
        <w:t>Будем строить?</w:t>
      </w:r>
    </w:p>
    <w:p>
      <w:r>
        <w:t>Будем учиться строить?</w:t>
      </w:r>
    </w:p>
    <w:p>
      <w:pPr>
        <w:pStyle w:val="Heading2"/>
      </w:pPr>
      <w:r>
        <w:t>Библейские стихи к этой главе:</w:t>
      </w:r>
    </w:p>
    <w:p>
      <w:r>
        <w:t>1Кор. 3:9-15; Пр. 30:26; Ис. 28:16; 54:11-14; Иез. 13:13-14; Лк. 1:3-4; 6:48; Евр. 11:10</w:t>
      </w:r>
    </w:p>
    <w:p>
      <w:pPr>
        <w:pStyle w:val="Heading2"/>
        <w:pageBreakBefore/>
      </w:pPr>
      <w:r>
        <w:t>Глава 5</w:t>
      </w:r>
    </w:p>
    <w:p>
      <w:pPr>
        <w:pStyle w:val="Heading1"/>
      </w:pPr>
      <w:r>
        <w:t>Что значит строить на Скале?</w:t>
      </w:r>
    </w:p>
    <w:p>
      <w:r>
        <w:t>В Библии есть выражения, которые настолько стали привычными для моего слуха, что я порою даже не задумываюсь о вложенном в них смысле.</w:t>
      </w:r>
    </w:p>
    <w:p>
      <w:r>
        <w:t>В предыдущем уроке мы затронули тему об основании счастья. Это логично, понятно, образно. А что это значит? Как это выглядит в моей жизни? Что изменилось в моём мышлении, когда я об этом прочитал? Если честно ответить, то ничего, ведь я об этом знал и раньше. Урок же мне напомнил об известной истине.</w:t>
      </w:r>
    </w:p>
    <w:p>
      <w:r>
        <w:t>Я считаю, что стоит остановиться и подумать о том, насколько нам ясно, о чём идёт речь. Ведь знать стихи из Библии — это ещё не значит понимать или жить по ним.</w:t>
      </w:r>
    </w:p>
    <w:p>
      <w:r>
        <w:t>Какой смысл в выражении «строить на камне»? Как понять «в основании Христос»? Попробуйте объяснить это так, чтобы я понял и увидел, есть ли такое основание у меня? Откройте мне суть и значение написанного и покажите это в своей жизни так, чтобы мне стало всё ясно.</w:t>
      </w:r>
    </w:p>
    <w:p>
      <w:r>
        <w:t>Иметь Христа в основании — значит обладать Его характером, знать Его слово и учение, жить в соответствии с полученным светом, понимать Божью волю о себе, иметь чистое сердце, одетое в любовь, поддерживать личные отношения со Христом. Это значит руководствоваться теми же мыслями и чувствами, какие присущи Иисусу. И всё это не приходит в одно мгновенье. Это процесс.</w:t>
      </w:r>
    </w:p>
    <w:p>
      <w:r>
        <w:t>Если вы думаете, что вот сейчас вы прочитаете про любовь и счастье, и всё это появится у вас, то вы ошибаетесь. В этом случае вы похожи на человека, который сидит с бутербродом на диване перед телевизором, смотрит спортивные игры и считает себя чемпионом во всех соревнованиях, зная лучше всех, как и что необходимо делать.</w:t>
      </w:r>
    </w:p>
    <w:p>
      <w:r>
        <w:t>Но практика отличается от теории. И в нашей школе она сопровождает каждого ученика. Однако она начинается с искренней молитвы к Богу о том, чтобы Он научил, открыл глубину, утвердил в истине, вписал Свои законы в сердце, наставил меня в том, что мы изучаем, показал смысл и перспективы. Просите, и дано будет вам.</w:t>
      </w:r>
    </w:p>
    <w:p>
      <w:r>
        <w:t>Некоторые ученики жалуются мне на то, что очень много времени уходит на постижение смысла урока и его глубины, а затем нужно изучать следующий, и ещё, и ещё. Невозможно успеть. А куда вы торопитесь? Кто вам сказал, что необходимо спешить? Важно вникать, углубляться в учение, просить Бога о помощи свыше и двигаться так быстро, как позволяет сердце. Существует большая разница между теми, кто бегло прочитывает, и теми, кто пытается вникнуть в суть вещей, читая и перечитывая сложные места, сопоставляя изученное с происходящим в своей жизни. Хотя влияние и восприятие у всех разные, но пользу от полученных знаний получают все.</w:t>
      </w:r>
    </w:p>
    <w:p>
      <w:r>
        <w:t>Строить на Иисусе — это знать Его лично, общаться с Ним по поводу всякой жизненной мелочи, которая беспокоит душу, которая непонятна. И чем чаще я советуюсь со Христом, тем яснее вижу Его участие и ответы для меня. Он умеет говорить со Своими друзьями. Это самое жизненно важное знание — знание Христа. Ибо если я этого не имею, то я просто духовно мёртв, а все остальные науки помогут мне лишь в этой жизни. Сам Господь сказал в Своей молитве за нас в Ин 17:2-3: «Так как Ты дал Ему власть над всякою плотью, да всему, что Ты дал Ему, даст Он жизнь вечную. Сия же есть жизнь вечная, да знают Тебя, единого истинного Бога, и посланного Тобою Иисуса Христа».</w:t>
      </w:r>
    </w:p>
    <w:p>
      <w:r>
        <w:t>Знают Тебя и Иисуса — вот что значит строить на камне.</w:t>
      </w:r>
    </w:p>
    <w:p>
      <w:r>
        <w:t>Христос рассказывал и притчи о том, что многие верующие люди будут носить Его имя и что-то совершать от этого Имени, но Иисус не знает их. И даже 5 неразумных дев, которые всего лишь не запаслись маслом, будут объявлены чужими, незнакомыми.</w:t>
      </w:r>
    </w:p>
    <w:p>
      <w:r>
        <w:t>Наука о любви и счастье — это очень серьёзная дисциплина, которую не просто можно изучить, а жизненно необходимо понять и принять всем сердцем. Ибо если Господь упрекает меня в том, что я несчастен, то это делается не для того, чтобы как-то меня унизить, а для того, чтобы дать выход. Богу нужен счастливый народ, в среде которого царит любовь. В этом народе всякий находит особую радость в агапэ и черпает эту силу у Христа.</w:t>
      </w:r>
    </w:p>
    <w:p>
      <w:r>
        <w:t>В 28 главе книги Второзаконие до 14 стиха мы встречаем благословения Бога для верных Его детей, а затем следует описание проклятий и болезней, которые постигнут тех, кто «не служил Господу Богу твоему с веселием и радостью сердца, при изобилии всего» (Втор. 28:47). Вы этого хотите? Вы и дальше планируете жить несчастливо при изобилии света, даров и благословений? Может, стоит прийти в себя?</w:t>
      </w:r>
    </w:p>
    <w:p>
      <w:r>
        <w:t>Не о всех говорю, друзья, но среди вас есть и те, кто понимает, о чём идёт речь.</w:t>
      </w:r>
    </w:p>
    <w:p>
      <w:r>
        <w:t>Однажды апостол Павел написал такое заявление в 1Кор 15:34: «Отрезвитесь, как должно, и не грешите; ибо, к стыду вашему скажу, некоторые из вас не знают Бога».</w:t>
      </w:r>
    </w:p>
    <w:p>
      <w:r>
        <w:t>Пожалуйста, придите в Лаодикийский магазинчик и купите себе то, что там предлагается. Мы это уже изучали чуть раньше. Христос грядёт, и то, что сейчас происходит в мире, очень ясно об этом нам говорит. Уже не будет так, как раньше. Время ушло, и возможности поменялись. Дальше будет всё труднее и интереснее. Но именно сейчас время для познания Христа. Его очень важно иметь в сердце. И если этого нет, то мне вас жаль, даже если вы в церкви. Чувственные переживания при посещении богослужения — это не показатель Божьего присутствия в моём сердце. Но мои молитвы о собственных решениях, просьбы о новом сердце, личное общение с Господом в этих молитвах, моё желание познавать Божью волю и моя верность Его заповедям — всё это говорит о многом. И в залог спасения мне даётся Святой Дух, Который и доносит до моего разума смысл всего, Который учит правильно жить.</w:t>
      </w:r>
    </w:p>
    <w:p>
      <w:r>
        <w:t>Просто иметь имя Иисуса или помнить дату своего крещения — недостаточно. Я знаю людей, которые слушают истины для настоящего времени, читают призывы, знакомятся с откровениями, соглашаются с ними и ничего не меняют. Привычка ничего не делать, а просто посещать собрания и встречи стала нормой жизни верующих людей. Никакая инициатива не приветствуется. Мол, если хочешь, делай сам, а мы посмотрим. Не про весь мир пишу, а про тот, в среде которого вращаюсь.</w:t>
      </w:r>
    </w:p>
    <w:p>
      <w:r>
        <w:t>Читаю послание к Лаодикии и вижу, что оно про нас. Да, про нас. И вот с такими несчастненькими людишками Господь собирается заканчивать историю этого мира! Может, Он что-то перепутал?</w:t>
      </w:r>
    </w:p>
    <w:p>
      <w:r>
        <w:t>Но у Бога есть план. Это грядущий кризис. И то, чему мы не учились во время благоприятное, нам придётся постигать в смертельно опасных условиях. Когда все наши идолы будут разрушены, все соломенные постройки сметены, всё имущество разворовано, тогда мы поймём, что фундамент ещё цел, и ещё можно на нём что-то прочное весьма быстро построить. Вот тогда, вероятно, и пригодятся эти знания, которые мы получаем сегодня. Также возможно, что будет поздно.</w:t>
      </w:r>
    </w:p>
    <w:p>
      <w:r>
        <w:t>Нам предлагается узкий путь под названием: «Любовь, счастье, дружба», и Сам Господь нас этому учит и ведёт как близкий Друг. Пойду ли я этой стезёй? Решать мне и тебе, мой друг.</w:t>
      </w:r>
    </w:p>
    <w:p>
      <w:r>
        <w:t>Но строить необходимо уже сейчас. Скала выдержит любые бедствия. Но ураганы и быстрые воды сметут всё то, что не скреплено со Скалой, что не держится за Неё, что построено лишь бы как, хотя и на Скале.</w:t>
      </w:r>
    </w:p>
    <w:p>
      <w:r>
        <w:t>Думаю, стоит лишний раз задуматься, заглянуть внутрь себя, покопаться в сердце, чтобы понять, на Ком и из чего я строю. Важно осознавать, насколько прочен этот материал. Бог ожидает счастья от Своего народа, и оно наступит.</w:t>
      </w:r>
    </w:p>
    <w:p>
      <w:pPr>
        <w:pStyle w:val="Heading2"/>
      </w:pPr>
      <w:r>
        <w:t>Библейские стихи к этой главе:</w:t>
      </w:r>
    </w:p>
    <w:p>
      <w:r>
        <w:t>Ин. 11:25; 14:6; 17:2-3; 1Ин. 5:12-13,20; 1Кор. 3:13-15; Втор. 28:1-2,15,45-47; Пс. 1:1-3; 39:5; 83:5,13</w:t>
      </w:r>
    </w:p>
    <w:p>
      <w:pPr>
        <w:pStyle w:val="Heading2"/>
        <w:pageBreakBefore/>
      </w:pPr>
      <w:r>
        <w:t>Глава 6</w:t>
      </w:r>
    </w:p>
    <w:p>
      <w:pPr>
        <w:pStyle w:val="Heading1"/>
      </w:pPr>
      <w:r>
        <w:t>Строим счастье</w:t>
      </w:r>
    </w:p>
    <w:p>
      <w:r>
        <w:t>Представим ситуацию:</w:t>
      </w:r>
    </w:p>
    <w:p>
      <w:r>
        <w:t>Земельный банк выделяет мне безвозмездное финансирование на строительство жилья, в котором смогу поместиться я, моя семья, мои друзья. Кроме того, рядом я имею право построить столько домов, сколько захочу, и я могу сдавать их в аренду или дарить на своё усмотрение. Муниципалитет выделит мне территорию для строительства там, где я пожелаю. Архитектурное бюро согласилось составить планы и произвести расчёты всех моих зданий. Строительные и транспортные фирмы ждут моей команды, чтобы начать возведение объекта. Всё свелось лишь к моему решению о том, когда запустить процесс. Всё замерло в ожидании моей команды.</w:t>
      </w:r>
    </w:p>
    <w:p>
      <w:r>
        <w:t>У меня же возникают следующие вопросы. Если я сделаю этот шаг веры и начну стройку, будет ли мне по силам довести до конца всё то, на что указывают перспективы этого мероприятия? Окажется ли мой дом настолько надёжным, чтобы выдержать любую катастрофу? Будет ли это строение красивым и уютным, чтобы я смог в нём жить? Не стану ли я там томиться от жары и холода? А вдруг в доме не окажется туалета, или в нём не предусмотрена подача воды? А если отключат электричество или газ? Что мне тогда делать и куда идти? Вдруг банк остановит финансирование? Где мне в этом случае брать средства, чтобы закончить? А если власти передумают мне что-то выделять? Все эти вопросы беспокоят меня и препятствуют тому, чтобы начать стройку.</w:t>
      </w:r>
    </w:p>
    <w:p>
      <w:r>
        <w:t>И я довольствуюсь тем, что снимаю скромное жильё и тихо коротаю свой век, мечтая о том, что когда-то произойдёт чудо, и у меня всё станет иначе. А я войду в это другое и прекрасное будущее, и мне там будет хорошо. И на эти мечты у меня уходит вся моя жизнь. Я пишу о них книги, посещаю семинары на эти темы, размышляю об этом с утра до вечера. И ничего не делаю, чтобы что-то изменить.</w:t>
      </w:r>
    </w:p>
    <w:p>
      <w:r>
        <w:t>Глупая ситуация? Или, возможно, ситуация нормальная, но глуп тот, кто в неё попал?</w:t>
      </w:r>
    </w:p>
    <w:p>
      <w:r>
        <w:t>Как вы думаете, смогу ли я при таком раскладе что-либо для себя построить, если всё-таки этого захочу? Где суть проблемы? Думаю, она заключается во мне.</w:t>
      </w:r>
    </w:p>
    <w:p>
      <w:r>
        <w:t>Поговорим о другой, реальной ситуации и рассмотрим её в этом же формате.</w:t>
      </w:r>
    </w:p>
    <w:p>
      <w:r>
        <w:t>Бог приготовил мне безграничные Небесные ресурсы, чтобы обеспечить меня всем необходимым для строительства моего домика счастья, в котором мог бы жить я, моя семья, мои друзья и все, кто пожелает. Высшие власти согласны выделить мне территорию моего влияния в любом месте, где я только пожелаю её иметь. Верные Божьи слуги составили подробные планы и расчёты для моего спасения и описали все перспективы моего дальнейшего развития. Ангелы Божии ждут моей команды, чтобы начать строительство моего счастья, и готовы научить меня любви и дружбе, совершенствованию которых не будет конца. Всё замерло в ожидании моего решения и моей команды, чтобы начать этот процесс.</w:t>
      </w:r>
    </w:p>
    <w:p>
      <w:r>
        <w:t>Но у меня есть много вопросов и опасений, которые останавливают меня. А что, если Бог передумает? А вдруг в расчётах обнаружится ошибка? А если благодати будет недостаточно, чтобы покрыть все мои грехи? А если эта конструкция упадёт под натиском испытаний? А вдруг мне отключат любовь и дружбу? Куда мне идти в этом случае? А если Дух Святой не станет изливаться в мою жизнь? К кому мне обращаться тогда? И почему я должен верить, что всё это мне доступно? Ведь кругом меня все живут обычной жизнью, и наш быт нормально устроен. Зачем что-то менять? Ведь если я встану на путь любви, то мне нужно будет идти по нему всю жизнь, и у меня не останется времени на что-то другое, на мою суету, на мои амбиции, на мои грехи. А как я без этого выйду в люди? Засмеют.</w:t>
      </w:r>
    </w:p>
    <w:p>
      <w:r>
        <w:t>Нет, всё же мнение окружающих мне дороже, чем Божьи планы для меня. Чтобы строить счастье, необходимы постоянные усилия и сила свыше. А буду ли я интересен Богу в этих своих желаниях?</w:t>
      </w:r>
    </w:p>
    <w:p>
      <w:r>
        <w:t>Лучше продолжу спокойно жить и тихо коротать своё время. Меня устраивает моя скорлупа, в которой я могу от всех закрыться и мечтать о том, что когда-то появится «добрый дядя», который переселит меня в новый дом, и мне там будет хорошо, и даже очень хорошо. Там меня будут окружать красивые люди. Все будут мне рады. И я стану весьма известным. И я даже могу об этом написать книгу или снять фильм. Какие чудесные перспективы! Все соседи узнают о моём таланте, и я буду дарить свои автографы любому желающему. Зачем мне рисковать? Подожду, когда счастье само свалится с Неба.</w:t>
      </w:r>
    </w:p>
    <w:p>
      <w:r>
        <w:t>А Господь ждёт, чтобы отдать. Властелин Неба и Земли стоит в ожидании моего решения быть счастливым. И Он готов для моего счастья сделать всё, что окажется нужным. Иисус даёт понять, что только Он сможет научить меня самым хорошим вещам в моей жизни и дать мне лучшее, чего жаждет моя душа. Он ждёт, чтобы войти. Он ждёт, чтобы начать строить мой домик счастья. Он знает все мои вопросы, и Его не удивляют все мои сомнения. У Него на всё есть лучшие ответы.</w:t>
      </w:r>
    </w:p>
    <w:p>
      <w:r>
        <w:t>И Иисус решил стать моим Другом. Он дарует мне Свою любовь и любит меня во всякое время. Он может всё, но без меня не будет делать ничего.</w:t>
      </w:r>
    </w:p>
    <w:p>
      <w:r>
        <w:t>Ему известны все мои мечты и тщеславные планы. Господь желает их разрушить и дать Свою будущность и надежду, осуществив в моей жизни Свои планы, планы прекрасного будущего, планы на счастье, любовь и дружбу. И Христос посылает мне мир, превосходящий моё разумение, но он настолько реален, что его можно ощущать всею душой.</w:t>
      </w:r>
    </w:p>
    <w:p>
      <w:r>
        <w:t>Что я решу? Как мне дальше жить? К чему стремиться?</w:t>
      </w:r>
    </w:p>
    <w:p>
      <w:r>
        <w:t>Начать ли мне строительство домика счастья или подождать, когда сперва мои друзья его себе построят, а затем сравнить, учесть все их ошибки и уже приступать?</w:t>
      </w:r>
    </w:p>
    <w:p>
      <w:r>
        <w:t>Где взять веры на всё это?</w:t>
      </w:r>
    </w:p>
    <w:p>
      <w:r>
        <w:t>А сколько ещё мне времени осталось? Создаётся такое впечатление, что я никогда не умру, что старость и болезнь не созданы для меня. Жизнью же надо наслаждаться здесь и сейчас, а после меня хоть потоп. Правильно ли я мыслю?</w:t>
      </w:r>
    </w:p>
    <w:p>
      <w:r>
        <w:t>Узнаёте, кого я описал?</w:t>
      </w:r>
    </w:p>
    <w:p>
      <w:r>
        <w:t>В конце этого размышления могу добавить следующее. Если кто из вас решится строить вместе с Богом свой домик счастья, друзья, то у вас получится шедевр, о котором вы даже не мечтали. У вас выйдет прочное и прекрасное сооружение, которое выдержит все испытания и не упадёт ни под каким натиском. Любовь, счастье и дружба доступны каждому, и у Бога всего этого очень много. Их хватит всем, кто сделает шаг веры и начнёт просить. И получит.</w:t>
      </w:r>
    </w:p>
    <w:p>
      <w:r>
        <w:t>Я один из тех, кто решил попробовать и испытать Бога. И получилось. Я счастлив, и даже очень. Я люблю, и это прекрасно. Я верю, что дары Неба доступны мне, и я получаю их. И я знаю, что всякий, кто встанет на этот путь, обретёт гораздо больше того, что ожидает. Отважьтесь просить о многом, и Бог ответит. Он любит нас, Он любит отдавать, и у Него есть что отдать, и очень этого много.</w:t>
      </w:r>
    </w:p>
    <w:p>
      <w:r>
        <w:t>И всегда помните, что моё счастье — это Небесный план для последнего времени. Мне нужно лишь войти в него и делать то, что откроет Господь.</w:t>
      </w:r>
    </w:p>
    <w:p>
      <w:r>
        <w:t>Как вы думаете, если прыгнуть с головой в океан, вы намокнете? Думаю, что все ответили «да». А если прыгнуть с головой в Божье счастье, будете ли вы несчастными? А вот тут можно подискутировать ...</w:t>
      </w:r>
    </w:p>
    <w:p>
      <w:pPr>
        <w:pStyle w:val="Heading2"/>
      </w:pPr>
      <w:r>
        <w:t>Библейские стихи к этой главе:</w:t>
      </w:r>
    </w:p>
    <w:p>
      <w:r>
        <w:t>1Кор. 1:25-26; 3:10; Мф. 6:27; Лук. 14:28-30; Евр. 4:1; Иак 1:25; 1Пет. 4:15; Ин. 10:16,27-30</w:t>
      </w:r>
    </w:p>
    <w:p>
      <w:pPr>
        <w:pStyle w:val="Heading2"/>
        <w:pageBreakBefore/>
      </w:pPr>
      <w:r>
        <w:t>Глава 7</w:t>
      </w:r>
    </w:p>
    <w:p>
      <w:pPr>
        <w:pStyle w:val="Heading1"/>
      </w:pPr>
      <w:r>
        <w:t>Простое счастье</w:t>
      </w:r>
    </w:p>
    <w:p>
      <w:r>
        <w:t>Знаете ли вы такого человека, который всегда испытывает радость, о котором можно с уверенностью сказать, что он самый счастливый человек в мире? Давайте представим, что такой человек у вас есть. Если это не член семьи, который виден всегда, то дать оценку поведению ближнего бывает очень сложно, потому что мы знаем, что на людях мы можем быть хорошими и умеем жить двойной жизнью, создавая себе определённый имидж. Могу ли я в таком случае сказать о себе, что я счастлив? Не каждый решится на такое смелое заявление, оставаясь при этом честным с самим собой.</w:t>
      </w:r>
    </w:p>
    <w:p>
      <w:r>
        <w:t>По крайней мере, я могу про себя сказать, что это есть в моей жизни, не потому что я таким родился, а потому что я это выбрал и нахожусь в постоянной борьбе с самим собой за своё счастье.</w:t>
      </w:r>
    </w:p>
    <w:p>
      <w:r>
        <w:t>Счастье — это великая борьба между моим правым и левым ухом. Я должен держать под постоянным контролем своё настроение, свои эмоции, свои мысли и чувства, и приводить их к тому, чтобы они подчинялись моему разуму и воле. Самому это порою не по силам, и я прошу у Бога сил и благословения, чтобы мне пребывать в таком состоянии, несмотря ни на что. И Он помогает и даёт Свою благодать.</w:t>
      </w:r>
    </w:p>
    <w:p>
      <w:r>
        <w:t>Я этому учусь и вижу, как у меня это получается. С Божьей помощью я всё могу в укрепляющем меня Иисусе. И, находясь в подобном состоянии разума, я прекрасно понимаю, что такое блаженство, и какие законы есть у счастья, и как они действуют. Бог не оставляет меня в неведении в этом вопросе. Он не учит меня быть счастливым наугад, полагаясь на случай или благоприятствующие обстоятельства. Он посылает откровения о Своей любви и заботе и наставляет меня строить моё счастье на прочном основании из вечных материалов и ценностей.</w:t>
      </w:r>
    </w:p>
    <w:p>
      <w:r>
        <w:t>Я замечаю, что иногда моё счастливое сердце забывает сообщать лицу о моём внутреннем состоянии, и со стороны я не всегда похож на того, кто счастлив. И мне иногда делают замечания. Я согласен с этим и этому тоже следует учиться. Улыбка является для мира наилучшим свидетельством о том, что у тебя внутри всё хорошо. Хотя улыбки разные бывают.</w:t>
      </w:r>
    </w:p>
    <w:p>
      <w:r>
        <w:t>А вот счастье делится на условное и истинное. В основном человек бывает счастливым, когда всё идёт по плану, когда ему сопутствует успех и удача, когда он добивается того, что задумал и к чему шёл, или когда временные факторы его окружения не раздражают его и не вводят в тоску, но остаются благоприятными и стабильными.</w:t>
      </w:r>
    </w:p>
    <w:p>
      <w:r>
        <w:t>Истинное счастье покоится на прочном основании, которое есть Христос. То есть я верю в Него как в своего Спасителя и имею с Ним личные отношения. Когда я глубоко познаю Иисуса и позволяю Ему познавать себя и участвовать во всех сферах моей жизни, тогда радость наполняет меня, и это даёт мне возможность открывать для себя законы счастья и жить по ним. И подобное счастье более прочное, чем условное, а истинным оно является потому, что покоится на вечных принципах, которые не изменяются, и пока я их придерживаюсь и ими живу, у меня есть все шансы и право быть счастливым всегда. И во всём этом главную роль играет мой выбор.</w:t>
      </w:r>
    </w:p>
    <w:p>
      <w:r>
        <w:t>Счастье — это не что-то такое, что обрушилось на меня, и я не знаю, что с ним делать, а это целая наука, которую следует изучать, постигать, познавать, испытывать и доказывать всю свою жизнь, делая постоянный выбор. Именно так и нужно жить.</w:t>
      </w:r>
    </w:p>
    <w:p>
      <w:r>
        <w:t>Сложности и трудные люди — это постоянный экзамен моего счастья, и тяжёлые ситуации являются самым лучшим тренажёром моей воли. Но наиболее неудобный соперник сидит во мне самом и называется ветхим человеком или плотью, которая постоянно тянет меня ко греху, если я перестаю её держать на лопатках.</w:t>
      </w:r>
    </w:p>
    <w:p>
      <w:r>
        <w:t>А время идёт, и я настолько привыкаю жить в счастье, что порою даже забываю о нём просить, а просто вхожу в него с раннего утра после утренней молитвы и пребываю в этом состоянии в течение дня. И Бог благословляет меня в этом ради Себя Самого.</w:t>
      </w:r>
    </w:p>
    <w:p>
      <w:r>
        <w:t>Когда моя дочь была маленькой, тогда я приходил с ней в песочницу, и мы строили куличики. Она была счастлива, что я рядом, что я с ней, что помогаю ей, а я в этот момент не думал о том, какие страшные испытания ей предстоит пережить в своей жизни и будет ли она так же счастлива, как сейчас? Я просто играл с ней и заботился о её маленькой радости и безопасности.</w:t>
      </w:r>
    </w:p>
    <w:p>
      <w:r>
        <w:t>Возможно, моя нынешняя борьба за счастье похожа на игру в песочнице в глазах Бога, но Он не упрекает меня за это, но садится рядом со мной и помогает мне строить мои «куличики», говоря мне о Своей любви. Он учит меня доверию.</w:t>
      </w:r>
    </w:p>
    <w:p>
      <w:r>
        <w:t>Но каким бы маленьким ни было моё счастье, я вижу, что, когда я начинаю делиться им с другими и рассказывать им о его законах, жизнь этих людей становится лучше, радостней, интереснее. Они меняют своё мировоззрение, и то, что казалось им тьмой, становится для них благословением, открывающим дверь в страну счастья. И как радостно понимать, что чья-то жизнь стала лучше, потому что в ней появился я и просто немножко помог. А моя поддержка порою и заключается в том, чтобы привести людей к Иисусу и объяснить, что Бог лучше, чем они себе Его представляют, и что грех является злом, с которым нужно бороться.</w:t>
      </w:r>
    </w:p>
    <w:p>
      <w:r>
        <w:t>Бог не предусмотрел, чтобы грешный человек был счастливым и пребывал в блаженстве. Грех разрушителен. Он портит всё, он лишает мира и убивает любовь. Он имеет тенденцию роста, и если сейчас он маленький и кажется безобидным, то со временем он укрепляется, пускает глубокие корни и сеет вокруг себя злые семена. Не в планах Бога увековечивать грех и ставить на нём печать Своего счастья.</w:t>
      </w:r>
    </w:p>
    <w:p>
      <w:r>
        <w:t>Но счастье приходит тогда, когда душа очищается от власти греха и обретает освобождение в Иисусе Христе. Человек, получивший прощение и освобождение от уз зла, становится воистину счастливым, и если захочет, то может всегда пребывать в таком расположении духа.</w:t>
      </w:r>
    </w:p>
    <w:p>
      <w:r>
        <w:t>Наш мир не создан для жизни счастливых людей. Здесь только школа счастья, в которой мы все учимся и надеемся на лучший мир и лучшее время, которые скоро настанут с пришествием нашего Господа Иисуса. А пока мы здесь и живы, борьба за счастье не закончится.</w:t>
      </w:r>
    </w:p>
    <w:p>
      <w:r>
        <w:t>Крайне интересно то, что мы живём в эпоху несчастных людей. И несчастье стало нормой существования, и мы даже не замечаем, что мы такие, но думаем, что мы богаты, одеты и не имеем ни в чём нужды. А Господь говорит: «А ты не знаешь, что ты несчастен...». И Он продолжает обличать нас в нашем жалком состоянии, давая при этом совет, как из него выйти.</w:t>
      </w:r>
    </w:p>
    <w:p>
      <w:r>
        <w:t>Но люди упорны и придумывают всевозможные науки о душе, делая разные открытия, лишь бы доказать себе, что можно и без Бога быть счастливым, или, веруя в Него, жить во грехе и делать вид, что Бог этого не замечает или не обращает на это внимания. Ведь главное верить!</w:t>
      </w:r>
    </w:p>
    <w:p>
      <w:r>
        <w:t>Грех и истинное счастье — это два разных понятия. Условное счастье может приспособиться к жизни во грехе, но у такого человека нет будущего. Ему остаётся лишь эта короткая земная жизнь, которая бывает непредсказуема. И сколько таких людей каждый день уходят из жизни, страдая от того, что многое сделали не так, и уже ничего не вернуть, оставляя нам ценные указания, которые мало что изменят в нашей жизни. Что-то радикально улучшить может только Бог. А в Нём счастье, любовь и дружба.</w:t>
      </w:r>
    </w:p>
    <w:p>
      <w:pPr>
        <w:pStyle w:val="Heading2"/>
      </w:pPr>
      <w:r>
        <w:t>Библейские стихи к этой главе:</w:t>
      </w:r>
    </w:p>
    <w:p>
      <w:r>
        <w:t>Иер. 33:3; Флп. 4:13; Пр. 15:13; 17:22; 2Тим. 3:1-5; Ис 14:3-4; 1Кор. 9:27; Гал. 4:6-7,9</w:t>
      </w:r>
    </w:p>
    <w:p>
      <w:pPr>
        <w:pStyle w:val="Heading2"/>
        <w:pageBreakBefore/>
      </w:pPr>
      <w:r>
        <w:t>Глава 8</w:t>
      </w:r>
    </w:p>
    <w:p>
      <w:pPr>
        <w:pStyle w:val="Heading1"/>
      </w:pPr>
      <w:r>
        <w:t>Чужое счастье</w:t>
      </w:r>
    </w:p>
    <w:p>
      <w:r>
        <w:t>Однажды Царь Соломон написал такие слова: Еккл 5:17: «Вот ещё, что я нашёл доброго и приятного: есть и пить, и наслаждаться добром во всех трудах своих, какими кто трудится под солнцем во все дни жизни своей, которые дал ему Бог; потому что это его доля».</w:t>
      </w:r>
    </w:p>
    <w:p>
      <w:r>
        <w:t>Любовь, счастье и дружба — это особое наслаждение жизнью. И благо тому, кто это понимает, и кто это использует в полной мере. Приведу сравнение.</w:t>
      </w:r>
    </w:p>
    <w:p>
      <w:r>
        <w:t>Гуляя в окрестностях своего дома, я часто прохожу мимо зданий, которые я строил несколько лет назад. Я хорошо помню пустое место, когда там ещё ничего не было, а только росла трава. Но пришли мы, строители, и стали созидать нечто хорошее. В результате наших трудов появились два домика. Потом пришли другие люди и тоже приложили свои старания, и домики стали уютными и тёплыми. Я помню ту радость хозяев, когда они получили ключи и готовились к переезду. А сейчас они живут в этих прекрасных домах и устраивают свою жизнь на своё усмотрение.</w:t>
      </w:r>
    </w:p>
    <w:p>
      <w:r>
        <w:t>И каждый раз, когда я прохожу мимо этих строений, я смотрю и радуюсь тому, что и мои труды вложены в чью-то жизнь, чтобы сделать её уютнее и интереснее. Я окидываю взором эти дома и иду дальше. И те, кто живёт внутри, даже не догадываются о том, что я всякий раз радуюсь делу рук своих, проходя мимо. Я думаю, что они меня и не помнят, но это не лишает меня радости.</w:t>
      </w:r>
    </w:p>
    <w:p>
      <w:r>
        <w:t>Почему я это рассказываю? Эту иллюстрацию я привёл как пример особой радости, которую я переживаю вот уже много лет и которую планирую иметь всю Вечность.</w:t>
      </w:r>
    </w:p>
    <w:p>
      <w:r>
        <w:t>Господь доверил нам Своё Слово, Свою любовь и влияние, чтобы мы это всё сеяли везде, где только можно. И Он очень внимательно следит за тем, как я использую эти дары Неба. И так приятно передавать их людям, сея любовь в жизни ближних.</w:t>
      </w:r>
    </w:p>
    <w:p>
      <w:r>
        <w:t>И как впоследствии радостно наблюдать за тем, как всходит урожай, как Божье семя пускает корни, цветёт и приносит плод.</w:t>
      </w:r>
    </w:p>
    <w:p>
      <w:r>
        <w:t>Когда Божья любовь, посеянная тобой, попадает в добрую почву, она делает жизнь человека прекрасной и уютной, наполняя сознание теплом и счастьем. А когда семя любви всходит, оно приносит плод, который имеет уже своё семя, пригодное для посева.</w:t>
      </w:r>
    </w:p>
    <w:p>
      <w:r>
        <w:t>Я получаю огромное наслаждение и удовольствие, когда прохожу мимо этих людей, в чьи сердца было вложено мною что-то доброе, встаю тихонько в сторонке и вспоминаю, как было вначале, а потом пришли мы с Иисусом и стали прикладывать усилия и что-то строить и благоустраивать. Потом пришли другие и приложили свою руку. А затем Господь вручил ключи от «домика счастья» их счастливым владельцам и стал званым Другом в этом жилище.</w:t>
      </w:r>
    </w:p>
    <w:p>
      <w:r>
        <w:t>А я стою в сторонке и тихо радуюсь, видя, как жизнь моих друзей наполняется счастьем, любовью и дружбой. Какое удовольствие смотреть на крепкие семьи, которые остались целыми и встали на путь любви и дружбы, на сияющие лица друзей, которые живут во свете любви и готовятся к Вечности, не вспоминая ту тьму, из которой не знали выхода, на тех людей, которые обрели смысл жизни в Иисусе и живут уверенностью в спасении, готовясь к встрече с Иисусом, на тех, чья жизнь стала лучше и прекраснее благодаря тому, что в ней появился ты со своей любовью и дружбой.</w:t>
      </w:r>
    </w:p>
    <w:p>
      <w:r>
        <w:t>Я часто перечитываю в книге пророка Исайи о том, что Господь будет смотреть с довольством на подвиг души Своей. И меня так радует видеть счастливое лицо моего Спасителя и разделять вместе с Ним Его радость всю Вечность.</w:t>
      </w:r>
    </w:p>
    <w:p>
      <w:r>
        <w:t>А сейчас я только учусь этой небесной радости. Учусь жить так, как будто я уже в Вечности, и в моём сердце вписаны только её законы. Вечная жизнь уже началась с момента рождения свыше, и по вере в Иисуса она продолжается, и познание Единого Истинного Бога и посланного Им Иисуса поддерживает меня в духовном росте и даёт мне право на жизнь среди святых существ. У меня есть эта надежда, и благодаря смерти Иисуса и Его воскресению это стало возможным всякому человеку.</w:t>
      </w:r>
    </w:p>
    <w:p>
      <w:r>
        <w:t>А любовь, которая приносит дружбу в отношения и счастье в сознание, — это ключи от дома моего сердца, которые вручены Иисусу, чтобы Он не стоял снаружи и стучал, но входил в мою жизнь по праву Хозяина, наводил порядок в моей жизни, имея доступ во всякую комнату. И я могу об этом только рассказать и поделиться опытом того, как я этого достиг и что пережил. Пусть для кого-то это только слова, но это добрые слова, которые имеют силу творить что-то новое и интересное, силу менять чью-то жизнь.</w:t>
      </w:r>
    </w:p>
    <w:p>
      <w:r>
        <w:t>Слова любви преобразовывают сознание, меняют жизнь, задают правильное направление, рассеивают тьму, дают надежду, приносят добрый плод, указывают на Иисуса, хотя при этом они остаются только словами, и их не бывает много. Они украшают жизнь небесным светом.</w:t>
      </w:r>
    </w:p>
    <w:p>
      <w:r>
        <w:t>Не бойтесь быть счастливыми и добрыми, не бойтесь быть многословными и решительными в любви. Слова любви показывают истинный мотив, который вложен в каждое твоё дело. Слова любви будут твоим оправданием в день суда, свидетельствуя о твоей близости с Богом, переполнявшей твоё сердце, ибо от избытка любви начинают говорить уста, открывая характер Бога миру.</w:t>
      </w:r>
    </w:p>
    <w:p>
      <w:r>
        <w:t>И так приятно стоять в сторонке и рассматривать дело уст своих, которое украсило чью-то жизнь любовью, счастьем и дружбой. Это такая радость — понимать, что кому-то стало хорошо от того, что ты есть в его жизни. Так важно осознавать, что кто-то счастлив, потому что ты посеял в его сердце семя любви, которое взошло и принесло добрый плод; что кто-то стал счастливым, когда услышал твой опыт в агапэ и решил попробовать, и получилось; что кто-то в моём лице обрёл друга навсегда. Слава Богу!</w:t>
      </w:r>
    </w:p>
    <w:p>
      <w:r>
        <w:t>Так радостно слышать о том, что те, кто учится в этой школе, имеют общение друг с другом, создают свои группы и приобретают себе новых друзей и новые опыты, а потом ещё и любят друг друга.</w:t>
      </w:r>
    </w:p>
    <w:p>
      <w:r>
        <w:t>Так радостно видеть семьи, которые собирались разводиться, но узнали, что есть любовь, и решили её вкусить, и теперь живут счастливо и в любви и не могут себе представить жизни друг без друга.</w:t>
      </w:r>
    </w:p>
    <w:p>
      <w:r>
        <w:t>Как приятно слышать о том, что кто-то, будучи в церкви, жил в темнице греха и был всем разочарован, но включил в своём сознании любовь, познал Иисуса и стал светом этому миру. Так радостно видеть чужое счастье, в котором есть и твоё участие.</w:t>
      </w:r>
    </w:p>
    <w:p>
      <w:r>
        <w:t>Это такое блаженство брать у Господа семена жизни и сеять их в этот мир, наблюдая за тем, в какую почву они попали и как всходят.</w:t>
      </w:r>
    </w:p>
    <w:p>
      <w:r>
        <w:t>А самое интересное — это узнавать о том, что Иисусу возносятся слова благодарности за твой скромный труд, и Божье Имя прославляется. И каким бы образом ты ни участвовал в этом процессе, и как бы поздно ни начал быть движением Божьего дела, Господь даст тебе то, что Он хочет и что приготовил для любящих Его.</w:t>
      </w:r>
    </w:p>
    <w:p>
      <w:r>
        <w:t>А самая большая радость — это знать о том, что наши имена записаны в Книгу Жизни, и что туда благодаря нам и нашему влиянию, нашим словам любви и дружбы, вписываются новые имена.</w:t>
      </w:r>
    </w:p>
    <w:p>
      <w:r>
        <w:t>И мои уста не перестают благодарить Того, Кто есть Любовь, Кто есть Любовь в моей жизни.</w:t>
      </w:r>
    </w:p>
    <w:p>
      <w:r>
        <w:t>И все вы, друзья, — моя радость. Мне очень приятно стоять в сторонке и наблюдать за тем, как ваша жизнь стала лучше благодаря тому, что в неё вошёл Иисус и зажёг в ней свет под названием любовь, счастье и дружба. Как радостно видеть, что вы счастливы. И на подвиг души Своей Иисус будет взирать с довольством.</w:t>
      </w:r>
    </w:p>
    <w:p>
      <w:pPr>
        <w:pStyle w:val="Heading2"/>
      </w:pPr>
      <w:r>
        <w:t>Библейские стихи к этой главе:</w:t>
      </w:r>
    </w:p>
    <w:p>
      <w:r>
        <w:t>Ис. 32:20; 53:11; Мф. 5:16; 12:37; 1Фес. 2:13; 3:9; Пр. 11:18; 2 Кор. 9:8-12; Лк. 10:20; Кол 1:27-29; Пс. 125:5-6; Тит. 2:11-15; Евр. 13:21-22; 2Тим. 4:6-8; Пр. 25:11; Песн. 2:4; 6:1-3</w:t>
      </w:r>
    </w:p>
    <w:p>
      <w:pPr>
        <w:pStyle w:val="Heading2"/>
        <w:pageBreakBefore/>
      </w:pPr>
      <w:r>
        <w:t>Глава 9</w:t>
      </w:r>
    </w:p>
    <w:p>
      <w:pPr>
        <w:pStyle w:val="Heading1"/>
      </w:pPr>
      <w:r>
        <w:t>На Ком и что я строю?</w:t>
      </w:r>
    </w:p>
    <w:p>
      <w:r>
        <w:t>Если я считаю что-то невозможным или очень сложным, не по своим силам, то я, скорее всего, даже не стану предпринимать попыток, чтобы это выполнить. Моё логическое мышление подсказывает мне не тратить время на то, что превосходит мои возможности или находится выше моего понимания.</w:t>
      </w:r>
    </w:p>
    <w:p>
      <w:r>
        <w:t>Но чтобы вникнуть в суть вещей любой науки, необходимо очень долго исследовать, экспериментировать, ошибаться, искать, пробовать, изучать закономерности. Так устроен процесс познания.</w:t>
      </w:r>
    </w:p>
    <w:p>
      <w:r>
        <w:t>Возьмём для примера розетку в вашем доме. Что в ней? Электричество с напряжением в 220 вольт и сила тока в 10-16 ампер. Вы воткнули в неё любой прибор, и он работает, а вы даже не думаете, откуда электричество, и почему эта сила всегда постоянная. А за этими двумя или тремя проводками в розетке таится целая индустрия с её сложными законами, механизмами и изобретениями, подземными и надземными коммуникациями, обслуживающим персоналом и безостановочным потоком производства. И всё это находится в постоянном движении, чтобы в твоём доме было электричество. А ты просто нажимаешь на выключатель, и зажигается свет.</w:t>
      </w:r>
    </w:p>
    <w:p>
      <w:r>
        <w:t>А если взглянуть на работу нашего тела, на то, как все наши органы влияют друг на друга и не спрашивают у нас совета, а просто трудятся день и ночь, выполняя замысел своего Конструктора? И, окунаясь в этот мир, я начинаю познавать и открывать великие тайны и законы своего здоровья, взаимосвязи духовного, физического и душевного, и всё равно остаётся много загадок, которые лежат во власти Бога за границами моего понимания.</w:t>
      </w:r>
    </w:p>
    <w:p>
      <w:r>
        <w:t>Наука любви, счастья и дружбы относится к тем чудесам человеческих взаимоотношений, которые будут на протяжении всей Вечности радовать нас своими открытиями и удивлять нас своими возможностями и сверхъестественным влиянием. Сейчас мы познаем только основы этих дисциплин и уже поражаемся тому, насколько они многогранно и многообразно устроены, и как чудесно это работает в сочетании с моей волей и желаниями. А кто-то считает всё это крайне сложным и недоступным и даже не делает попыток узнать и копнуть поглубже, довольствуясь поверхностным проявлением этих законов.</w:t>
      </w:r>
    </w:p>
    <w:p>
      <w:r>
        <w:t>Если я решу построить свой домик на скале, то мне необходимо учитывать очень много факторов и закономерностей, чтобы моя конструкция держалась и не была снесена ветром или сильными водами, которые могут прийти после дождя, стекая со склонов.</w:t>
      </w:r>
    </w:p>
    <w:p>
      <w:r>
        <w:t>Однажды я прилетел в Магнитогорск, и нас повезли из аэропорта на встречу в Башкирию. Мы ехали по степи, и вдруг вдалеке стали вырисовываться Уральские горы. Они начинались прямо из равнины с маленьких холмиков и уходили вдаль, перерастая в горный хребет, который пересекает весь материк до крайнего севера и юга и где-то заканчивается. Мы жили в самом начале этого горного массива, не представляя себе всей его величины и высоты. Но я понимал, что я в горах, ибо помнил из уроков географии карту этой местности, хотя и не осознавал всех масштабов и величин.</w:t>
      </w:r>
    </w:p>
    <w:p>
      <w:r>
        <w:t>Подходя к счастью, я окунаюсь в самый его краешек и соприкасаюсь с вечными законами этой науки, даже не представляя себе всего того величия и силы, которые взаимосвязанно вступают в работу и в переплетения моего сознания и бытия и начинают производить удивительные процессы в моём мышлении. А я просто счастлив и не могу даже объяснить, почему. Мне хорошо, потому что я окунулся в это «хорошо», и его законы стали действовать и на меня.</w:t>
      </w:r>
    </w:p>
    <w:p>
      <w:r>
        <w:t>Много философов и мыслителей пытались постигнуть науку и тайны счастья, но зашли в тупик своего воображения и сделали вывод о том, что каждый счастлив по-своему, исходя из своего восприятия. Когда перед тобой открывается Вечность и бесконечность, а ты стоишь у самого её края, тогда очень сложно себе представить, во что она преобразуется и где заканчивается, и ты довольствуешься лишь тем, что видишь, и изучаешь только то, что в поле твоего зрения и достижения. Нужна вера в то, чтобы понять, что есть те просторы, которых ещё не видел глаз и не слышало ухо, но они приготовлены Любящим Богом для всех, кто пожелает их наследовать и исследовать. Обещая показать мне великое и недоступное, чего я не знаю, Небесный Отец понимает, о чём идёт речь, и представляет всю эту картину в целом, а мне открывает Свои прекрасные пейзажи по мере моего продвижения вглубь страны Любви и Счастья. Эта страна огромная. И наше духовное зрение не может её даже вообразить, но она существует.</w:t>
      </w:r>
    </w:p>
    <w:p>
      <w:r>
        <w:t>Насколько велика та Скала, на Которой мы начали строить? Она бесконечна, но имеет начало с какого-то момента моей жизни. И что, куда, когда и сколько я могу строить на этой Скале? Бесконечно всё, много, высоко и глубоко, и я могу начать прямо сейчас. И как долго мне позволено строить? Так долго, как долга Вечность.</w:t>
      </w:r>
    </w:p>
    <w:p>
      <w:r>
        <w:t>Но дорога в тысячи километров начинается с первого маленького шага. И большое счастье начинается с маленькой радости в познании тех великих законов, по которым живёт вся бесконечная Вселенная. Там, где нет закона, порядка и силы, следящей за точным исполнением этих правил, там начинается хаос и разрушение. Но наш Бог есть Бог порядка и мира. У Него всё «разложено по полочкам», всему есть своё определение, и даже то, что мы считаем чудом, Он называет приведением в порядок согласно Своей воле и твоей просьбе или ожиданию.</w:t>
      </w:r>
    </w:p>
    <w:p>
      <w:r>
        <w:t>В самом начале познания счастья необходимо понять, что оно существует, что у него есть свои законы, что оно бесконечно, но в нашей жизни оно должно когда-то начаться, чтобы никогда не закончиться.</w:t>
      </w:r>
    </w:p>
    <w:p>
      <w:r>
        <w:t>Это звучит фантастически, но это жизненная реальность верующего человека, с которой он рано или поздно столкнётся и не сможет её обойти. Если я выберу любое направление и начну прямо по нему двигаться, то когда-то я приду к мировому океану и столкнусь с неизбежной необходимостью двигаться дальше, для чего мне следует в него войти.</w:t>
      </w:r>
    </w:p>
    <w:p>
      <w:r>
        <w:t>Так и жизнь с Богом подразумевает, что моё развитие проходит не только в моей скорлупе, где тепло и уютно, но и в чём-то существующем вокруг меня со всех сторон, к чему я обязательно приду, если буду двигаться. И это что-то есть — Любовь, Счастье, Дружба во Христе Иисусе. Это бесконечная реальность, которую невозможно избежать, но можно встать и не входить в неё, довольствуясь тем, что мне уже понятно, открыто и доступно в рамках моего ограниченного кругозора.</w:t>
      </w:r>
    </w:p>
    <w:p>
      <w:r>
        <w:t>Виноват ли Бог в узости моего мышления? Нет, Он делает всё возможное, чтобы я мог идти дальше и выше. Наша Земля является нашим миром, в котором мы привыкли жить, но это только частичка огромной бесконечной Вселенной, которая окружает нас со всех сторон и которая говорит нам о том, что Земля — это только начало. Для нас это центр, от которого начинается наш рост ввысь, но за пределами Земли берёт начало другой мир, загадочный, таинственный, но реальный. И в нём есть свои законы, которые можно открыть, можно изучить и можно в них жить.</w:t>
      </w:r>
    </w:p>
    <w:p>
      <w:r>
        <w:t>И чтобы идти дальше, стоит понять, что счастье есть, оно реально, оно бесконечно, оно вечно, оно имеет свои уставы. Важно осознать, что счастье доступно мне и приготовлено для меня. Оно проистекает из Иисуса и возвращается к Нему. Бог есть счастье, и пребывающие в счастье пребывают в Нём, а Он в них. Это я сам придумал, но так оно и есть.</w:t>
      </w:r>
    </w:p>
    <w:p>
      <w:pPr>
        <w:pStyle w:val="Heading2"/>
      </w:pPr>
      <w:r>
        <w:t>Библейские стихи к этой главе:</w:t>
      </w:r>
    </w:p>
    <w:p>
      <w:r>
        <w:t>Рим.4:5-6; Евр.11:6, 16, 40; Ос.4:6: 6:3; Евр. 9:28; Еф. 3:16-21; Быт. 12:1; Ин.10:10, 27-29; Лк.18:17; 1Кор.2:9; Лк.1:17; 2:8-10, 14</w:t>
      </w:r>
    </w:p>
    <w:p>
      <w:pPr>
        <w:pStyle w:val="Heading2"/>
        <w:pageBreakBefore/>
      </w:pPr>
      <w:r>
        <w:t>Глава 10</w:t>
      </w:r>
    </w:p>
    <w:p>
      <w:pPr>
        <w:pStyle w:val="Heading1"/>
      </w:pPr>
      <w:r>
        <w:t>Самый счастливый</w:t>
      </w:r>
    </w:p>
    <w:p>
      <w:r>
        <w:t>Строительство фундамента требует много сил и средств, и оно забирает немало времени. Но и здесь идёт испытание веры. Кто-то строит и начинает лучше вникать, появляется жажда, приходит вера, душа проходит испытание верности выбранному пути, а кто-то устаёт, всё бросает и уходит, называя все открытия пустой болтовнёй, и возвращается к привычным делам. Не спешите принимать роковые решения и бросать плуг, за который взялись. Отважьтесь быть счастливыми.</w:t>
      </w:r>
    </w:p>
    <w:p>
      <w:r>
        <w:t>Рассмотрим жизнь самого счастливого человека. Пусть вас не смущает слово «самый».</w:t>
      </w:r>
    </w:p>
    <w:p>
      <w:r>
        <w:t>Как живёт счастливый человек? Как узнать, чем он дышит, что он чувствует, о чём мечтает?</w:t>
      </w:r>
    </w:p>
    <w:p>
      <w:r>
        <w:t>Думаю, что для этого нужно найти самого счастливого человека в мире и задать ему эти вопросы. И если у него хватит смелости, то он, возможно, ответит вам, пытаясь облечь свои переживания в слова. Не всегда это просто, но попробую. Самое сложное — это быть кратким и лаконичным.</w:t>
      </w:r>
    </w:p>
    <w:p>
      <w:r>
        <w:t>Я решил, что я самый счастливый человек в мире. Это очень хорошее решение, особенно если оно имеет основание. Конечно, для кого-то такие слова могут звучать самонадеянно, но у меня есть много доказательств в самом себе, и я просто беру всё это, составляю вместе и вижу, что это так. Если я скажу, что я несчастный, то буду лжецом, а это грех.</w:t>
      </w:r>
    </w:p>
    <w:p>
      <w:r>
        <w:t>В строительстве моего счастья были задействованы все Небесные силы, и Сам Творец приложил Свою руку к моему разуму, чтобы написать на нём Свои законы и вложить их в мои мысли и чувства.</w:t>
      </w:r>
    </w:p>
    <w:p>
      <w:r>
        <w:t>У меня всегда есть живое сравнение — до и после. У меня имеются результаты глубокого анализа и исследования тех событий и перемен, которые произошли в моей жизни.</w:t>
      </w:r>
    </w:p>
    <w:p>
      <w:r>
        <w:t>Сравнивая всё это с открытой в Библии Божьей волей обо мне, я вижу исполнение многих планов Всевышнего в моём разуме.</w:t>
      </w:r>
    </w:p>
    <w:p>
      <w:r>
        <w:t>Написано, что Бог дарует непокорным образ мысли праведника, и я вижу, что это во мне исполнилось. Мои мысли сейчас о святом, о чистом, об истинном и радостном.</w:t>
      </w:r>
    </w:p>
    <w:p>
      <w:r>
        <w:t>Бог обещал, что Иисус спасёт людей Своих от грехов их. И это исполнилось и в моей жизни.</w:t>
      </w:r>
    </w:p>
    <w:p>
      <w:r>
        <w:t>Читая обращение к Лаодикии, я услышал весть о том, что я несчастен, и совет, как выйти из подобного состояния. Я принял рекомендации Господа, и сейчас живу в совершенно другом измерении.</w:t>
      </w:r>
    </w:p>
    <w:p>
      <w:r>
        <w:t>Я счастлив! У меня есть Друг по имени Иисус, и Он лучший.</w:t>
      </w:r>
    </w:p>
    <w:p>
      <w:r>
        <w:t>Присутствие Христа на моём пути наполняет все мои планы, дела и жизнь особым смыслом. Не я, а Он во мне совершает добрые дела, уважая и мой выбор. Я в Нём, Он во мне. Это очень радостное сочетание.</w:t>
      </w:r>
    </w:p>
    <w:p>
      <w:r>
        <w:t>Я стал спокойнее, научился все свои и чужие заботы и проблемы сразу возлагать на Него, ибо Он печётся о нас. Когда Иисус всё несёт в Своих руках, это не обременяет мою душу, но даёт мне радость в решении повседневных задач и силы в исполнении своих обязанностей.</w:t>
      </w:r>
    </w:p>
    <w:p>
      <w:r>
        <w:t>Я весело смотрю на свою жизнь. Она меня радует, когда все мои планы покоятся в Божьей воле.</w:t>
      </w:r>
    </w:p>
    <w:p>
      <w:r>
        <w:t>Я научился быть счастливым независимо от обстоятельств, внешних факторов, глобальных проблем и катастроф вокруг меня. Человеческая злоба от ближних иногда обескураживает и выбивает из колеи, но тут же включается защитный механизм, приводится в действие решение любить, и на сердце приходит мир от осознания очередной победы любви. А с ним появляется и радость.</w:t>
      </w:r>
    </w:p>
    <w:p>
      <w:r>
        <w:t>Живя в потоках ежедневной Божьей любви и благословений, я принимаю решение быть счастливым, и это становится реальностью на уровне моих мыслей и чувств.</w:t>
      </w:r>
    </w:p>
    <w:p>
      <w:r>
        <w:t>Изучая механизм счастья, я открыл Божьи законы и заповеди блаженства и научился им подчиняться и управлять ими. Оказывается, быть счастливым так просто, когда Иисус живёт в сердце и учит меня изнутри.</w:t>
      </w:r>
    </w:p>
    <w:p>
      <w:r>
        <w:t>Школа любви и счастья проходит через скорби, через огонь испытаний, через глубокие воды человеческих страстей, через бури соблазнов и искушений, и ничто не вредит мне и не убивает меня, потому что мой Учитель допускает лишь то, что мне по силам преодолеть и перенести. Он учит меня правильно реагировать на то или иное испытание и побеждать.</w:t>
      </w:r>
    </w:p>
    <w:p>
      <w:r>
        <w:t>Любовь Христа, дарованная мне по моей убедительной просьбе и по Его воле, является ключом к решению любой задачи и залогом победы в любом сражении.</w:t>
      </w:r>
    </w:p>
    <w:p>
      <w:r>
        <w:t>Идя по жизни, я выбираю любовь и счастье, и я живу в этом. Так прекрасно быть счастливым, любить в любой ситуации, быть кротким и послушным Богу.</w:t>
      </w:r>
    </w:p>
    <w:p>
      <w:r>
        <w:t>Иногда приходит осознание того, что сделать грех намного сложнее, чем победить его. В защиту от греха Бог создал такие мощные барьеры Своей благодати, что порою просто невозможно их преодолеть с моей стороны, потому что нет желания и интереса, одно отвращение. И при этом я прекрасно понимаю, что хоть я и стою, я могу очень быстро упасть. И я берегусь, чтоб не сделать этого, считая, что если и падать, то в руку Иисуса. Страшно делать грех, лучше умереть в чистоте, чем жить в грехе и пороке.</w:t>
      </w:r>
    </w:p>
    <w:p>
      <w:r>
        <w:t>И при всём этом моём маленьком счастье длинною в жизнь я иногда очень страдаю от того, что не могу этим делиться, чтобы вот так отдать и зажечь в чьей-то жизни свет. Это моё личное, и оно имеет очень глубокие корни и очень тесную связь с Богом. Хочу отдать и отдаю, а остаюсь непонятым и иногда коротаю счастливые дни в полном одиночестве.</w:t>
      </w:r>
    </w:p>
    <w:p>
      <w:r>
        <w:t>Могу об этом рассказать, могу этому научить, могу объяснить, но не могу за другого принять решение и жить его счастливой жизнью. Это что-то очень личное между человеком и Богом. И каждый сам должен избрать для себя такой путь.</w:t>
      </w:r>
    </w:p>
    <w:p>
      <w:r>
        <w:t>Я знаю, что я пережил. И мой опыт маленьких побед научил меня очень важным вещам. Я вижу, что имею влияние к добру на некоторых людей, и радуюсь, если могу им помочь, но выбрать своё счастье они должны сами.</w:t>
      </w:r>
    </w:p>
    <w:p>
      <w:r>
        <w:t>Моё счастье очень автономно, оно не зависит от мнения других или от их отношения ко мне, оно покоится на моих отношениях с Богом, и когда я в гармонии со своим Творцом, то счастье становится простым следствием этих отношений.</w:t>
      </w:r>
    </w:p>
    <w:p>
      <w:r>
        <w:t>Я готовлюсь к жизни среди святых существ. Там есть свои законы, и по многим из них я уже живу здесь и понимаю, что в Вечности они не изменятся, но на Небе не будет греха и врага души с его соблазнами.</w:t>
      </w:r>
    </w:p>
    <w:p>
      <w:r>
        <w:t>Я пишу вам, друзья, о любви и счастье, желая только того, чтобы это стало и вашим личным опытом, открытием и достоянием.</w:t>
      </w:r>
    </w:p>
    <w:p>
      <w:r>
        <w:t>Бог очень хочет, чтобы мы все, Его дети, были счастливы среди невзгод и опасностей этого мира. Он отдал для этого всё, всё самое дорогое, лишь бы это исполнилось. И, вставая на путь любви и счастья, я вхожу в гармонию с Богом и Его волей, и я обречён на успех.</w:t>
      </w:r>
    </w:p>
    <w:p>
      <w:r>
        <w:t>Вкусите, и увидите, как благ Господь.</w:t>
      </w:r>
    </w:p>
    <w:p>
      <w:r>
        <w:t>Я очень советую прислушаться к обличению и советам Истинного и Верного Свидетеля к Лаодикии. Если Он что-то и просит у Него купить, то это нужно сделать. Если Он советует что-то открыть, то важно ответить Ему и сделать это.</w:t>
      </w:r>
    </w:p>
    <w:p>
      <w:r>
        <w:t>Иисус не говорит в этом послании, что будет с теми, кто останется глух и неразумен, но об этом можно догадаться. И если Сам Бог предлагает Самого Себя и дружбу с Собой, то думаю, будет очень глупо от этого отказаться или быть настолько занятым, чтобы это не услышать.</w:t>
      </w:r>
    </w:p>
    <w:p>
      <w:r>
        <w:t>Верите ли вы тому, что вам это написал самый счастливый человек в мире? Но думаю, что «самый» не означает «единственный». Жду вас, друзья, вступайте в страну удивительных открытий и побед под названием «Счастье в Иисусе».</w:t>
      </w:r>
    </w:p>
    <w:p>
      <w:pPr>
        <w:pStyle w:val="Heading2"/>
      </w:pPr>
      <w:r>
        <w:t>Библейские стихи к этой главе:</w:t>
      </w:r>
    </w:p>
    <w:p>
      <w:r>
        <w:t>Лк. 19:40; Пс 138:23-24; 1Кор. 13:5; Еф.5:9-11; 1Фес. 5:21; Еккл. 12:9-10; Пр. 20:27; Ис. 28:16; 1Кор. 10:12-13; Флп. 4:15; Мал. 4:6; Авв.3:17-19</w:t>
      </w:r>
    </w:p>
    <w:p>
      <w:pPr>
        <w:pStyle w:val="Heading2"/>
        <w:pageBreakBefore/>
      </w:pPr>
      <w:r>
        <w:t>Глава 11</w:t>
      </w:r>
    </w:p>
    <w:p>
      <w:pPr>
        <w:pStyle w:val="Heading1"/>
      </w:pPr>
      <w:r>
        <w:t>Прочное основание</w:t>
      </w:r>
    </w:p>
    <w:p>
      <w:r>
        <w:t>Во времена Моисея Господь решил воплотить Свой план Спасения человечества видимым образом. Он повелел Израилю возвести скинию. До этого строительства и впоследствии Господь зримо пребывал с народом в виде Облачного Столпа днём и Огненного Столпа ночью (Исх. 13:22).</w:t>
      </w:r>
    </w:p>
    <w:p>
      <w:r>
        <w:t>Бог вывел Свой избранный народ из египетского рабства. При строительстве скинии земля являлась её основанием. И хоть святилище было мобильным, видимое присутствие Бога внушало страх и ужас всем окрестным племенам. И Сам Бог был Царём Своего народа. Однако мы видим из истории израильтян, что, несмотря на все чудеса и знамения, в его среде периодически происходили ропот и возмущение.</w:t>
      </w:r>
    </w:p>
    <w:p>
      <w:r>
        <w:t>После того как Божий народ вошёл в Землю обетованную и обосновался там, израильтяне отвергли Бога как верховного Владыку и избрали царя. Спустя время царь Соломон построил первый храм, который Бог почтил Своим видимым присутствием при посвящении.</w:t>
      </w:r>
    </w:p>
    <w:p>
      <w:r>
        <w:t>При закладке фундамента этого храма был привезён камень необычной формы, который строители отвергли. Они взяли другой материал для основания.</w:t>
      </w:r>
    </w:p>
    <w:p>
      <w:r>
        <w:t>Но случилось несчастье. Божий народ впал в идолопоклонство и навёл на себя справедливые Божьи суды, в результате чего Первый храм был разрушен, разграблен, а народ был отведён на 70 лет в рабство.</w:t>
      </w:r>
    </w:p>
    <w:p>
      <w:r>
        <w:t>Но по Божьему плану это рабство закончилось освобождением и выходом Израиля из Вавилона. И, придя на свою Родину, народ возвёл Второй храм Господу. И в нём совершалось служение, и приносились жертвы.</w:t>
      </w:r>
    </w:p>
    <w:p>
      <w:r>
        <w:t>Однако при строительстве этого здания возникла проблема. Для основания требовался камень, который выдержал бы нагрузку всего здания и стал бы главою угла. И, к всеобщему удивлению, строители обратили внимание на отверженный ранее камень, который по всем параметрам и размерам подходил на это место. И он был положен в основание Второго храма.</w:t>
      </w:r>
    </w:p>
    <w:p>
      <w:r>
        <w:t>Позже Иисус сравнивает Себя с этим камнем, давая понять, что Он Сам станет Основанием Третьего храма. Однако при жизни Христа никто не уразумел этого заявления, но оно было записано в наставление для нас.</w:t>
      </w:r>
    </w:p>
    <w:p>
      <w:r>
        <w:t>После смерти и воскресения Христа Второй храм был сожжён и разрушен, а все последователи Христа рассеяны по всему миру.</w:t>
      </w:r>
    </w:p>
    <w:p>
      <w:r>
        <w:t>Но у Бога есть план для строительства Своего Дома в моём сердце и в сердце каждого Своего сына и дочери. И Господь уверенно идёт к этой цели.</w:t>
      </w:r>
    </w:p>
    <w:p>
      <w:r>
        <w:t>И это строительство начинается по исходу Божьего народа из рабства греха и из духовного Вавилона. Поскольку возведение этого здания длится уже около 2000 лет, есть непонимание того, что именно строится.</w:t>
      </w:r>
    </w:p>
    <w:p>
      <w:r>
        <w:t>Библейские повествования очень ясно говорят нам о том, что Бог собирается обитать в наших телах и написать Свой закон в наших сердцах и мыслях. А наши тела — это храм Святого Духа. И от нас ожидается бережное отношение к этому святилищу и понимание того, что в нём происходит.</w:t>
      </w:r>
    </w:p>
    <w:p>
      <w:r>
        <w:t>Домик счастья, который мы решили строить в нашей школе, — это не что-то новое и революционное, а попытка облечь в слова и систематизировать все те Библейские истины, которые должны ожить в нашем разуме и дать нам ясное понимание того, что сооружает Бог, и какое это имеет ко мне отношение. Когда же я на примере строительства вижу, Кем является Основание, из чего делается связка, какие материалы берутся для стен, и как выглядит крыша, тогда все эти образы становятся живыми в моём сознании, и я могу ими управлять, понимая, что происходит.</w:t>
      </w:r>
    </w:p>
    <w:p>
      <w:r>
        <w:t>Я знаю много счастливых христиан, которые имеют в основании своей веры прочный фундамент и прочные стены. Но они порою не понимают и не отличают вечное счастье от земного и пытаются их смешать, в результате чего переживают разочарования и трудности. Но если Божий человек имеет ясное представление о том, что вечно и прочно, то он становится мудрым строителем, который возводит на Скале из камня, не смешивая свою конструкцию с грязью и мусором.</w:t>
      </w:r>
    </w:p>
    <w:p>
      <w:r>
        <w:t>Счастье напрямую связано с нашими мыслями и чувствами и очень быстро растворяется в нашем сердце, становясь частью моей жизни. Будет сухим и безжизненным утверждать, что это только принцип, но и ограничить его чувствами — значит придать излишнюю сентиментальность. Каждый человек может представлять счастье так, как считает правильным, и здесь сложно возразить. Но существует общее понимание: счастье — это когда тебе хорошо. Но есть большая разница между христианским «хорошо» и мирским, и хоть они могут переплетаться и в мире, и в церкви, но их стоит разделять.</w:t>
      </w:r>
    </w:p>
    <w:p>
      <w:r>
        <w:t>Мирское счастье имеет временный характер и может в любой момент перестать существовать или измениться, хотя своим присутствием очень радует моё сердце и даёт душе временное наслаждение.</w:t>
      </w:r>
    </w:p>
    <w:p>
      <w:r>
        <w:t>Христианское счастье — это то вечное и незыблемое состояние души, которое ни при каких обстоятельствах не будет разрушено, если я того не захочу. И единственный, кто может лишить меня этого счастья, — это я сам, выбирающий свой путь и свой грех, который я предпочитаю вечным ценностям.</w:t>
      </w:r>
    </w:p>
    <w:p>
      <w:r>
        <w:t>Законы счастья действуют одинаково по отношению ко всем людям, независимо от их вероисповедания и возраста, и они способны совершать чудеса в сознании человека. Однако они бессильны даровать душе спасение. Эти законы не в состоянии стать основанием моего дома. Это будет подобно строительству на песке. Я счастлив без Христа — это самое бесперспективное строение, которое приведёт душу к неминуемой катастрофе. И, к сожалению, многие именно так и строят свою жизнь.</w:t>
      </w:r>
    </w:p>
    <w:p>
      <w:r>
        <w:t>Что наша жизнь по сравнению с Вечностью? Это маленькая точка в безграничном океане. А люди выбирают эту точку и благоустраивают свою жизнь на таком основании из ничего, не замечая Вечного.</w:t>
      </w:r>
    </w:p>
    <w:p>
      <w:r>
        <w:t>Если я решу построить свой дом на слоне, то будет ли это мудрым решением? Когда-то я выйду по делам и вернусь к пустому месту. Убежит мой домик, и его не найдёшь. В лучшем случае я обнаружу останки разрушенного здания. Возможно, вам смешно читать подобные сравнения, но я вижу людей, которые верят в Иисуса, но именно так и строят. И когда их домик убежал, приходится их успокаивать и предлагать им Вечное основание и прочные материалы, на что не все соглашаются и делают тебя соучастником своих бед.</w:t>
      </w:r>
    </w:p>
    <w:p>
      <w:r>
        <w:t>Приведу пример. Не судите меня строго.</w:t>
      </w:r>
    </w:p>
    <w:p>
      <w:r>
        <w:t>В последнее время очень часто просят денег на лечение или реабилитацию. При этом нет гарантии того, что это поможет. И можно всё, что имеешь, вкладывать в подобные просьбы и радоваться, что ты помог. Но стоит взглянуть глубже и предложить не только эту жизнь в здоровом теле, но и дать вечную надежду этим людям. И Господь способен очень быстро восстановить и исцелить, научить не болеть. Но зачастую это отвергается. Когда нужны деньги, тогда люди ждут денег, а всё остальное для них чуждо. И твоя любовь оценивается суммой, которую ты готов дать. И так хочется её доказать, но это подобно бездонной бочке, на которую можно работать с утра до ночи с минимальным шансом вероятности, что будет толк. А у Иисуса есть лучшее средство — Он Сам.</w:t>
      </w:r>
    </w:p>
    <w:p>
      <w:r>
        <w:t>Но именно тот Камень, Который отвергают эти горе-строители, и делается главою угла всего здания. Когда я закладываю своё основание на Христе, тогда моя душа успокаивается. Она не боится смерти, она исцеляется. И если приходят болезни, она не дрожит от страха, а вверяет себя в Лучшие Руки и спокойно ждёт ответа.</w:t>
      </w:r>
    </w:p>
    <w:p>
      <w:pPr>
        <w:pStyle w:val="Heading2"/>
      </w:pPr>
      <w:r>
        <w:t>Библейские стихи к этой главе:</w:t>
      </w:r>
    </w:p>
    <w:p>
      <w:r>
        <w:t>Ис.28:16; Иер. 31:33; Евр. 8:10; Иак. 4:14; Деян. 17:24-26; Откр. 18:2-5; 1 Кор. 3:11,16-17; 1Петр. 2:4-8; 2 Кор.2:14-15; 3:3-4; Рим. 8:11,14,16; Ис. 26:4</w:t>
      </w:r>
    </w:p>
    <w:p>
      <w:pPr>
        <w:pStyle w:val="Heading2"/>
        <w:pageBreakBefore/>
      </w:pPr>
      <w:r>
        <w:t>Глава 12</w:t>
      </w:r>
    </w:p>
    <w:p>
      <w:pPr>
        <w:pStyle w:val="Heading1"/>
      </w:pPr>
      <w:r>
        <w:t>Люди настроения</w:t>
      </w:r>
    </w:p>
    <w:p>
      <w:r>
        <w:t>Узнаёте себя в этих примерах?</w:t>
      </w:r>
    </w:p>
    <w:p>
      <w:r>
        <w:t>«Сегодня светит солнце, и на душе так радостно!»</w:t>
      </w:r>
    </w:p>
    <w:p>
      <w:r>
        <w:t>«Сегодня идёт дождик, и на душе так тоскливо, всё вокруг серое».</w:t>
      </w:r>
    </w:p>
    <w:p>
      <w:r>
        <w:t>«Мне так хорошо сегодня, буду всем улыбаться!»</w:t>
      </w:r>
    </w:p>
    <w:p>
      <w:r>
        <w:t>«Как всё надоело, не хочу никого видеть».</w:t>
      </w:r>
    </w:p>
    <w:p>
      <w:r>
        <w:t>И так далее.</w:t>
      </w:r>
    </w:p>
    <w:p>
      <w:r>
        <w:t>Настроение — это продолжительный процесс в сознании, который определяется реакцией на то или иное событие. Устойчивость или смена настроения зависит от внешних или внутренних факторов, которые подсознательно влияют на принятие решения так или иначе себя вести.</w:t>
      </w:r>
    </w:p>
    <w:p>
      <w:r>
        <w:t>Нас сплошь и рядом окружают «люди настроения», поведение которых невозможно предугадать. Неизвестно, какими они будут сегодня. Но для них можно создать определённые условия, при которых они станут себя вести так или иначе.</w:t>
      </w:r>
    </w:p>
    <w:p>
      <w:r>
        <w:t>Вы сталкивались с тем, что ваш знакомый по работе или член семьи приходил с плохим настроением и на все попытки поднять ему его огрызался или злобно молчал? Обычно мы стараемся не трогать таких людей. Но в другой раз этот же человек может прийти очень радостным и шутить по всякому поводу и без повода. С подобными людьми бывает очень сложно взаимодействовать или что-то планировать. Они зависят от своих чувств и эмоций, на которых и строят своё отношение к жизни, к ближним, спонтанно выбирая манеру поведения.</w:t>
      </w:r>
    </w:p>
    <w:p>
      <w:r>
        <w:t>Я тоже часто замечал, как недобрые мысли угнетают меня и лишают радости жизни. Порою и хорошие мысли возбуждают мои чувства, и я восхищаюсь реальностью. Не очень радужная перспектива идти на поводу своих эмоций.</w:t>
      </w:r>
    </w:p>
    <w:p>
      <w:r>
        <w:t>Но жизнь с Богом учит стабильности и постоянству в хорошем и в позитивном. Бог помогает управлять своим настроением и реагировать на те или иные процессы с радостью и благодарностью.</w:t>
      </w:r>
    </w:p>
    <w:p>
      <w:r>
        <w:t>Иисус, обращаясь к нашему поколению, говорит, что мы несчастны даже при наличии каких-то богатств и ценностей. Сама жизнь среди соблазнов и постоянной борьбы за выживание порою удручает нас, и мы, забывая о Боге, мечемся в поиске счастья и не находим его. А Иисус предлагает выбор и выход. Он советует приобрести у Него некоторые хорошие вещи, которые изменят в жизни всё.</w:t>
      </w:r>
    </w:p>
    <w:p>
      <w:r>
        <w:t>Любовь к ближнему или к близкому человеку гарантирует ему с моей стороны возможность иметь свободу выбора, которая не всегда проявляется так, как я того желаю.</w:t>
      </w:r>
    </w:p>
    <w:p>
      <w:r>
        <w:t>Но если я диктую образ поведения, то ни о какой свободе не идёт и речи. Например, я требую от своих подчинённых, чтобы они улыбались нашим клиентам, учтиво и корректно отвечали, были чуткими и жизнерадостными. Иначе — бессрочное увольнение и лишение премий. У меня будет прекрасная команда «добрых людей», но без права выбора.</w:t>
      </w:r>
    </w:p>
    <w:p>
      <w:r>
        <w:t>Бывало ли такое, что у тебя всё хорошо, но приходит человек с плохим расположением духа и портит настроение тебе и всем окружающим? Или наоборот: у тебя всё плохо, но появляется друг, который включает радость в твоей жизни, и ты счастлив?</w:t>
      </w:r>
    </w:p>
    <w:p>
      <w:r>
        <w:t>Мы так устроены, что наше настроение подвержено влиянию внешних или внутренних факторов, которые бывают физиологическими, психологическими или духовными.</w:t>
      </w:r>
    </w:p>
    <w:p>
      <w:r>
        <w:t>Но есть очень хорошее средство под названием «любовь», которое учит меня управлять своим настроением и настроением ближних.</w:t>
      </w:r>
    </w:p>
    <w:p>
      <w:r>
        <w:t>Когда я учусь любить, я могу делать ошибки и по-разному вести себя в одинаковых условиях. Но привычка любить и с любовью отвечать на нужды ближних помогает мне управлять своим настроением и подводит меня к тому, что хорошее расположение духа становится для меня самым оптимальным выбором.</w:t>
      </w:r>
    </w:p>
    <w:p>
      <w:r>
        <w:t>Написано, что плод Духа — любовь, радость, мир..., и именно эти свойства создают почву для поднятия настроения, а дела плоти умеют его портить.</w:t>
      </w:r>
    </w:p>
    <w:p>
      <w:r>
        <w:t>«Люди настроения» очень непредсказуемые, и с ними очень сложно что-то планировать. И горе мне, если я являюсь таким человеком и понимаю это, но не борюсь с собой. Быть тёмной «тучкой» при изобилии света и благодати — это грех и позор Божьего имени, которым я называюсь. И тогда я могу попасть под проклятие Втор. 28: от 14 стиха и далее.</w:t>
      </w:r>
    </w:p>
    <w:p>
      <w:r>
        <w:t>Существует ещё одна особенность плохого или испорченного настроения. Я начинаю очень чётко видеть грехи, ошибки и недостатки своих ближних и тем более обидчиков, и я способен настолько верно выявлять всякий промах, что другим очень сложно мне что-то возразить. И я бью ближнего в самое слабое место и делаю ему особенно больно там, где он сам ранее открыл мне свои слабости. И я беспощаден в своей критике, и могу взглядом убить любого, кто встанет на моём пути или попытается со мной спорить. О ком я свидетельствую в это время? Уж точно не о Христе. Но самое печальное, что более всего от моего плохого настроения страдают те, кто любит меня, кто слабее меня, кто беднее, чем я, кто у меня в подчинении, или кто зависит от меня, кто желает мне счастья или служит мне с любовью. А я их бью, потому что мне плохо.</w:t>
      </w:r>
    </w:p>
    <w:p>
      <w:r>
        <w:t>А если я нахожусь в присутствии сильных, богатых, влиятельных мира сего, то я другой.</w:t>
      </w:r>
    </w:p>
    <w:p>
      <w:r>
        <w:t>На немецком языке слово христианин звучит так: Christ, так же звучит и имя Христа. И по сути меня называют Христом, и это вошло в культуру, и люди даже не задумываются, что это очень святое и страшное имя. Честь так называться. Но многие называющие себя этим именем позорят нашего Господа, живя и поступая по-мирски.</w:t>
      </w:r>
    </w:p>
    <w:p>
      <w:r>
        <w:t>Как мне стать носителем хорошего настроения? Учебники по психологии дадут много объяснений и законов. И, зная эти законы, можно даже что-то исправить в жизни, живя по плоти. Но Бог предлагает Свою любовь, Свою благодать, чтобы изменить мои мысли и чувства и наделить меня образом мысли праведника, дабы я жил по Духу.</w:t>
      </w:r>
    </w:p>
    <w:p>
      <w:r>
        <w:t>Когда приходит любовь, тогда она очищает разум от зла и радует сердце маленькими победами над делами плоти. У меня появляются силы для счастья, для дружбы, для любви. Это становится настолько естественным, что в любой трудной ситуации я ищу решения у Бога и не падаю духом, а с радостью смотрю в будущее и предвкушаю перспективы роста и благословения. И я сам становлюсь благословением для других. Иногда я просто тихо радуюсь присутствию своих друзей рядом со мной, а они потом рассказывают о том, как им было хорошо в моём присутствии. Не все это переживают, но иногда такое происходит. А если есть ещё и общение в духе любви или какая-то помощь или поддержка, то это просто восторг и праздник для души. К сожалению, не все этого желают, и не все это ценят, пока не потеряют.</w:t>
      </w:r>
    </w:p>
    <w:p>
      <w:r>
        <w:t>Почему я решил об этом написать? Потому что мы порой выглядим как страна «тёмных тучек», которые пожизненно создают и решают вечные проблемы, а нужно быть «светлячками», чтобы зажигать вокруг себя свет, любовь, дружбу и счастье. И любви это под силу. Ну а тот, кто не стремится меняться при таком изобилии Божьей силы, наверное, и в Вечности не будет иметь силы это сделать. А мой выбор и движение к небесному определяет очень многое и даёт Богу власть исправлять меня и формировать мой характер в подобие Иисуса.</w:t>
      </w:r>
    </w:p>
    <w:p>
      <w:r>
        <w:t>Моё хорошее настроение зависит только от меня, и когда я это понимаю и умею этим управлять, тогда я становлюсь его хозяином и решаю, каким мне сегодня быть и каким не стоит. Всё в моих руках, если я живу в доверии Богу. Моё плохое настроение будет управлять мной, если я не желаю бороться и прилагать усилия, чтобы это изменить.</w:t>
      </w:r>
    </w:p>
    <w:p>
      <w:r>
        <w:t>Всё в моих руках, если я в Божьих руках.</w:t>
      </w:r>
    </w:p>
    <w:p>
      <w:pPr>
        <w:pStyle w:val="Heading2"/>
      </w:pPr>
      <w:r>
        <w:t>Библейские стихи к этой главе:</w:t>
      </w:r>
    </w:p>
    <w:p>
      <w:r>
        <w:t>2Кор. 7:10; Мф. 11:28-30; 26:37; Пр. 12:25; 14:13; 15:15; 17:22; 21:9; 25:20,24; 26:21; Ис. 35:10; Ин. 16:20; Неем. 2:2; Есф. 9:22; Иак. 3:14-16; 4:7-10</w:t>
      </w:r>
    </w:p>
    <w:p>
      <w:pPr>
        <w:pStyle w:val="Heading2"/>
        <w:pageBreakBefore/>
      </w:pPr>
      <w:r>
        <w:t>Глава 13</w:t>
      </w:r>
    </w:p>
    <w:p>
      <w:pPr>
        <w:pStyle w:val="Heading1"/>
      </w:pPr>
      <w:r>
        <w:t>А счастье рядом</w:t>
      </w:r>
    </w:p>
    <w:p>
      <w:r>
        <w:t>Как бы мы ни жили и чем бы ни занимались, что бы вокруг нас ни происходило, у Неба есть свои планы на нас, и они не знают перемен, промедления и задержки. Сейчас пришло время быть счастливым. И чем ближе мы подходим к концу, тем сложнее учиться этому искусству.</w:t>
      </w:r>
    </w:p>
    <w:p>
      <w:r>
        <w:t>Возможно, я чуть больше вас знаю о законах счастья. И я понимаю, как ими можно управлять в своей жизни, но при всём этом я вижу и испытываю постоянные атаки на свою душу, которые призваны лишить меня этой гармонии с Богом и разрушить мой эмоционально-принципиальный баланс мира и радости в жизни. Все подобные искушения настолько скрыты и коварны, что порою не сразу их можно определить. А источники несчастья могут находиться даже в самых дорогих и близких друзьях или в привычных делах и вещах, которые меня окружают. Но именно знание законов счастья и постоянная Божья благодать помогают мне очень быстро распознать то, что в моё сердце врывается чуждое влияние, которое лишает меня мира с Богом, поэтому всё моё естество начинает трепетать и вспоминать все те законы, которые меня до сих пор охраняют, и искать брешь в этой ограде, предпринимая меры к устранению неполадок.</w:t>
      </w:r>
    </w:p>
    <w:p>
      <w:r>
        <w:t>Я настолько привык к счастью, что стал считать всех вокруг себя такими же счастливыми. Я постоянно удивляюсь тому, как быстро ближние находят и создают себе проблемы там, где их нет и не должно быть.</w:t>
      </w:r>
    </w:p>
    <w:p>
      <w:r>
        <w:t>Я больше всего боюсь оказаться несчастным, ведь это состояние приведёт меня к неизлечимым заболеваниям и к духовной смерти. Быть несчастным при изобилии всего, имея полноту света, то есть выбирать тьму, — это преступление против Бога.</w:t>
      </w:r>
    </w:p>
    <w:p>
      <w:r>
        <w:t>Наше время интересно тем, что в последние дни произошло открытие цифровых технологий, и сейчас каждый из вас держит в руках чудо техники, о котором не могли мечтать даже самые смелые писатели-фантасты. А мы даже к этому привыкли, и не представляем себе жизнь без смартфонов и интернета.</w:t>
      </w:r>
    </w:p>
    <w:p>
      <w:r>
        <w:t>Подобное достижение интересно ещё и тем, что оно составило большую конкуренцию Богу в приобретении себе поклонников и несчастных душ. Люди стали меньше общаться вживую, меньше ходить друг к другу в гости, меньше думать и меньше двигаться. И правильно сказано о нашем веке: «...и не думали...»</w:t>
      </w:r>
    </w:p>
    <w:p>
      <w:r>
        <w:t>Даже на просторах интернета общение происходит на уровне чужих цитат, картинок, роликов, ссылок. Есть творческие люди, которые что-то придумывают или снимают, или изобретают, или пишут, а потом этим делятся с друзьями, а друзья с другими друзьями, и многие живут только тем, чтобы кого-то удивить или получить побольше подписчиков, лайков или просмотров, или же просто убить время у этого маленького экрана.</w:t>
      </w:r>
    </w:p>
    <w:p>
      <w:r>
        <w:t>Развлечения, игры, покупки — вот бог нашего времени. И создаётся иллюзия счастья. Мозг получает гормоны радости и удовлетворения не от добрых дел, не от физических нагрузок или приятного общения, а от потока информации, которую даже не успевает усвоить.</w:t>
      </w:r>
    </w:p>
    <w:p>
      <w:r>
        <w:t>А наш Добрый Пастырь обращается к нам с таким заявлением: «А ты не знаешь, что ты несчастен...»</w:t>
      </w:r>
    </w:p>
    <w:p>
      <w:r>
        <w:t>Несчастье — это болезнь нашего времени, нашего мира, наших друзей. И мы его видим вокруг, но порою даже не знаем, что это так.</w:t>
      </w:r>
    </w:p>
    <w:p>
      <w:r>
        <w:t>И, объявляя нас несчастными, Господь даёт выход из такого состояния. Он предлагает во всей полноте нам именно то, что никому никогда не предлагал. Он преподносит Себя, скромно, ненавязчиво, и говорит о том, что Это лучшее, что у Него есть.</w:t>
      </w:r>
    </w:p>
    <w:p>
      <w:r>
        <w:t>Христос грядёт скоро. И, придя, найдёт ли веру на Земле? Веру в то, что все Его предложения истинны и реальны и действуют в жизни, преображая её. Он мечтает о нашем счастье и учит тому, что счастливым можно стать, но только приобретая то, что Он советует. Он любит меня и тех, за кого умер. Он любит всё Своё творение. И Он страдает с каждым из нас. И представляете, как Иисусу тяжело видеть, когда люди, находясь рядом с Источником счастья, на расстоянии одной короткой молитвы, выбирают страдания, разочарования, болезни и смерть. Какое горе!</w:t>
      </w:r>
    </w:p>
    <w:p>
      <w:r>
        <w:t>Когда ты любишь, ты делишься этим с теми, кто тебя окружает. Ты ищешь возможности улучшить жизнь друзей, но очень часто видишь их спины, их насмешки, их неверие в то, что можно жить лучше даже в этом мире.</w:t>
      </w:r>
    </w:p>
    <w:p>
      <w:r>
        <w:t>Парадокс. Все ищут счастья вне Источника счастья. Желают его друг другу и не пытаются понять, что это такое. Все всегда стремятся иметь хорошее настроение, но не хотят дружить с Тем, Кто Своим присутствием непрестанно радует сердце. И что делать?</w:t>
      </w:r>
    </w:p>
    <w:p>
      <w:r>
        <w:t>Давайте хотя бы в рамках этого сообщения посмотрим на себя изнутри. Что я понимаю из того, что читаю? Есть ли у меня вопросы к Иисусу? Есть ли желание перемен? Тема очень серьёзная. Она требует большого напряжения разума и глобального решения воли. И что я избираю? Что я буду делать с Иисусом, Который снова стоит и стучит и ещё, возможно, кричит у двери моего сердца? И прежде чем уйти навсегда, Он не будет шёпотом просить отворить Ему. Он так громко воскликнет, что весь мир содрогнётся. Услышат ли те, кто всю жизнь отвергал Его? Да, услышат и ещё больше ожесточатся, и закроются навсегда, и, может, даже вызовут полицию, чтобы удалить Того, Кто им уже надоел.</w:t>
      </w:r>
    </w:p>
    <w:p>
      <w:r>
        <w:t>Желаю я этого или нет, но весть о принятии любви и счастья меняет меня. Знакомясь с ней, я выбираю или согласиться с предложением и жить с этими благословениями, или отвергнуть и идти тем путём, который сам для себя избрал, без любви, без счастья, без света, используя в жизни то, что уже накопил, но не успел потратить.</w:t>
      </w:r>
    </w:p>
    <w:p>
      <w:r>
        <w:t>Решая подождать и не впускать Христа, я рискую тем, что не сделаю этого никогда.</w:t>
      </w:r>
    </w:p>
    <w:p>
      <w:r>
        <w:t>Я знаю многих людей, которые, только придя в церковь и ещё не зная истины, приняли решение заключить завет с Богом через обряд крещения полным погружением в воду. Я был одним из них. Сделав этот шаг, мы стали быстро расти. Но мне известны и те, которые годами ходят в церковь, которые знают все доктрины и соблюдают их, но не имеют желания принимать крещение и стать полноправными членами Божьей семьи. А это одно из условий входа в Небесные обители, и другого пути нет.</w:t>
      </w:r>
    </w:p>
    <w:p>
      <w:r>
        <w:t>Так и со счастьем. Теорию знают многие, но войти в радость Господина своего решаются единицы. А Небо ждёт, Оно кричит, Оно не бездействует.</w:t>
      </w:r>
    </w:p>
    <w:p>
      <w:r>
        <w:t>Миллиарды святых существ напряжённо ожидают момента, когда кто-нибудь изберёт путь безусловной любви, полноценного счастья и тесного общения с Иисусом, чтобы носить на руках и охранять каждого, обучая его законам счастья, любви и дружбы.</w:t>
      </w:r>
    </w:p>
    <w:p>
      <w:r>
        <w:t>Давайте порадуем наших добрых ангелов и нашего любящего Господа своим интересом и жаждой к этой теме. И мы получим то, что выберем.</w:t>
      </w:r>
    </w:p>
    <w:p>
      <w:r>
        <w:t>Откровение 3:18 — это тот ключик к двери Страны счастья. И если я пройду мимо или не обращу внимания на этот стих, или не пойму, что мне предлагается, то все мои знания могут начать работать против меня и моего счастья.</w:t>
      </w:r>
    </w:p>
    <w:p>
      <w:r>
        <w:t>Если Сам Бог решил подарить Самого Себя во всей полноте и затем приходит, чтобы научить меня пользоваться Этим, то Ему очень интересно наблюдать за тем, как я к Этому отношусь, и что я с Этим делаю. Если у меня нет интереса, то не будет и желания исследовать такое предложение. Да, я могу случайно принять то, что приготовило Небо, зная и другие истины. Но играть в лотерею с Богом не стоит. Очень высокая цена уплачена за Этот подарок, и весьма большие ожидания к нам предъявляются.</w:t>
      </w:r>
    </w:p>
    <w:p>
      <w:pPr>
        <w:pStyle w:val="Heading2"/>
      </w:pPr>
      <w:r>
        <w:t>Библейские стихи к этой главе:</w:t>
      </w:r>
    </w:p>
    <w:p>
      <w:r>
        <w:t>Откр. 3:18; Лк. 9:45,62; Рим. 14:17; Ин. 17:13; Ис. 54:13; 2Тим. 3:14; Флп. 2:12- 13; Ос.11:4; Мф. 23:37-38; Иер. 7:13-16; Мф.11:28-30; Ос. 11:7-8; Евр. 12:3-4; Рим. 10:1-3; 4:3-8</w:t>
      </w:r>
    </w:p>
    <w:p>
      <w:pPr>
        <w:pStyle w:val="Heading2"/>
        <w:pageBreakBefore/>
      </w:pPr>
      <w:r>
        <w:t>Глава 14</w:t>
      </w:r>
    </w:p>
    <w:p>
      <w:pPr>
        <w:pStyle w:val="Heading1"/>
      </w:pPr>
      <w:r>
        <w:t>Связь с основанием</w:t>
      </w:r>
    </w:p>
    <w:p>
      <w:r>
        <w:t>Основание домика счастья положено, или лучше сказать, «оно выбрано». И оно очень прочное, вечное и бесконечное. Речь идёт не о простом камне, а о прекрасном сочетании драгоценных камней, которые отличаются друг от друга цветом, красотой, чистотой и своими особенностями. И я понимаю, что мне нужно определить место строения и его размеры. То, что скала огромная в своих безграничных параметрах и выдержит всё, не говорит мне о том, что мне следует строить что-то непостижимое и планировать необъятное. Пусть это будет маленький домик, но тот, который будет моим, построенный своими руками, сделанный из кусочков моей души и украшенный моими искренними сердечными намерениями.</w:t>
      </w:r>
    </w:p>
    <w:p>
      <w:r>
        <w:t>Я планирую простое сооружение с четырьмя наружными углами. И каждый угол я решил намертво связать с основанием. Для этого я стал вгрызаться в скалу, проходя все стадии роста и стараясь достигнуть той глубины отношений, на которой могу прочно зацепиться и связать своё сердце со скалой навеки. И этот мой первый угол называется: «Я верю», где ключевое слово: «Я». Как бы лично и вызывающе это ни звучало, но именно «Я» должен быть тем связующим материалом в моём строении, и именно мои руки веры должны его возводить, и именно такое состояние моего разума даёт мне правильный мотив и верное направление. Просто сказать: «Вера» — это хорошо, но если в ней нет слова «моя», то она может навсегда остаться теорией и быть просто красивым звуком с глубоким смыслом.</w:t>
      </w:r>
    </w:p>
    <w:p>
      <w:r>
        <w:t>Я верю — это слова, которые настолько прочно соединяют меня со Христом, что никакая сила в мире не способна разрушить эту связь. И даже если всё строение будет возведено неправильно и разрушено различными испытаниями, то моя вера поможет мне перенести всё, что на меня обрушится. От меня ожидается, что я буду веровать в то, что не вижу.</w:t>
      </w:r>
    </w:p>
    <w:p>
      <w:r>
        <w:t>Особенность основания моего домика счастья заключается в том, что оно не видно простым взглядом, и его невозможно представить плотским умом. Оно вечно, бесконечно, но незримо и непостижимо для тех, кто духовно слеп. И именно глаза моей веры открывают моему воображению прекрасные пейзажи неведомой страны счастья, мира и любви. Именно моя вера рисует мне картины будущей чудесной жизни и открывает перспективы этого направления. Моя вера носит меня на своих крыльях и являет мне тайну бесконечности. С её помощью я погружаюсь в картины непознанного, великого и недоступного.</w:t>
      </w:r>
    </w:p>
    <w:p>
      <w:r>
        <w:t>Многое из того, что мы познаём в школе любви, мы никогда не увидим простым взглядом, но глаза веры показывают нам скрытое и убеждают нас в том, что нам доступны неиссякаемые перспективы вечного развития и постижения нескончаемых истин, доступных бессмертному воображению рождённых свыше детей Божьих.</w:t>
      </w:r>
    </w:p>
    <w:p>
      <w:r>
        <w:t>Я верю. И это словосочетание настолько прочно проникает в самую глубину Сердца Господа, что единственным выходом остаётся полное соединение с Божественной природой, подобно тому, как виноградная веточка срастается с лозой, когда её прививают к стволу дерева. И моё греховное существо скрепляется со Святым Богом Иисусом, и чистая кровь Христа начинает питать меня своей очищающей силой, наделяя меня Вечной жизнью Небесного происхождения. И я в это верю.</w:t>
      </w:r>
    </w:p>
    <w:p>
      <w:r>
        <w:t>Моя вера держит меня на прочном фундаменте крепкой связью моего сердца. И когда приходят страшные испытания, моя вера преобразуется в доверие, а если необходимо, в абсолютное доверие. Тогда я полагаюсь на то, что всё находится в Божьих руках, под Его контролем, и исполнится именно так, как Господь обещал, или как Он посчитает нужным осуществить Свои обетования в моей жизни. Я в это время могу ничего не видеть, но глаза веры переносят меня туда, где невидимое становится реальным, и моё терпение приближает моё сердце к соединению ожидаемого и обещанного. Вера скрепляет эти понятия и осуществляет их видимым действием Бога в моём человеческом естестве.</w:t>
      </w:r>
    </w:p>
    <w:p>
      <w:r>
        <w:t>Без веры угодить Всевышнему невозможно, и тем более немыслимо построить прочные отношения с Тем, в Кого не веришь и Кому не доверяешь.</w:t>
      </w:r>
    </w:p>
    <w:p>
      <w:r>
        <w:t>Я иногда провожу следующий эксперимент. Находясь в небольшом обществе, я объявляю людям о том, что в моём кармане лежит денежная единица, которую я дам тому, кто первым подойдёт ко мне и попросит её. А потом спрашиваю слушающих о том, верят ли они моему обещанию. И наблюдаю. Все утвердительно покачивают головами, но никто не вскакивает с места, чтобы попросить обещанное. Я пытаюсь убедить этих людей в том, что у меня есть то, о чём я сказал. И они мне верят, но остаются сидеть. А я жду именно верующего человека, который встанет, подойдёт и попросит у меня дать ему то, что я обещал. И мне несложно будет расстаться с этой купюрой. Она уже не моя. Она ждёт именно того, чьи дела и доверие покажут мне, что этот человек пришёл за тем, что ему было обещано. И он это получит. Мне поверили все, но пришёл один. А бывает, что никто не приходит. И кто виноват в таком случае? Я? Да вроде я никого не обманывал. Всё обещанное при мне.</w:t>
      </w:r>
    </w:p>
    <w:p>
      <w:r>
        <w:t>Просто сказать: «Я верю» — это хорошо, лучше, чем заявить о неверии, но следующим шагом должно быть: «Я иду получить обещанное. Дай мне, пожалуйста, то, что по моей вере стало моим», и только тогда я это получаю.</w:t>
      </w:r>
    </w:p>
    <w:p>
      <w:r>
        <w:t>Как бы выглядело, если бы я стал подходить к сидящим людям и впихивать им то, что им не нужно, и в чём они мне не доверились? Это было бы неуважением их свободы выбора с моей стороны. Поэтому я могу только ждать.</w:t>
      </w:r>
    </w:p>
    <w:p>
      <w:r>
        <w:t>Однажды я пообещал одному предпринимателю, что я ему помогу решить финансовые трудности, если будет нужда. И в какое-то время, чуть позже, он обратился ко мне с просьбой: «Не мог бы ты исполнить своё обещание? Оно ещё в силе?» И хоть я и сам переживал не лучшие времена, но я нашёл возможность ответить на его ожидания, и сдержал слово.</w:t>
      </w:r>
    </w:p>
    <w:p>
      <w:r>
        <w:t>Я верю Богу не потому, что я что-то вижу и чувствую, и это утверждает мою уверенность, а потому, что Он мне это обещал. Вера приходит от слышания, а слышание от слова Божьего.</w:t>
      </w:r>
    </w:p>
    <w:p>
      <w:r>
        <w:t>Я верю в своё счастье, в то, что его можно построить в моей жизни не потому, что я так решил, а потому, что это пообещал мне Господь, показывая, насколько блаженны люди, которые встанут и начнут поступать подобным образом. Но чтобы мне принять обещанное, нужно о нём узнать.</w:t>
      </w:r>
    </w:p>
    <w:p>
      <w:r>
        <w:t>Когда моя жена была беременна, тогда мы с радостью ждали роды и ни о чём другом не мечтали. Но нам сказали, что вы можете получить безвозмездно разные деньги на рождение ребёнка. Мы приняли информацию и пошли за принадлежавшим нашим. Заполнив соответствующие бумаги, мы на удивление себе получили обещанные деньги и подарки. Мне было стыдно за своё неверие, но нам с лёгкостью вручили то, что нам полагалось по праву. Однако никто нам не навязывал помощь и не рассказывал, пока мы случайно не узнали от тех, кто знал больше, чем мы.</w:t>
      </w:r>
    </w:p>
    <w:p>
      <w:r>
        <w:t>Друзья, счастье есть, и его можно получить, в нём можно жить. И это Божий план для нас. Счастье настолько доступно и просто, что нужно всего лишь встать и пойти его получить. И оно будет вашим. Верите ли сему? Я поверил, и я счастлив.</w:t>
      </w:r>
    </w:p>
    <w:p>
      <w:r>
        <w:t>Я верю — и это нечто личное, что я не могу дать другим. Это моё масло для моего светильника. Но его можно ещё купить.</w:t>
      </w:r>
    </w:p>
    <w:p>
      <w:pPr>
        <w:pStyle w:val="Heading2"/>
      </w:pPr>
      <w:r>
        <w:t>Библейские стихи к этой главе:</w:t>
      </w:r>
    </w:p>
    <w:p>
      <w:r>
        <w:t>Ин. 20:29; 2Кор. 5:7; Авв. 2:4; Ис. 54:11-12; Пс. 88:15-16; Пс. 96:2; Евр. 10:38- 39; 11:6; Ин.15:4-8; Рим. 10:17; 14:23; Гал. 2:20; 3:11</w:t>
      </w:r>
    </w:p>
    <w:p>
      <w:pPr>
        <w:pStyle w:val="Heading2"/>
        <w:pageBreakBefore/>
      </w:pPr>
      <w:r>
        <w:t>Глава 15</w:t>
      </w:r>
    </w:p>
    <w:p>
      <w:pPr>
        <w:pStyle w:val="Heading1"/>
      </w:pPr>
      <w:r>
        <w:t>Иная вера</w:t>
      </w:r>
    </w:p>
    <w:p>
      <w:r>
        <w:t>Закладывая Основание и соединяясь с Ним верою, мне необходимо понимать и то, что вера вере рознь. Когда я слышу, что кто-то заявляет о том, что он верующий, тогда я стараюсь узнать, во что верит этот человек, на чём основана его вера, чем он кормит своего духовного человека, и как он живёт, имея веру. И, наблюдая за людьми, можно очень быстро определить уровень и стадию их веры или невежество их неверия. Интересно, когда атеисты называют себя последователями Бога, украшают себя или свои дома культовыми символами, делают себе татуировки со знаками или сюжетами своей религии, строго соблюдают традиции и не думают о том, во что они верят. Когда же таким людям начинаешь предлагать воду жизни, то почему-то они часто заявляют, что их предки так верили, и вся родня так верит, и они не могут их предать, сменив свою религию.</w:t>
      </w:r>
    </w:p>
    <w:p>
      <w:r>
        <w:t>Думаю, вы встречали подобных людей. И очень сложно сказать, что они неверующие. Они бывают весьма набожными, строго соблюдающими известные им традиции и предписания, скрупулёзно следящими за точностью исполнения своих обрядов и ношением знаков отличия. Любовь не судит людей за их искренность и уважает их выбор, их родственные связи и веру. Но у любви всегда есть нечто лучшее. Она просто начинает любить этих людей вопреки их пониманию и мировоззрению. Она открывает своим отношением истинный характер живого Бога, Который не изменяется, но имеет Свои законы, праздники, планы и ожидания. И в Своём долготерпении Бог позволяет людям ходить своими путями, во тьме своих понятий, но при этом желает осветить жизнь каждого, кто начинает задумываться о правильности своей жизни.</w:t>
      </w:r>
    </w:p>
    <w:p>
      <w:r>
        <w:t>«И не думали» — это определение дал Иисус нашему времени и тем людям, которые будут жить в последние дни. Неверно сказать, что мы совсем не думаем и не имеем разума. Мы все достаточно образованы и научены в школе тому, чтобы размышлять, анализировать, что-то предпринимать, изобретать. Но Бог желает видеть, как мы думаем о своём спасении, как мы ищем Вечные Истины и Истинный Фундамент.</w:t>
      </w:r>
    </w:p>
    <w:p>
      <w:r>
        <w:t>Мы научились строить на песке, и самое высокое здание мира в городе Дубай возведено как символ человеческой мудрости и смелости, и стоит именно на песчаном основании. А рядом с ним расположился целый город, фундаментом которого служит бывшее море и привезённый с морского дна песок. Нужно отдать должное проектировщикам и строителям этого комплекса, ведь они весьма мудро подошли к своей задаче и сотворили в пустыне чудо. Но оно не спасает душу и не приносит счастья. А учение Христа относится к духовным истинам, к плану Спасения и к вечным законам строительства. Счастье не возводится из стекла и бетона, и человеческая душа не подвластна законам физики и статическим расчётам. Бог желает благословить нас Небесными ценностями и делает всё возможное, чтобы привести наши сердца на Свой Фундамент и таким образом стать в жизни каждого человека тем Самым прочным Основанием веры, Которое выдержит всё.</w:t>
      </w:r>
    </w:p>
    <w:p>
      <w:r>
        <w:t>Верит ли в Бога сатана? Да, верит, и бесы веруют и трепещут. И если сравнить их веру с человеческой, то они превосходят нас в этом в тысячи раз. Они знают, Кто такой Бог. Им известно, как Его слово исполняет всё, для чего было сказано. Они понимают силу благодати и Божьей Любви Агапэ. Но при всей своей вере бесы остаются потерянными для Вечности и тянут в свою тьму весь мир, и люди верят духам злобы поднебесной более, чем Богу.</w:t>
      </w:r>
    </w:p>
    <w:p>
      <w:r>
        <w:t>Верить лжи — вот истинное положение нашего мира, и оно становится фундаментом многих учений и движений. Что принесёт такая вера? Смерть, вечную смерть.</w:t>
      </w:r>
    </w:p>
    <w:p>
      <w:r>
        <w:t>Вера в ложь и заблуждения, даже если она искренняя, является тем самым зыбким песком в основании моего счастья и мировоззрения, которое не выдержит испытаний и будет беспощадно смыто сильными водами Божьих судов.</w:t>
      </w:r>
    </w:p>
    <w:p>
      <w:r>
        <w:t>Когда Господь посылает мне свет, то единственным правильным решением является принятие Его истин и хождение в них. Вера, которая на самом деле обладает ценностью в Божьих глазах, — это полная отдача Ему своей жизни и разрешение Святому Духу совершать во мне моё спасение. В этом случае я принимаю всё то, что Бог начинает мне открывать и показывать.</w:t>
      </w:r>
    </w:p>
    <w:p>
      <w:r>
        <w:t>Вера без дел мертва. Мёртвая вера — это жизнь без Бога в сердце и без любви в разуме, но громкое заявление о своей принадлежности к какому-то движению или деноминации. Название не спасёт меня в день испытания. Вера без дел — это не только безделие или бездействие, а отсутствие правильных мотивов в любом деле. Поступки веры движимы любовью, и они наполняют всякое моё предприятие духовным смыслом, соответствующим Божьей воле.</w:t>
      </w:r>
    </w:p>
    <w:p>
      <w:r>
        <w:t>Приведём пример. Болеет человек, и он нуждается в материальной помощи и в людях, готовых оплатить дорогостоящую операцию. Пришли два спонсора. Один принёс всё, что имел для этого случая, и вложил всю свою любовь и веру в то, что его дар и молитвы облегчат страдания и принесут облегчение больной душе, хотя по величине этот взнос был очень мал. Второй оплатил из своих запасов все расходы на лечение, думая о том, что его доброе дело обязательно отметится в Небесных книгах, да и в мире, и он приобретёт уважение и славу. Операция состоялась и прошла успешно. Кто из спонсоров сделал доброе дело? Оба. Но с каким духом? И какое из этих дел было настоящим Божьим поступком веры?</w:t>
      </w:r>
    </w:p>
    <w:p>
      <w:r>
        <w:t>Есть дело, которое определил Сам Господь. Читаем в Ин. 6:28-29: «Итак сказали Ему: что нам делать, чтобы творить дела Божии? Иисус сказал им в ответ: вот дело Божие, чтобы вы веровали в Того, Кого Он послал». Этот ответ дан на все времена.</w:t>
      </w:r>
    </w:p>
    <w:p>
      <w:r>
        <w:t>Получается замкнутый круг? Вера без дел мертва, дела без веры пусты. Но не стоит так думать.</w:t>
      </w:r>
    </w:p>
    <w:p>
      <w:r>
        <w:t>Моя вера творит дела. Божья любовь во мне совершает истинные и правильные поступки, которые имеют в основании Христа, Его учение, Его закон и мотивы. Не я, а Бог во мне и через меня начинает творить дела. И какими бы они маленькими ни казались, это дела веры. Когда я позволяю Божьей любви проявлять себя в моих поступках, тогда в очах Господа они становятся правильными и несут на себе печать Его одобрения. И моя жизнь наполняется счастьем от того, что я позволил Богу действовать через мои человеческие ресурсы и совершать во мне те чудесные перемены, которые формируют мой характер для Вечности.</w:t>
      </w:r>
    </w:p>
    <w:p>
      <w:r>
        <w:t>Я верю — это та самая прочная связь человеческого и Божественного, которая весьма крепко удерживает моё строение на самом мощном Основании. Это та вера, которая двигает горы забот и ввергает их в море. Это та вера, которая, подобно крошечному семени горчичного зерна, прорастает в моей жизни и становится самым крупным злаком, в тени которого могут находить приют уставшие, обманутые, разочарованные, выгоревшие люди. И Бог использует мою веру, чтобы совершать дела любви для этих душ, давая им надежду на лучшую жизнь, на счастье и любовь. Моё упование никого не спасёт, но оно способно вдохновить другого на веру в Того, Кто воистину спасает. Без Бога я ничего не смогу, а без меня Бог не станет творить мои дела веры. А без веры угодить делами Богу невозможно.</w:t>
      </w:r>
    </w:p>
    <w:p>
      <w:r>
        <w:t>Я верю. И это закон моего счастья, который имеет прочное основание и очень крепко за Него держится.</w:t>
      </w:r>
    </w:p>
    <w:p>
      <w:pPr>
        <w:pStyle w:val="Heading2"/>
      </w:pPr>
      <w:r>
        <w:t>Библейские стихи к этой главе:</w:t>
      </w:r>
    </w:p>
    <w:p>
      <w:r>
        <w:t>1Кор. 13:2; Деян. 17:30-31; 2Пет. 3:9,15; Мф. 7:21-23; 8:11-12; 24:39; Ин. 6:28- 29; 15:7-8; 16:2-3; Иак 2:14-26, 2Тим. 3:5-7; 2Фес. 2:10-13; Рим. 4:5; Откр. 22:12</w:t>
      </w:r>
    </w:p>
    <w:p>
      <w:pPr>
        <w:pStyle w:val="Heading2"/>
        <w:pageBreakBefore/>
      </w:pPr>
      <w:r>
        <w:t>Глава 16</w:t>
      </w:r>
    </w:p>
    <w:p>
      <w:pPr>
        <w:pStyle w:val="Heading1"/>
      </w:pPr>
      <w:r>
        <w:t>Связующая любовь</w:t>
      </w:r>
    </w:p>
    <w:p>
      <w:r>
        <w:t>Когда я строю дом, мне важно понимать, что я делаю, и как возводимая конструкция будет держаться, если придут различные испытания.</w:t>
      </w:r>
    </w:p>
    <w:p>
      <w:r>
        <w:t>Стоять на одной ноге можно долго, но любое давление извне лишит меня равновесия, и я рискую упасть. Однако если я стою на двух ногах, то я уже могу сохранять равновесие и сопротивляться всяким внешним влияниям. А ещё лучше, когда есть три или четыре ноги.</w:t>
      </w:r>
    </w:p>
    <w:p>
      <w:r>
        <w:t>Помня о том, что если даже по своей вере я могу и горы переставлять, а любви не имею, то я — ничто, я решаюсь в следующем углу своего домика счастья сделать ещё одну закладную связку с Основанием под названием: «я люблю». Как бы это вызывающе и революционно ни звучало, но такая конструкция из веры и любви в совокупности будет достаточно прочной и красивой, если её аккуратно сделать. И я начинаю вгрызаться в Скалу в противоположном углу своего строения, стараясь достигнуть самого её сердца, чтобы там связать свой новый угол с Твёрдым Основанием прочными узами любви.</w:t>
      </w:r>
    </w:p>
    <w:p>
      <w:r>
        <w:t>И в подобной закладной заключается очень важная, ключевая особенность под названием «Я». Это не то «я», с которым приходится непрестанно бороться, и которое является выражением моего врождённого эгоизма, а то «я», которое говорит о моём личном участии в строительстве счастья и показывает мою принадлежность всем процессам, происходящим в моём сердце. Без этого маленького «я» вся наука о любви останется красивой теорией, которую интересно изучать, наблюдать в жизни других людей, радоваться ей в чужих победах. Тогда я могу аплодировать рекордам отважных личностей.</w:t>
      </w:r>
    </w:p>
    <w:p>
      <w:r>
        <w:t>В наше время образовалась целая армия верующих людей под названием ВДВ, которая расшифровывается следующим образом: Всемирные Диванные Войска. И девиз у этой армии такой: «Меня зовёт грандиозная стройка века, меня влечёт к себе великое и недоступное, меня манит чудесное и прекрасное, но диван кричит громче всех!» И чтобы остаться верным этим войскам, необходимо прикладывать колоссальные усилия, лишь бы остаться на диване и не позволить воле отозваться на другие призывы.</w:t>
      </w:r>
    </w:p>
    <w:p>
      <w:r>
        <w:t>Если в моём строении нет простого «я», то «люблю» звучит неопределённо. Оно становится общим достоянием и красивой фразой, которую можно написать на футболке или вырезать в виде розового сердечка.</w:t>
      </w:r>
    </w:p>
    <w:p>
      <w:r>
        <w:t>Я люблю. Это тот прочный угол, который связывает всё последующее строение с Главою Угла и очень надёжно держит всё здание. И в этом драгоценном материале слово «люблю» подобно мощному клею, который, словно вода, растекается по всей опалубке «я», заполняя собой всё свободное пространство, забивая все щели и принимая ту форму, которая задана строителем. А затем это всё застывает и утверждается на века. Все детали сложного строения, в которые этот клей смог попасть, скреплены между собой. И в дальнейшем этот Небесный клей применяется для того, чтобы скрепить между собою всё то, из чего будет строиться мой домик.</w:t>
      </w:r>
    </w:p>
    <w:p>
      <w:r>
        <w:t>Но необходимо учесть следующее. Если угол и прочный, а стена будет сделана из соломы или сухой грязи, то клей накрепко присоединит эти материалы к основной конструкции, но не сделает их достаточно прочными для различных испытаний. Солома не станет огнеупорной, а грязь не станет водостойкой. То, что временно, может иметь вид прочного и благочестивого, но никогда не станет вечным и устойчивым к испытаниям, как бы я этого ни хотел.</w:t>
      </w:r>
    </w:p>
    <w:p>
      <w:r>
        <w:t>Однако само присутствие прочных углов в моей конструкции даёт мне уверенность и надежду на то, что, если я что-то сделаю неправильно, то здание не рухнет, хотя может претерпеть частичные повреждения и потребовать больших затрат на ремонт и восстановление развалин.</w:t>
      </w:r>
    </w:p>
    <w:p>
      <w:r>
        <w:t>Как я нуждаюсь в мудрости свыше! И сколько я вижу разбитых судеб, искалеченных жизней верующих, которые строят на Скале, но строят неправильно, ненадёжно, из того, что временно, а потом здание рушится. Люди заболевают и приходят в отчаяние, не понимая, почему всё так произошло, почему мой дом рухнул, хотя Скала осталась. И вновь собирают грязь и солому, и пытаются восстановить развалины, чтобы как-то дождаться Главного Инженера, Который пообещал всем верующим в Него подарить Вечные обители.</w:t>
      </w:r>
    </w:p>
    <w:p>
      <w:r>
        <w:t>Я люблю. Это два важных компонента, которые в сочетании друг с другом и посредством Святого Духа становятся одним очень прочным материалом. Берём меня, добавляем любовь, изливаем ранний дождь Святого Духа и получаем что-то удивительно прочное. Это как взять песок, цемент и воду и всё это перемешать. Я без любви — это песочек, который впитает в себя капли раннего дождя и ничего не удержит, а при огне испарит всю внутреннюю влагу и снова станет сухим и зыбким. Любовь без меня размокнет под дождём, затвердеет, но будет очень хрупкой и непригодной для строения, ибо не выдержит статического давления. Или она может остаться жидкой кашицей, которую легко смоет любая вода, и которую не удержат никакие стены. Я и любовь без дождя Святого Духа будем тщательно перемешаны друг с другом и сольёмся в одно целое, приняв один цвет, но оставаясь сухими. И любой ветер нового учения развеет этот материал по всей округе, и никто не поймёт, что это было, хотя всё выглядело красиво.</w:t>
      </w:r>
    </w:p>
    <w:p>
      <w:r>
        <w:t>То, что мы с вами изучаем, может стать одним из тех компонентов, перечисленных выше, и принять любую форму. Но для прочного строения необходимо гармоничное сочетание в соответствующих пропорциях. Можно читать эти уроки и лёжа на диване, но стоит сделать эту информацию частью своей жизни и попросить Бога, чтобы Он Своим Святым Духом всё это утвердил в сердце. В ином случае ваш домик быстро рухнет, когда придут испытания, а они обязательно настанут, ибо это входит в планы Бога.</w:t>
      </w:r>
    </w:p>
    <w:p>
      <w:r>
        <w:t>Когда я знаю теорию любви, тогда во время испытания я могу позволить моему «я» применить эту теорию на практике, выбирая любовь, и попросить Бога утвердить меня в этом выборе. Тогда происходит правильное соединение всех соответствующих компонентов, и это действует. И сердце привыкает любить и не может жить по-другому. И пока моя «рыба веры» жива, она будет всегда плыть против течения.</w:t>
      </w:r>
    </w:p>
    <w:p>
      <w:r>
        <w:t>Я люблю. Это такое счастье! Нет ничего более прекрасного, чем говорить о любви тем, кого ты любишь, и видеть, как это радует сердца слушающих. Хотя вначале они могут и проверить искренность твоих мотивов. Но любовь агапэ не бывает поддельной, она имеет Вечный Источник, из Которого вытекает в мою жизнь, и она не боится признать себя любовью. Она не стесняется быть собой и дарить себя моим друзьям, моим ближним, принося в их жизнь свет, радость, надежду и счастье. Она хоть и связывает нас прочными узами любви, но не лишает нас свободы и не делает зависимыми друг от друга. Любовь направляет наши взоры ко Христу, в Котором мы становимся настолько близкими и родными, что только любовь помогает нам не потерять рассудок и научиться уважать свободу друг друга.</w:t>
      </w:r>
    </w:p>
    <w:p>
      <w:r>
        <w:t>Мы уже немного раньше изучали особенности Вечной любви, но стоит заметить, что она очень многогранна в своих откровениях и не останавливается в числе своих определений. Её можно открыть для себя тысячи и миллионы раз, и всегда останется что-то новое на следующем этапе.</w:t>
      </w:r>
    </w:p>
    <w:p>
      <w:r>
        <w:t>«Я люблю». Это тот угол домика счастья, который не просто держит всё здание, но и освещает всё то, что находится внутри.</w:t>
      </w:r>
    </w:p>
    <w:p>
      <w:pPr>
        <w:pStyle w:val="Heading2"/>
      </w:pPr>
      <w:r>
        <w:t>Библейские стихи к этой главе:</w:t>
      </w:r>
    </w:p>
    <w:p>
      <w:r>
        <w:t>1Кор. 3:11-15; 13:2; Откр. 2:4; 1Ин. 3:1; 4:17; 1Пет. 4:8; 1Тим. 1:5; 2Тим. 1:13; Кол. 3:14; Гал. 5:6; 1Кор. 16:4</w:t>
      </w:r>
    </w:p>
    <w:p>
      <w:pPr>
        <w:pStyle w:val="Heading2"/>
        <w:pageBreakBefore/>
      </w:pPr>
      <w:r>
        <w:t>Глава 17</w:t>
      </w:r>
    </w:p>
    <w:p>
      <w:pPr>
        <w:pStyle w:val="Heading1"/>
      </w:pPr>
      <w:r>
        <w:t>Счастье в любви</w:t>
      </w:r>
    </w:p>
    <w:p>
      <w:r>
        <w:t>Занимаясь возведением домика счастья, стоит не забывать о том, что именно любовь является связывающим и основополагающим фактором во всём строении. Она подобна кровеносной системе, которая берёт своё начало из сердца Бога и несёт частички жизни во все уголки храма Святого Духа, питая и пропитывая собою каждый кирпичик моего домика. И хоть моё участие в этом процессе незаменимо, но Главным Строителем является Сам Иисус, Который и «есть священнодействователь святилища и скинии истинной, которую воздвиг Господь, а не человек» (Евр. 8:2).</w:t>
      </w:r>
    </w:p>
    <w:p>
      <w:r>
        <w:t>Тайна этого строения весьма велика, чтобы вот так взять и сразу понять её ограниченным разумом, но именно любовь и открывает безграничные просторы мышления и воображения и вносит в жизнь абсолютные перспективы вечного развития и познания святости.</w:t>
      </w:r>
    </w:p>
    <w:p>
      <w:r>
        <w:t>Любовь — это растение Небесного происхождения. Она питается водою жизни и имеет возрождающую силу Вечности. Несмотря на то, что любовь подстраивается под земные особенности моего сознания, она имеет нетленную природу и нескончаемую энергию.</w:t>
      </w:r>
    </w:p>
    <w:p>
      <w:r>
        <w:t>Любовь — это сокровище Небесного происхождения. Она выдаётся Небесным Банком любви, который обогащает всякого, кто безостановочно обращается к Управляющему за очередным кредитом, чтобы опустошить все Небесные хранилища и раздать это богатство своим ближним и нуждающимся. Он подобен маленькой комнате в бескрайнем океане, куда через окна моей души затекает живительное золото Небесной валюты, чтобы у меня не было недостатка ни в чём. Я могу закрыть эти окна на время и тратить резервы, могу, сидя на слитках золота, обвинять Владельца Банка в том, что Он не даёт мне необходимое. А Он желает меня научить этим пользоваться.</w:t>
      </w:r>
    </w:p>
    <w:p>
      <w:r>
        <w:t>Счастье в любви, и оно прекрасно тем, что Господь даёт для него всё необходимое, а быть ли мне счастливым или издыхать от тоски, выбираю я сам. Это подобно смартфону в руках. Он имеет много функций, чтобы делать то, что ему прикажут с помощью нажатия пальца. Устройство выдаст то, что я пожелаю. Но без моей команды он просто будет тихо лежать, как кусок пластика, не представляя никакой ценности. И если я не умею им пользоваться, то мне будет мало толку от всех его возможностей.</w:t>
      </w:r>
    </w:p>
    <w:p>
      <w:r>
        <w:t>Приведу сравнение. Мы вошли в эпоху смартфонов, и если мы не принимаем это нововведение, то мы безнадёжно отстанем, хотя будем жить и дальше, но без благ цивилизации. И это не так страшно, а порою даже и интереснее. А для учащихся в этой школе я могу сказать, что мы вошли в эпоху любви и счастья, и нам открылась новая Страна великих возможностей. Вы вкусили Хлеб жизни в чистом виде, чтобы никогда уже не стать другими. Вы вошли во Святое Святых Небесного Храма, чтобы быть причастниками великого и недоступного, чего ранее не знали. Эта Страна любви и счастья существовала всегда, но не все желают в ней жить. И если вы не примите это нововведение в своей жизни, то вы будете и дальше существовать в том, что себе изберёте, но вы рискуете безнадёжно отстать от всего, что приготовил Бог и что не стоит на месте, а открывается ищущим, верным и жаждущим.</w:t>
      </w:r>
    </w:p>
    <w:p>
      <w:r>
        <w:t>Я и сам не знал, куда мы придём, но сейчас мы стоим перед фактом, что Бог открывает новый путь, путь любви и счастья в любви, о котором мы много слышали, но мало знали. Он есть в нашей жизни, и эти законы разбросаны повсюду. Они не будут новыми ни для кого, но пока они перемешаны с грязью и потоплены в вине Вавилона, они не могут действовать во всей своей красоте и силе. Счастье всегда рядом с нами, мы уже давно пробуем эту воду жизни и знаем её вкус. Но если эта вода смешивается с земным и опасным, то кого стоит винить? Кто виноват в том, что мы несчастны при изобилии всего? Тот самый я, который может построить что-то лучшее.</w:t>
      </w:r>
    </w:p>
    <w:p>
      <w:r>
        <w:t>Если я всю жизнь прожил в сарае среди других сараев и меня попросят построить красивый дворец, то как вы думаете, что я построю? Правильно, я возведу большой сарай.</w:t>
      </w:r>
    </w:p>
    <w:p>
      <w:r>
        <w:t>Пока я имею тело гусеницы, моё мышление можно назвать гусеничным. И оно хоть и развивается, но мне сложно представить себя с крыльями. Мне проще вообразить свою перспективу в виде огромной гусеницы с мощными челюстями и цепкими ногами, которая очень быстро может ползать по деревьям и пожирать всё подряд. И это все возможности моего развития. Но Бог приготовил мне тело бабочки, которая живёт по иным законам, хотя и в том же мире. Я смотрю на это и не могу представить, как с моим весом я смогу парить в воздухе и есть не цветы, а только их нектар. Я рискую разбиться в лепёшку и умереть с голода. Но у Творца есть особый план для меня. И Он уверенно ведёт меня в страну бабочек, показывая, что когда-то и в моей жизни произойдёт то, что я сначала залезу в тёмный кокон своей души, чтобы, выйдя из него, уже никогда не возвращаться к телу гусеницы. Хотя Он любит и ценит и тех, и других.</w:t>
      </w:r>
    </w:p>
    <w:p>
      <w:r>
        <w:t>Страна счастья полна благоухающих цветов, которые источают прекрасный нектар и доступны только летающим в любви бабочкам. Это можно пронаблюдать, а можно в этом и поучаствовать.</w:t>
      </w:r>
    </w:p>
    <w:p>
      <w:r>
        <w:t>Но если гусенице и суждено стать бабочкой помимо её желания, то нам, земным людям, предоставлен выбор. Я могу остановиться на любой стадии стройки. Могу даже ничего и не начать. Могу строить неправильно и некрасиво. Могу вставлять в стены кирпичи из навоза и мусора и замазывать всё это грязью. Всё в моих руках. Мне дан план, дан компас, дано руководство, есть люди, которые умеют строить и готовы помочь своими советами, но в конечном итоге решаю я, что мне делать со своим счастьем и со своей любовью.</w:t>
      </w:r>
    </w:p>
    <w:p>
      <w:r>
        <w:t>Решаю строить дальше по Божьему плану, руководствуясь наставлениями Святого Духа. В молитве объявляю о своём решении и делаю шаг веры. Я верю в то, что у меня получится шедевр Божьего замысла, приготовленный лично для меня, и радость в Господе движет мною, придавая мне энтузиазм и стремление создать что-то прекрасное, то, что будет радовать моё сердце и дарить ликование и мир моим ближним и друзьям.</w:t>
      </w:r>
    </w:p>
    <w:p>
      <w:r>
        <w:t>Мои друзья активно помогают мне в этом строении тем, что позволяют испытывать на себе всю мою новую любовь, радость и дружелюбие. Им порою очень сложно переносить такие нападения, но они позволяют мне любить их, порою отвечая тем же, чем очень меня поддерживают. Иногда они без спроса приходят ко мне на стройку и рассматривают всё то, чего я достиг. Кто-то советует исправить по-своему, кто-то удивляется, кто-то пытается меня убедить в том, что счастья нет, и я напрасно трачу время. Но я верю Богу и вспоминаю Его упрёк в том, что я несчастен, и я не хочу возвращаться в эту страну. Приходится тактично всем объяснять Божьи стандарты и тихонько продолжать строительство, порою в полном одиночестве.</w:t>
      </w:r>
    </w:p>
    <w:p>
      <w:r>
        <w:t>И так странно, что счастья ищут все, но не все хотят быть счастливыми по Божьему сценарию и плану. А войти в Божье счастье со своими представлениями о нём невозможно. Огонь испытаний всё уничтожит. Только вечное может наследовать вечное и жить вечно.</w:t>
      </w:r>
    </w:p>
    <w:p>
      <w:r>
        <w:t>Я смотрю на открытые двери страны любви и счастья и понимаю, что они очень скоро закроются для всех, но с какой стороны окажусь я, зависит сейчас только от меня. Я делаю шаг веры и принимаю Божий план. Какое счастье быть верным!</w:t>
      </w:r>
    </w:p>
    <w:p>
      <w:pPr>
        <w:pStyle w:val="Heading2"/>
      </w:pPr>
      <w:r>
        <w:t>Библейские стихи к этой главе:</w:t>
      </w:r>
    </w:p>
    <w:p>
      <w:r>
        <w:t>1Кор. 2:9-13; Пс. 26:5; Иез. 37:11-14; Кол. 1:26-29; Еф. 3:16-19; Зах. 4:6; Откр. 3:7-8; 22:1-5; Ис. 55:1-3; Мф. 11:28-30; Ин. 6:37</w:t>
      </w:r>
    </w:p>
    <w:p>
      <w:pPr>
        <w:pStyle w:val="Heading2"/>
        <w:pageBreakBefore/>
      </w:pPr>
      <w:r>
        <w:t>Глава 18</w:t>
      </w:r>
    </w:p>
    <w:p>
      <w:pPr>
        <w:pStyle w:val="Heading1"/>
      </w:pPr>
      <w:r>
        <w:t>Верность в любви</w:t>
      </w:r>
    </w:p>
    <w:p>
      <w:r>
        <w:t>Вы когда-нибудь слышали такой отзыв о человеке: «Он такой добрый, мастер на все руки, умный, золотая голова, прекрасный семьянин, тихий, спокойный, дружелюбный, талантливый, но пьёт»? Очень интересно слушать мнения людей о тех или о том, кто мог бы быть очень хорошим во всех отношениях, но в нём есть какое-то качество, которое перечёркивает всё прекрасное и ставит на нём клеймо всеобщего неодобрения. Самое интересное и важное обычно начинается после слова «НО».</w:t>
      </w:r>
    </w:p>
    <w:p>
      <w:r>
        <w:t>Давайте возьмём в качестве примера добродетельную жену из книги Притчей, глава 31. Думаю, любой мужчина мечтает о таком сокровище у себя дома. И в этой притче нет слова «но», а давайте его добавим в самом конце повествования и посмотрим, что получится. Прит. 31:27: «Она наблюдает за хозяйством в доме своём и не ест хлеба праздности, но неверная». Я думаю, что после подобного заключения уже не так важно, какие у этой женщины были достоинства. Возможно, они устроят её любовников, но не мужа.</w:t>
      </w:r>
    </w:p>
    <w:p>
      <w:r>
        <w:t>Я подхожу к третьему углу своего домика счастья и уже по привычной мне технологии начинаю закладывать очередную связку моего здания под названием: «я верен».</w:t>
      </w:r>
    </w:p>
    <w:p>
      <w:r>
        <w:t>Странно бы звучала характеристика о моей вере и любви с приставкой: «но неверен». Вот это маленькое «но» говорит о том, кем я являюсь на самом деле, а не в кого я пытаюсь играть. Что такое вера без верности? Лицемерие. А что такое любовь без верности? Прелюбодейство.</w:t>
      </w:r>
    </w:p>
    <w:p>
      <w:r>
        <w:t>В словах «я верен» очень важную роль играет слово «я». Оно должно обязательно присутствовать во всех процессах строительства. Без него моё здание будет памятником человеческой мудрости о прекрасных вещах, которые так и остались красивой теорией и недостижимыми мечтаниями о чём-то замечательном. Я должен быть непосредственно втянут в этот процесс и лично участвовать во всех тонкостях и особенностях моей стройки.</w:t>
      </w:r>
    </w:p>
    <w:p>
      <w:r>
        <w:t>И это «я» — не проявление гордого духа, а открытые окна моей души для Божьей благодати, открытая дверь моего сердца для личного присутствия Господа. Иначе я становлюсь забывчивым слушателем.</w:t>
      </w:r>
    </w:p>
    <w:p>
      <w:r>
        <w:t>К сожалению, для нашего века характерно следующее. Мы настолько привыкли получать много информации и ничего с ней не делать, что переносим эту привычку и в духовную жизнь. И вера в Бога сводится к тому, чтобы раз в неделю прийти на богослужение, послушать то, что там будут петь и говорить, поучаствовать в каком-то мероприятии и, выйдя, заняться обычными делами. И если спросить меня, о чём была проповедь сегодня утром или неделю назад, то я, возможно, и не вспомню, но смогу рассказать, как я усиленно боролся со сном в это время и какой вкусный был обед после собрания.</w:t>
      </w:r>
    </w:p>
    <w:p>
      <w:r>
        <w:t>Было бы печально узнать, что все Небесные сокровища и откровения стали в моей жизни лишь частью информационного потока, которые я бережно сложил на полочки своего склада нужных вещей, и они теперь покрываются пылью в ожидании своего часа.</w:t>
      </w:r>
    </w:p>
    <w:p>
      <w:r>
        <w:t>Я верен. Это показатель того, что все Божьи истины достигли моего сердца, стали частью моего сознания, изменили моё мировоззрение и воплотились в практическую сторону моих отношений с Богом и с миром.</w:t>
      </w:r>
    </w:p>
    <w:p>
      <w:r>
        <w:t>Иисус молился о том, чтобы я не был взят из мира, но сохранён от зла. И эта сохранность даруется мне в ответ на мою верность в вере и любви.</w:t>
      </w:r>
    </w:p>
    <w:p>
      <w:r>
        <w:t>Возьмём, к примеру, обычную семью, где два закоренелых эгоиста решили стать одним целым. И внутри своего союза они сначала получили то, что удовлетворило их любопытство и влечение друг ко другу, а затем стали узнавать истинное лицо и особенности супруга или супруги. И хоть семья — это самые прочные узы, но всё же — это условный союз, где подразумевается верность как физическая, так и эмоциональная. Верность закладывает основание доверительным отношениям, которые настолько глубоко проникают в сердца друг друга, что там не остаётся места для супружеского эгоизма, хотя общественный может и остаться.</w:t>
      </w:r>
    </w:p>
    <w:p>
      <w:r>
        <w:t>Нежная забота о членах своей семьи имеет в основании верность как с моей стороны, так и со стороны моей половинки. И если эта связь не выдержит, то катастрофа неизбежна. Возможно, семья и останется, но отношения станут другими и уже никогда не вернутся к прежней чистоте и святости.</w:t>
      </w:r>
    </w:p>
    <w:p>
      <w:r>
        <w:t>Бог ожидает от меня абсолютной верности Ему и полученному мною свету. Он претендует на мою физическую и эмоциональную привязанность, и Он не стесняется называться моим Супругом. Наши отношения настолько близки и прочны, что в Божьи планы входит узаконить этот союз на всю Вечность. А на Небе разводов не бывает. И зачем изменять Тому, в Кого веришь и Кого любишь? Но реальность нашего времени говорит о том, что необходимо установить этот прочный угол в основании домика счастья и крепко связать всю конструкцию между собой.</w:t>
      </w:r>
    </w:p>
    <w:p>
      <w:r>
        <w:t>И когда придут испытания веры и любви, когда стихии этого мира и потоки информационных войн обрушатся на меня со стороны веры и любви, тогда моя верность поддержит эти углы моей жизни и будет стойко держаться за Скалу, не давая зданию пошатнуться и развалиться. Три ноги лучше двух, и они придают особую устойчивость строению. Но я планирую завершить эту конструкцию, чтобы она была полностью закончена, чтобы она была красивой и прочной со всех сторон, встречая различные напоры и нападения. Четвёртый угол готовится к закладке, и ему нужно время, чтобы стать тем, чем он определён в Божьем плане.</w:t>
      </w:r>
    </w:p>
    <w:p>
      <w:r>
        <w:t>«Я верен» подразумевает то, что у меня должны быть знания, которые мне стоит применить в своей жизни, сделав их основой своего мировоззрения, а также необходимо заключить союз и через водное крещение узаконить отношения с Тем, Кому я должен быть верен.</w:t>
      </w:r>
    </w:p>
    <w:p>
      <w:r>
        <w:t>Представим иллюстрацию странной верности. Я, будучи одиноким, живу по соседству с домом, где живёт очень добрая, одинокая девушка. Мне очень приятно за ней наблюдать и иногда здороваться с ней. И я стал замечать, что где-то в душе у меня к ней появились особые чувства, и я даже подозреваю, что и она ко мне неравнодушна. И я решил стать верным этой девушке. Я удалил из своих контактов всех своих подруг, я перестал общаться с любыми женщинами и начал проявлять свою верность этой соседке во всём, не давая никому никаких шансов на дружбу со мной. Я решил ни на ком никогда не жениться, ибо я верен. И однажды я набрался смелости и сообщил о своей верности и любви этой девушке. Я заверил её в том, что она может во мне не сомневаться и всегда на меня рассчитывать. А она почему-то с грустью на меня посмотрела и заплакала. Наверное, от счастья. Ведь в мире не встретишь больше таких верных людей! Думаю, что глупее ситуации не бывает.</w:t>
      </w:r>
    </w:p>
    <w:p>
      <w:r>
        <w:t>Но именно так я могу относиться и к Господу, проявляя Ему верность, но не имея с Ним отношений. И это может длиться годами.</w:t>
      </w:r>
    </w:p>
    <w:p>
      <w:r>
        <w:t>Сейчас очень распространено сожительство. Оно стало чуть ли не нормой доброго тона. Должен быть мужик или баба (по-другому это как-то не звучит), потому что все так живут. Есть отношения? Да. Есть эмоциональная и физическая близость? Да. А почему это плохо? А плохо это потому, что нет обязательств, нет союза перед обществом и Богом, нет ответственности. И верность не сделает такие отношения правильными, ведь нарушен Божий закон, и нет благословения.</w:t>
      </w:r>
    </w:p>
    <w:p>
      <w:pPr>
        <w:pStyle w:val="Heading2"/>
      </w:pPr>
      <w:r>
        <w:t>Библейские стихи к этой главе:</w:t>
      </w:r>
    </w:p>
    <w:p>
      <w:r>
        <w:t>Пс. 110:10; Пр. 11:13; 14:5; 28:20; Мф. 24:45; 25:21; Лк. 16:10; 3Ин. 1:3-6; Откр. 2:3-4,10; Откр. 3:1</w:t>
      </w:r>
    </w:p>
    <w:p>
      <w:pPr>
        <w:pStyle w:val="Heading2"/>
        <w:pageBreakBefore/>
      </w:pPr>
      <w:r>
        <w:t>Глава 19</w:t>
      </w:r>
    </w:p>
    <w:p>
      <w:pPr>
        <w:pStyle w:val="Heading1"/>
      </w:pPr>
      <w:r>
        <w:t>Сила верности</w:t>
      </w:r>
    </w:p>
    <w:p>
      <w:r>
        <w:t>Представьте себе человека, который даёт вам обещание, а потом меняет своё решение и обещает что-то другое или ничего не обещает. Как много проектов вы можете спланировать с подобным подходом? К сожалению, мы научились жить именно в таком мире.</w:t>
      </w:r>
    </w:p>
    <w:p>
      <w:r>
        <w:t>Конечно, бывают ситуации, когда меня вынуждают пообещать сделать что-то, что принесёт вред мне или окружающим. Также возможна ситуация, когда я не разобрался в том, что мне предлагают, а затем понял, что это не моё. В таком случае я имею право пересмотреть свои обещания и дать отказ.</w:t>
      </w:r>
    </w:p>
    <w:p>
      <w:r>
        <w:t>Например, если я, будучи одиноким, собираюсь связать свою жизнь с девушкой, которая мне пришлась по сердцу, и обещаю взять её в жёны при её согласии, то стоит вначале узнать этого человечка поближе и понять, правильный ли этот выбор, будет ли она верна мне и Богу в своей любви и смогу ли я делать её счастливой. И если до свадьбы я обнаруживаю нечто, что разрушит нашу семью, и отказываюсь от такого предприятия, то это не будет нарушением верности, а станет моим выбором, который я изменил. Но если мы заключили брачный союз и после этого поняли, что мы разные, то это не повод для того, чтобы разрывать отношения.</w:t>
      </w:r>
    </w:p>
    <w:p>
      <w:r>
        <w:t>Не стоит путать условные и жизненно важные обещания.</w:t>
      </w:r>
    </w:p>
    <w:p>
      <w:r>
        <w:t>Я часто встречал такие ситуации, когда люди связывали себя обещаниями, но обстоятельства жизни говорили о том, что нужно отказаться от того, что решено, а они не могли это сделать и ввергали себя в различные скорби, которых можно было избежать.</w:t>
      </w:r>
    </w:p>
    <w:p>
      <w:r>
        <w:t>Меня однажды научили одной прекрасной фразе, которая очень сильная, и она решает быстро и безболезненно многие вопросы. Она звучит так: «Мне очень жаль, но...»</w:t>
      </w:r>
    </w:p>
    <w:p>
      <w:r>
        <w:t>Так в чём выражается моя верность? Есть житейские вопросы, которые решаются на личном уровне и могут меняться или отменяться. Но существуют принципы, которые не стоит нарушать, ибо это может иметь катастрофические последствия.</w:t>
      </w:r>
    </w:p>
    <w:p>
      <w:r>
        <w:t>И важно понять источник верности.</w:t>
      </w:r>
    </w:p>
    <w:p>
      <w:r>
        <w:t>По-человечески я могу планировать свою жизнь в рамках моей свободы выбора. И моя верность своим обещаниям и решениям может быть кому-то опорой и поддержкой. Но я могу стать другим. Значит, на человеке не следует строить своё счастье.</w:t>
      </w:r>
    </w:p>
    <w:p>
      <w:r>
        <w:t>А верен ли Бог? Вот тут уже вступает совсем другое понимание верности. Представьте себе Творца Вселенной, Который постоянно меняет законы и требования, Который сегодня решил одно, а завтра передумал. Страшно себе представить подобное. Всё пришло бы к хаосу. Но Библия учит, что Бог не изменяется, и Он верен тому, что обещал. И именно Божья верность даёт мне прочное основание для моей верности. Мне есть с кого брать пример.</w:t>
      </w:r>
    </w:p>
    <w:p>
      <w:r>
        <w:t>И на примере Бога я вижу, что у Него есть безусловные обещания, а есть те, которые зависят от каких-то действий с моей стороны. И Бог открыто заявляет о том, что Он может изменить Свои благословения или проклятья, если в людях произойдут перемены. Но в глобальных вещах Бог непоколебим.</w:t>
      </w:r>
    </w:p>
    <w:p>
      <w:r>
        <w:t>И когда я изучаю характер Бога, мне открывается очень прочное Основание Его принципов, Его любви, Его мудрости.</w:t>
      </w:r>
    </w:p>
    <w:p>
      <w:r>
        <w:t>Безусловные обещания Бога не зависят ни от чего. Они исполнятся, даже если я в них не верю и живу вопреки ожиданиям и повелениям Бога. К ним относятся: закрытие времени благодати, излитие семи язв на Землю, Второе Пришествие Христа, Тысячелетнее Царство, Божий суд, уничтожение греха и грешников, сотворение Новой Земли и Нового Неба и Вечная жизнь во все нескончаемые века.</w:t>
      </w:r>
    </w:p>
    <w:p>
      <w:r>
        <w:t>И даже если я не верю во всё это, оно исполнится именно так, как обозначено в планах Бога. Христос придёт. И это произойдёт однозначно, независимо от моей веры или неверия. Но если я полагаюсь на безусловные Божьи обещания, то я понимаю, что происходит вокруг, и могу планировать свою жизнь, исходя из своих знаний и требований Бога. И Господь исполнит все Свои обетования и то, что лично мне обещано в Слове Божьем.</w:t>
      </w:r>
    </w:p>
    <w:p>
      <w:r>
        <w:t>Моё невежество в изучении Божьих обетований лишает меня очень многих благословений. Я не могу просить того, о чём я не знаю.</w:t>
      </w:r>
    </w:p>
    <w:p>
      <w:r>
        <w:t>Происходит и следующее. Я решаю, что Бог может прибавить мне росту на полметра, и начинаю просить Его исполнить это, ведь Он всё может. В этом случае я буду очень разочарован во всемогуществе Творца, ибо ничего не получу. Но если я, к примеру, стану молиться о том, что Им обещано, и выполнять условия этого обетования, то Господь непременно его совершит, если есть на то Его воля, хотя может быть и задержка в ответе.</w:t>
      </w:r>
    </w:p>
    <w:p>
      <w:r>
        <w:t>Но необходимо учитывать, что Бог – это не волшебная палочка, а Личность, Которая очень мудра, чтобы ошибаться. Если я прошу Его кормить меня конфетами, потому что считаю это вкусным и полезным, то думаю, что по Своей любви Он не даст мне просимого, но предложит именно то, что будет мне во благо. Или если я прошу Его кого-то исцелить от смертельной болезни, то ответ на эту просьбу лежит во власти Бога, ибо я не знаю, будет ли это чудо к Его славе или произойдёт что-то плохое с выздоровевшим человеком.</w:t>
      </w:r>
    </w:p>
    <w:p>
      <w:r>
        <w:t>Я верен. Это моя решимость уподобиться верности Бога в принципах Его закона и исполнять то, что Он мне открыл. Это моё стремление следовать тем обязательствам и обещаниям, которыми я связал себя с Богом и с людьми.</w:t>
      </w:r>
    </w:p>
    <w:p>
      <w:r>
        <w:t>Любовь агапэ сохраняет меня от внутреннего выгорания и фанатизма в моей верности своим принципам. Она, подобно мудрому учителю, спокойно мне объясняет, как нужно относиться к жизни, как лучше вести себя с людьми, что стоит обещать и выполнять, а чего лучше избегать. Любовь проводит меня через различные испытания и остаётся со мною в моих трудностях и ошибках. Она учит меня правильно разочаровываться в людях, но при этом продолжать их любить. Любовь верна в своём желании любить всегда, ибо берёт пример со Своего Источника и Его верности в безусловной любви. И если её сделать условной, если ограничить её пределы желаемым беззаконием и моим врождённым эгоизмом, то она просто охладеет и умрёт.</w:t>
      </w:r>
    </w:p>
    <w:p>
      <w:r>
        <w:t>Прилежность в изучении Божьей воли и Божьих обещаний даёт мне веру в то, что я могу о них просить при любой нужде и получать, ибо верен Обещавший, в Котором нет и тени перемены.</w:t>
      </w:r>
    </w:p>
    <w:p>
      <w:r>
        <w:t>Конечно, глупо будет требовать у Бога срочно исполнить то, что Им обещано, не считаясь с Его волей или имея дух дерзости. Неприемлемо также и выставление Богу ультиматума или запугивание Его своим неповиновением.</w:t>
      </w:r>
    </w:p>
    <w:p>
      <w:r>
        <w:t>В личном общении я могу разговаривать с Господом так, как могу и понимаю, и Он не против, если я буду с Ним спорить, ругаться, обвинять Его, махать кулачками или что-то требовать. Он взялся за моё воспитание, чтобы принять меня таким, какой я есть, со всеми моими «тараканами в голове», но Он не оставит меня таким навсегда. Он умеет смирять гордое и творить новое. У Него достаточно сил и средств, чтобы сделать из меня то, что Он желает видеть. Я очень ценен для Него, и Он вылепит из меня то, что захочет. И в этом процессе я преображаюсь. Пока глина мягкая, можно изменить её форму, но, пройдя через огонь, она становится верной и неизменной тому предназначению, для которого была слеплена.</w:t>
      </w:r>
    </w:p>
    <w:p>
      <w:r>
        <w:t>Вера и любовь учат меня добру, а моя верность в этом обучении укрепляет нас в прочном союзе. И мы счастливы друг с другом, и с нами Бог, Который всегда верен нам в Своей любви.</w:t>
      </w:r>
    </w:p>
    <w:p>
      <w:pPr>
        <w:pStyle w:val="Heading2"/>
      </w:pPr>
      <w:r>
        <w:t>Библейские стихи к этой главе:</w:t>
      </w:r>
    </w:p>
    <w:p>
      <w:r>
        <w:t>Втор. 7:9; 32:4; Откр. 3:14; Иак. 1:17; 1Кор. 10:13; 1Фес.5:24; Евр. 10:23-24; Рим. 8:35-39; Ис. 54:10; Пр. 2:10-11; Рим. 5:8; 1Ин.4:11,17; 5:</w:t>
      </w:r>
    </w:p>
    <w:p>
      <w:pPr>
        <w:pStyle w:val="Heading2"/>
        <w:pageBreakBefore/>
      </w:pPr>
      <w:r>
        <w:t>Глава 20</w:t>
      </w:r>
    </w:p>
    <w:p>
      <w:pPr>
        <w:pStyle w:val="Heading1"/>
      </w:pPr>
      <w:r>
        <w:t>Самое сложное</w:t>
      </w:r>
    </w:p>
    <w:p>
      <w:r>
        <w:t>И вот я приступаю к закладке самого сложного угла в здании. И с помощью своих человеческих усилий я не смогу выполнить эту работу. Но наличие этого угла обязательно, ибо он имеет непосредственную связь с Небом и очень быстро получает всё обещанное и необходимое. Я могу об этом только говорить, но это необходимо и переживать.</w:t>
      </w:r>
    </w:p>
    <w:p>
      <w:r>
        <w:t>Читаем: «Блаженны алчущие и жаждущие правды, ибо они насытятся» (Мф. 5:6).</w:t>
      </w:r>
    </w:p>
    <w:p>
      <w:r>
        <w:t>Жажда — это сигнал организма мозгу о том, что в теле появился дефицит воды. И чем больше этот дефицит, тем сильнее сигнал.</w:t>
      </w:r>
    </w:p>
    <w:p>
      <w:r>
        <w:t>Существует несколько видов жажды.</w:t>
      </w:r>
    </w:p>
    <w:p>
      <w:r>
        <w:t>Физиологическая жажда — это сильное желание пить. К этому понятию можно также отнести и голод, когда очень хочется есть.</w:t>
      </w:r>
    </w:p>
    <w:p>
      <w:r>
        <w:t>Эмоциональная жажда заключается в сильном желании получить от Бога то, что тебе необходимо, а также быть кому-то нужным, близким и полезным. Подобный вид жажды подразумевает стремление иметь рядом такого же нужного и полезного друга или отдать то, что получаешь от Иисуса.</w:t>
      </w:r>
    </w:p>
    <w:p>
      <w:r>
        <w:t>Информационная жажда характеризуется пониманием того, что знания и информация, которыми ты уже обладаешь, не насыщают твой разум, поэтому начинаются поиски того источника сведений, который восполнит и удовлетворит эту нужду.</w:t>
      </w:r>
    </w:p>
    <w:p>
      <w:r>
        <w:t>Зависимость — это сильная потребность в определённых действиях, эмоциональная или физическая привязанность к чему-то или кому-то.</w:t>
      </w:r>
    </w:p>
    <w:p>
      <w:r>
        <w:t>Духовная жажда — это понимание своей духовной нищеты, осознание того, что твоему духу не хватает знания, откровения, насыщения, принадлежности и возможности правильно использовать свои способности для пользы других, вследствие чего приходит тревога и беспокойство.</w:t>
      </w:r>
    </w:p>
    <w:p>
      <w:r>
        <w:t>Осознание своей принадлежности Богу, жизнь в гармонии с Его волей и послушание Его требованиям приносят мир и радость, но душа жаждет больших благословений, она желает расти и ищет такую возможность.</w:t>
      </w:r>
    </w:p>
    <w:p>
      <w:r>
        <w:t>Христос учил, что всякий жаждущий правды насытится и будет счастлив. Он этими словами дал обещание, что во время благоприятное подобная жажда будет утолена, и всякий просящий обретёт просимое.</w:t>
      </w:r>
    </w:p>
    <w:p>
      <w:r>
        <w:t>Я жажду. Этим я признаю перед Богом своё жалкое состояние, которое я сам не в силах изменить. Я не способен сам себе дать то, что я не имею и не могу произвести. И чем больше жажда, тем настойчивее мои просьбы и желание получить просимое.</w:t>
      </w:r>
    </w:p>
    <w:p>
      <w:r>
        <w:t>Иисус предлагает нам Себя, говоря: «Кто жаждет — приходи и пей», и Он Сам называет Себя Источником живой воды, давая понять, что только Он может насытить духовно жаждущих.</w:t>
      </w:r>
    </w:p>
    <w:p>
      <w:r>
        <w:t>Проблема нашего времени состоит в том, что мы не просто сыты, а пресыщены и при этом праздны. Такого изобилия информации, возможностей, откровений, изобретений, технологий, свободы ещё никогда до нас не было. Это всё служит к нашему благу, но, когда этого очень много, душа перестаёт ценить дарованное ей.</w:t>
      </w:r>
    </w:p>
    <w:p>
      <w:r>
        <w:t>Мы обладаем такими перспективами в познании истины в духовном плане, что можно лёгким нажатием пальца на экран смартфона получить всевозможные ответы на все волнующие вопросы.</w:t>
      </w:r>
    </w:p>
    <w:p>
      <w:r>
        <w:t>Наиболее печально то, что в таком неиссякаемом потоке я теряюсь и думаю, что я сыт, что у меня всё есть, и мне больше, по большому счёту, ничего не нужно. И звучат страшные заявления: «Ну сколько ещё можно это? Ну сколько ещё это слушать? Всё об одном и том же. Я всё это знаю».</w:t>
      </w:r>
    </w:p>
    <w:p>
      <w:r>
        <w:t>А Иисус очень ясно говорит, что я не знаю, даже что я несчастен, и жалок, и нищ, и слеп, и наг. И Он не ошибается в Своём определении, но Он и предлагает решение, которое есть только у Него в Откр. 3:18.</w:t>
      </w:r>
    </w:p>
    <w:p>
      <w:r>
        <w:t>Вы когда-нибудь испытывали настоящую жажду или голод, когда за глоток воды вы отдали бы всё самое ценное и дорогое? Когда кроме глотка воды у вас не было больше никаких целей? К сожалению, даже в этом плане многие не имеют опыта, ведь нас повсюду окружает изобилие. Открыл кран, и потекла, пусть не всегда чистая, но вода.</w:t>
      </w:r>
    </w:p>
    <w:p>
      <w:r>
        <w:t>Между просящими милостыню существует большая разница. Одни по-настоящему голодны, а другие сыты или пресыщены. Очень голодный человек сумеет очень быстро меня убедить, что он нуждается, и он будет рад любой помощи в любом количестве. И если я имею что дать, то не устою перед просьбой голодного и помогу ему.</w:t>
      </w:r>
    </w:p>
    <w:p>
      <w:r>
        <w:t>Бог обещает нам излитие Своего Духа, но при условии, что Он изольёт это на жаждущее и иссохшее.</w:t>
      </w:r>
    </w:p>
    <w:p>
      <w:r>
        <w:t>«Ибо Я изолью воды на жаждущее и потоки на иссохшее; излию Дух Мой на племя твоё и благословение Моё на потомков твоих» (Ис 44:3).</w:t>
      </w:r>
    </w:p>
    <w:p>
      <w:r>
        <w:t>Господь обещал, и Он исполнит. Но осуществление этого обещания для меня напрямую зависит от моей жажды. Бог умеет отличать жажду от пресыщения.</w:t>
      </w:r>
    </w:p>
    <w:p>
      <w:r>
        <w:t>Давайте приведём пример из нашей жизни.</w:t>
      </w:r>
    </w:p>
    <w:p>
      <w:r>
        <w:t>Чтобы написать вот эти строки одного сообщения о любви или счастье, мне нужно около двух часов времени. Господь посылает мне мысль и ожидает, что я облеку её в слова. Я стараюсь очень кратко изложить саму суть урока и прошу помощи свыше, и она даётся. Когда сообщение готово, тогда я его выставляю на всеобщее обозрение. И я радуюсь, что могу хоть так послужить вам, надеясь, что урок, подобно семени, попадёт в добрую почву и принесёт много плода.</w:t>
      </w:r>
    </w:p>
    <w:p>
      <w:r>
        <w:t>И я знаю, что есть те, кто, видя большой текст, просто его проматывают и иногда раздражаются, и он потом теряется среди прочих сообщений навсегда. А я потратил свою жизнь, чтобы отдать самое лучшее и ценное, что у меня есть, — своё время и сердце. Кто-то мне честно признаётся: «А знаешь, я не читаю, что ты пишешь, потому что всегда спешу или мне это не интересно, но радуюсь, что ты постоянен. Держись, брат!»</w:t>
      </w:r>
    </w:p>
    <w:p>
      <w:r>
        <w:t>Это был всего лишь конкретный пример из нашей жизни. И меня он не смущает. Я просто делаю, что должен сделать со своей стороны. И я радуюсь, что могу хоть так послужить Богу и вам, друзья. И меня очень поддерживают маленькие сообщения о том, что мои слова кому-то помогли и принесли пользу. Но самая большая радость заключается в том, что я даю Богу возможность использовать меня, чтобы открывать другим то, что Он мне передал и чему научил. А нужно ли это вам, решаете вы. Если у вас нет жажды, то даже если ангел с Неба станет говорить, то это будет одним из потоков информации, которые уже пресытили душу.</w:t>
      </w:r>
    </w:p>
    <w:p>
      <w:r>
        <w:t>Я жажду. Это вопль к Небу, который не останется без ответа. Бог ищет жаждущие души, чтобы излить и насытить. Ему есть что нам дать. Он любит нас, и Он отделяет от большой любви.</w:t>
      </w:r>
    </w:p>
    <w:p>
      <w:r>
        <w:t>А ещё Он предупреждает о том, что Он Сам пошлёт на Землю не жажду хлеба и воды, а жажду слышания слов Господних, и люди будут ходить от моря до моря и не найдут. Страшное время.</w:t>
      </w:r>
    </w:p>
    <w:p>
      <w:r>
        <w:t>Если нет жажды, то надо о ней просить, и тогда вы получите её. Бог создаст условия, при которых я осознаю своё состояние и стану жаждущим.</w:t>
      </w:r>
    </w:p>
    <w:p>
      <w:r>
        <w:t>Блаженны всегда жаждущие и ищущие правды, ибо они всегда будут насыщены.</w:t>
      </w:r>
    </w:p>
    <w:p>
      <w:r>
        <w:t>Прочитав этот урок, попробуйте воспроизвести в себе какую-то жажду, и вы увидите, что это невозможно. Но когда сердце испытывает дефицит, тогда оно очень быстро об этом сообщает разуму. И как лань желает к потокам вод, так душа моя стремится к Господу.</w:t>
      </w:r>
    </w:p>
    <w:p>
      <w:r>
        <w:t>Если вы заметили, что вас влечёт к изучению следующего урока, то это хороший сигнал, и есть надежда, что вы получите больше, чем жаждете.</w:t>
      </w:r>
    </w:p>
    <w:p>
      <w:r>
        <w:t>Этот угол даёт мощный заряд энергии и движущей силы всему остальному строению, ибо он напрямую подключён к Источнику жизни и счастья. И без него я очень многое теряю безвозвратно, не желая получать то, что мне предлагается для моего же счастья.</w:t>
      </w:r>
    </w:p>
    <w:p>
      <w:pPr>
        <w:pStyle w:val="Heading2"/>
      </w:pPr>
      <w:r>
        <w:t>Библейские стихи к этой главе:</w:t>
      </w:r>
    </w:p>
    <w:p>
      <w:r>
        <w:t>Мф. 5:6; Ис. 44:3; 55:1; Пс. 41:3; 62:2; 106:9; 118:74; Ам. 8:11-13; Ин. 4:14; Откр. 21:6; 22:17</w:t>
      </w:r>
    </w:p>
    <w:p>
      <w:pPr>
        <w:pStyle w:val="Heading2"/>
        <w:pageBreakBefore/>
      </w:pPr>
      <w:r>
        <w:t>Глава 21</w:t>
      </w:r>
    </w:p>
    <w:p>
      <w:pPr>
        <w:pStyle w:val="Heading1"/>
      </w:pPr>
      <w:r>
        <w:t>Сила жажды</w:t>
      </w:r>
    </w:p>
    <w:p>
      <w:r>
        <w:t>Моё счастье — это не просто чувственное переживание и хорошее настроение, а постоянные победы над своим привычным мировоззрением и бесконечное сопротивление потоку зла, желающему захватить мой разум.</w:t>
      </w:r>
    </w:p>
    <w:p>
      <w:r>
        <w:t>Быть счастливым в наше время — это подвиг души и достаточно смелое решение, которое переворачивает все принятые стереотипы вверх ногами. И при этом всё Небо приходит в движение, и в жизни духовного счастливчика вступает в силу весь план Спасения, ведь ещё одна душа решила жить по законам Божьего Царства, и ей нужны все небесные ресурсы, чтобы устоять в своём выборе.</w:t>
      </w:r>
    </w:p>
    <w:p>
      <w:r>
        <w:t>По сути, моя жажда определяет то, о чём я буду просить и что получать, к чему я буду стремиться всей душой и искать во всякое время.</w:t>
      </w:r>
    </w:p>
    <w:p>
      <w:r>
        <w:t>Вера, любовь, верность, жажда — все эти вещи востребованы миром и очень знакомы людям, но только как временные инструменты для достижения своих планов или в лучшем случае как культурная особенность. В христианском мире они встречаются чаще и имеют более глубокие корни. Но Господь желает, чтобы мы ясно понимали эти принципы, чтобы ими можно было управлять и содержать их в чистоте и в работоспособности.</w:t>
      </w:r>
    </w:p>
    <w:p>
      <w:r>
        <w:t>Бог предлагает весьма много благословений жаждущим людям. И Иисус называет их блаженными, ибо они насытятся. Разум алчущей души настроен на то, чтобы выпрашивать наиболее необходимое для себя. Но подобным настойчивым просьбам может помешать незнание Божьих обещаний или неверие в то, что ты это получишь.</w:t>
      </w:r>
    </w:p>
    <w:p>
      <w:r>
        <w:t>Нищие духом — это та категория людей, которые в себе не имеют ничего, чем бы они могли насытить свою душу, но они знают, что это духовное богатство есть у Иисуса, и поэтому идут к Нему, чтобы со слезами выпросить для себя то, чего так жаждет душа. И Христос, зная томление таких людей, рассказал о них целую Нагорную проповедь. И все нищие духом, плачущие, кроткие, алчущие правды, милостивые, чистые сердцем, любящие мир и гонимые за истину имеют одну общую характеристику — они жаждут праведности во Христе Иисусе и желают иметь Царство Небесное внутри себя. И подобное стремление выражается в их искренних молитвах за себя и ближних, и эти прошения сотрясают Божий престол день и ночь.</w:t>
      </w:r>
    </w:p>
    <w:p>
      <w:r>
        <w:t>Если я чего-то просто хочу, то я об этом начинаю мечтать и размышлять о том, как бы этого достичь. Но когда я жажду, то я бросаю всё и напрягаю всю свою волю и весь свой разум, чтобы только получить то, в чём я сейчас нуждаюсь. И чем сильнее жажда, тем убедительнее мои просьбы.</w:t>
      </w:r>
    </w:p>
    <w:p>
      <w:r>
        <w:t>Представьте себе молодожёнов, которые только-только зарегистрировали свои отношения и пошли под венец. Их благословили и объявили мужем и женой. И если супругов спросить о том, что им сейчас больше всего хочется, то не думаю, что они скажут следующее. Вот мы и поженились, а теперь не знаем, что ещё интересненькое бы придумать. Они жаждут отношений, близости, познания друг друга как семья. Им очень интересен тот, кто держит за руку. И если подобной обоюдной жажды нет, то это выглядит очень странно.</w:t>
      </w:r>
    </w:p>
    <w:p>
      <w:r>
        <w:t>Представьте себе Господа, Который бегает за нами, желая даровать нам Свои благословения, и убедительно упрашивает меня хоть что-то принять из Его арсенала. «Андрей, давай я тебе дам любви, чтобы ты был в этом счастлив!» Как это будет выглядеть? Но по Своей милости Иисус побуждает нас иногда именно так обращаться к пресыщенным людям. А если таким верующим становлюсь я, то что мне может дать Господь? Он не будет бегать за мной и упрашивать. А однажды Он скажет обо мне самые страшные слова: «Прилепился Андрей к идолам, оставьте его!», и я уже ничего не смогу изменить в этом вердикте. Очень печальное состояние. Но надеюсь, что это не обо мне. Я жажду Божьих благословений и не представляю свою жизнь без них.</w:t>
      </w:r>
    </w:p>
    <w:p>
      <w:r>
        <w:t>Когда двое молодых людей, он и она, будучи девственниками, создают семью, тогда они не знают на вкус друг друга и не понимают, какие чувства они переживут, но они желают этой близости и идут к ней. И, однажды вкусив, они уже имеют личный опыт и знают, как это на практике. А потом проходит время, и они вновь желают быть вместе, чтобы получить уже то, что им знакомо, и они этого теперь страстно желают, понимая, что сейчас переживут семейный праздник слияния тел и душ. И во всём этом должно быть обоюдное согласие и влечение, иначе вместо праздника души будет насилие и извращение.</w:t>
      </w:r>
    </w:p>
    <w:p>
      <w:r>
        <w:t>Бог не насилует наши сердца Своим добром, хотя всегда желает иметь с нами самые близкие отношения. Он любит нас безусловно, но уважает наш выбор.</w:t>
      </w:r>
    </w:p>
    <w:p>
      <w:r>
        <w:t>Заставьте себя чего-то возжаждать и посмотрите, что у вас получится? Ничего. Невозможно воспроизвести нечто просто так, нужна причина или условия, или понимание того, что без этого невозможно обойтись. А когда то, чем я насыщал свою душу, закончилось, я знаю, где это брать, и начинаю этого жаждать, если происходит задержка.</w:t>
      </w:r>
    </w:p>
    <w:p>
      <w:r>
        <w:t>Кризис может очень быстро выявить мою истинную жажду, но стоит ли ввергаться искусственно в такое состояние?</w:t>
      </w:r>
    </w:p>
    <w:p>
      <w:r>
        <w:t>Самое лучшее средство для получения жажды — это молитва. Даже когда я ничего не желаю от Бога сердцем, но умом понимаю, что мне это нужно, и начинаю об этом просить, то вначале это выглядит неестественно: «Господи, дай мне то, что я не оценю!» Но по мере молитвы Божий Дух производит во мне и желания, и хотения, и действия по Своему благоволению. Жажду невозможно воспроизвести, но её можно выпросить. И Господь создаёт условия и вмешивается в мою жизнь.</w:t>
      </w:r>
    </w:p>
    <w:p>
      <w:r>
        <w:t>Пресыщение и праздность лишают душу желания искать, стучать, просить, выпрашивать. Но даже пресыщенная душа жаждет большего. Но не простого Хлеба Жизни, а извращений и чего-то особенного, экзотического.</w:t>
      </w:r>
    </w:p>
    <w:p>
      <w:r>
        <w:t>Однажды я спросил одного человека, почему на наши лагерные собрания приглашают зарубежных спикеров, ведь перевод забирает много времени, на что он мне ответил, что на своих не приедут, нужна экзотика. Мне было это странно услышать. Неужели Святой Дух действует только через избранных или известных людей?</w:t>
      </w:r>
    </w:p>
    <w:p>
      <w:r>
        <w:t>Есть жажда получить, а есть жажда отдать. Когда сердце переполнено счастьем и любовью, так хочется этим делиться, но ты не можешь вломиться в чью-то жизнь и обрушить на него своё счастье. И порою видишь открытое презрение лишь за то, что ты счастлив и ведёшь себя вызывающе на фоне общего несчастья.</w:t>
      </w:r>
    </w:p>
    <w:p>
      <w:r>
        <w:t>Но жажда отдать сильнее моей скромности, и я иду на риск и начинаю этим делиться. Иногда получается.</w:t>
      </w:r>
    </w:p>
    <w:p>
      <w:r>
        <w:t>Я жажду. Какое это благословение Неба! Это открытая дверь к Небесным сокровищам. Как радуется жаждущий Бог, желающий моего счастья, видя то, как я жажду Его благословений и иду к Нему за тем, что моё по праву невесты Христа. И Господь идёт мне навстречу.</w:t>
      </w:r>
    </w:p>
    <w:p>
      <w:r>
        <w:t>Жажда — это условие получения великих безусловных Божьих благословений. То есть любовь-агапэ безусловна по отношению ко мне, но, чтобы стать моей в отношении моих ближних, нужна моя жажда и желание жить по ней и в ней.</w:t>
      </w:r>
    </w:p>
    <w:p>
      <w:r>
        <w:t>Любая реклама рассчитана на то, чтобы убедить меня в необходимости приобрести то, что мне предлагают. И для этого используются различные виды воздействия на мой разум. И я узнаю об этом предложении и начинаю его желать, а потом и искать, а потом и приобретать. Но не всегда это бывает нужным.</w:t>
      </w:r>
    </w:p>
    <w:p>
      <w:r>
        <w:t>А Бог предлагает мне самое необходимое. И Он умеет убеждать меня в том, что иметь это жизненно важно.</w:t>
      </w:r>
    </w:p>
    <w:p>
      <w:pPr>
        <w:pStyle w:val="Heading2"/>
      </w:pPr>
      <w:r>
        <w:t>Библейские стихи к этой главе:</w:t>
      </w:r>
    </w:p>
    <w:p>
      <w:r>
        <w:t>Ос.4:16-18; Еф.1:3-4,17-19; Пс.41:3-4; и Ин.7:37-39; Пс.118:174; Ис.48:20-22; Пс.142:6-7; Ис.44:3; Пс.106:9,35-38; Ис.57:15-16; 53:2</w:t>
      </w:r>
    </w:p>
    <w:p>
      <w:pPr>
        <w:pStyle w:val="Heading2"/>
        <w:pageBreakBefore/>
      </w:pPr>
      <w:r>
        <w:t>Глава 22</w:t>
      </w:r>
    </w:p>
    <w:p>
      <w:pPr>
        <w:pStyle w:val="Heading1"/>
      </w:pPr>
      <w:r>
        <w:t>Время ли для счастья?</w:t>
      </w:r>
    </w:p>
    <w:p>
      <w:r>
        <w:t>Недавно мы переживали ситуацию под названием пандемия.</w:t>
      </w:r>
    </w:p>
    <w:p>
      <w:r>
        <w:t>Википедия пишет:</w:t>
      </w:r>
    </w:p>
    <w:p>
      <w:r>
        <w:t>Пандеми́я (греч. πανδημία «весь народ») — необычайно сильная эпидемия, распространившаяся на территории стран, континентов; высшая степень развития эпидемического процесса. Пандемия является наиболее опасной формой, то есть эпидемией, охватывающей подавляющую часть мира.</w:t>
      </w:r>
    </w:p>
    <w:p>
      <w:r>
        <w:t>Скоро это коснётся каждой семьи. Наша школа и была открыта 23 марта 2020 года именно как ответ на это событие.</w:t>
      </w:r>
    </w:p>
    <w:p>
      <w:r>
        <w:t>Сейчас мы подошли к наиболее сложному вопросу. Как быть счастливым, когда вокруг такое происходит?</w:t>
      </w:r>
    </w:p>
    <w:p>
      <w:r>
        <w:t>Войны, болезни, катастрофы — это то, что скоро обрушится на нас в полной мере. И каждому из нас придётся лично противостоять влиянию этих течений, принимая мудрые решения относительно себя.</w:t>
      </w:r>
    </w:p>
    <w:p>
      <w:r>
        <w:t>Когда каждому из нас лично будет поставлен ультиматум реагировать на события так, как это делают все, а иначе нас сначала не поймут, а потом возненавидят, тогда настанут трудные времена для каждого ученика Школы Любви.</w:t>
      </w:r>
    </w:p>
    <w:p>
      <w:r>
        <w:t>Но мы строим счастье, и этот процесс очень важен, чтобы оставлять его и сходить вниз, окунаясь в мирские заботы.</w:t>
      </w:r>
    </w:p>
    <w:p>
      <w:r>
        <w:t>Но мы можем молиться за происходящее, а также молиться с теми и за тех, кто страдает, но при этом следует делиться надеждой на то лучшее, что мы имеем.</w:t>
      </w:r>
    </w:p>
    <w:p>
      <w:r>
        <w:t>Иисус вчера, сегодня и вовеки Тот же. Его сила любви не пропадает во время кризиса, и Он очень нежно заботится о Своих учениках, желая использовать любую ситуацию во благо, чтобы чему-то научить и от чего-то предостеречь.</w:t>
      </w:r>
    </w:p>
    <w:p>
      <w:r>
        <w:t>И Он стремится взять все наши и мои заботы на Себя, чтобы облегчить нашу жизнь и сделать её насыщенной Небесными ценностями и вечными благословениями.</w:t>
      </w:r>
    </w:p>
    <w:p>
      <w:r>
        <w:t>Если я с кем-то из вас зайду в какой-либо дом или пройду мимо какой-то стройки, то мы по-разному увидим окружающую нас действительность.</w:t>
      </w:r>
    </w:p>
    <w:p>
      <w:r>
        <w:t>Работая в сфере строительства более 26 лет, я приучен видеть то, что скрыто от глаз. Изучая объект, я машинально пытаюсь понять, как держится эта конструкция, какие её части являются несущими, из какого материала она строится, как происходит логистика, насколько это безопасно и многое другое. И это мне всегда интересно. И если вы видите грязь и «крокодила» из железа и бетона, то я смотрю дальше и представляю, как это будет выглядеть и насколько прочным станет. Такое восприятие пришло не сразу, а постепенно, по мере роста и опыта оно стало моим видением. И когда приходят ко мне в команду люди, которые не имеют представления о законах строительства, но обладают каким-то опытом в этом деле, тогда возникает много проблем с их переобучением и наставлением. Человек должен понимать, что он строит и почему это происходит так, а не иначе.</w:t>
      </w:r>
    </w:p>
    <w:p>
      <w:r>
        <w:t>Строительство счастья тоже имеет свои особенности и законы. Я много лет изучал эти вопросы, сопоставлял, пробовал, наблюдал и выявил закономерность, которой сейчас и делюсь с вами. И моя задача состоит в том, чтобы объяснить на своих примерах и ошибках, как я это понимаю в свете Библии. Но я сам этому учусь, и поэтому открыт для новых достижений и откровений. И могу сказать, что счастье существует, и оно доступно. Его очень много у Бога, и в нём можно жить. И я могу даже его назвать так: счастье-агапэ. Такого термина в Библии нет, но оно именно такое, вечное и стабильное. Оно имеет очень глубокие корни и отражает Божий характер. Чувства и эмоции — это конечный результат и самая видимая верхушка здания или «облицовочный материал», но прочность такой конструкции не держится за счёт штукатурки. Она под землёй и очень крепко связывает все части строения.</w:t>
      </w:r>
    </w:p>
    <w:p>
      <w:r>
        <w:t>Входя в страну счастья, мы по-разному видим её особенности. Навыком можно очень легко определить качество и прочность любого строения. Но многие обращают внимание только на красоту зданий, а не на их стабильность.</w:t>
      </w:r>
    </w:p>
    <w:p>
      <w:r>
        <w:t>Легко учить тех, кто готов учиться, кто стремится всё испытывать в своей жизни. Любой критический подход — это тормоз в обучении, но в то же время и проверка на прочность того, что предлагается. И подобное также предусмотрено в проекте.</w:t>
      </w:r>
    </w:p>
    <w:p>
      <w:r>
        <w:t>Не думайте, что строить счастье очень просто. Всегда найдутся те, кто будет ослаблять ваши руки.</w:t>
      </w:r>
    </w:p>
    <w:p>
      <w:r>
        <w:t>Прочитайте книгу Неемии. Он не был пророком, но своим опытом и энтузиазмом показал, как нужно относиться к Божьему делу, а чего не стоит делать.</w:t>
      </w:r>
    </w:p>
    <w:p>
      <w:r>
        <w:t>Каждый из вас, дорогие ученики, подвергнется суровым нападкам при строительстве вашего счастья. И эти испытания будут казаться естественными, жизненными. Этого не избежать. Но цель нападок — не дать построить или остановить это предприятие, или вложить в дом непрочные материалы.</w:t>
      </w:r>
    </w:p>
    <w:p>
      <w:r>
        <w:t>Когда кругом болеют и гибнут близкие люди, тогда о каком счастье может идти речь? Но необходимо понять, что счастье — это не веселье и писк с восклицаниями от бурных эмоций, а стабильное пребывание в мире с Богом, это спокойное расположение духа даже в самых критических ситуациях. Это здравое мышление, которое покоится на Божьих обетованиях о помощи и защите в трудное время. Это доверчивое упование на силу Господа, которая не даст места страху, панике и психическим расстройствам. И этому нужно учиться.</w:t>
      </w:r>
    </w:p>
    <w:p>
      <w:r>
        <w:t>Если я не знаю законов счастья, то я буду вести себя так, как привык или как меня убедят те, кому я позволяю на себя влиять. СМИ весьма умело способны навязывать людям своё мнение, которое не всегда бывает неправильным, но очень часто содержит то, что противоречит законам Бога и здравому смыслу верующего человека.</w:t>
      </w:r>
    </w:p>
    <w:p>
      <w:r>
        <w:t>Когда я вижу, что у друзей очень сложные проблемы или испытания, тогда я крайне осторожно предлагаю им именно в такое время познать законы счастья и любви. Я объясняю это тем, что если они сейчас этому научатся и поймут, то смогут быть такими всегда. И очень часто я встречаю злобу и оскорбления в ответ на подобные предложения. Но именно на войне процесс обучения проходит быстро и верно. Ты или проигрываешь, или побеждаешь, и сразу видишь результат. А в мирное время ты не знаешь, насколько прочен твой домик и выдержит ли он испытания.</w:t>
      </w:r>
    </w:p>
    <w:p>
      <w:r>
        <w:t>Пандемия коронавируса открыла новые возможности для Божьего влияния и закрыла двери в прошлое. Того времени, что было до этих событий, уже не будет, и все те возможности, что были упущены, уже не вернутся. Силы зла укрепились в своих позициях, чтобы нанести поражение Божьим детям, и сейчас всё для этого готовится. И наша школа — это одно из многих Божьих средств, которое учит тому, как жить в таких новых условиях. Любовь, счастье и дружба покидают этот мир навсегда, захватывая с собой многих верующих людей, неся их на бурных водах страха и беспокойства. И кто сможет устоять?</w:t>
      </w:r>
    </w:p>
    <w:p>
      <w:r>
        <w:t>Не думайте, что сейчас всё пройдёт, и мир станет прежним. Этого уже не будет. Наступит новое испытание, более сложное и интересное, а потом ещё одно, а затем придёт Иисус, чтобы остановить всё и всех, кто решит нас погубить. Кульминация последних событий от сил зла сводится не к уничтожению всех людей, а к уничтожению нас, Божьих детей, и поэтому нам стоит сопротивляться влиянию мира уже сейчас. И любовь — это наилучшая защита и средство для абсолютных побед в подобных сражениях. А счастье — это самый воинственный дух, который хранит меня от падений. Дружба — это дисциплина в армии Христа. И все чуждые этому стереотипы будут разрушены Божьей рукой в моём сознании.</w:t>
      </w:r>
    </w:p>
    <w:p>
      <w:pPr>
        <w:pStyle w:val="Heading2"/>
      </w:pPr>
      <w:r>
        <w:t>Библейские стихи к этой главе:</w:t>
      </w:r>
    </w:p>
    <w:p>
      <w:r>
        <w:t>2Пар. 7:14; Рим. 5:1-5; Дан.12:1; 1 Петр.1:7-9; Пр. 20:27, 10:5, 13:16, 22:3-4; 14:5-6; 1 Фес. 5:21; 2Фес. 2:3-12; Откр.14:12; Ис 43:11; 30:15,26</w:t>
      </w:r>
    </w:p>
    <w:p>
      <w:pPr>
        <w:pStyle w:val="Heading2"/>
        <w:pageBreakBefore/>
      </w:pPr>
      <w:r>
        <w:t>Глава 23</w:t>
      </w:r>
    </w:p>
    <w:p>
      <w:pPr>
        <w:pStyle w:val="Heading1"/>
      </w:pPr>
      <w:r>
        <w:t>Сила отдачи</w:t>
      </w:r>
    </w:p>
    <w:p>
      <w:r>
        <w:t>И вот мы приступаем к закладке стен, которые будут защищать нас от непогоды, от сырости, от ветра, от холода и жары и от всех соблазнов, желающих разрушить моё счастье и сделать меня непригодным для Вечности.</w:t>
      </w:r>
    </w:p>
    <w:p>
      <w:r>
        <w:t>Вы не задумывались, почему быть несчастным — это опасно для души? Потому что несчастный человек делает всех вокруг лишёнными радости, даже сам того не подозревая. Он просто рассказывает всем о своих горестях и своим влиянием взваливает на плечи ближних целые горные хребты своих забот, а те, в свою очередь, делятся ими, а также своими заботами с другими, загружая и их сознание непомерной ношей. А если ещё добавить новостные передачи и различные книги, и фильмы с чужими проблемами, то вся эта негативная информация оседает в моём разуме и беспрепятственно уничтожает моё счастье. И чтобы хоть как-то выжить среди подобного информационного мусора, я ищу допинг или порцию адреналина. Но и это не решает проблемы в целом.</w:t>
      </w:r>
    </w:p>
    <w:p>
      <w:r>
        <w:t>Но мир изучил психологию и психиатрию, чтобы с их помощью противостоять всем заботам этой действительности.</w:t>
      </w:r>
    </w:p>
    <w:p>
      <w:r>
        <w:t>Прихожу, наконец, в изнеможении к Иисусу и прошу помочь. И Он показывает мне очень прочный кирпичик под названием: «я отдаю», где «я» светится ярким светом, давая понять, что в этом есть что-то очень важное.</w:t>
      </w:r>
    </w:p>
    <w:p>
      <w:r>
        <w:t>«Я» — это практическое руководство и «подопытный кролик» моей души, который своими действиями оживляет всякую библейскую науку и делает её наглядным примером силы Божьей благодати. Без моего участия и сотрудничества все истины останутся каменными и безжизненными, свидетельствуя против меня: знал, но не применил к себе. И самое лучшее, на что я способен в таком состоянии, — это делать других правильными и хорошими, объявляя им их грехи, давая ценные указания и подмечая все их промахи и ошибки. И у меня становится столько работы по подобному «спасению» ближних, что я забываю про себя и, в конце концов, безнадёжно выгораю эмоционально и падаю под неимоверным грузом всех своих забот и грехов. И просто теория об отдаче не действует. Ей нужно сочетание с моим «я».</w:t>
      </w:r>
    </w:p>
    <w:p>
      <w:r>
        <w:t>Наш мир наполнен беззаконием и насилием. И мы живём среди этого зла. Хотим мы того или нет, но каким-то образом что-то недоброе приходит и в наш дом, делая нашу жизнь очень тяжёлой. А ещё хуже, если зло касается моего сердца и разрушает мой мир, мою любовь и счастье.</w:t>
      </w:r>
    </w:p>
    <w:p>
      <w:r>
        <w:t>Бог в Своей мудрости позаботился о том, чтобы защитить меня от подобных явлений и наполнить мою жизнь истинным счастьем и смыслом. Он не убирает с моего пути огненную печь, но ведёт меня в неё и держит меня за правую руку, и остаётся со мной в этом испытании. Если я понимаю, что со мной происходит, и где я, и что мне делать, то гораздо легче переносить этот процесс очищения.</w:t>
      </w:r>
    </w:p>
    <w:p>
      <w:r>
        <w:t>Господь нашего счастья не желает, чтобы груз моих забот сломил меня и раздавил меня своим весом. И поэтому Он через апостола Петра советует возложить все свои заботы на Него, ибо Он печётся о нас. 1Пет. 5:7. Ключевые слова в этом обетовании — «все» и «возложить» (отдать). И когда я так поступаю, тогда Господь забирает мои проблемы и даёт мне мир.</w:t>
      </w:r>
    </w:p>
    <w:p>
      <w:r>
        <w:t>Я не всегда знал эту истину и считал, что необходимо отдавать Богу только свои грехи, а заботы нести в одиночку и решать их самостоятельно. И, в конце концов, я пришёл к тому, что они обрушились на меня со всех сторон и чуть не раздавили. И я стал искать помощи у друзей из церкви, но они, к сожалению, ещё больше меня загрузили.</w:t>
      </w:r>
    </w:p>
    <w:p>
      <w:r>
        <w:t>Тогда Господь напомнил мне Своё обетование, упомянутое выше, и я обратился к Нему со словами, с воплем: «Я отдаю Тебе все мои проблемы, ибо я не в силах их решать и нести. И я ВЕРЮ, что Ты их взял». Я в это время просто бродил по окрестностям города и даже не смог преклонить колени, но взывал к Небу. После этой молитвы мне стало очень легко, и я вдруг осознал, как просто жить с Иисусом, как просто можно решать все проблемы. Я вдруг понял, как легко можно получить освобождение от забот. Они остались в моей жизни, но ушли из моего сердца, и путь стал не таким сложным. А затем и проблемы эти решились, но уже с миром в сердце. И я, переживая радость этой новой для себя свободы, решил попросить настоящей небесной любви, и Бог и на эту молитву ответил. Он не просто вымел моё сердце, но и заполнил его Собою, чтобы злой дух не вернулся с товарищами, и мне не стало ещё хуже.</w:t>
      </w:r>
    </w:p>
    <w:p>
      <w:r>
        <w:t>В этом словосочетании «я отдаю» заключена особая сила, и очень важна вера в то, что Бог есть, услышал и ответил. Мои слова — это документ для Небесного воинства, на основании которого они могут начинать действия или ждать приказа. Если я говорю так: «Я хочу отдать», то я выражаю желание, в котором нет действия или просьбы, и на такое желание ответа может и не быть. Но когда я отдаю, тогда я с этим расстаюсь навсегда.</w:t>
      </w:r>
    </w:p>
    <w:p>
      <w:r>
        <w:t>И в сердце приходит Божий мир, а с ним и счастье. Блаженны нищие духом. У меня нет этой силы, я нищий и слепой духом, но у меня есть богатый Иисус. Я сам не смогу избавить себя от всех своих забот, но я могу отдать их Тому, в Чьей руке я нахожусь. И Ему не станет тяжелее, если я сниму рюкзак и положу его рядом. Он любит меня и освободит меня от всякого груза.</w:t>
      </w:r>
    </w:p>
    <w:p>
      <w:r>
        <w:t>Я часто слышу насмешки. Мне говорят, что счастливыми могут сейчас быть только душевнобольные, и называют меня одним из них, но я вижу противоположное, что счастливы лишь те, кто душевно здоров и имеет общение с Иисусом.</w:t>
      </w:r>
    </w:p>
    <w:p>
      <w:r>
        <w:t>С того времени как я стал всё доверять Иисусу, я так сильно с Ним сдружился, что просто уже не могу без Него ничего делать и решать. Я делюсь с Ним всеми своими маленькими заботами и переживаниями. В одиночестве я не оставлен, и среди множества людей я остаюсь с Ним. И Он учит.</w:t>
      </w:r>
    </w:p>
    <w:p>
      <w:r>
        <w:t>Какие проблемы могут возникнуть в нашей жизни?</w:t>
      </w:r>
    </w:p>
    <w:p>
      <w:r>
        <w:t>Очень часто наши близкие рассказывают нам о своих заботах и переживаниях, и это невольно загружает меня и начинает тяготить, особенно если речь идёт о болезни или страдании. И как только я понял, что меня тяготит чужой груз, то я сразу молюсь в мыслях или шёпотом: «Я отдаю это Тебе, Иисус. Ты реши эту проблему», и приходит мир. И могу слушать дальше. Я знаю таких людей, которые не в состоянии нормально спать, если что-то плохое узнают, но Иисус способен и им помочь.</w:t>
      </w:r>
    </w:p>
    <w:p>
      <w:r>
        <w:t>Это действует и в вашей жизни. Я уже очень много раз практиковал подобное в жизни тех, кто был просто раздавлен. Я их вижу, и когда они принимают помощь и отдают ВСЁ Иисусу, то получают освобождение немедленно. Так радостно видеть слёзы покаяния и избавления, а потом улыбки и радость от осознания Божьей силы и свободы.</w:t>
      </w:r>
    </w:p>
    <w:p>
      <w:r>
        <w:t>Я отдаю — это не заклинание, а решение моей воли освободиться от забот и доверие Божьему обетованию, что Он возьмёт. Он Сам учил, чтобы все труждающиеся и обременённые приходили к Нему за покоем, и Он обещал, что мы найдём покой душам нашим.</w:t>
      </w:r>
    </w:p>
    <w:p>
      <w:r>
        <w:t>Душа, получившая этот покой, счастлива. Она обрела тихую гавань для кратковременного отдыха, а потом снова в бой, к очередным победам.</w:t>
      </w:r>
    </w:p>
    <w:p>
      <w:r>
        <w:t>Я люблю, верю, верен, жажду, отдаю — это прочное основание счастья, и они действуют в совокупности друг с другом и с моим «я», без которого они останутся правильной теорией.</w:t>
      </w:r>
    </w:p>
    <w:p>
      <w:r>
        <w:t>И я покупаю этот материал, готовясь к закладке стены. Но я вижу, что только из него строить не стоит. И начинаю выбирать и другие стройматериалы.</w:t>
      </w:r>
    </w:p>
    <w:p>
      <w:pPr>
        <w:pStyle w:val="Heading2"/>
      </w:pPr>
      <w:r>
        <w:t>Библейские стихи к этой главе:</w:t>
      </w:r>
    </w:p>
    <w:p>
      <w:r>
        <w:t>Ин. 8:36; 1Петр. 5:7; Флп. 4:6-7; Рим. 12:1-2; Пс. 36:4-6,37; 1 Петр. 2:4-5; Евр. 4:16, 5:7; Пс.21:25; 90:14-16; 93:12-14; Пр.3:5-8; Пс.54:23; Мф.6:34</w:t>
      </w:r>
    </w:p>
    <w:p>
      <w:pPr>
        <w:pStyle w:val="Heading2"/>
        <w:pageBreakBefore/>
      </w:pPr>
      <w:r>
        <w:t>Глава 24</w:t>
      </w:r>
    </w:p>
    <w:p>
      <w:pPr>
        <w:pStyle w:val="Heading1"/>
      </w:pPr>
      <w:r>
        <w:t>Решение проблем</w:t>
      </w:r>
    </w:p>
    <w:p>
      <w:r>
        <w:t>Если взять Библейскую симфонию и попробовать найти в ней слово «проблема», то поиск ничего не выдаст. В Библии не существует проблем. Но они есть в моей жизни, и их бывает очень много, даже больше, чем хотелось бы. Они существовали и раньше всегда, однако их называли «заботами».</w:t>
      </w:r>
    </w:p>
    <w:p>
      <w:r>
        <w:t>Проблемы имели место и во время Христа. Перед людьми всегда стоял вопрос о том, как решать эти трудности, что с ними делать. Тех же, кто находил правильный выход, называли мудрецами и мыслителями или учителями. К таким людям шли за советом.</w:t>
      </w:r>
    </w:p>
    <w:p>
      <w:r>
        <w:t>Господь Иисус тоже давал советы и приводил наглядные примеры того, как решать проблемы. Везде Он указывает на Себя как на Того, Кто очень быстро с ними справится в моей жизни. И если я стараюсь избежать подобного решения своих забот и ищу иные способы, то мне предоставляется свобода выбора, и его последствия тоже становятся моими.</w:t>
      </w:r>
    </w:p>
    <w:p>
      <w:r>
        <w:t>Ношение забот не считается опасным для души, если это не мои грехи. Однако это довольно тяжёлый груз, а порою и неподъёмный. Быть счастливым, находясь под прессом забот, очень сложно, а подчас и невозможно. Ибо когда что-то болит или беспокоит мою душу, тогда думать о счастье или планировать нечто радостное очень сложно.</w:t>
      </w:r>
    </w:p>
    <w:p>
      <w:r>
        <w:t>Сама по себе проблема нейтральна, а вот моя реакция на неё определяет, как я буду с ней жить.</w:t>
      </w:r>
    </w:p>
    <w:p>
      <w:r>
        <w:t>Однажды Иисус рассказал интересную притчу в Мат 17:20: «...ибо истинно говорю вам: если вы будете иметь веру с горчичное зерно и скажете горе сей: „перейди отсюда туда“, и она перейдёт; и ничего не будет невозможного для вас». И давайте это представим следующим образом.</w:t>
      </w:r>
    </w:p>
    <w:p>
      <w:r>
        <w:t>Вера величиной с зёрнышко способна переставлять горы, но если я положу это крохотное семечко на стол и попробую его переместить с помощью веры хотя бы на сантиметр, то что у меня выйдет? Ничего. Зёрнышко будет лежать на месте. Следовательно, если я не обладаю верой для перемещения зерна, то о горах и не стоит мечтать. Но если я пытаюсь понять, что в данной притче символизирует гора, то я вижу более глубокий смысл в повествовании Иисуса.</w:t>
      </w:r>
    </w:p>
    <w:p>
      <w:r>
        <w:t>Проблема может быть маленькой кучкой, но может являться и холмиком или же превратиться в гору забот, даже перерасти в горные хребты, которые бесконечной чередой окружили мою жизнь и легли на мои плечи. Легко ли убрать кучу мусора? Да. А холмик? Уже сложнее. А гору? Невозможно. А Иисус учит, что это вполне по силам. Для этого необходимо иметь лишь маленькую веру. А вера от слышания, а слышание от слова Божьего. И ещё нужно понимание того, что означает это слово и для чего сказано.</w:t>
      </w:r>
    </w:p>
    <w:p>
      <w:r>
        <w:t>Строить счастье надлежит с представлением о том, что ты строишь, и Кто за этим стоит. Бог крайне заинтересован в моём счастье и принимает активное участие в его постройке, открывая мой разум для понимания, что и как.</w:t>
      </w:r>
    </w:p>
    <w:p>
      <w:r>
        <w:t>Просто сказать проблеме: «Давай, иди отсюда» можно. Но что изменится? Ничего. Всё будет твёрдо стоять там, где стоит. И она не просто находится рядом, а лежит на мне. Вот в этом и беда, связанная с проблемой. Она давит на меня и выжимает из моей души все жизненные силы. Вся моя энергия направлена на то, чтобы решить эту задачу, но гора больше, чем всё, чем я пытаюсь её сдвинуть. И многие не выдерживают подобного прессинга и начинают строить другие горы, полегче, чтобы покоиться под ними. Тогда жизнь превращается в сплошной кошмар. Кто-то не выдерживает, кто-то находит решение в алкоголе, кто-то садится на таблетки.</w:t>
      </w:r>
    </w:p>
    <w:p>
      <w:r>
        <w:t>Если взять духовную часть проблемы, то бывает, что вместе с ней я запускаю в свою жизнь злого духа, который не перестаёт меня мучить, а через меня делает и жизнь моих ближних невыносимо тяжёлой. Это длится годами, и только моя смерть всё быстро решает. Вы встречали одержимых людей? Да, они есть, и их очень много. И не очень радостно, когда такой человек является членом твоей семьи, а ещё хуже, если ты сам одержим. И чтобы победить такого врага, нужен тот, кто сильнее его. И Иисус скромно предлагает Себя. Читаем Ин. 8:36: «Итак, если Сын освободит вас, то истинно свободны будете». Относится ли к этому заявлению освобождение от проблем? Кажется, речь здесь идёт о свободе от греха? Да. Но и проблемы тоже подразумеваются.</w:t>
      </w:r>
    </w:p>
    <w:p>
      <w:r>
        <w:t>Заботы не всегда греховны. Они не убивают душу, но бывают очень тяжёлыми. Например, у меня не убрана квартира или умер мой близкий человек. И то и другое — проблема. Только первую можно быстро решить и радоваться чистоте, а вторая мне неподвластна. Она просто давит и убивает моё счастье. Но я вспоминаю обетование из 1Пет. 5:7 и возлагаю эту проблему на Христа, ибо Он печётся обо мне. И что происходит? Господь решает затруднение так, что освобождает моё сердце от тяжести этой заботы, но не лишает меня чувств и не удаляет заботу из моей памяти. Мне становится легче, но близкий человек от этого не оживает. А проблема уходит из сердца, оставаясь в жизни. Это всё равно что сесть в машину, снять с плеч тяжёлый рюкзак и поставить его рядом. Станет ли проще машине? Нет. Но я почувствую лёгкость в своём теле, хотя вес рюкзака не изменился.</w:t>
      </w:r>
    </w:p>
    <w:p>
      <w:r>
        <w:t>В духовной сфере происходит следующее. По моей просьбе и вере Иисус изгоняет беса проблем из моего дома. Он Сам желает войти и поселиться во мне, поэтому стоит и спрашивает разрешения войти. А мне стало легче, и я радуюсь. Но если я впущу Иисуса, то мне придётся отказаться от многих приятных наслаждений, которые не хочется удалять из жизни, поэтому я ничего не предпринимаю. А бес ходит по пустыне, а затем возвращается. Он видит моё сердце не занятым и зовёт своих друзей, злейших себя. И бывает, что такие гости становятся хуже первого.</w:t>
      </w:r>
    </w:p>
    <w:p>
      <w:r>
        <w:t>А Иисус предлагает очистить моё сердце и наполнить мой домик любовью, дружбой, счастьем, светом. И когда такие жильцы поселятся в сердце, тогда там не будет места для демонов.</w:t>
      </w:r>
    </w:p>
    <w:p>
      <w:r>
        <w:t>И я молюсь: «Иисус, по слову Твоему я отдаю Тебе эту проблему. Возьми её, пожалуйста, и неси Сам». И всё Небо начинает слушать мою молитву. И очень важно добавить в эту просьбу «горчичное зёрнышко» моей веры: «Я ВЕРЮ, что Ты, Господи, взял эту заботу, и она теперь Твоя!» Слова «Я верю» являются самым важным элементом этой молитвы. Это ключ к Небу. Это своего рода приказ к действию. Я не могу давать команды Богу, но в подобном случае моя вера развязывает Божьи руки, скованные моим выбором, и Божья благодать стремительными потоками уносит тяжёлые заботы из сердца, делая его чистым и свободным для любви и счастья. Но стану ли я этим заполнять свою жизнь, зависит от меня и от моих слов о принятии подобного решения.</w:t>
      </w:r>
    </w:p>
    <w:p>
      <w:r>
        <w:t>Я сам это пережил и знаю, как это действует во мне. Я много раз предлагал такое решение проблем многим озабоченным людям, и они освобождались.</w:t>
      </w:r>
    </w:p>
    <w:p>
      <w:r>
        <w:t>Но не все верят в это, и не все хотят иметь Христа. Некоторые зашли очень далеко и уже ничего не хотят менять. Всё в их руках.</w:t>
      </w:r>
    </w:p>
    <w:p>
      <w:r>
        <w:t>Общаясь с людьми и вникая в их проблемы, я чувствую, как меня кладут под пресс, и я тут же всё это в тихой молитве отдаю Иисусу, поэтому могу спокойно продолжать слушать, ничуть не страдая от подобного груза. Но не стоит самому идти на информационную помойку мировых забот и взваливать на себя этот мусор. Это разрушает стены моего дома, и я рискую остаться без Освободителя. Всё в моей власти.</w:t>
      </w:r>
    </w:p>
    <w:p>
      <w:r>
        <w:t>Выбираю любовь, счастье и дружбу.</w:t>
      </w:r>
    </w:p>
    <w:p>
      <w:r>
        <w:t>Открываю Божий план, изучаю Божью волю и продолжаю строить по библейскому чертежу.</w:t>
      </w:r>
    </w:p>
    <w:p>
      <w:pPr>
        <w:pStyle w:val="Heading2"/>
      </w:pPr>
      <w:r>
        <w:t>Библейские стихи к этой главе:</w:t>
      </w:r>
    </w:p>
    <w:p>
      <w:r>
        <w:t>Мф. 17:20; 12:43-45; Лк.17:6; 11:21-27; 12:22-32; Евр. 11:6; 12:1-4; Ис. 49:24- 25; Пс.21:5-6; 31:10-11; 90:1-2; 61:9; Ис.49:15-16; 1 Кор.13:2; Евр.4:16; Ин.8:36</w:t>
      </w:r>
    </w:p>
    <w:p>
      <w:pPr>
        <w:pStyle w:val="Heading2"/>
        <w:pageBreakBefore/>
      </w:pPr>
      <w:r>
        <w:t>Глава 25</w:t>
      </w:r>
    </w:p>
    <w:p>
      <w:pPr>
        <w:pStyle w:val="Heading1"/>
      </w:pPr>
      <w:r>
        <w:t>Сила прощения</w:t>
      </w:r>
    </w:p>
    <w:p>
      <w:r>
        <w:t>Особенность строительства домика счастья заключается в том, что отдельный стройматериал не может сочетаться только сам с собой, составляя монолитное здание. Например, возвести его только из любви, или веры, или верности, или жажды невозможно. Их форма не позволяет соединяться с себе подобными, но очень хорошо подходит и скрепляется с инородным камнем. И для каждого кирпичика в основании стен приготовлено особое место, которое может занять только он и ничто другое. И чем-то этот домик напоминает тело, где нет одинаковых органов, но они все связаны друг с другом и зависят один от другого.</w:t>
      </w:r>
    </w:p>
    <w:p>
      <w:r>
        <w:t>Следующий кирпичик домика счастья называется «я прощаю». И прошу обратить особое внимание на начало этого названия, на первое слово «я». Без его участия кирпичик будет звуком без смысла, а с моим «я» он преображается в прекрасную мелодию для души. Мы много об этом слышали, и до сих пор это остаётся нерешённым вопросом многих разбитых сердец. Простить — это, наверное, самое сложное решение в жизни гордого человека.</w:t>
      </w:r>
    </w:p>
    <w:p>
      <w:r>
        <w:t>Включается «синдром памяти официанта». Это когда человек не может вспомнить тех, кто был честен, но во всех деталях помнит всех, кто ему не заплатил по счёту. Я знаю одного человека, который подробно помнит всех своих обидчиков и готов им мстить при любой возможности. Он в подробностях помнит всё зло, которое ему причинили, и с радостью служит мечом правосудия в отношении себя. Несчастный человек.</w:t>
      </w:r>
    </w:p>
    <w:p>
      <w:r>
        <w:t>Иисус учит тому, что наше прощение условно, и оно напрямую зависит от того, как я прощаю. Это действие освобождает меня от груза обид и долгов и даёт власть Богу снять с меня бремя греха, который Он хочет мне простить и Сам оплатить. В прощении заключается особая мудрость. Это чудо Божьей милости.</w:t>
      </w:r>
    </w:p>
    <w:p>
      <w:r>
        <w:t>Представим ситуацию. Человек избил, изнасиловал и убил свою жертву, его поймали, а он откупился. Он живёт в обмане и воровстве и сеет вокруг себя зло. Но пришёл свет, и он принял его и покаялся, поверил, что Иисус его спасает, и стал этим жить. А как быть с долгами, которые он накопил за всю жизнь? Как ему вернуть к существованию свою жертву? Как возвратить то, чего у него нет? И имеет ли он право жить дальше и жить счастливо? Для многих религий Божий план спасения — это безумие и отсутствие справедливости. А Бог избрал лучшее решение. Он взял все наши долги на Себя и заплатил за них Своею жизнью, чтобы снять с нас это бремя и просто нас простить. Простить так, чтобы не вспоминать никогда, и принять так, как будто ты никогда не грешил. Какая сила и какая мудрость! Я пытался найти другое решение, но не смог. Моё сердце плавится от такой любви, и я понимаю, что я был нечистый, а теперь чист перед праведным Богом. Но Он желает, чтобы и я пережил подобную радость прощения, очистив свою память от вины моих должников и обидчиков. И когда я прощаю и отпускаю, тогда в моё сердце приходит мир, и я понимаю, как легко жить.</w:t>
      </w:r>
    </w:p>
    <w:p>
      <w:r>
        <w:t>Я это пережил в своей жизни, когда, будучи верующим, закипал, вспоминая того, кто мне делал зло, а потом я просто сказал в его адрес: «Я прощаю», и с меня как будто гора спала. Я прямо физически ощутил, как мне стало легче. И потом Господь в короткое время напомнил мне всех обидчиков, и я простил их всех за всё. И я верю, что и Господь меня простил.</w:t>
      </w:r>
    </w:p>
    <w:p>
      <w:r>
        <w:t>Счастливые люди не имеют обид. Они не злопамятны, а если и происходит обратное, то они быстро снимают этот груз и живут в свободе дальше.</w:t>
      </w:r>
    </w:p>
    <w:p>
      <w:r>
        <w:t>Дух непрощения оскверняет тот чистый источник живой воды, который мы имеем в себе. Он подобен дохлой собаке в колодце, из которого предлагают пить. Кто из вас хочет так жить? Но многие имеют именно такой источник и ещё поят из него всех своих ближних, обвиняя всех и за всё.</w:t>
      </w:r>
    </w:p>
    <w:p>
      <w:r>
        <w:t>Однажды я работал на улице, и недалеко от нас машина задавила хорька, и он стал разлагаться. И когда ветер дул в нашу сторону, стояла такая вонь, что было тяжело дышать. И я думал о том, что мы иногда вот так «пахнем» для Бога, когда носим в себе заразу непрощения. И самое печальное, что мы инфицируем других, ища сочувствующих и рассказывая о том, как нас обидели или как с нами несправедливо поступили.</w:t>
      </w:r>
    </w:p>
    <w:p>
      <w:r>
        <w:t>Семьи рушатся порою просто из-за того, что люди не могут простить друг друга и забыть. Мы становимся историчными, и при любой возможности готовы вспомнить всё плохое прошлое о своём спутнике жизни, записанное в нашей «памяти официанта». И, живя с этим грузом, мы желаем друг другу счастья и долгих лет жизни.</w:t>
      </w:r>
    </w:p>
    <w:p>
      <w:r>
        <w:t>А у счастья есть свои законы. Я прощаю и освобождаюсь от своих долгов, которые имею перед Богом, если сам прощаю и осознаю свою вину, приходя к Господу в покаянии.</w:t>
      </w:r>
    </w:p>
    <w:p>
      <w:r>
        <w:t>Прощение решает все трудные вопросы сразу и навсегда. Оно очень мудро, потому что в справедливости должно быть возмездие, а в прощении любовь.</w:t>
      </w:r>
    </w:p>
    <w:p>
      <w:r>
        <w:t>А как прощать денежные долги, и особенно тем, кто не собирается отдавать? Есть чудесное слово: «я прощаю». Ваш должник может ненавидеть вас и желать вам смерти, и терять вас как друга и товарища, и при этом у него нет возможности или желания отдать вам ваше. Прощая его, я освобождаю себя от его ненависти и имею шанс на нормальные отношения в будущем. Я ничего не теряю, потому что и так ничего не получу, но снимаю с себя груз его долгов и неприязни. И если я ему об этом говорю, то даю ему ещё один шанс на лучшее будущее, и иногда и в его жизни это может произвести перемены к добру. Лучше не давать в долг, а если и дал, то дари и в уме и сердце расстанься с этой суммой, и радуйся, если вдруг вернут. Дарите и подарят вам.</w:t>
      </w:r>
    </w:p>
    <w:p>
      <w:r>
        <w:t>Любовь умеет прощать, и она любит это делать. Она настолько просто отпускает всякого, кто причинил боль или ущерб, что не остаётся и следа. А непрощение подобно ржавому замку от двери моего сердца, от которого к тому же потерян ключ.</w:t>
      </w:r>
    </w:p>
    <w:p>
      <w:r>
        <w:t>И моё прощение настолько важно, что Иисус даже дополнительно пояснил это после того, как дал нам образец молитвы. Он заявил, что если я не буду прощать, то и мне не простится мой долг перед Богом.</w:t>
      </w:r>
    </w:p>
    <w:p>
      <w:r>
        <w:t>Но особенность Божьего прощения состоит в том, что Господь не просто простил и забыл, а Он платит за мой долг ценою Своей жизни и удовлетворяет требования закона Своею смертью. И это важно понимать правильно.</w:t>
      </w:r>
    </w:p>
    <w:p>
      <w:r>
        <w:t>Сейчас моё сердце настолько привыкло к чистоте прощения, что любая нечистая мысль об обиде сразу распознаётся и отметается словами: «Я и это прощаю».</w:t>
      </w:r>
    </w:p>
    <w:p>
      <w:r>
        <w:t>Что выигрываю я в случае непрощения? Я становлюсь правым во всём, и весь мир становится моим должником. Какая мне от этого польза? Никакой. Только злость и раздражение, а потом и мысли о мести беспрерывно меня терзают. И даже смерть обидчика не освобождает меня от ненависти к нему. И с таким духом я собираюсь жить вечно? Небо никогда не откроет двери для подобных людей.</w:t>
      </w:r>
    </w:p>
    <w:p>
      <w:r>
        <w:t>Я прощаю. Это очень прочный кирпичик моего счастья, и никакие внешние факторы не повредят этот материал моего решения. Он защитит меня от многих бед. Прощение должно присутствовать в моём строении в тех местах моего домика счастья, которые предусмотрел Главный Конструктор.</w:t>
      </w:r>
    </w:p>
    <w:p>
      <w:r>
        <w:t>Прощать — это такая свобода мысли и обширное поле деятельности для любви, что лучше и не придумаешь. Ничто это не заменит. Это истинное счастье и подобие Божие в моём характере, и я прощаю, как и я прощён.</w:t>
      </w:r>
    </w:p>
    <w:p>
      <w:pPr>
        <w:pStyle w:val="Heading2"/>
      </w:pPr>
      <w:r>
        <w:t>Библейские стихи к этой главе:</w:t>
      </w:r>
    </w:p>
    <w:p>
      <w:r>
        <w:t>Мф. 6:12,14,15; Втор. 15:2; Пс. 102:3; 129:4; Мф. 9:6; 18:21-35; Мар. 3:28-29; 4:12; 11:25-26; Лк. 7:47; Еф. 4:32; Кол. 3:12-13; Евр. 9:22</w:t>
      </w:r>
    </w:p>
    <w:p>
      <w:pPr>
        <w:pStyle w:val="Heading2"/>
        <w:pageBreakBefore/>
      </w:pPr>
      <w:r>
        <w:t>Глава 26</w:t>
      </w:r>
    </w:p>
    <w:p>
      <w:pPr>
        <w:pStyle w:val="Heading1"/>
      </w:pPr>
      <w:r>
        <w:t>Красота прощения</w:t>
      </w:r>
    </w:p>
    <w:p>
      <w:r>
        <w:t>Прощение обладает в моей жизни несколькими прекрасными гранями, и оно в себя включает следующие стороны:</w:t>
      </w:r>
    </w:p>
    <w:p>
      <w:r>
        <w:t>1. Освобождение мною или помилование виновного человека от заслуженного наказания.</w:t>
      </w:r>
    </w:p>
    <w:p>
      <w:r>
        <w:t>2. Отказ от личных обид, от мести, от жажды справедливости по отношению к обидчику и от преследования виновной стороны.</w:t>
      </w:r>
    </w:p>
    <w:p>
      <w:r>
        <w:t>3. Взятие на себя всех последствий и покрытие всех расходов, вызванных ущербом виновной стороны.</w:t>
      </w:r>
    </w:p>
    <w:p>
      <w:r>
        <w:t>4. Прощение мною и аннулирование всех долговых обязательств и невыполненных обещаний.</w:t>
      </w:r>
    </w:p>
    <w:p>
      <w:r>
        <w:t>5. Моё личное признание своей вины и неправоты в отношении ближних и высказывание просьбы о прощении.</w:t>
      </w:r>
    </w:p>
    <w:p>
      <w:r>
        <w:t>6. Моё личное признание своей вины перед Богом и молитва покаяния с желанием не совершать впоследствии подобное.</w:t>
      </w:r>
    </w:p>
    <w:p>
      <w:r>
        <w:t>И очень важно моё личное участие во всех этих процессах.</w:t>
      </w:r>
    </w:p>
    <w:p>
      <w:r>
        <w:t>Жизнь грешника крайне запутана. И она уподобляется снежному кому, который при движении становится больше и больше, пока не превращается в лавину, снося всё на своём пути, или пока не распадается под собственным весом и грузом забот, загрязняя всё вокруг. И как разобраться со всем этим? Если действовать по справедливости, то бывает, что лишение жизни виновного человека — это весьма гуманное наказание по сравнению с тем злом, которое он совершил. Но даже это не приводится в исполнение, и злодею предоставляется возможность жить дальше и творить своё зло. Наглядный пример тому сатана и его армия демонов, которые непрестанно ищут себе сообщников среди людей для достижения своих злых целей.</w:t>
      </w:r>
    </w:p>
    <w:p>
      <w:r>
        <w:t>И как быть Богу в отношении этого зла? Он изливал Свои суды в виде потопа, огня, плена, болезней, но люди так и не научились быть праведными. Но Бог отдал в мир Своего Сына, чтобы показать человечеству не Свою силу и гнев, а Свою милость и любовь, чтобы всякий верующий в Него не погиб, но имел жизнь Вечную. И Господь выбрал путь прощения обманутого человечества и решил взять все последствия этого прощения на Себя. Вот так взять и простить. И как бы сильно ни было запутано дело каждого грешника, прощение решает эту проблему мгновенно и навсегда, если беззаконник осознаёт свою вину и приходит с покаянием к Творцу, веруя в Иисуса Христа. Именно Божья любовь, явленная в этом процессе, больше всего привлекает обманутые души к своему Спасителю. И Его милость и дружелюбие обезоруживают всякого мыслящего человека. Они открывают людские сердца для большей благодати и благословений. И вместе с Божьим прощением в жизнь приходит счастье освобождения от чувства и груза вины за соделанные грехи.</w:t>
      </w:r>
    </w:p>
    <w:p>
      <w:r>
        <w:t>И Господь берёт мой грех и удаляет его из жизни и из памяти, давая понять, что необходимо пребывать в чистоте и святости нового бытия, с новым сердцем, которое и меняет с моего позволения. И Бог Сам по Своей инициативе первым делает этот шаг, когда я ещё живу во грехе, и очищает меня. И что я отвечу Ему? Приму ли я своё спасение? Решать мне.</w:t>
      </w:r>
    </w:p>
    <w:p>
      <w:r>
        <w:t>Но Господь, делая этот шаг первым, ведёт меня к тому, чтобы я также научился прощать людей и проявлять к ним милость и снисхождение до того, как они осознают свою вину или покаются.</w:t>
      </w:r>
    </w:p>
    <w:p>
      <w:r>
        <w:t>Когда моя дочь была в возрасте трёх лет, она решила устроить бунт и ни при каких условиях не слушаться родителей. Я не знал, что мне делать с этим маленьким чудовищем. Все мои доводы были бесполезными, и никакое наказание её не вразумляло. А я не имел опыта и не знал, что предпринимать. Но настал вечер и время сна, и дочь в изнеможении уснула. Я смотрел на этого спящего человечка и строил планы мести на утро, как я её буду наказывать и воспитывать, и не дам ей власти в моём доме. Но Святой Дух нежно обратился ко мне в мыслях, спрашивая о том, как со мной поступил Небесный Отец, когда я вёл себя подобным образом по отношению к Нему? Я вспомнил себя и задумался. Не без борьбы я встал на молитву и стал просить Божьей благодати для себя и своей дочки, и после этого я решил простить дочь и начать утро с любви и дружбы, не зная, к чему это приведёт. И я был очень удивлён тому, как этот маленький человек, проснувшись, вёл себя в обычном режиме послушания и любви. Она бегала по дому как ни в чём ни бывало и была обычным ребёнком, не вспоминая вчерашний конфликт. А я ей ничего не напоминал.</w:t>
      </w:r>
    </w:p>
    <w:p>
      <w:r>
        <w:t>Просить прощения у Бога бывает очень сложно, но делаешь этот шаг. А потом Господь призывает к тому, чтобы и я прощал своих должников. И тут становится очень больно. «Как так, ведь он так мерзко со мной поступил!!!» А Господь призывает к прощению этого негодяя. И я прощаю.</w:t>
      </w:r>
    </w:p>
    <w:p>
      <w:r>
        <w:t>А потом Господь учит меня признавать свои грехи и ошибки в отношении ближних и самому просить прощения, признавая свою вину и беря на себя всю ответственность и последствия греха или спора. И как это сложно, особенно если моя гордость руководит этим процессом. Но Бог смиряет гордое и уничижает надменное. Я могу и воспротивиться и не пойти на подобное действие, считая, что справедливость требует покаяния другой стороны. А Господь призывает именно меня сделать этот первый шаг. И я делаю.</w:t>
      </w:r>
    </w:p>
    <w:p>
      <w:r>
        <w:t>А как бывает тяжело прощать долги тем, кто их нежно выпросил, а потом, живя в изобилии, не собирается ничего возвращать, но ищет возможности и дальше что-то выпрашивать. А прощать необходимо. Ведь в этом действии заложено условие моего спасения.</w:t>
      </w:r>
    </w:p>
    <w:p>
      <w:r>
        <w:t>Когда я прощаю, я освобождаю себя и своего должника от груза. Я передаю всё в Божьи руки, и Он вступается. Я перестаю думать о должнике и мучить себя мыслями о его наглости, и взамен приходит мир на сердце, и становится очень легко жить.</w:t>
      </w:r>
    </w:p>
    <w:p>
      <w:r>
        <w:t>Я замечал, что очень часто самые сложные семейные конфликты решались весьма быстро, когда я первым признавал свою неправоту, даже не считая себя виноватым. Приходило перемирие, и восстанавливались отношения. И я решил быть неправым всегда. Но это привело к тому, что я стал воплощением зла. Тогда я пересмотрел своё поведение и решил любовью решать все конфликты. И любовь творит чудеса. Я увидел, что дух любви побеждает в любом конфликте, даже если не было примирения, но я остался чист перед Богом и перед противником. А жить под девизом «Я прав» — это самая большая ошибка, и я заменил его на лучший: «Я люблю!»</w:t>
      </w:r>
    </w:p>
    <w:p>
      <w:r>
        <w:t>И именно любовь является силой прощения, и именно она влечёт меня к покаянию, когда в этом есть необходимость.</w:t>
      </w:r>
    </w:p>
    <w:p>
      <w:r>
        <w:t>«Я отдаю» и «я прощаю» — это две родные сестры, которые звучат по-разному, но имеют один дух. И их действие немедленно несёт мне духовное освобождение. Не нужны бессмысленные паломничества или обряды, чтобы избавиться от этого груза. Мои искренние слова включают механизм освобождения, и моё сердце ликует от лёгкости жизни, необременённой проблемами и грехами.</w:t>
      </w:r>
    </w:p>
    <w:p>
      <w:r>
        <w:t>Конечно, есть обязанности и заботы, которые необходимо выполнять и носить, но не стоит ими обременять своё сердце. Как бы ни были велики мои долги в банке, их необходимо выплачивать, но с каким сердцем и настроением я стану это делать, зависит от меня. И Бог учит меня расторопности и рассудительности.</w:t>
      </w:r>
    </w:p>
    <w:p>
      <w:r>
        <w:t>Но строительство только началось, и мне нужны новые материалы, которые займут своё место в моём домике счастья и будут радовать моё сердце.</w:t>
      </w:r>
    </w:p>
    <w:p>
      <w:r>
        <w:t>И я вижу, что меня переполняют благословения, и я думаю, что делать дальше.</w:t>
      </w:r>
    </w:p>
    <w:p>
      <w:pPr>
        <w:pStyle w:val="Heading2"/>
      </w:pPr>
      <w:r>
        <w:t>Библейские стихи к этой главе:</w:t>
      </w:r>
    </w:p>
    <w:p>
      <w:r>
        <w:t>Пс. 31:1-2; Ин. 3:16; Рим. 5:6-8; 6:17-18, 22-23; Зах.12:10; Мф. 18:23-35; Иак. 5:16; Мар. 2:10-11; Лк. 6:37; 15:20-24; 23:34; Чис. 14:19-20; Кол. 3:12-14; 1Ин. 4:10-12</w:t>
      </w:r>
    </w:p>
    <w:p>
      <w:pPr>
        <w:pStyle w:val="Heading2"/>
        <w:pageBreakBefore/>
      </w:pPr>
      <w:r>
        <w:t>Глава 27</w:t>
      </w:r>
    </w:p>
    <w:p>
      <w:pPr>
        <w:pStyle w:val="Heading1"/>
      </w:pPr>
      <w:r>
        <w:t>Сила самоотверженности</w:t>
      </w:r>
    </w:p>
    <w:p>
      <w:r>
        <w:t>То, что я получаю от Бога, переполняет мою жизнь, наделяет меня радостью и восторгом, влияет на мои мысли и чувства и побуждает меня всем этим делиться с другими, убеждая их в том, чтобы они обязательно приняли доступные мне благословения и стали счастливыми хотя бы на то время, пока это благословение действует. И для домика счастья это является очередным кирпичиком под названием: «я делюсь». Стоит обратить внимание на слово «я». Оно должно присутствовать и в этом материале, иначе получится брак, который не выдержит испытаний.</w:t>
      </w:r>
    </w:p>
    <w:p>
      <w:r>
        <w:t>Мы в этот мир пришли нагими. Из этого мира мы такими же и уйдём. Мы ничего отсюда не возьмём, кроме своего характера. Поэтому все наши материальные и духовные блага Бог задумал так, чтобы мы учились их дарить, чтобы мы начинали делиться с нуждающимися, отдавая то, что поддержит и порадует окружающих. Любой дар Божий предназначен для служения ближним. Конечно, к этому нужно подходить разумно и смотреть, кому и что отдавать, сколько отдавать, как отдавать, отдавать ли вообще. Мы Божьи управители. Все деньги, вещи, таланты, время, которые у нас есть, наши, но они нам не принадлежат, мы только ими распоряжаемся. Бог знает о том, что нам нужно есть, одеваться, что нам необходим отдых, но Ему очень интересно наблюдать за тем, как мы делимся Его дарами. Ведь отдавать — это вечный закон Неба. Мы всю Вечность будем это делать.</w:t>
      </w:r>
    </w:p>
    <w:p>
      <w:r>
        <w:t>Кто-нибудь из вас переживает восторг и счастье от того, что он когда-то кому-то что-то отдал? Вы заметили, какое это наслаждение – делиться? Не тогда, когда ты жалеешь, что теперь у тебя ничего нет, а когда ты видишь, что у кого-то благодаря тебе что-то появилось, что твой дар или пожертвование позволяет человеку восполнить какую-то нужду и прославить за это Бога. Отдавать можно и материальное, и духовное.</w:t>
      </w:r>
    </w:p>
    <w:p>
      <w:r>
        <w:t>Материальное — это то, что останется в этом мире, когда мы его покинем, но пока мы живы, мы можем этим пользоваться и радоваться обладанию благами.</w:t>
      </w:r>
    </w:p>
    <w:p>
      <w:r>
        <w:t>К духовному относится владение любовью, талантами, временем, эмоциями и всем тем, что я заберу в Вечность. Кто-то умеет петь, кто-то умеет играть на музыкальных инструментах, кто-то умеет утешать, кто-то умеет готовить, кто-то слушать. И всем этим можно служить другим. Мы все созданы друг для друга и живём в радости от того, что служим своими дарами нашим ближним.</w:t>
      </w:r>
    </w:p>
    <w:p>
      <w:r>
        <w:t>Посмотрите! Всё в мире создано для служения другому. Порой лишь человек становится эгоистом, который ничего не отдаёт, а только накапливает и собирает, строит себе склады, расширяется, и в конце концов умирает, и всё его добро достаётся кому-то, кто понятия не имеет, для чего это нужно, поэтому очень быстро может всё промотать.</w:t>
      </w:r>
    </w:p>
    <w:p>
      <w:r>
        <w:t>Отдавать — это принцип Бога. Если бы Он нам перестал отдавать, мы бы просто погибли. И всё Небо думает, что ещё нам бы отдать. Бог уже приготовил нам столько подарков и ждёт возможности, чтобы их нам вручить просто так на условиях просьбы или нашей нужды. И эти благословения описаны в Библии. Господь только и ждёт того момента, когда мы начнём о них узнавать и о них просить. Но для чего нам нужны эти материальные и духовные подарки? Чтобы воспользоваться ими, порадоваться и всё? Думаю, что Бог заинтересован и в том, чтобы мы, беря необходимое, передавали излишки дальше.</w:t>
      </w:r>
    </w:p>
    <w:p>
      <w:r>
        <w:t>Я однажды услышал следующую истину, и она мне очень понравилась. «Когда мы попадём на Небо, Бог никогда не упрекнёт нас в том, что мы очень много отдавали». Он никогда не скажет: «Ты так плохо себя вёл, ты так много отдавал другим». Он никогда в этом никого не упрекнёт. И второе: «Он никогда не будет нас ругать за то, что мы так мало оставляли себе». И я вижу, что человек, который это сказал, понимал, о чём идёт речь. Я живу так и вижу, как интересно, когда ты являешься простым каналом, через который Бог распределяет средства: сюда, там, тем, туда.</w:t>
      </w:r>
    </w:p>
    <w:p>
      <w:r>
        <w:t>Бог понимает и то, что всем за всё нужно платить: государству — налоги и страховки, хозяину квартиры — арендную плату, необходимо покупать еду и средства гигиены. И те, кому я плачу положенное, тоже заботятся о нас. Та же полиция нас охраняет, и им нужно жить на что-то. Государство создаёт законы, которые оберегают наше имущество, наш быт, наши жизни. Власти нуждаются в средствах. Они не грабят нас, если требуют то, что им по праву и закону принадлежит. Мы живём в государстве, которое заботится о своих гражданах. Возможно, в твоей семье есть люди, которые хотят есть, одеваться. Им тоже нужно отдавать. Есть родственники, которые не так хорошо обеспечены. Есть какие-то миссионерские проекты. Есть столько много всего. И мы управляем этими денежными потоками. Кто такой управляющий? Это тот, кто мудро распределяет полученные средства, которые имеет в своей власти. Вот, например, возьмите в церкви казначея. Каждую субботу через пожертвования он получает деньги. И, будучи казначеем, имеет ли он право хоть на одну копеечку из этих средств? Нет. А кем он является? Он берет всё, что мы ему дали, и затем распределяет: десятина туда, приношения – сюда, пожертвования – там. Он распределил, отослал, у него ничего не осталось, и если ему полагается фиксированная зарплата, то он получает только её, независимо от суммы полученных пожертвований. Мы являемся такими же людьми в Божьих глазах, в глазах Неба, которое заинтересовано во всех моих делах и проектах. Оно наблюдает за мной.</w:t>
      </w:r>
    </w:p>
    <w:p>
      <w:r>
        <w:t>Существует такое понятие, как «разумное накопительство». Бог не призывает вас раздать всё и думать, и гадать, как дожить до следующей зарплаты. Он призывает к разумным действиям. Например, в накопительстве должна быть сумма, которая откладывается на непредвиденные расходы, если позволяет возможность. И это мудро. Но копить ради того, чтобы у меня было много денег, и они мне грели душу, — это грех. Это может быть минимум, но сам дух накопительства ради накопительства является неправильным. Апостол Павел написал, что блаженнее давать, нежели принимать. Но когда я сам это переживаю, то в высказываниях Павла я вижу, что он понимал, о чём писал. Это на самом деле счастье. Это такое удовлетворение, когда ты смог кому-то помочь или что-то поддержать. Особо радостно бывает, когда твой вклад принёс добрый плод. И не в этом суть счастья, а в том, что ты, получая, отдаёшь дальше.</w:t>
      </w:r>
    </w:p>
    <w:p>
      <w:r>
        <w:t>В Израиле есть река Иордан, которая вливается в Галилейское море и вытекает из него. В Галилейском море до сих пор обитает много живности. Но когда река втекает в Мёртвое море, она уже никуда не вытекает, а только испаряется. И само название моря говорит о себе без лишних слов.</w:t>
      </w:r>
    </w:p>
    <w:p>
      <w:r>
        <w:t>Но отдавать мало для полного счастья. Необходимо уметь и принимать. Уметь просить, чтобы получить. Те, кто нам что-то хочет отдать, тоже желают быть счастливыми, и их следует в этом поддерживать. Богу очень приятно отдавать, когда есть просящие. И мне надлежит учиться принимать то, что Он мне приготовил. Этот же принцип действует и по отношению к людям, которые желают с тобой делиться. Не лишайте их счастья, особенно если они хотят отдать свою любовь, дружбу и время.</w:t>
      </w:r>
    </w:p>
    <w:p>
      <w:r>
        <w:t>Я делюсь. Это очень прочный материал для строительства домика счастья, и без него никак.</w:t>
      </w:r>
    </w:p>
    <w:p>
      <w:pPr>
        <w:pStyle w:val="Heading2"/>
      </w:pPr>
      <w:r>
        <w:t>Библейские стихи к этой главе:</w:t>
      </w:r>
    </w:p>
    <w:p>
      <w:r>
        <w:t>3 Царст.17:12-16; Ин.12:24; Деян.20:35; Мф. 7:7-8,11; 10:8; Лк.6:38; 12:33-34; 2 Кор.9:7-11; 8:2-5,9,13-14; 1Ин.3:16-18; Гал.6:2; Флп.2:3-4; Иак.2:15-17</w:t>
      </w:r>
    </w:p>
    <w:p>
      <w:pPr>
        <w:pStyle w:val="Heading2"/>
        <w:pageBreakBefore/>
      </w:pPr>
      <w:r>
        <w:t>Глава 28</w:t>
      </w:r>
    </w:p>
    <w:p>
      <w:pPr>
        <w:pStyle w:val="Heading1"/>
      </w:pPr>
      <w:r>
        <w:t>Красота самоотверженности</w:t>
      </w:r>
    </w:p>
    <w:p>
      <w:r>
        <w:t>Наилучший и непревзойдённый пример самоотверженности мы находим в характере Бога. Его желание делиться с нами Своими благословениями не перестаёт удивлять и очаровывать жаждущие души.</w:t>
      </w:r>
    </w:p>
    <w:p>
      <w:r>
        <w:t>Вся наша Земля сотворена по принципу получения и отдачи. Дождь и снег нисходят с неба, чтобы сделать почву способной рождать, и, проходя через её недра, они стекают в подземные реки, которые отдают свои воды океану, а он, в свою очередь, возвращает их небу.</w:t>
      </w:r>
    </w:p>
    <w:p>
      <w:r>
        <w:t>Любое живое существо или растение устроено для пользы кого-то или чего-то. Всё создано для того, чтобы отдавать и служить.</w:t>
      </w:r>
    </w:p>
    <w:p>
      <w:r>
        <w:t>Грех внёс свои коррективы в Божье творение и извратил эту гармонию, но всё-таки природа ещё сохранила почерк своего Создателя.</w:t>
      </w:r>
    </w:p>
    <w:p>
      <w:r>
        <w:t>Однако наиболее щедрый Дар Неба человечеству заключается в том, что ради нашего спасения Бог не пожалел самое дорогое, что Он имеет, — Самого Себя в лице Своего Сына Иисуса. И Творец именно отдал, и отдал навсегда, чтобы уже никогда не получить Сына таким, каким Он был до Своего рождения в человеческом теле. Этот Дар невозможно оценить словами или какой-либо стоимостью, понятной нашему разуму. Вечный, Бессмертный, Всемогущий Бог стал зависимым человеческим Существом. Сокровенность этой тайны поражает меня своей простотой и глубоким смыслом, который невозможно постигнуть до конца моим ограниченным человеческим разумом. Но Господь, по Своей милости, заинтересован в том, чтобы открывать эту тайну ищущим и жаждущим. Он показывает великое и недоступное тем людям, которые к Нему взывают с желанием узнать больше и окунуться глубже.</w:t>
      </w:r>
    </w:p>
    <w:p>
      <w:r>
        <w:t>Познание Бога Отца, Сына и Святого Духа дарует верующему Вечную жизнь, которая меняет его мировоззрение и характер в образ и подобие Божие.</w:t>
      </w:r>
    </w:p>
    <w:p>
      <w:r>
        <w:t>Само устройство человека уникально. Весь наш организм сотворён таким образом, чтобы, получая, отдавать. Каждая клеточка не живёт только для себя, но для пользы других. И наша задача состоит и в том, чтобы изучать свой уникальный организм и заботиться о нём в свете полученных знаний и воспитания.</w:t>
      </w:r>
    </w:p>
    <w:p>
      <w:r>
        <w:t>Но главная цель, которую Бог поставил человеку, — это формирование характера, подобного характеру Всевышнего. И чтобы мы могли осуществить это желание Бога, Он отдал в наш мир Своего Возлюбленного Сына, Который стал для нас живым Примером и открыл красоту Своей любви каждому, кто проявит интерес.</w:t>
      </w:r>
    </w:p>
    <w:p>
      <w:r>
        <w:t>Отдать самое ценное — это характер Любви. Она готова жертвовать собой постоянно, забывая обо всём, лишь бы другим было хорошо. Наибольшее удовлетворение любовь получает тогда, когда она может вложить себя в какой-нибудь дар или дело, будь оно значительное или маленькое. Любовь придаёт смысл всему и делает любой поступок правильным. На каждой клеточке нашего тела стоит печать Божьей любви, и если бы это было не так, то мы разлетелись бы на мелкие атомы и исчезли в одно мгновенье. Однако любовь содержит нас в полноте плоти и поддерживает работоспособность организма.</w:t>
      </w:r>
    </w:p>
    <w:p>
      <w:r>
        <w:t>Грех внёс свои поправки и в наше здоровье. Любая болезнь — это символ греха, который разрушает Божье творение, чтобы убить его. Но Господь вложил в нас механизм защиты и иммунитета, чтобы мы могли жить дальше. Но что может сделать Бог для тех, кто сознательно убивает себя, разрушая своё тело и душу чем-то губительным? Бог предлагает Сына как Того, Кто лишь один способен спасти от греха и дать мудрость и надежду на лучшую жизнь. И кто оценит этот Небесный Дар? Кто примет Его?</w:t>
      </w:r>
    </w:p>
    <w:p>
      <w:r>
        <w:t>Мир создан так, чтобы удовлетворить потребности и нужды всех живущих на этой Земле, и даже тех, кто ещё родится. Его ресурсов хватит, чтобы справиться с подобной задачей. Но грех показал, что всех богатств и недр этого мира недостаточно, чтобы удовлетворить жадность и зависть хотя бы одного человека. Он очень мал, чтобы восполнить все желания греховного сердца. Эгоизм — это полная противоположность любви. И он служит сам себе, чтобы с ненасытностью удовлетворять свои амбиции и приобретать весь мир для своей души. Любовь — это абсолютная противоположность эгоизму, и она устроена так, чтобы отдавать и делиться тем, что имеет сама в себе и что получает от Бога Отца, из Сердца Которого и берет своё начало, чтобы вернуться в Него же уже с большими благодарениями и благословениями.</w:t>
      </w:r>
    </w:p>
    <w:p>
      <w:r>
        <w:t>«Я делюсь» — это характер Бога, который вписывается рукой Творца на скрижали моего сердца как вечный закон жизни Вселенной и Божьего Царства, гражданином которого я становлюсь по факту своего рождения свыше от Святого Духа.</w:t>
      </w:r>
    </w:p>
    <w:p>
      <w:r>
        <w:t>Сложно ли делиться людям, которые любят? Конечно, нет. Вероятнее всего, это невозможно не делать, ибо любовь всегда ищет выход в самоотдаче и самоотверженности. Ей не нужны все сокровища этого мира для самолюбования и наслаждения. Самое большое удовлетворение любовь получает тогда, когда она может сделать кого-то счастливым, облегчить чьё-то страдание, даровать кому-то утешение и надежду на лучшую жизнь. Любовь всегда находит себе занятие для пользы другого. Она на то и любовь, чтобы делиться собою. И её задача состоит в том, чтобы научить и меня быть мудрым управителем, отдавая другим то, что посылается мне; чтобы я мог служить ближним теми дарами и талантами, которыми наделён. Любовь непрестанно сеет саму себя. Она безостановочно делится всеми своими силами и ресурсами, чтобы в следующий раз отдать ещё больше и больше.</w:t>
      </w:r>
    </w:p>
    <w:p>
      <w:r>
        <w:t>И семя любви обладает автономной силой, чтобы прорастать и приносить плод там, где оно посеяно. У любви много врагов, но она не боится дарить себя даже им, ибо в ней заложена власть свыше менять сердца тех, кто настроен недружелюбно, но ещё не закрыт полностью для Небесного дара.</w:t>
      </w:r>
    </w:p>
    <w:p>
      <w:r>
        <w:t>В результате любовь, завоёвывая сердце человека, влечёт его разум к Первоисточнику своей природы и приводит душу ко Христу, в Котором есть истинная Вечная любовь и мудрость для каждого жаждущего и ищущего сердца. И блаженны алчущие, ибо они насытятся, чтобы, насытившись, делиться тем, что получили.</w:t>
      </w:r>
    </w:p>
    <w:p>
      <w:r>
        <w:t>Круговорот любви в природе человека наполняет его жизнь смыслом, а сердце – счастьем и красотой самоотверженности. Нехорошо хвалиться, но когда тебя знают как того, кто любит делиться и делает это всегда и разумно, тогда это очень хорошее влияние и правильное отражение Божьего характера в твоей жизни. Из такого материала получается очень крепкая конструкция домика счастья, который готов принимать в своих стенах любого человека, чтобы отдать ему частичку себя и радовать моё сердце тем, что оно находится там, где моё богатство. И так приятно сознавать, что все мои сокровища равномерно рассредоточены по сердцам моих друзей, чтобы они приняли меня, когда войдут в вечные обители.</w:t>
      </w:r>
    </w:p>
    <w:p>
      <w:r>
        <w:t>Однажды мы переезжали в другую квартиру, и я две недели возил вещи на новое место жительства, забивая свою маленькую машину до отказа. Когда же это время прошло, мы с женой сидели в старом доме и думали о том, чего нам не хватает. Казалось, всё необходимое для жизни есть, и можно жить без того, что уже перевезли. Тогда я понял, что мне в этом мире не так уж много и нужно, и отсюда я ничего не смогу взять с собой, кроме своего сердца. И поэтому я радуюсь, если могу наполнить свою душу любовью, которой нравится делиться. С ней я унаследую Вечность, чтобы уже постоянно продолжать это занятие.</w:t>
      </w:r>
    </w:p>
    <w:p>
      <w:pPr>
        <w:pStyle w:val="Heading2"/>
      </w:pPr>
      <w:r>
        <w:t>Библейские стихи к этой главе:</w:t>
      </w:r>
    </w:p>
    <w:p>
      <w:r>
        <w:t>Ин. 3:16; 10:17-18; Быт. 1:1,27-29; 2:8,15,18,22; Лев. 20:24; Иер. 27:6; Еккл. 1:7; 2:3-11; Мк. 8:36; Пр. 28:27; 31:20; Лк. 6:34; 10:19; 1Тим. 6:17; Иак. 1:5; Откр. 21:6-7</w:t>
      </w:r>
    </w:p>
    <w:p>
      <w:pPr>
        <w:pStyle w:val="Heading2"/>
        <w:pageBreakBefore/>
      </w:pPr>
      <w:r>
        <w:t>Глава 29</w:t>
      </w:r>
    </w:p>
    <w:p>
      <w:pPr>
        <w:pStyle w:val="Heading1"/>
      </w:pPr>
      <w:r>
        <w:t>Сила жизни</w:t>
      </w:r>
    </w:p>
    <w:p>
      <w:r>
        <w:t>Наверное, самый странный и глупый вопрос, который можно задать человеку: «А вы живы?» Как бы это ни звучало, но именно об этом я меньше всего задумываюсь и размышляю. У меня даже не возникает мысли о том, что такое жизнь. Хотя многие хотят узнать, а в чём её смысл.</w:t>
      </w:r>
    </w:p>
    <w:p>
      <w:r>
        <w:t>Но если я спрошу: «А вы живы вечно?», то многие задумаются, понимая, что речь идёт о какой-то другой жизни. И очень часто даже верующие люди отвечают, что они не знают ответа. И это звучит из их уст очень странно.</w:t>
      </w:r>
    </w:p>
    <w:p>
      <w:r>
        <w:t>Следующий кирпичик в моём домике счастья называется: «я живу». Но этот камень хоть и прочный, но имеет разное наполнение.</w:t>
      </w:r>
    </w:p>
    <w:p>
      <w:r>
        <w:t>Мы родились и живём там, где царствует нечестие. И когда Бог устраивал этот мир, Он знал, что существует вероятность грехопадения, и Он понимал, к чему приводит грех. Но этого не представлял родоначальник зла — сатана.</w:t>
      </w:r>
    </w:p>
    <w:p>
      <w:r>
        <w:t>Когда он согрешил, он не мог понять, к чему приведёт это первое, так сказать, безобидное состояние его разума: гордость, зависть, возмущение. Люцифер стал широко сеять подобное среди своих коллег и имел успех. Некоторые ангелы ополчились против Творца и поддержали сатану в его восстании, не понимая последствий. И из Библии мы знаем, к чему всё это привело. Затем враг души совратил и безгрешного человека, в результате чего Земля наполнилась страданиями, и в мир вошла смерть.</w:t>
      </w:r>
    </w:p>
    <w:p>
      <w:r>
        <w:t>При творении людей Бог не создавал грешников, ибо плата за грех — смерть. Но люди выбрали себе эту участь через непослушание. Само наличие и приближение смерти мало кого радует, а если осознать и то, что придётся сурово платить за свои грехи, то и жизнь становится не милой.</w:t>
      </w:r>
    </w:p>
    <w:p>
      <w:r>
        <w:t>Счастье и грех — это два несовместимых понятия.</w:t>
      </w:r>
    </w:p>
    <w:p>
      <w:r>
        <w:t>Посмотрите любую рекламу. Счастливые люди, счастливые дети, все улыбаются. Для полного счастья им не хватает только стирального порошка или зубной пасты, а кто-то даже умудряется предлагать счастье в алкоголе и табаке. К сожалению, так мир обманывает сам себя, показывая ближним подобный мусор. Поразительно, но это имеет успех. Люди, которые посмотрят рекламу, идут покупать знакомый товар. Не тот, который может быть лучше, а именно тот, что видели, потому что его предлагают радостные люди. Но счастье не приходит с этой покупкой. А внутри человека заложена потребность в нём. Мы желаем постоянно улыбаться, радоваться, восторгаться. Мы, люди, созданы для любви, и мы хотим быть счастливыми. Мы этого ищем.</w:t>
      </w:r>
    </w:p>
    <w:p>
      <w:r>
        <w:t>Но не любой живой человек жив для Бога. Есть две жизни: физическая и вечная. И есть два вида рождения: в этот мир как человек и от Святого Духа как Божий сын или дочь. И чтобы родиться второй раз, нужно пройти первое рождение.</w:t>
      </w:r>
    </w:p>
    <w:p>
      <w:r>
        <w:t>Господь Иисус даёт жизнь, и жизнь с избытком, и, веруя в Него, я начинаю жить вечно. Я обретаю этот дар. Я рождаюсь для него. И если я умру, то оживу. Эта вечная жизнь во мне является источником радости и вдохновения. Я живу. Я спасён Богом от власти греха, чтобы вечно жить, и Бог даёт мне всё, чтобы я стал пригодным к Царству Небесному. Он учит меня Вечным законам жизни. И я получаю право на рождение свыше по вере в Иисуса. И эта вера меняет моё земное бытие и приглашает Христа в моё сердце. И уже не я живу, но живёт во мне Христос. И Он во мне производит то, что Ему угодно, а я даю Ему на это полное право своим приглашением и выбором.</w:t>
      </w:r>
    </w:p>
    <w:p>
      <w:r>
        <w:t>Я живу для мира, и я живу для Бога — это очень похожие кирпичики счастья, но один годен только для земной жизни, а другой, пропитанный кровью Христа, выдержит любое испытание и будет вечно украшать мой домик. Они оба несут счастье, ибо мёртвые не могут оценить жизнь и тем более радоваться ей. И пока человек жив, для него есть надежда получить дар Вечной жизни. И только живые люди способны оценить то, что произошло на Голгофе для их спасения. А мёртвый ничего не знает, и в могиле нет мудрости, ни знания, ни счастья.</w:t>
      </w:r>
    </w:p>
    <w:p>
      <w:r>
        <w:t>Я живу. И благо мне всегда об этом помнить! Я живой!!! Слава Богу!</w:t>
      </w:r>
    </w:p>
    <w:p>
      <w:r>
        <w:t>Кирпичик под именем «я живу для Бога» — вечный. Он всегда радует сердце. И он должен пройти из состояния «я живу» процесс омытия кровью Христа и пережить огонь очищения, чтобы стать золотым.</w:t>
      </w:r>
    </w:p>
    <w:p>
      <w:r>
        <w:t>Я живу! Это такое счастье!</w:t>
      </w:r>
    </w:p>
    <w:p>
      <w:r>
        <w:t>Живой имеет больше перспектив. Он может развиваться, может думать, мечтать, творить, наслаждаться. У него впереди долгие годы, и он способен совершить многое.</w:t>
      </w:r>
    </w:p>
    <w:p>
      <w:r>
        <w:t>Жизнь — это дар от Автора жизни, дар Творца человеку. Дыхание жизни соединяет душу и тело, и человек начинает жить.</w:t>
      </w:r>
    </w:p>
    <w:p>
      <w:r>
        <w:t>Я порою не задумываюсь о жизни. Я просто живу и всё.</w:t>
      </w:r>
    </w:p>
    <w:p>
      <w:r>
        <w:t>А ведь жизнь дана нам с особой целью, чтобы мы были счастливыми и отражали в своей жизни характер Того, Кем мы движемся и существуем.</w:t>
      </w:r>
    </w:p>
    <w:p>
      <w:r>
        <w:t>Я живу для Бога. И это уже жизнь в жизни. Это второе рождение при жизни для вечной жизни. Господь обращается к некоторым людям так: «ты носишь имя, будто ты жив, а ты мёртв», давая понять, что духовное рождение должно отличать нас от земного.</w:t>
      </w:r>
    </w:p>
    <w:p>
      <w:r>
        <w:t>И в духовной жизни рождённого свыше человека начинается духовное преобразование и воспитание. Сам Бог является Учителем в школе жизни. И Он наставляет, постоянно усложняя задачи и посылая больший свет.</w:t>
      </w:r>
    </w:p>
    <w:p>
      <w:r>
        <w:t>Цель обучения состоит в том, чтобы открыть образ и характер Бога человеку и восстановить этот образ и характер в человеке.</w:t>
      </w:r>
    </w:p>
    <w:p>
      <w:r>
        <w:t>И так радостно жить по истине и видеть разницу между светом и тьмой, понимать Божью волю и быть покорным ей.</w:t>
      </w:r>
    </w:p>
    <w:p>
      <w:r>
        <w:t>Жизнь даётся на условии послушания законам жизни, и благо мне, если я их знаю и соблюдаю.</w:t>
      </w:r>
    </w:p>
    <w:p>
      <w:r>
        <w:t>Вечная жизнь уже началась в тех, кто поверил в Иисуса и рождён от Святого Духа. И даже если эти люди умирают, то для Бога они живы как спящие дети, которые проснутся в то самое славное утро, когда их Господь придёт, чтобы их разбудить.</w:t>
      </w:r>
    </w:p>
    <w:p>
      <w:r>
        <w:t>Что такое Вечная жизнь или Вечность?</w:t>
      </w:r>
    </w:p>
    <w:p>
      <w:r>
        <w:t>Это примерно так:</w:t>
      </w:r>
    </w:p>
    <w:p>
      <w:r>
        <w:t>Один раз в миллион лет чайка с другой планеты прилетает к океану, чтобы взять для своих нужд в клювик воды, и улетает. И вот когда она выпьет весь океан, тогда это будет одна секунда от Вечности. И нам предлагается так долго жить!</w:t>
      </w:r>
    </w:p>
    <w:p>
      <w:r>
        <w:t>Я живу для Бога! И это огромное преимущество перед теми, кто не имеет жизни. Мой дух питается из источника, который никогда не иссякнет. Моя жизнь находится под особой защитой, а я за всё благодарю.</w:t>
      </w:r>
    </w:p>
    <w:p>
      <w:r>
        <w:t>Живой может всё!</w:t>
      </w:r>
    </w:p>
    <w:p>
      <w:r>
        <w:t>И это такое счастье — жить, и жить вечно!</w:t>
      </w:r>
    </w:p>
    <w:p>
      <w:r>
        <w:t>Жить, чтобы любить, жить, чтобы совершать добро, жить, чтобы радовать всех своим присутствием, индивидуальностью и особенностью.</w:t>
      </w:r>
    </w:p>
    <w:p>
      <w:r>
        <w:t>И ведь такого, как я, нет больше нигде. И все мы особенные.</w:t>
      </w:r>
    </w:p>
    <w:p>
      <w:r>
        <w:t>И живое тянется к живому, чтобы своей жизнью вдохновлять и других на полноценную жизнь.</w:t>
      </w:r>
    </w:p>
    <w:p>
      <w:r>
        <w:t>Жизнь берёт у Творца семя жизни и идёт в мир и сеет его, чтобы его ростки нашли добрую почву и дали жизнь тем, кто её ещё не имеет.</w:t>
      </w:r>
    </w:p>
    <w:p>
      <w:r>
        <w:t>А самым лучшим украшением любой жизни является любовь. Она наполняет жизнь светом. Я знаю живых людей, которые не имеют любви и не знают её на вкус, и мне их очень жаль. Любовь придаёт, подобно соли, особый вкус жизни и наполняет её смыслом. Жизнь без любви — это временное проживание в грешном мире, а я без любви ничто. А по вере в Иисуса мы даём Богу власть учить нас любить и жить, чтобы любить, вечно жить и вечною любовью вечно любить.</w:t>
      </w:r>
    </w:p>
    <w:p>
      <w:pPr>
        <w:pStyle w:val="Heading2"/>
      </w:pPr>
      <w:r>
        <w:t>Библейские стихи к этой главе:</w:t>
      </w:r>
    </w:p>
    <w:p>
      <w:r>
        <w:t>Лк. 20:38; Откр. 3:1; Еккл. 9:4-6,10; Ин.5:21,25; 3:3-8; 10:10; 11:25-26; Рим.6:7- 8; 8:10-11; Еф.2:5-6; Гал.2:20; 2 Кор.5:17; 1 Кор.2:14-15</w:t>
      </w:r>
    </w:p>
    <w:p>
      <w:pPr>
        <w:pStyle w:val="Heading2"/>
        <w:pageBreakBefore/>
      </w:pPr>
      <w:r>
        <w:t>Глава 30</w:t>
      </w:r>
    </w:p>
    <w:p>
      <w:pPr>
        <w:pStyle w:val="Heading1"/>
      </w:pPr>
      <w:r>
        <w:t>Красота жизни</w:t>
      </w:r>
    </w:p>
    <w:p>
      <w:r>
        <w:t>Чтобы понять всю прелесть и красоту жизни с Богом, необходимо понимать, Кто такой Бог и во что обошлась Ему моя Вечная жизнь.</w:t>
      </w:r>
    </w:p>
    <w:p>
      <w:r>
        <w:t>Бог желает, чтобы я размышлял о том, что происходит в моих с Ним отношениях, откуда берутся благословения, как они действуют и что за этим стоит. Подобные мысли дают Богу возможность открывать мне то, что даст правильный ответ на мои вопросы.</w:t>
      </w:r>
    </w:p>
    <w:p>
      <w:r>
        <w:t>Например, я женился и взял на себя обязательства заботы о семье, о материальном благополучии всех её членов. И со временем я замечаю, что я воспринимаюсь как некто, кто рано утром исчезает из дома, чтобы появиться вечером. И мало кого интересует, где я был, какие трудности пережил, смог ли я что-то заработать. Я только слышу о том, что ещё нам необходимо приобрести для уюта и куда поехать в отпуск. И я не против уюта и поездок, но может случиться так, что никто никогда не оценит мой эмоциональный и духовный вклад в благосостояние моей семьи, и мне это вменится в обязанность, которую я должен беспрекословно выполнять. А я трачу на это жизнь, свою жизнь, и всё сводится к одному вопросу: «Где деньги?»</w:t>
      </w:r>
    </w:p>
    <w:p>
      <w:r>
        <w:t>Хоть и не в деньгах счастье, но многие мужья узнают истинное лицо своих жён лишь тогда, когда теряют работу или не могут трудиться. А жёны очень часто начинают ценить своих мужей и их заботу только в том случае, если их потеряют. А мне бы при жизни хотелось, чтобы меня просто заметили как человека, который помимо работы и зарабатывания является уникальной личностью с уникальными особенностями.</w:t>
      </w:r>
    </w:p>
    <w:p>
      <w:r>
        <w:t>И давайте переведём этот пример на наши отношения с Богом. Он является Делателем моей жизни и Автором её обеспечения. Он лучше меня знает, что мне нужно для счастья, для здоровья, и с удовольствием заботится обо всех моих потребностях. И ещё до того, как я родился, Господь воплотил в земную жизнь Свою программу по спасению меня от власти греха и наделению меня преимуществом Вечной жизни на условии моего принятия этого дара. И эта программа в действии. И её запуск очень дорого обошёлся Творцу. Ему пришлось заплатить за это ценою жизни Своего единственного Сына. Он отдал Его на муки вечной смерти, чтобы вручить мне Вечную жизнь.</w:t>
      </w:r>
    </w:p>
    <w:p>
      <w:r>
        <w:t>И чтобы обратить моё внимание на Себя, Он посылает различные свидетельства о Своей любви, заботе, мудрости. Он привлекает мой взор к Иисусу, чтобы я в Нём увидел и нашёл все благословения для своей души, чтобы поверил в Него как в своего личного Спасителя и на основании этого упования получил дар Вечной жизни. И нет другого Имени и пути, которым бы надлежало спастись людям. Никакая религия добрых дел не в силах даровать людям то, что предлагает Бог по вере в Своего Сына. Он даёт жизнь без границ, Вечную жизнь. И эта жизнь заключается в познании Отца и Сына.</w:t>
      </w:r>
    </w:p>
    <w:p>
      <w:r>
        <w:t>И кто это оценит? Кто в это поверит? А, поверив, задумается над тем, что пережил Бог, идя на такую жертву? И чем Он жертвует сейчас, заботясь о моём благосостоянии и счастье? А ведь Бог тоже отдаёт Свою жизнь и Свои силы для того, чтобы мне было хорошо. И Ему больно слышать требования: «Где твои благословения?!» Он – живая Личность, и Ему приятно, когда я задумываюсь над тем, откуда берутся все эти щедроты, сколько они стоят и какая цена за них уплачена? И если я вижу во всём этом Божью любовь и благодарю своего Творца, стараясь поближе узнать Его лично и иметь самые близкие отношения с Иисусом, то всё это радует Божье сердце и побуждает Его особым образом хранить меня в этом мире и заботиться обо мне.</w:t>
      </w:r>
    </w:p>
    <w:p>
      <w:r>
        <w:t>Божья любовь и Его отношение не всегда такие, как я себе их представляю. Иногда Его действия превышают мои знания о Нём, и я просто не понимаю такую любовь и милость, глубину Его нежности и заботы обо мне. А Он принимает меня и всегда безусловно любит.</w:t>
      </w:r>
    </w:p>
    <w:p>
      <w:r>
        <w:t>А Иисус обещает мне очень много хороших вещей и преимуществ уже здесь на Земле и в Его Царстве, если я буду верен, послушен и стану победителем. Жизнь с избытком является самым ценным даром, который только мог придумать Бог в обмен на моё сердце и мою веру в Него.</w:t>
      </w:r>
    </w:p>
    <w:p>
      <w:r>
        <w:t>И Он даёт не жизнь во грехе, а удаляет беззаконие из моего сердца, а затем полностью уничтожит его и из всей Вселенной. И тогда Вечность и Вечная жизнь предстанут перед нами во всей своей красоте и чистоте.</w:t>
      </w:r>
    </w:p>
    <w:p>
      <w:r>
        <w:t>И мой домик счастья сольётся в полной гармонии с неиссякаемыми ценностями вечного мира, и ему уже не будут нужны прочные стены, чтобы защищать нас от бедствий, ибо Сам Господь лично станет и Стеной, и Основанием, и Счастьем, и Наполнением всего. И Слава Божья будет моим постоянным украшением в виде вечного непорочного характера, сформированного в военных условиях при тяжёлых испытаниях.</w:t>
      </w:r>
    </w:p>
    <w:p>
      <w:r>
        <w:t>Я живу! Это не просто радостное восклицание, а также и понимание своей принадлежности Тому, Кто есть Путь, Истина и Жизнь. Мои личные отношения с Иисусом дают Ему власть открывать для меня Небесные сокровищницы Божьей любви и наделять меня этим свойством Божьей природы. И, изучая жизнь Христа и вникая в Его служение для моего спасения, я соединяю своё сердце с Небом и пью воду жизни из Чистого Первоисточника.</w:t>
      </w:r>
    </w:p>
    <w:p>
      <w:r>
        <w:t>Познавая Иисуса, я удивляюсь Его любви и понимаю, что у меня её нет. А Он мне предлагает агапэ как золото, которое, став моим, проведёт меня через огонь очищения и научит видеть жизнь и этот мир уже другими глазами, помазанными особой мазью Божьего просвещения. Тогда я стану видеть то, что я не замечал. И моя новая белая одежда будет свидетельствовать миру и Небу о моей истинной принадлежности и о моём новом характере, подобном Иисусу.</w:t>
      </w:r>
    </w:p>
    <w:p>
      <w:r>
        <w:t>К сожалению, все эти благословения многие оценят лишь тогда, когда двери благодати закроются навсегда, и уже ничего нельзя будет изменить. И тогда дар Вечной жизни по-настоящему явится во всём своём великолепии. Но стоять и смотреть на уходящий корабль, понимая, что ты безвозвратно опоздал и потерян навсегда, — это не очень хорошее занятие.</w:t>
      </w:r>
    </w:p>
    <w:p>
      <w:r>
        <w:t>Однажды я плыл на пароме из Германии в Россию. И когда посадка была закончена и дана команда на закрытие носа судна, подъехали две машины, и водители стали знаками упрашивать капитана корабля открыть для них въезд. Они махали руками, становились на колени, просили работников порта поддержать их в их желании попасть на судно. Но было уже слишком поздно. Возможно, капитан их уже и не видел. Нос закрылся, и мы отправились в плавание без этих людей, а они в отчаянии смотрели на корабль и были очень печальны. И я, глядя на них, ничем не мог им помочь.</w:t>
      </w:r>
    </w:p>
    <w:p>
      <w:r>
        <w:t>Дар Вечной жизни ещё доступен. И Он желает занять своё место в моём строении, сливаясь с остальными кирпичиками. Он не виден глазу, но очень крепок.</w:t>
      </w:r>
    </w:p>
    <w:p>
      <w:r>
        <w:t>Любовь принимает и этот материал в свои объятия. Она соединяет это понимание жизни со всеми остальными свойствами моей конструкции.</w:t>
      </w:r>
    </w:p>
    <w:p>
      <w:r>
        <w:t>Люди мира тоже могут быть счастливыми, используя некоторые вечные материалы в своём строении счастья, но должна быть связь всего этого друг с другом и с Фундаментом, да и крыше нужно всё это надёжно покрывать.</w:t>
      </w:r>
    </w:p>
    <w:p>
      <w:r>
        <w:t>Жить без Бога всё равно что плыть без паруса. Суета и томление духа. А жить без Бога вечно — хуже сказки не придумаешь.</w:t>
      </w:r>
    </w:p>
    <w:p>
      <w:pPr>
        <w:pStyle w:val="Heading2"/>
      </w:pPr>
      <w:r>
        <w:t>Библейские стихи к этой главе:</w:t>
      </w:r>
    </w:p>
    <w:p>
      <w:r>
        <w:t>Ин. 1:1-5,11-13; 3:14-18,36; 4:14,36; 5:39-40; 6:47,63; 10:27-28; 14:6; 17:2-3; Втор. 30:15,19; Иов. 33:4; Пр. 12:28; 18:21; Лк. 12:15; Рим. 6:22-23; Откр. 3:7; Мф. 25:10-13; 7:22-23</w:t>
      </w:r>
    </w:p>
    <w:p>
      <w:pPr>
        <w:pStyle w:val="Heading2"/>
        <w:pageBreakBefore/>
      </w:pPr>
      <w:r>
        <w:t>Глава 31</w:t>
      </w:r>
    </w:p>
    <w:p>
      <w:pPr>
        <w:pStyle w:val="Heading1"/>
      </w:pPr>
      <w:r>
        <w:t>Сила послушания</w:t>
      </w:r>
    </w:p>
    <w:p>
      <w:r>
        <w:t>Следующий кирпичик нашего домика счастья носит название «я послушен». Как и все другие составляющие моего строения, этот камушек очень важен для моей конструкции на своём месте, ибо имеет вечную природу и никогда не перестанет быть украшением моего сердца. Стоит обратить внимание на состав этого материала. И его особенность в слове: «я». Оно обязательно должно присутствовать и в этом камне. Без него кирпичик «послушания» примет вид благочестия, но без человеческого участия. И такой материал будет отвергнут Главным Инженером. Он запишет его в раздел сухой теории, которая осталась непознанной на практике.</w:t>
      </w:r>
    </w:p>
    <w:p>
      <w:r>
        <w:t>Мне известна история одного человека, который всего лишь раз не послушался Божьих наставлений и запрета, и из-за его маленькой непокорности потоки зла, горя и страданий хлынули в наш мир. Этого человека звали Адам.</w:t>
      </w:r>
    </w:p>
    <w:p>
      <w:r>
        <w:t>Послушание начинается там, где есть правила и законы, где установлена дисциплина. Без организации свыше всё во Вселенной придёт к хаосу.</w:t>
      </w:r>
    </w:p>
    <w:p>
      <w:r>
        <w:t>Любые уставы и постановления даются для того, чтобы их соблюдали, и существуют специальные власти, которые контролируют их исполнение. Начиная от маленького чата в обычной семье, в группе людей и переходя к различным движениям и государствам, а в конце и ко всему нашему миру, мы видим, что везде существуют законы. И те, кто послушен установленному порядку, находятся под защитой власти, а нарушителей закона преследуют и наказывают, если поймают.</w:t>
      </w:r>
    </w:p>
    <w:p>
      <w:r>
        <w:t>Даже в животном мире действуют свои неписаные правила, которыми управляет Бог. И сказано, что всякая власть от Бога.</w:t>
      </w:r>
    </w:p>
    <w:p>
      <w:r>
        <w:t>Когда я проявляю послушание законам страны, в которой я живу, тогда я являюсь законопослушным гражданином, и никто меня не трогает. Я живу спокойно. Я никому не интересен.</w:t>
      </w:r>
    </w:p>
    <w:p>
      <w:r>
        <w:t>У Бога тоже есть свои уставы. И когда я изучаю их и понимаю, что от меня ожидает мой Творец, и живу в согласии с Его волей, тогда в моём сердце царит мир, и я радуюсь от осознания того, что моя жизнь находится в согласии с Божьей волей и несёт на себе печать Его одобрения. И я становлюсь очень интересной личностью для Небесного воинства. И всё Небо с особым вниманием теперь наблюдает за мной, отмечая каждую мою мысль, мой мотив и действие. И Бог начинает со мной общаться.</w:t>
      </w:r>
    </w:p>
    <w:p>
      <w:r>
        <w:t>Я с удовольствием слушаю Его тихий голос, который беззвучно обращается ко мне со страниц Библии, из духовных произведений, из уст моих наставников и через мою совесть.</w:t>
      </w:r>
    </w:p>
    <w:p>
      <w:r>
        <w:t>Бог знает, как донести до меня те законы и истины, которые станут моей охраной от зла в этом мире. И Господь ожидает моего послушания, но даёт мне свободу выбора.</w:t>
      </w:r>
    </w:p>
    <w:p>
      <w:r>
        <w:t>Однако существует проблема. Законы и порядки нашего мира или общества, в котором я живу, порою идут вразрез с Божьими требованиями, и мне приходится принимать решения, от которых зависит моя Вечная жизнь и спасение. Я могу быть послушным по инерции, но это продлится недолго. Если же я не знаю Божьих планов, то я наверняка стану их нарушителем. Поэтому я изучаю волю Творца и принимаю решения о том, как жить дальше в новом свете.</w:t>
      </w:r>
    </w:p>
    <w:p>
      <w:r>
        <w:t>Бог учит меня истине и ожидает от меня повиновения согласно тому свету, который я получил.</w:t>
      </w:r>
    </w:p>
    <w:p>
      <w:r>
        <w:t>Рассмотрим семью, где установлен порядок, и дети научены внутренним правилам и живут по ним. Дети находятся под защитой родителей, пребывают в мире и радости и планируют счастливую жизнь на многие годы. А всякое нарушение пресекается наказанием. Но ребята растут и видят вокруг другие правила, которые влияют на них. И юные души вступают в противостояние и делают выбор. А рост продолжается, и дети лучше познают жизнь и больше сравнивают мир со своей семьёй. Зная волю родителей, подростки иногда выбирают то, что им по душе. И если мама и папа их осуждают, то возникает конфликт поколений, и, имея в сердце дух бунта, дети уходят в мир и начинают сами строить свою жизнь. Послушные дочери и сыновья, в душах которых царит покорность, и дальше живут в мире с родителями и, даже становясь самостоятельными, с радостью общаются с ними в духе на протяжении всей жизни. А послушание Божьим принципам, которые были частью их семьи и которые дети познали с самых ранних лет, охраняет их в течение долгих лет последующего пути.</w:t>
      </w:r>
    </w:p>
    <w:p>
      <w:r>
        <w:t>А мир тянет к себе, предлагая свои правила и законы. Бог же влечёт всех к Иисусу. Что я изберу?</w:t>
      </w:r>
    </w:p>
    <w:p>
      <w:r>
        <w:t>Ещё существует и проблема разума. Я читаю Божий закон, вижу буквы, а не понимаю смысла. И вдруг в какой-то момент покрывало снимается с моих глаз, и я осознаю, чего желает Бог. Я порою вижу себя голым, или нарушителем закона, или революционером. И я понимаю, что самому мне не выбраться из этой пропасти. И вот здесь вступает в силу благодать, и мне предлагается помощь свыше. Что я изберу? Сам я не могу противостоять власти греха, но Божья благодать совершает моё спасение и учит меня послушанию. В ответ на покаяние я получаю прощение и избираю путь повиновения. Вместе с этим приходит мир с Богом и счастье.</w:t>
      </w:r>
    </w:p>
    <w:p>
      <w:r>
        <w:t>Я помню, как Господь открыл мне пятую заповедь и показал, как я могу её исполнить. Мне было страшно, потому что внутри существовало много барьеров, установленных в детстве, которые теперь мне надлежало сломать. Мои папа и мама и дальше жили, как привыкли, а мне нужно было меняться. Но когда я стал делать шаги в этом направлении и проявлять любовь, почтение и уважение к своим родителям, тогда я осознал, какое это счастье — почитать отца и мать. Они хоть и не имеют того света, что открыт мне, но они радуются, что я с ними считаюсь, люблю их и уважаю. Но самое большое удовольствие испытываю я. Это такое счастье — любить тех, кто дал тебе жизнь!</w:t>
      </w:r>
    </w:p>
    <w:p>
      <w:r>
        <w:t>То же самое происходит и по отношению к другим заповедям. Я счастлив, что не краду. И так интересно жить честно! Я просто наслаждаюсь подобным образом жизни. Я не всегда был таким, и мне есть с чем сравнивать до и после. И я бесконечно рад, что Бог — мой Учитель, Который знает, что мне нужно изменить, что и когда мне открыть, а что необходимо во мне усовершенствовать.</w:t>
      </w:r>
    </w:p>
    <w:p>
      <w:r>
        <w:t>Я послушен. Это говорит Небу о многом и обязывает меня ко многому. И я выбрал свой путь в следующем подходе к жизни. Сначала я проявляю послушание Богу, а затем всему, что не противоречит Его воле и здравому смыслу. И я счастлив в этом выборе.</w:t>
      </w:r>
    </w:p>
    <w:p>
      <w:r>
        <w:t>И Бог учит меня соблюдать Свою волю на уровне мыслей. Всё находится под контролем моего разума. И это Его дар.</w:t>
      </w:r>
    </w:p>
    <w:p>
      <w:r>
        <w:t>Господь мечтает о том, чтобы мы все были счастливы. Он от всей Своей души желает счастья всему нашему миру. И Он не перестаёт изливать Свои благословения, надеясь, что Его заметят и обратятся к Нему всем сердцем, чтобы познать, какой Он прекрасный Бог.</w:t>
      </w:r>
    </w:p>
    <w:p>
      <w:r>
        <w:t>Посмотрите на несчастные души, живущие в мире. Ведь если копнуть поглубже и открыть их сердца, то мы сразу увидим, что они не имеют света и не пребывают в нём. Грех движет и управляет их жизнью. А плата за грех — смерть. И это очень тяжёлый груз. Невозможно под такой властью зла быть счастливым. Мир, в котором болеют и умирают, остаются без воды и пищи, живут в страхе и томлении духа, никогда не станет источником счастья. А мы — свет миру. И этот свет светит. И нам есть что дать несчастным. Но вот захотят ли они нас слушать? Но пусть и это не останавливает меня.</w:t>
      </w:r>
    </w:p>
    <w:p>
      <w:r>
        <w:t>Я послушен. И это счастье может быть моим навсегда и стать достоянием моих детей и всех тех, кто оценит это сокровище для души и встанет под его знамя.</w:t>
      </w:r>
    </w:p>
    <w:p>
      <w:pPr>
        <w:pStyle w:val="Heading2"/>
      </w:pPr>
      <w:r>
        <w:t>Библейские стихи к этой главе:</w:t>
      </w:r>
    </w:p>
    <w:p>
      <w:r>
        <w:t>Втор. 6:25; 7:12; Мф. 12:50; Рим. 5:19; 6:16; 1Петр.1:22-23; 2Кор.10:4-6; 1Цар.15:22-23; Флп. 2:6-8; Кол.3:18-25</w:t>
      </w:r>
    </w:p>
    <w:p>
      <w:pPr>
        <w:pStyle w:val="Heading2"/>
        <w:pageBreakBefore/>
      </w:pPr>
      <w:r>
        <w:t>Глава 32</w:t>
      </w:r>
    </w:p>
    <w:p>
      <w:pPr>
        <w:pStyle w:val="Heading1"/>
      </w:pPr>
      <w:r>
        <w:t>Красота послушания</w:t>
      </w:r>
    </w:p>
    <w:p>
      <w:r>
        <w:t>Чтобы понять силу и оценить красоту послушания, стоит обратить внимание на то, во что обошлось Богу маленькое непослушание одного человека.</w:t>
      </w:r>
    </w:p>
    <w:p>
      <w:r>
        <w:t>Адам был совершенным во всех вопросах. Он в своём характере был подобен Творцу, и он оставался очень счастлив тем, что ему было дано. Существовал лишь один небольшой запрет, который не омрачал райскую жизнь и не делал молодую чету несчастной. И Адам с женой не планировали восстание против Бога и даже об этом не задумывались. Но пришло обольщение, и они не устояли. Первые люди проявили непослушание, открыв тем самым путь для греха в наш мир.</w:t>
      </w:r>
    </w:p>
    <w:p>
      <w:r>
        <w:t>Если бы они не согрешили, то Вселенная и дальше жила бы по своим привычным законам. Божий Сын был бы тем Самым Вечным Богом, к Которому все привыкли. Сатана со своей армией находился бы в изоляции от всего мира. На горе всем небожителям его союзники поедали бы и уничтожали друг друга. И никто бы не понимал, к чему приводит грех во вселенском масштабе.</w:t>
      </w:r>
    </w:p>
    <w:p>
      <w:r>
        <w:t>Возможно, падшие ангелы уже умерли бы от самоубийств, распрей и различных болезней.</w:t>
      </w:r>
    </w:p>
    <w:p>
      <w:r>
        <w:t>Но через непослушание одного обманутого человека произошло что-то очень странное. Вечный Бог предложил Себя в жертву за грехи Своего творения. Такого поворота событий никто не ожидал. Такое представить просто было немыслимо. Бог станет человеком, чтобы умереть за грехи мира! Даже сатана со своими сообщниками был весьма поражён и напуган, ибо понимал, что в этом плане заключается страшная для него угроза. Да и сам враг души не догадывался, к чему он придёт в своём восстании. Все его замыслы постоянно рушились, и он опускался всё ниже и ниже, понимая, что обратной дороги нет.</w:t>
      </w:r>
    </w:p>
    <w:p>
      <w:r>
        <w:t>Но суть греха состоит в том, чтобы, погибая самому, тянуть в эту пропасть всё доступное. И даже за минуту до своей вечной смерти сатана будет рад ещё кого-то захватить с собой или погубить, если будет возможность. Такова природа беззакония.</w:t>
      </w:r>
    </w:p>
    <w:p>
      <w:r>
        <w:t>Но Божий Сын противопоставил Себя всему этому злу и смело вышел на арену борьбы, решив стать человеком и подвергнуть Свою жизнь риску, чтобы через это действие открыть людям Божий характер, дать пример абсолютного послушания в человеческой природе, взять на Себя всю ответственность за содеянные грехи и умереть вместо людей той самой смертью, которую заслуживает грешник, чтобы дать поверившим в Него Вечную жизнь, которую заслуживает Сын. И этот план пришёл в действие и исполнился, и ещё продолжает осуществляться в нашей жизни. Он не полностью воплотился. Последняя точка будет поставлена при окончательном уничтожении греха, смерти и родоначальника всех бедствий.</w:t>
      </w:r>
    </w:p>
    <w:p>
      <w:r>
        <w:t>Я послушен. Это не просто моё решение, а Божий план для моей жизни. И Бог ожидает от меня не частичного послушания, а полного и абсолютного, и притом во всех сферах Своего закона и моей жизни. И это невозможно совершить без любви-агапэ в сердце.</w:t>
      </w:r>
    </w:p>
    <w:p>
      <w:r>
        <w:t>Когда моя дочь была маленькая, мне было несложно заставлять её быть послушной девочкой даже против её воли. И она понимала, что папа прав и любит её, и даже когда она не хотела слушаться, но подчинялась моему авторитету, после она видела, что так лучше жить, и радовалась тому, что была послушна. Жизнь детей, живущих в покорности богобоязненным родителям, исполнена счастья в своей основе и закладывает прочное основание для общей жизненной направленности. Таким людям легче проявлять послушание Божьим требованиям.</w:t>
      </w:r>
    </w:p>
    <w:p>
      <w:r>
        <w:t>Про себя мне очень сложно так сказать. Я вижу, что по своей тленной природе я грешник с повреждённым разумом. Но по Божьей милости и благодати и по моему желанию перемен я научен Всевышним вечным истинам, искуплен от власти греха, наделён праведностью Христа и поставлен Его свидетелем в этом мире, чтобы своей жизнью показывать другим, что совершает Бог с теми, кто избирает Его, верует во Христа и проявляет покорность полученному свету.</w:t>
      </w:r>
    </w:p>
    <w:p>
      <w:r>
        <w:t>Чтобы сделать меня другим и вручить мне дар Вечной жизни, Иисусу пришлось пройти через неимоверные испытания и унижения и отдать Свою чистую жизнь за мои страшные грехи, чтобы через этот подвиг Своей души дать мне шанс на перемены к лучшему и прекрасные перспективы. И Божий план действует. Он пришёл в исполнение, когда я изъявил желание принять его и встал под это знамя.</w:t>
      </w:r>
    </w:p>
    <w:p>
      <w:r>
        <w:t>Христос дал мне пример послушания воле Отца. И Его жизнь, описание Его поступков и слов настолько сильно касаются моего сердца и настолько глубоко открывают Божью любовь к людям, что я от всей души жажду быть похожим на Него в послушании, в вере, в любви, в мудрости, в радости. Иисус учит людей счастью, будучи Сам счастливым Человеком и Богом. И Он видит, что подвиг Его души был не напрасным, и Он всегда будет взирать на нас с довольством. Его любовь станет Вечной печатью на наших лицах и в наших сердцах. И уже сейчас Он учит нас Себе. Именно Себе, ибо Он часть меня и живёт во мне, и даёт мне жить в Нём. И это великая тайна благочестия — Христос в нас. И когда это есть, всё остальное прилагается как то, что должно сопутствовать в этом союзе. Но всему стоит учиться.</w:t>
      </w:r>
    </w:p>
    <w:p>
      <w:r>
        <w:t>Бог ожидает моего добровольного послушания от чистого сердца. Ему не нужна дисциплина из страха или «из-под палки». Он желает видеть любящих детей, которые из любви к Нему и к людям готовы тщательно и разумно исполнить всякое поручение и быть послушными всем Божьим требованиям, внимая всем Божьим советам. И они не тяжки и очень мудры по своей природе.</w:t>
      </w:r>
    </w:p>
    <w:p>
      <w:r>
        <w:t>Я из своего опыта знаю, как манит грех, как он приятен в начальной стадии, особенно если все так живут, но Бог ненавидит грех и даёт Свой свет, желая, чтобы все поняли, что плата за грех — смерть, и нет никакой надежды её избежать без покаяния. А покаяние — это Божий дар.</w:t>
      </w:r>
    </w:p>
    <w:p>
      <w:r>
        <w:t>Когда Господь стал привлекать меня к Себе, открывая план моего Спасения, тогда я понял, что мне предлагает Бог, но по своей глупости решил так: я ещё сейчас погрешу, ибо это мне нравится, а потом покаюсь, стану другим, послушным. И я постоянно откладывал это мероприятие. Но Бог поймал меня и поставил перед выбором здесь и сейчас. И я понял, что необходимо незамедлительно решиться на этот шаг. Я стал каяться в своих грехах и попросил Иисуса стать Господином моей жизни. И произошло нечто удивительное. Я вдруг стал ненавидеть грех, и причём сразу, понимая, что это мерзость, которую я уже никогда не совершу. И мне опротивела прежняя жизнь. Я возненавидел себя за то, что я так поступал. И мне было совсем не сложно расстаться с грехами. А Иисус стал таким прекрасным и таким интересным, что я читал о Нём с утра до вечера, понимая, что Он мой Спаситель. И я начал понимать Библию и находил её настолько увлекательной и мудрой, что не мог оторваться от этой книги. Я решил стать послушным, ибо полюбил своего Спасителя, и я с радостью внимал всем Его советам и наставлениям. И Господь учил меня и продолжает это и по сей день. И я нахожу такую жизнь очень увлекательной и прекрасной. Я живу в мире с Богом и общаюсь с Ним в самом себе. Не всегда всё понимаю, но вера помогает принять невидимое и ждать его исполнения.</w:t>
      </w:r>
    </w:p>
    <w:p>
      <w:r>
        <w:t>А когда я выпросил у Господа любовь, тогда всё моё христианство стало очень вкусным и интересным. И в свете Его любви всё стало правильным.</w:t>
      </w:r>
    </w:p>
    <w:p>
      <w:pPr>
        <w:pStyle w:val="Heading2"/>
      </w:pPr>
      <w:r>
        <w:t>Библейские стихи к этой главе:</w:t>
      </w:r>
    </w:p>
    <w:p>
      <w:r>
        <w:t>1Тим.3:16; Флп.2:6-13; Кол.1:24-29; Рим.5:12-17; Евр.5:8-10; Еккл.12:13; Евр.10:7-10; Пс.39:9; 142:10; Еф.5:17-18; 1 Фес.4:3-7; Рим.12:1-3</w:t>
      </w:r>
    </w:p>
    <w:p>
      <w:pPr>
        <w:pStyle w:val="Heading2"/>
        <w:pageBreakBefore/>
      </w:pPr>
      <w:r>
        <w:t>Глава 33</w:t>
      </w:r>
    </w:p>
    <w:p>
      <w:pPr>
        <w:pStyle w:val="Heading1"/>
      </w:pPr>
      <w:r>
        <w:t>Шесть дней работай</w:t>
      </w:r>
    </w:p>
    <w:p>
      <w:r>
        <w:t>Вы видели строителя, который лежит на диване, ничего не делает, а вокруг него воздвигается прекрасное здание. Думаю, что такого человека стоит назвать мечтателем, который строит «воздушные замки». А мы возводим счастье. И, как это ни странно, многие делают это, лёжа на диване, а потом встают и наслаждаются крепкими стенами. И один из прекрасных кирпичиков для домика счастья называется: «я тружусь», что означает занятость полезным делом.</w:t>
      </w:r>
    </w:p>
    <w:p>
      <w:r>
        <w:t>Бог не творил бездельников, чтобы мы лежали целыми днями с утра до вечера, ничего не делали, а только ели и спали, и были при этом счастливы. Нет, это не входило в Божьи планы. Творец дал человеку силу, разум, волю и интеллект. И когда Он сотворил Адама, Он дал ему сад, чтобы тот возделывал и хранил его, находя себе в этом и в чём-то другом полезное занятие для тела, для души и для духа.</w:t>
      </w:r>
    </w:p>
    <w:p>
      <w:r>
        <w:t>Вы заметили, что, когда мы занимаемся чем-то нужным, наш день проходит радостно. А если человек не знает, что делать, или образно лежит «ногами кверху», то время проходит впустую. И скучен день до вечера, коли делать нечего. В наши дни мобильные телефоны весьма успешно заменили многие полезные дела, поэтому эти устройства ввергают многих в непроглядную тьму несчастья от безделья, пытаясь заполнить потребность человека трудиться информационным мусором.</w:t>
      </w:r>
    </w:p>
    <w:p>
      <w:r>
        <w:t>В моей жизни было время, когда приходилось очень рано вставать, чтобы идти на работу, и я думал о том, что как бы здорово было дальше спать, но вставал с постели и начинал день с молитвы, прося сил, мудрости и благословений для себя и своих ближних. Случалось также, что мне не нужно было идти на работу, и я позволял себе высыпаться. И я вставал с пустотой в сердце, потому что никуда не спешил, было нечего делать, нечем заняться. Хотя всегда можно найти какую-то работу по дому или огороду, но, когда позволяешь себе вот так расслабиться и впасть в безделье, удовольствие от этого не приходит. И радостный дух — это скорее мой выбор, чем следствие достижения какой-то мечты. Он приходит от Иисуса Христа, от общения с Ним и от того, что мы что-то совершаем.</w:t>
      </w:r>
    </w:p>
    <w:p>
      <w:r>
        <w:t>Я знал одного молодого человека, который планировал стать успешным и богатым бизнесменом, и причём настолько богатым, что просто не знал, на что тратить свои миллионы. Но я заметил одну проблему. Он допоздна сидел в интернете, а потом спал до полудня. Думаю, что ему ещё долго придётся идти к намеченной цели.</w:t>
      </w:r>
    </w:p>
    <w:p>
      <w:r>
        <w:t>Нам дана четвёртая заповедь, которая призывает нас покоиться в день седьмой субботний. Она начинается с повеления: «Помни день субботний, чтобы святить его», а потом идёт следующее повеление: «Шесть дней работай и делай все дела твои, а день седьмой — суббота, Господу, Богу твоему».</w:t>
      </w:r>
    </w:p>
    <w:p>
      <w:r>
        <w:t>И в этой заповеди помимо соблюдения субботы Господь также заповедует нам работать и заниматься делами, а не проводить время в праздности. Бог дал эту заповедь, чтобы мы были счастливы, чтобы, устав от всех наших дел физически, духовно, морально, душевно, мы вошли в Его покой и встретились с Ним. Ты особенно начинаешь ценить блаженство субботнего дня, когда всю неделю провёл в соблюдении четвёртой заповеди, работая и делая все дела свои.</w:t>
      </w:r>
    </w:p>
    <w:p>
      <w:r>
        <w:t>Полезный труд — это то, что приносит благо мне и другим. И каждый должен сам для себя определить, что это такое. Это то, что доставляет удовлетворение моему духу и душе и при этом не разрушает мою связь с Богом.</w:t>
      </w:r>
    </w:p>
    <w:p>
      <w:r>
        <w:t>Мы устроены для труда на этой Земле, и в Вечности мы тоже будем чем-то заниматься. И там наш творческий разум найдёт обширное поле деятельности для воплощения всех хороших идей, которые смогут нам прийти в голову.</w:t>
      </w:r>
    </w:p>
    <w:p>
      <w:r>
        <w:t>Есть очень распространённый способ убить время — это игра в компьютерные игры, просмотр мирских телепрограмм или созерцание увлекательных роликов, которыми сейчас пресыщен интернет. Ничто так быстро не разрушает счастье, как эти мероприятия. Жизнь наполняется пустотой. Я иногда попадался на подобные крючки сатаны, а потом думал о том, что я приобрёл, инвестируя своё время в пустоту.</w:t>
      </w:r>
    </w:p>
    <w:p>
      <w:r>
        <w:t>Когда мы вступаем на запретную территорию, мы попадаем под чары злых духов, которые желают навязать нам свои ценности. И в результате наступает суета сует.</w:t>
      </w:r>
    </w:p>
    <w:p>
      <w:r>
        <w:t>Если же посвятить это потерянное время изучению и просмотру духовных вещей, то разум оживает. Он приходит в движение. К нему начинает обращаться Сам Бог, и в жизни появляется много дел, которые раньше и не замечал.</w:t>
      </w:r>
    </w:p>
    <w:p>
      <w:r>
        <w:t>Сейчас идёт Великая борьба за обладание разумом людей, и мы имеем выбор, чем этот разум заполнить. А дела уже следуют за моим духовным наполнением, неся в себе печать того, что я имею внутри, и чем питаю своё сознание.</w:t>
      </w:r>
    </w:p>
    <w:p>
      <w:r>
        <w:t>Когда я совершаю дела или тружусь руками, созидая полезное и прекрасное, тогда моя жизнь наполняется удовлетворением и смыслом. Однако существует риск сделать работу смыслом жизни и жить ею, и тогда духовная сторона начинает страдать. А субботний день превратится в бремя, и будет проведён с мыслями о том, чтобы побыстрее он закончился, ведь тогда можно будет и дальше трудиться. А Господин субботы остаётся в стороне и тихонько стучит в моё сердце. Он зовёт меня к духовному общению, и готов благословить меня и каждого, кто услышит Его голос и отворит Ему, и впустит Его, и станет с Ним ужинать. Иисус желает в Свой день иметь со мной общение и наделить меня через мой отдых новыми силами для труда.</w:t>
      </w:r>
    </w:p>
    <w:p>
      <w:r>
        <w:t>Если наши мышцы не имеют нагрузок, то они теряют силу. То же самое происходит и в разуме. И мы нуждаемся в постоянной тренировке этих важных органов. Общение с Богом через чтение, размышления, общение с Ним и молитву является весьма полезным делом и очень хорошей тренировкой для нашего духовного человека. Это тоже труд, который является строительством моей духовной крепости.</w:t>
      </w:r>
    </w:p>
    <w:p>
      <w:r>
        <w:t>Написано: «Будьте как дети». Дети всегда находят себе занятие. Им всё интересно. Они умеют выпрашивать и получать всё, что им нужно. Они всегда в движении и поиске новых занятий, и всегда счастливы от любой мелочи. Дети не переживают ни о чём напрасно. Иногда стоит у них поучиться этим полезным навыкам.</w:t>
      </w:r>
    </w:p>
    <w:p>
      <w:r>
        <w:t>Я тружусь. И в этом важно задавать направление моей деятельности, чтобы она была мне на пользу и приносила добрый плод в моей жизни. Тогда смысл того, что всё правильно, придёт и в мою жизнь, а счастье будет стучаться в моё сердце во всякое время, и мне надо будет только решать, что с ним делать. Впускать ли его в свою жизнь в виде радостных эмоций или оставить его в форме глубокого удовлетворения сделанным?</w:t>
      </w:r>
    </w:p>
    <w:p>
      <w:r>
        <w:t>Когда Бог творил наш мир, тогда, завершая намеченные планы, Он видел, что всё хорошо, а итогом проделанной работы послужило: «Хорошо весьма!»</w:t>
      </w:r>
    </w:p>
    <w:p>
      <w:r>
        <w:t>Творчество приносит удовлетворение. Мне как строителю очень приятно после долгих трудов проходить мимо плодов рук своих и любоваться тем, что сделано с любовью. А особенно радостно строить чужое счастье, а потом слышать о том, как людям прекрасно жить с Богом и быть защищёнными от всякого зла в своём домике счастья, и готовиться к Вечности, выметая из сердца всё лишнее.</w:t>
      </w:r>
    </w:p>
    <w:p>
      <w:r>
        <w:t>А любовь делает всякий мой труд правильным и придаёт любому моему делу очень хороший смысл. Она делает всё хорошим весьма.</w:t>
      </w:r>
    </w:p>
    <w:p>
      <w:pPr>
        <w:pStyle w:val="Heading2"/>
      </w:pPr>
      <w:r>
        <w:t>Библейские стихи к этой главе:</w:t>
      </w:r>
    </w:p>
    <w:p>
      <w:r>
        <w:t>Исх.20:8-11; Быт.1:31; 2:15; Пр 6:6-11; Мф.25:26; Пр.21:25; Деян.18:3; Еф.4:28; Гал.6:9-10; Еккл. 9:10; 10:18; 11:4-6; 12:13</w:t>
      </w:r>
    </w:p>
    <w:p>
      <w:pPr>
        <w:pStyle w:val="Heading2"/>
        <w:pageBreakBefore/>
      </w:pPr>
      <w:r>
        <w:t>Глава 34</w:t>
      </w:r>
    </w:p>
    <w:p>
      <w:pPr>
        <w:pStyle w:val="Heading1"/>
      </w:pPr>
      <w:r>
        <w:t>И делай все дела твои</w:t>
      </w:r>
    </w:p>
    <w:p>
      <w:r>
        <w:t>Интересно отметить, что заповедь о работе имеет повелительное утверждение. Она звучит как прямая обязанность человека, которую необходимо выполнять.</w:t>
      </w:r>
    </w:p>
    <w:p>
      <w:r>
        <w:t>Счастье человека очень сильно зависит от того, чем он занимается, с каким духом он совершает свои дела и какую пользу другим приносит то, что он делает. Конечно же, стоит учитывать и рабочую атмосферу, и отношения между коллегами.</w:t>
      </w:r>
    </w:p>
    <w:p>
      <w:r>
        <w:t>Существует много видов деятельности, и все они отличаются друг от друга. Бывает, что труд, который в одной стране считается почётным, в другой стране является чем-то унизительным. Например, со школьных лет мне внушали, что если я не получу хорошую профессию, то моя пожизненная участь — быть дворником, и я этого очень боялся. Когда я переехал в Германию, я попал на стройку, получил образование каменщика и работал для души. Но однажды меня уволили. И я искал себе новое место работы. Однако была зима, и все стройки встали. И вот мне пришло приглашение работать дворником, но необходимо было пройти конкурс. Я имел образование, опыт работы в строительстве, прекрасные характеристики, и по всем пунктам я подходил. Но меня не взяли на эту работу из-за того, что я заявил о том, что по субботам не буду работать по заповеди. Я не знаю, какие сейчас дворники в России, но здесь — это очень желанная вакансия. Человек, попавший на это место, оказывается под защитой государства и до самой пенсии может рассчитывать на своё жизнеобеспечение и всевозможные льготы, даже если он будет всё время болеть. Его обеспечивают транспортом, одеждой и необходимым инструментом, и он обслуживает обширную территорию города в разных сферах деятельности.</w:t>
      </w:r>
    </w:p>
    <w:p>
      <w:r>
        <w:t>Я был огорчён тем, что меня не взяли в дворники, но у Господа было нечто лучшее.</w:t>
      </w:r>
    </w:p>
    <w:p>
      <w:r>
        <w:t>Стройка — это, наверное, одно из тех мест, куда приходят работники, которые ничего не умеют, но не желают сидеть без дела. И можно представить, что это за люди. Многие из них имеют очень сложные характеры и свои амбициозные представления по различным вопросам. И порою место работы превращается в поле духовной битвы, где сатана желает разрушить добрые нравы и погубить души. А если ещё заказчик не платит денег, то труд становится весьма интересным, и последствия – непредсказуемыми. Не везде и не всегда такое происходит, но я многое пережил.</w:t>
      </w:r>
    </w:p>
    <w:p>
      <w:r>
        <w:t>Будучи верующим человеком, я всегда старался быть добросовестным работником и иметь дружелюбный дух, что было заметно всем. И я постоянно радовался своей работе и благодарил Бога, что Он мне её дал. А любые трудности служили мне суровой школой, в которой я учился любить и жить во свете. Не все ценили моё отношение к жизни, а кто-то и открыто ненавидел. Но я расту и живу дальше, и Господь хранит меня от зла.</w:t>
      </w:r>
    </w:p>
    <w:p>
      <w:r>
        <w:t>Ещё не зная законов счастья, я заметил, что мой труд приносит мне удовольствие и эстетическое наслаждение, особенно когда получаешь за это деньги, и потом ещё можешь любоваться плодами своей деятельности. И когда вкладываешь в строительство стен всю свою любовь, тогда позже эти стены как-то светятся в твоих глазах. Мне приятно вспоминать, как было радостно этим заниматься, и какие добрые чувства я переживал. Хоть здания и бездушные предметы, но правильный дух ставит свою печать на этих сооружениях.</w:t>
      </w:r>
    </w:p>
    <w:p>
      <w:r>
        <w:t>А представляете, сколько счастья мне приносят живые люди, в которых я вложил своё сердце, которым я смог хоть чем-то помочь, кому я помог сделать свою жизнь прекраснее. Мне так радостно осознавать, что в этом мире есть те, в кого я смог инвестировать свою любовь, свою жизнь, свои средства. Я счастлив, что смог сделать кому-то хорошо. Даже если меня и не всегда оценят, я всё равно доволен тем, что частичка моего сердца и любви где-то живёт в этом мире и напоминает о себе.</w:t>
      </w:r>
    </w:p>
    <w:p>
      <w:r>
        <w:t>Занятость и работа не приносят счастья. Они отвлекают внимание от других проблем и забот, но не являются источником удовлетворения души, хотя способствуют его появлению, ведь ты сделал что-то значимое и привнёс это в мир. Но истинное счастье даёт правильный дух и общее радостное отношение к жизни и к проблемам. И если при таком духе человек ещё и верует в Бога, видит Его Источником всех своих благословений, то его счастье в десять раз эффективнее и лучше, ибо имеет прочное Основание.</w:t>
      </w:r>
    </w:p>
    <w:p>
      <w:r>
        <w:t>Я тружусь. Это тот кирпичик счастья, который сделан для меня в Божьей лаборатории, который прошёл обжиг в Божьей печи, и ждёт своего места в моём домике, чтобы вечно радовать моё сердце.</w:t>
      </w:r>
    </w:p>
    <w:p>
      <w:r>
        <w:t>Дела бывают видимые и невидимые. Так вот невидимые дела обладают духовной природой и могут иметь вечные последствия, как для меня, так и для людей, ради которых они делаются. Любовь, вложенная в каждое такое доброе дело, оказывает очень сильное и глубокое влияние на душу человека. И оно не проходит бесследно, но совершает своё дело в утомлённых сердцах и душах, имея печать Божьего благословения и одобрения. Любовь, подобно снегу и дождю, сходит в жизнь людей, чтобы исполнить то, для чего она была послана. Если она попадает на камень, то она его омывает и не причиняет вреда, но возвращается к своим источникам, чтобы затем излиться в жизнь ближнего новыми благословениями.</w:t>
      </w:r>
    </w:p>
    <w:p>
      <w:r>
        <w:t>Дела любви прекрасны тем, что они имеют наиболее правильный мотив, и их можно совершать всегда.</w:t>
      </w:r>
    </w:p>
    <w:p>
      <w:r>
        <w:t>Это такое блаженство — инвестировать свою любовь, свои таланты, свои знания, своё время и свою жизнь в счастье другого человека. А потом наблюдать за радостью этой души и скромно думать о том, что я ничего особого и не сделал, а только поделился тем, что меня переполняло и искало выход.</w:t>
      </w:r>
    </w:p>
    <w:p>
      <w:r>
        <w:t>Я представляю ту радость спасённых людей, когда они предстанут перед Великим Белым Престолом, поклонятся в благоговении своему Спасителю, выслушают слова благословений, получат награды, пройдут все церемонии и праздники, а затем будут отправлены по домам, чтобы заняться своими делами. И какие это будут дела? Каждый будет думать о том, что бы он смог сделать для счастья другого.</w:t>
      </w:r>
    </w:p>
    <w:p>
      <w:r>
        <w:t>У меня есть преимущество, потому что я уже знаю, что все будут так думать, и поэтому планирую много добрых дел для счастья своих друзей. И мы вместе с другими будем разрабатывать атаки и нападения, чтобы сделать вечную жизнь наших ближних ещё прекраснее и счастливее. Уж там фантазии в этой сфере не будет предела. И ко мне, наверное, будет стоять очередь, чтобы поучаствовать в счастье других людей. Во всяком случае, я так себе представляю Вечность. И она уже здесь началась.</w:t>
      </w:r>
    </w:p>
    <w:p>
      <w:r>
        <w:t>Чуть позже я поделюсь опытом осчастливливания друзей в этом мире, но скажу, что здесь мы не всем и не всегда будем понятны в своём счастье и желании делать счастливыми других. Люди видят в этом подвох и закрываются, чтобы не быть обманутыми и разочарованными в очередной раз. Уж больно это хорошо, чтобы в такое можно было поверить.</w:t>
      </w:r>
    </w:p>
    <w:p>
      <w:r>
        <w:t>Есть дела, которые прибавляют много суеты и забирают всё моё время, и их тоже необходимо совершать, но от них стоит по субботам отдыхать. А вот дела любви можно делать всегда, вкладывая их в любое предприятие и общение.</w:t>
      </w:r>
    </w:p>
    <w:p>
      <w:r>
        <w:t>Счастье исходит из дел любви. Оно просто обожает любить, и готово на всякий поступок агапэ, лишь бы вновь пережить эти счастливые моменты радости от того, что можно было совершить любовь и передать добро.</w:t>
      </w:r>
    </w:p>
    <w:p>
      <w:pPr>
        <w:pStyle w:val="Heading2"/>
      </w:pPr>
      <w:r>
        <w:t>Библейские стихи к этой главе:</w:t>
      </w:r>
    </w:p>
    <w:p>
      <w:r>
        <w:t>Еф. 2:10; 2Кор. 4:18; Тит. 2:7-8,14; 3:14; Евр. 10:24; 1Пет. 2:11-12; Пс. 38:6-8; Еккл. 6:11; 3:12-13,22; 5:11,17-19; Гал.6:5-10; Ис.53:11; 49:4; 55:10-13; 32:20; Гал.5:25; Кол.3:23-25</w:t>
      </w:r>
    </w:p>
    <w:p>
      <w:pPr>
        <w:pStyle w:val="Heading2"/>
        <w:pageBreakBefore/>
      </w:pPr>
      <w:r>
        <w:t>Глава 35</w:t>
      </w:r>
    </w:p>
    <w:p>
      <w:pPr>
        <w:pStyle w:val="Heading1"/>
      </w:pPr>
      <w:r>
        <w:t>Сила свободы</w:t>
      </w:r>
    </w:p>
    <w:p>
      <w:r>
        <w:t>В моей жизни было время, когда я сидел в темнице греха и считал себя очень деловым человеком, более продвинутым по жизни, чем мои сверстники. Похоть плоти, похоть очей и гордость житейская служили мне украшением, и я не понимал, в какую пропасть я летел. Но мой жизненный путь только начинался, и я искал то, что будет мне по сердцу, и выбирал грех.</w:t>
      </w:r>
    </w:p>
    <w:p>
      <w:r>
        <w:t>И если кто-то считает себя добрым и хорошим человеком, живя без Бога в сердце, то я очень ясно понимал, что я грешник, и мне когда-то придётся платить за свои поступки, и цена будет высокой, поэтому у меня нет никаких шансов на спасение и прощение. И в какой-то момент своей жизни я решил создать семью, которая была бы правильной. Мы приняли решение о венчании в традиционной церкви.</w:t>
      </w:r>
    </w:p>
    <w:p>
      <w:r>
        <w:t>Но перед венчанием было необходимо исповедание и причастие. Я узнал порядок этой церемонии и пришёл исповедоваться. Я подошёл к служителю и стал ему рассказывать о всех своих грехах, чем создал огромную очередь. В результате мне объявили, что мои грехи прощены, и я чист. Я принял причастие и вышел из храма. В моей голове разразилась буря. Я понимал, что произошло нечто странное. Я не чувствовал облегчения, но осознал одну страшную вещь. Теперь я могу грешить, а затем приходить на исповедание, и мне всё простится. Меня устраивал такой подход, но он не давал мне мира в сердце. Грехи, которые я привык делать, очень крепко меня держали и влекли к тому, что разрушало мою жизнь. И я испытывал постоянный страх, хотя выглядел героем. Темница моего греха была очень мрачной. Но Бог не оставил меня во тьме и послал в мою жизнь человека, который открыл мне истинного Бога и дал надежду на подлинное освобождение. Я отозвался на Божий призыв и пригласил Всевышнего в свои проблемы. В мою жизнь пришёл Иисус, и всё изменилось. Он освободил меня от власти греха, от страха смерти, от нечистых мыслей. Я вышел из рабства, и у меня началась новая жизнь, жизнь света и познания Бога. Я вырвался из темницы греха, чтобы уже никогда в неё не возвращаться.</w:t>
      </w:r>
    </w:p>
    <w:p>
      <w:r>
        <w:t>Ещё один кирпичик счастья носит название: «я свободен». И хочется особо выделить слово «я». Это «я» как связующее звено моего сердца с Божьими благословениями и с Небесными силами. Без меня свобода будет только громким словом в сильных фразах, но с моим участием она находит место в моём сердце и становится частью стены моего домика счастья и моим вечным украшением. Это непреходящий и наиболее прочный материал, который успешно защищает мою жизнь от непогоды.</w:t>
      </w:r>
    </w:p>
    <w:p>
      <w:r>
        <w:t>Какое это сладкое слово — свобода! Это то, что вложено в каждого человека. Это то, ради чего борются, воюют и отдают жизни.</w:t>
      </w:r>
    </w:p>
    <w:p>
      <w:r>
        <w:t>И всё же следует разобраться, что такое свобода.</w:t>
      </w:r>
    </w:p>
    <w:p>
      <w:r>
        <w:t>Свобода — это возможность действовать, исходя из личных убеждений, не причиняя вреда другим, независимость от воли другого человека в личном выборе своего пути, и независимость от внешнего фактора или от личной греховной зависимости в принятии решения.</w:t>
      </w:r>
    </w:p>
    <w:p>
      <w:r>
        <w:t>Сама свобода обусловлена наличием закона, который устанавливает определённые границы в отношении человека к обществу, в котором он живёт. Где нет закона, там не может быть и понятия свободы.</w:t>
      </w:r>
    </w:p>
    <w:p>
      <w:r>
        <w:t>И по отношению к счастью, о котором мы говорим, можно будет определить личную свободу от власти беззакония. Грех также познаётся законом, и где нет закона, там нет и греха. Слово Божье довольно ясно определяет грех и показывает, что он смертельно опасен для всякого человека, независимо от возраста, национальности и пола.</w:t>
      </w:r>
    </w:p>
    <w:p>
      <w:r>
        <w:t>А Иисус убеждает в том, что все, кого Он освободит, будут истинно свободными.</w:t>
      </w:r>
    </w:p>
    <w:p>
      <w:r>
        <w:t>Как понять, что я не свободен? Для многих понятие свободы подразумевает то, что они не находятся в тюрьме и могут делать то, что захочется. Но, изучая Библию, я начинаю видеть, что Слово Божье называет грех грехом, и я вижу это в себе. По сути, грех повреждает разум своей жертвы, делая её неспособной отличать истину от лжи, свет от тьмы, и ввергает человека в полную зависимость от повторения тех или иных действий или вожделений. Нечестие прогрессирует в сознании человека, устанавливает свою диктатуру и разрушает волю, разум и чувства человека, делая его неспособным принимать самостоятельные решения, поэтому человек становится одержимым и зависимым от власти греха. Одержимость — это не всегда буйство. Это господство князя тьмы над моей волей.</w:t>
      </w:r>
    </w:p>
    <w:p>
      <w:r>
        <w:t>Грех — это не болезнь, а сознательный выбор. Где нет сознания и разума, там не может быть греха. Как отличить болезнь от греха? Если человеку приставить пистолет к виску и сказать, что если он сделает что-то, то он умрёт от выстрела в голову, и человек найдёт в себе силу не грешить, то речь идёт о беззаконии. Однако не болеть он не сможет. Если у него поражён иммунитет, то он не станет здоровым из страха смерти.</w:t>
      </w:r>
    </w:p>
    <w:p>
      <w:r>
        <w:t>Изучая Божью волю, я понимаю, что есть грех, и Бог, по Своей милости, начинает мне открывать тёмные стороны моей жизни, ожидая от меня покаяния, чтобы очистить меня. Он дал нам прекрасный механизм избавления от греха, который включает в себя обещание Бога, решение человека и Силу Свыше — Божью благодать, которая по воле Иисуса делает людей свободными от власти, господствующей в их жизни и разуме.</w:t>
      </w:r>
    </w:p>
    <w:p>
      <w:r>
        <w:t>Я свободен. Это ясное осознание и ощущение того, что Иисус удалил из моего разума нечто, что склоняло меня ко греху и держало меня в зависимости и страхе. Точнее сказать, это свобода от власти демонов.</w:t>
      </w:r>
    </w:p>
    <w:p>
      <w:r>
        <w:t>Мы не можем в духовном мире принадлежать сами себе. Мы или с Богом, или с сатаной и его воинством духов злобы поднебесной. И эту принадлежность я могу выбрать сам, когда я свободен.</w:t>
      </w:r>
    </w:p>
    <w:p>
      <w:r>
        <w:t>Интересен тот факт, что в Боге я имею абсолютную свободу и могу даже оставить Его в любое время, если только этого захочу. А во власти греха нет свободы. Я не могу его просто взять и оставить. Если я отдал себя в руки сатаны, то он не даёт никакого шанса своей жертве и не избавит её, хотя может сменить вид зависимости.</w:t>
      </w:r>
    </w:p>
    <w:p>
      <w:r>
        <w:t>Иисус — это Путь к свободе. Это Истина. Это полноценная Жизнь в радости и счастье. Когда Христос освобождает, тогда это подлинное избавление. Это чистое сердце, чистый разум, чистая совесть. Это абсолютное прощение и мир с Богом. Это новая жизнь, и жизнь с избытком.</w:t>
      </w:r>
    </w:p>
    <w:p>
      <w:r>
        <w:t>Как после купания человек имеет радость чистого тела, так и после общения со Христом душа становится чище. И хоть процесс духовного очищения может быть длиною в жизнь, но всё же радость свободы наполняет жизнь счастьем на каждом этапе духовного роста. И человек идёт от славы в славу, преображаясь в Того, на Кого взирает.</w:t>
      </w:r>
    </w:p>
    <w:p>
      <w:r>
        <w:t>И Сам Бог активно участвует в этом процессе очищения. Он влечёт всех людей к Иисусу и изливает такое изобилие света и благодати, что его хватит на весь мир.</w:t>
      </w:r>
    </w:p>
    <w:p>
      <w:r>
        <w:t>В Иисусе Христе я свободен, абсолютно свободен.</w:t>
      </w:r>
    </w:p>
    <w:p>
      <w:r>
        <w:t>К сожалению, я раньше жил во тьме, и грех обладал мною, но в мою жизнь пришёл Иисус, освободил меня, очистил, и очищает день за днём. Мне есть с чем сравнивать себя, и я вижу огромную разницу. Я не желаю возвращаться туда, где страх, смерть, сатана, рабство греха.</w:t>
      </w:r>
    </w:p>
    <w:p>
      <w:r>
        <w:t>А Иисус любит выпускать измученных на свободу. Он ищет их и использует меня и других избавленных из рабства для того, чтобы мы любили друг друга и искали тех, кто хочет быть счастливым и свободным.</w:t>
      </w:r>
    </w:p>
    <w:p>
      <w:pPr>
        <w:pStyle w:val="Heading2"/>
      </w:pPr>
      <w:r>
        <w:t>Библейские стихи к этой главе:</w:t>
      </w:r>
    </w:p>
    <w:p>
      <w:r>
        <w:t>Исх. 20:2; Пс. 118:45; Ин. 8:32,36; Рим. 6:5-8,18-23; 8:1-2; 2Кор. 3:17; Гал. 5:1-6; 2Тим. 2:24-26; Иак. 2:12; 1Пет. 2:15-16; 2Пет. 2:18-20</w:t>
      </w:r>
    </w:p>
    <w:p>
      <w:pPr>
        <w:pStyle w:val="Heading2"/>
        <w:pageBreakBefore/>
      </w:pPr>
      <w:r>
        <w:t>Глава 36</w:t>
      </w:r>
    </w:p>
    <w:p>
      <w:pPr>
        <w:pStyle w:val="Heading1"/>
      </w:pPr>
      <w:r>
        <w:t>Красота свободы</w:t>
      </w:r>
    </w:p>
    <w:p>
      <w:r>
        <w:t>Чтобы понять истинное значение и цену своей свободы, необходимо осознать, во что она обошлась Богу, что Он отдал за неё. Не сразу приходит правильное восприятие, и не все задумываются о том, что произошло бы, если бы Иисус не выдержал соблазнов этого мира и пал, сделав хоть одну маленькую ошибку. Ведь наше избавление из рабства было обусловлено свободой выбора человека Иисуса Христа. И не без борьбы Он принял решение испить эту таинственную чашу неимоверных страданий, которая предназначалась мне. Он был свободен поступать так, как того желал, и никто бы Его не осудил. План Спасения нашего мира зависел от выбора одного единственного Человека, Который, сражаясь с силами тьмы в Гефсимании, мог бы принять решение о возвращении на Небо и предоставить грешнику право самому нести наказание за свои грехи. Человеческая природа Христа содрогалась от предстоящих испытаний, и таинственная чаша дрожала в Его руке. Трижды Он просил Отца даровать другой путь для спасения грешников. Например, можно было придумать религию, где не требовалась такая жертва, и где человек имел возможность достичь святости через реинкарнацию или паломничество. Но Иисус знал, что существует только один Путь и только один План, и только один Человек, Который может спасти мир, — это Он Сам. И Господь предпочёл смерть, чтобы дать мне жизнь. Это был свободный выбор, и всё Небо ждало, каким будет окончательное решение Иисуса, и к чему приведёт кульминация Божьего плана.</w:t>
      </w:r>
    </w:p>
    <w:p>
      <w:r>
        <w:t>Ангелам, которые всю земную жизнь сопровождали Христа и служили Ему, охраняя от бед, было запрещено вмешиваться в ход событий и препятствовать силам зла осуществлять свои намерения. Всё Небо с глубоким интересом и болью наблюдало за сценами суда, за издевательствами, за вынесением приговора и распятием любимого Повелителя. Одно слово о помощи могло привести в действие всю Небесную армию, и ангелы в одно мгновение уничтожили бы всех врагов и насмешников Сына Божьего, но Иисус молился о прощении Своих мучителей и пил горькую чашу наших грехов в полном одиночестве. Муки вечной второй смерти раздирали сердце Иисуса, и Он был свободен от них отказаться. Самое страшное испытание богооставленностью оказалось неимоверно тяжёлым для чистого сердца моего Спасителя. Переживая невообразимые страдания, Господь не видел славного конца подвига Своей души, и единственное, что Он понимал в это время, — это то, что плата за грех — смерть, и Он умирал этой смертью без всякой надежды. И, в конце концов, весь этот груз разорвал сердце Иисуса. Но перед самым последним вздохом Он верою положился на любовь Своего Отца и громко, победоносно воскликнул: «Совершилось!!!», отдав Свой дух в Божьи руки.</w:t>
      </w:r>
    </w:p>
    <w:p>
      <w:r>
        <w:t>Совершилось спасение грешников. Путь к Божьему престолу открылся для каждого, кто верою примет эту Великую Жертву и позволит Господу освободить себя из рабства греха. Хоть план Спасения ещё не завершён, и переходит от одной своей фазы к другой, Божья благодать действует во всей своей полноте и силе, чтобы спасать каждого, кто поверит и примет Божьего Сына как своего личного Спасителя. Но даже в этом плане Спасения действия Творца зависят от свободного выбора грешного человека. Даже несмотря на колоссальную цену, уплаченную за меня, Бог ожидает моего решения, чтобы действовать во всей Своей силе и власти. Он ограничил Себя моим выбором.</w:t>
      </w:r>
    </w:p>
    <w:p>
      <w:r>
        <w:t>Любовь не может иначе себя вести. И, познавая её глубину и силу, каждый из вас, друзья, столкнётся с непреодолимо крепкой и высокой стеной под названием «свобода выбора» того, кого я люблю. Я не обладаю властью и силой нарушать эту свободу и даже навязывать прекрасные вещи, если человек этого не желает. И ты это видишь и чувствуешь, и всегда становится больно, когда ты, переполненный Божьим Духом и готовый любить и дарить всего себя, натыкаешься на скалу человеческого выбора и видишь отвержение со стороны ближнего. Ты осознаёшь своё бессилие что-либо изменить, но пытаешься нежно убедить человека, что ты настоящий, и твои планы чистые, что ты постоянен в своих мотивах, и что тобою движет Божий Дух. К сожалению, враг души со своей стороны пытается противостоять Божьей агапэ и убеждает тех, кого ты любишь, что ты ненастоящий, а один из многих, кто желает влезть в душу и наплевать в неё. И сатана имеет успех в своих внушениях. Поэтому приходится очень долго ждать и пробовать разные методы, чтобы открыть для любви обманутые души.</w:t>
      </w:r>
    </w:p>
    <w:p>
      <w:r>
        <w:t>Сам факт того, что сатана ещё жив, — это самое верное свидетельство тому, что Бог уважает свободу выбора каждого Своего сына и дочери. Он позволяет всем Своим врагам ходить своими путями и самим выбирать то направление жизни, которое им по душе.</w:t>
      </w:r>
    </w:p>
    <w:p>
      <w:r>
        <w:t>В Еккл. 8:11 читаем: «Не скоро совершается суд над худыми делами; от этого и не страшится сердце сынов человеческих делать зло». Бог даёт людям право утвердиться в своём выборе, но при этом не перестаёт их привлекать к Иисусу, как к Тому, Кто есть Путь, Истина и Жизнь. Как велика Божья любовь к нашему миру и к каждому грешнику!</w:t>
      </w:r>
    </w:p>
    <w:p>
      <w:r>
        <w:t>Любовь приводит меня к абсолютной свободе выбора и ждёт решения моей воли. И особенность Божьей свободы состоит в том, что я всегда могу выбрать зло, вернуться во тьму и стать рабом греха, и мне никто не будет мешать это делать. Но я предпочитаю жизнь, предпочитаю Иисуса, предпочитаю крещение Святым Духом.</w:t>
      </w:r>
    </w:p>
    <w:p>
      <w:r>
        <w:t>Избавиться от власти греха и сатаны можно, если Иисус вмешивается в этот процесс и освобождает душу. Самому человеку это не под силу, но не Богу. Но Божье избавление обусловлено моим выбором. Если же свободный человек решает вернуться в грязь, потому что не желает жить в чистоте и свете, то ему никто не будет препятствовать. Он имеет право так жить.</w:t>
      </w:r>
    </w:p>
    <w:p>
      <w:r>
        <w:t>Я свободен. Это очень дорогое удовольствие, и оно крайне высоко ценится на Небе. И не стоит лишать себя этого Небесного подарка, чтобы жить, как все, и иметь временное греховное наслаждение, считая себя свободным в рамках своей цепи, которой ты сам себя приковал к колеснице сатаны.</w:t>
      </w:r>
    </w:p>
    <w:p>
      <w:r>
        <w:t>Сатана умеет красть, убивать и губить души, и очень глупо отдавать себя во власть такого господина, который может дать только право на смерть и томление духа.</w:t>
      </w:r>
    </w:p>
    <w:p>
      <w:r>
        <w:t>Но я свободен выбирать любовь, дружбу и счастье. И я приглашаю Христа в свою жизнь. Я выбираю свободу в любви, свободу в дружбе с Богом, свободу в принятии решения.</w:t>
      </w:r>
    </w:p>
    <w:p>
      <w:r>
        <w:t>Я свободен. Это такая свобода и такая бесконечная перспектива вечно творить добро, любить и быть счастливым, заражая всё вокруг своим восторгом и радостью!</w:t>
      </w:r>
    </w:p>
    <w:p>
      <w:r>
        <w:t>И только свободный человек, свободный от власти греха, способен быть воистину счастливым и любить от чистого сердца. Разум свободной души может всегда выбирать свой путь и всегда вручать себя в Божьи руки.</w:t>
      </w:r>
    </w:p>
    <w:p>
      <w:r>
        <w:t>Любовь и свобода — это две родные сестры, которые поддерживают друг друга и никогда не разлучаются, чтобы трудиться в одиночку. И куда приглашается одна из них, туда приходит и вторая. Попробуйте заставить кого-то вас любить. Это будет выглядеть очень нелепо. Любовь не приемлет насилия. Она там, где свобода. А где царствует свобода, туда приходит любовь. Истина заключается в следующем. Кого Божий Сын освободит, тот подлинно свободным будет и сможет сам выбирать свой дальнейший путь.</w:t>
      </w:r>
    </w:p>
    <w:p>
      <w:pPr>
        <w:pStyle w:val="Heading2"/>
      </w:pPr>
      <w:r>
        <w:t>Библейские стихи к этой главе:</w:t>
      </w:r>
    </w:p>
    <w:p>
      <w:r>
        <w:t>Пс. 32:12; Ин. 8:34; Рим. 6:6-12,16-18; Ис. 53; Мф. 26:36-44; Лк. 23:33-34,46; Ин. 19:30; Рим. 5:6-10; Деян. 4:12; Лк. 4:18-19; Евр. 3:12-14; Ин. 17:2-3; Пр. 8:34-36</w:t>
      </w:r>
    </w:p>
    <w:p>
      <w:pPr>
        <w:pStyle w:val="Heading2"/>
        <w:pageBreakBefore/>
      </w:pPr>
      <w:r>
        <w:t>Глава 37</w:t>
      </w:r>
    </w:p>
    <w:p>
      <w:pPr>
        <w:pStyle w:val="Heading1"/>
      </w:pPr>
      <w:r>
        <w:t>Сила дружелюбия</w:t>
      </w:r>
    </w:p>
    <w:p>
      <w:r>
        <w:t>Мы созданы Богом друг для друга, для добрых дел, для общения, дружбы и любви. И когда я это понимаю и вхожу в гармонию с этим Божьим планом, тогда счастье начинает ходить за мной по пятам и терзать меня своим влиянием изнутри.</w:t>
      </w:r>
    </w:p>
    <w:p>
      <w:r>
        <w:t>Следующий вечный кирпичик для стен моего домика носит название: «я дружелюбен». И важно отметить, что в нём должно быть именно моё «я», чтобы он мог занять своё место в моей стене.</w:t>
      </w:r>
    </w:p>
    <w:p>
      <w:r>
        <w:t>Дружба — это доверительные отношения между людьми, основанные на любви, уважении, терпении, милости, бескорыстии, принятии и взаимной симпатии. Общие интересы также могут сближать людей в общества, группы и компании.</w:t>
      </w:r>
    </w:p>
    <w:p>
      <w:r>
        <w:t>Любовь к ближним при желании очень легко переходит в дружбу с конкретным человеком.</w:t>
      </w:r>
    </w:p>
    <w:p>
      <w:r>
        <w:t>Есть два вида дружбы, которые я для себя открыл.</w:t>
      </w:r>
    </w:p>
    <w:p>
      <w:r>
        <w:t>Эмоциональная, когда людей сближают все или некоторые факторы, описанные выше, но при условии, что человек не будет нарушать установленные в моём сердце границы и не подводить жизнь до перекрёстка мнений. Ближний будет делать мне хорошо или принимать моё хорошо. Подобные отношения очень быстро складываются и могут длиться годами или всю жизнь. Но при этом существует вероятность того, что по оплошности одного из друзей они могут быть быстро разрушены. И при восстановлении разрушенной дружбы воздвигаются эмоциональные барьеры, которые держат друга в определённых рамках. К сожалению, многие люди строят именно такие отношения.</w:t>
      </w:r>
    </w:p>
    <w:p>
      <w:r>
        <w:t>Социальные сети интернета пытаются нас объединить и называют это «добавить в друзья», а затем дают возможность «удалить друга», и я привыкаю к такому положению вещей, и живу по этому правилу, привнося его в свою жизнь.</w:t>
      </w:r>
    </w:p>
    <w:p>
      <w:r>
        <w:t>Второй вид дружелюбия — это осознанное принятие решения быть другом и принимать друга, независимо ни от каких условий и ситуаций. Подобное отношение и решение имеют глубокие корни, основанные на личных взаимоотношениях с Богом, характер Которого отражается в жизни. Осознанное решение быть другом и соответственно вести себя может быть односторонним, и тот, кто сделал этот выбор и не отступает при возможных испытаниях, на всю жизнь остаётся другом, готовым любить, помочь, принять, простить, понять. Подобная практика является источником особых вдохновений и размышлений о том, как и что можно ещё сделать для счастья своего друга. Любовь Божья лежит в основе всех подобных решений и является главным мотиватором и источником вдохновения. Понимание же того, что я друг, наполняет мою жизнь счастьем.</w:t>
      </w:r>
    </w:p>
    <w:p>
      <w:r>
        <w:t>Особую радость доставляет момент, когда сближаются оба человека, которые осознанно подошли к своей дружбе. Особенно ценны эти обоюдные отношения в семье. И такую семью можно смело назвать счастливой. Её члены постоянно живут в атмосфере Неба, привлекая к себе Небесных ангелов и Божьи благословения. Они думают о счастье друг друга, и, достигая этой цели, переживают это счастье.</w:t>
      </w:r>
    </w:p>
    <w:p>
      <w:r>
        <w:t>Дружба — это неотъемлемая часть общества. Без неё жизнь становится пустой, человек заболевает духовно, и живёт, не имея цели и не понимая смысла жизни.</w:t>
      </w:r>
    </w:p>
    <w:p>
      <w:r>
        <w:t>Сотворив Адама, Бог сказал, что нехорошо быть человеку одному. И жажда общения и принадлежности кому-то вложена в каждое сердце.</w:t>
      </w:r>
    </w:p>
    <w:p>
      <w:r>
        <w:t>Верующие люди очень быстро сближаются, и их отношения часто переходят в один из видов дружбы.</w:t>
      </w:r>
    </w:p>
    <w:p>
      <w:r>
        <w:t>Дружба не основывается на возрастной или половой принадлежности. И если дружат мужчина и женщина, то в их отношениях всегда присутствует установление этических норм и границ, соответствующих Библейским критериям и своей культуре.</w:t>
      </w:r>
    </w:p>
    <w:p>
      <w:r>
        <w:t>Жизнь и отношения во грехе нельзя назвать дружбой, хотя общие интересы или злые поступки могут тесно связывать людей даже против их воли. Такого рода дружба не приносит счастья, но даёт осознание принадлежности своей группе или обществу.</w:t>
      </w:r>
    </w:p>
    <w:p>
      <w:r>
        <w:t>Когда люди говорят на разных языках, тогда даже близкие их отношения вряд ли станут тесной взаимной дружбой, потому что она подразумевает общение на понятном обоим языке.</w:t>
      </w:r>
    </w:p>
    <w:p>
      <w:r>
        <w:t>Кто хочет иметь много друзей, тот и сам должен быть дружелюбным.</w:t>
      </w:r>
    </w:p>
    <w:p>
      <w:r>
        <w:t>Я переживаю этот опыт и вижу, как это правило действует в моей жизни. Когда-то я решил для себя не иметь бывших друзей, все должны были являться настоящими или будущими. Бывает сложно с этим разобраться, но это моё решение всегда показывает мне лучший выход из любого межличностного кризиса. Когда любишь друзей во всякое время, тогда ты видишь очень многое, как в них, так и в себе, но дух дружелюбия помогает обращать внимание на достоинства и лучшие стороны жизни, а недостатки покрывать любовью и милостью. Приходится переживать и насмешки, предательства, злоречие, отвержение, но любовь к другу умеет всё это прощать и ждать перемен и лучших времён. И бывает особая радость, когда твой друг возвращается, ибо видит, что ты настоящий и постоянный.</w:t>
      </w:r>
    </w:p>
    <w:p>
      <w:r>
        <w:t>Но моё решение быть другом не лишает моих друзей свободы выбора. Я уважаю их решение и принимаю их такими, какими они хотят быть.</w:t>
      </w:r>
    </w:p>
    <w:p>
      <w:r>
        <w:t>Несмотря на то, что дружелюбный человек и быстро входит в отношения, всё же он остаётся избирательным. Дружба с теми, кто не разделяет твоего вероубеждения, может оказаться опасной для души. Мы так или иначе влияем друг на друга, и это влияние ведёт либо к жизни, либо к смерти.</w:t>
      </w:r>
    </w:p>
    <w:p>
      <w:r>
        <w:t>Поэтому самым хорошим жизненным решением должно стать установление дружбы со своим личным Спасителем от греха — Иисусом. Он настоящий Друг. Он никогда не предаст и не оставит. Он верен Своим обещаниям и всегда их исполняет, но не всегда так, как я хочу. Он является специалистом во всех делах, профессиях, в жизнедеятельности человека, и очень хорошо разбирается во всех деталях, всегда имея лучшее решение любых проблем и задач. Для Него нет ничего сложного, и Он никогда не изменяется, Он верен Своим принципам, Своей дружбе. Дружба с Ним и Его пример дружелюбия учат и меня правильно относиться к земным друзьям. Он Своим примером и Духом закладывает в моём сердце основы любви и дружбы и потом помогает утвердиться в этом.</w:t>
      </w:r>
    </w:p>
    <w:p>
      <w:r>
        <w:t>Иисус — самый лучший Друг. Имея Его, очень просто жить среди трудностей и испытаний. Он всегда рядом, чтобы помогать и поддерживать.</w:t>
      </w:r>
    </w:p>
    <w:p>
      <w:r>
        <w:t>И у Христа есть очень много помощников: добрых ангелов, которые с радостью охраняют нас на всех путях наших, чтобы ноги наши не споткнулись, и мы устояли.</w:t>
      </w:r>
    </w:p>
    <w:p>
      <w:r>
        <w:t>Я дружелюбен. Это особый вид вдохновения и жизненной позиции. Я для себя избрал этот путь и очень счастлив. Мои друзья знают меня, и, возможно, сами убедились во влиянии дружелюбия на их жизнь. Это особенные люди в моём сердце, и они это знают и отвечают взаимностью. Когда я принимаю решение быть другом, тогда я прошу Бога утвердить меня в этом, научить и поставить Свою печать на мой выбор. И я вижу, как Его вмешательство утверждает меня. Но при всех своих решениях я остаюсь свободным и могу сам решать, когда и как должна проявляться моя дружба и моё молчание, или разлуки на время. Все эти факторы не влияют на моё отношение к тем, кого я избрал для себя в друзья на всю жизнь.</w:t>
      </w:r>
    </w:p>
    <w:p>
      <w:r>
        <w:t>Бывает, что решение быть другом остаётся односторонним, и с ним приходится идти всю жизнь и ждать, надеясь на перемены, веря, что они будут. И тогда, если нет дружеских отношений, моя верность своему дружелюбию радует меня.</w:t>
      </w:r>
    </w:p>
    <w:p>
      <w:pPr>
        <w:pStyle w:val="Heading2"/>
      </w:pPr>
      <w:r>
        <w:t>Библейские стихи к этой главе:</w:t>
      </w:r>
    </w:p>
    <w:p>
      <w:r>
        <w:t>Прит. 17:17; 18:24; 27:9; 26:24-25; Песн. 2:9; Кол. 3:12-17; 1Пет. 3:8-9; Деян. 2:44-47; 2Тим. 3:1-5</w:t>
      </w:r>
    </w:p>
    <w:p>
      <w:pPr>
        <w:pStyle w:val="Heading2"/>
        <w:pageBreakBefore/>
      </w:pPr>
      <w:r>
        <w:t>Глава 38</w:t>
      </w:r>
    </w:p>
    <w:p>
      <w:pPr>
        <w:pStyle w:val="Heading1"/>
      </w:pPr>
      <w:r>
        <w:t>Красота дружелюбия</w:t>
      </w:r>
    </w:p>
    <w:p>
      <w:r>
        <w:t>Чтобы увидеть всю красоту дружелюбия, необходимо задуматься о том, кем был Иисус, когда жил в нашем мире. К нам пришёл Бог, Который стал Человеком, чтобы показать в смертной плоти истинный характер и любовь Всевышнего. Никакой ангел не смог бы так доступно и доходчиво открыть людям Божью любовь, Его дружелюбие, как это сделал Христос.</w:t>
      </w:r>
    </w:p>
    <w:p>
      <w:r>
        <w:t>Изучая жизнь Иисуса, я вижу, насколько Он был общительным, добрым и дружелюбным. Если меня попросить описать своего друга, какими качествами он должен обладать, то я, скорее всего, опишу такого человека, который по всем критериям будет похож на моего Спасителя. Правда, есть одно «но», которое очень многих смущает. Пусть даже у меня будет несовершенный друг, но я могу его видеть, слышать, трогать. А Иисус — лучше всех людей в мире, но Он невидим и неосязаем, и Его можно воспринять только верой и своим воображением. Однако при решении моих духовных проблем никакой видимый друг не поможет так, как помогает невидимый Иисус. А любой самый лучший совет земного друга при возникновении трудностей будет звучать следующим образом: «давай попросим Иисуса решить эту проблему и помочь устоять». И Господь помогает.</w:t>
      </w:r>
    </w:p>
    <w:p>
      <w:r>
        <w:t>Для очень многих непонятен дух дружелюбия, и я часто попадаю в ситуации, когда говорю о своей дружбе к друзьям, и каждый понимает меня в меру своей закрытости и осведомлённости. Я готов строить отношения в рамках своего понимания и в границах той свободы, которую друзья желают со мной иметь.</w:t>
      </w:r>
    </w:p>
    <w:p>
      <w:r>
        <w:t>У любой дружбы есть стадии, и стоит их понимать, чтобы не путать глубину с поверхностным соприкосновением. Если мне не позволяют развивать отношения, то это не значит, что я недружелюбен, или мой ближний не имеет этого духа. Просто свобода нашей дружбы не желает идти на риск отвержения. И чем выше стадия, тем больнее, когда тебя отвергают или используют твою открытость против тебя. И не многие готовы рисковать и распахнуть своё сердце до самой глубины отношений. Закрытость помогает избежать боли отвержения. И в таком случае — самая безопасная дружба может быть только с Иисусом. Он никогда не сделает больно просто так. Он и не изгонит приходящих к Нему.</w:t>
      </w:r>
    </w:p>
    <w:p>
      <w:r>
        <w:t>Рассмотрим эти стадии дружбы. Я о них узнал из одного семинара, и делюсь с вами.</w:t>
      </w:r>
    </w:p>
    <w:p>
      <w:r>
        <w:t>1. Приветствие. Я приветствую тебя. А ты отвечаешь тем же. Есть риск того, что ты не ответишь. Неприятно, но терпимо. Я встречался с ситуацией, когда, давая руку для рукопожатия, был сознательно отвергнут, из-за чего возникало много вопросов.</w:t>
      </w:r>
    </w:p>
    <w:p>
      <w:r>
        <w:t>2. Обмен фактами и сообщениями. Я могу спросить: «Как дела? Как настроение?» или что-то подобное, или предложить поделиться какими-то новостями или событиями. Начинается диалог, и идёт обмен информацией о жизни, о мировых проблемах, или о насекомых. У нас завязывается приятная беседа, где мы можем обсудить комариные проблемы или задачи мирового уровня. Но мне могут отказать молчанием на все мои попытки создать диалог.</w:t>
      </w:r>
    </w:p>
    <w:p>
      <w:r>
        <w:t>3. Мнения и суждения. В нашем поверхностном общении я иду на риск и высказываю свою точку зрения на тот или иной вопрос, и я готов при этом выслушать и мнение друга. Мы начинаем делиться своими мыслями и доводами, и даже можем рассмотреть некоторые спорные вопросы, с чем-то не согласиться, что-то подвергнуть критике. И здесь отвержение становится более ощутимым, ибо может задеть моё самолюбие или причинить неудобства другу. На этих отношениях построена субботняя школа, где каждого призывают поучаствовать и поделиться своими ответами.</w:t>
      </w:r>
    </w:p>
    <w:p>
      <w:r>
        <w:t>4. Обмен чувствами. На этой стадии отношений появляется желание узнать чувства друга. Поговорить от сердца к сердцу, рассказать о своих переживаниях. Это опасно, но это единственный путь к глубине отношений. И когда я понимаю, что чувствует мой друг, и делюсь с ним тем, что чувствую я, у нас возникает сердечная привязанность. Наши сердца открываются, и мы позволяем друг другу изучить свои внутренние переживания и даже поучаствовать в решении каких-то проблем. И у каждого нормального человека есть потребность иметь такого близкого друга, чтобы удовлетворять эту духовную необходимость. И если таких друзей нет, то люди ищут психолога, и готовы за деньги загружать его своими переживаниями, лишь бы найти выход своим чувствам. Те, кто получил боль отвержения, на этой стадии дружбы склонны закрываться от всех и никого не впускать в свой внутренний мир. Они не хотят узнать своих друзей поближе, отчего сами потом и страдают.</w:t>
      </w:r>
    </w:p>
    <w:p>
      <w:r>
        <w:t>5. Обмен ошибками и недостатками. Признание вины. На этой стадии я иду на риск и заявляю о своей несостоятельности, о своих промахах и духовных недостатках, которые портят мою жизнь и вносят в неё много проблем. Я готов также выслушать и своего друга, если он пожелает со мной поделиться и своими ошибками. И мы молимся друг за друга, утешаем, прощаем, каемся, радуемся, освобождаемся. Гордое сердце может очень быстро нанести на этой стадии душевную травму, и поэтому не многие решаются на такую глубину доверия. Иногда, открываясь подобным образом, чувствуешь себя голым, и меньше всего хочется услышать насмешки и сплетни в свой адрес. Но готов и это принять, зная, что не все тебя примут в таком виде. А уча других, всегда хочется показать ближним пример доброго поведения, и сама идея о публичном признании своих ошибок ввергает в ужас, потому что твоё влияние и авторитет снизойдут до уровня отвержения и восприятия тебя как неудачника и краснобая. Но желание глубоких отношений подталкивает меня и к этому риску.</w:t>
      </w:r>
    </w:p>
    <w:p>
      <w:r>
        <w:t>6. Позволение указывать на мои ошибки. Если я набираюсь смелости рассказать о своих промахах и недостатках и при этом очень рискую, то, когда я позволяю другу указывать мне на мои ошибки, я иду на колоссальный риск быть несправедливо осуждённым или подвергнуть своё сердце конструктивной критике, которая может быть неадекватной или предвзятой, чем причинит мне боль или даже может повлиять на моё поведение и изменить мой характер.</w:t>
      </w:r>
    </w:p>
    <w:p>
      <w:r>
        <w:t>Обычно подобная дружба в отношениях наблюдается в семьях. И если общение происходит в духе любви и понимания, во взаимной вежливости и почтительности, то союз двух сердец становится очень прочным и радостным. Но если одна из сторон решит действовать, нарушая свободу своего спутника жизни, то происходит разрыв отношений, и боль от него причиняет неимоверный вред душе, ввергая её во многие скорби.</w:t>
      </w:r>
    </w:p>
    <w:p>
      <w:r>
        <w:t>Уважение свободы другого человека должно присутствовать на любой стадии дружбы. И я могу пробовать и испытывать эти границы, но не нарушать их. Бог запрещает мне вторгаться в чужую жизнь. Но я способен своей открытостью предложить другу более глубокие отношения.</w:t>
      </w:r>
    </w:p>
    <w:p>
      <w:r>
        <w:t>7. Отсутствие тайн. На эту стадию дружбы мало кто пускает своего друга. Возможно, это достигается в некоторых семьях, и здесь отвержение другом равносильно катастрофе, душа закрывается навсегда и для всех. Сюда не вхожи поверхностные друзья, и даже самые близкие люди не имеют доступа в это личное пространство. Но эта стадия дружбы открыта для Бога. И именно на ней я познаю глубину Его любви, принятия и доверия. И Бог открывает мне Свои тайны. И я верую в Него и полагаюсь на Него навсегда.</w:t>
      </w:r>
    </w:p>
    <w:p>
      <w:pPr>
        <w:pStyle w:val="Heading2"/>
      </w:pPr>
      <w:r>
        <w:t>Библейские стихи к этой главе:</w:t>
      </w:r>
    </w:p>
    <w:p>
      <w:r>
        <w:t>Пс. 110:3; Зах. 9:16-17; Песн. 5:16; Флп. 2:3; Мар. 9:35; Пр. 25:17; 27:10,14; Ин. 13:34</w:t>
      </w:r>
    </w:p>
    <w:p>
      <w:pPr>
        <w:pStyle w:val="Heading2"/>
        <w:pageBreakBefore/>
      </w:pPr>
      <w:r>
        <w:t>Глава 39</w:t>
      </w:r>
    </w:p>
    <w:p>
      <w:pPr>
        <w:pStyle w:val="Heading1"/>
      </w:pPr>
      <w:r>
        <w:t>Сила кротости</w:t>
      </w:r>
    </w:p>
    <w:p>
      <w:r>
        <w:t>Один из прочных кирпичиков для домика счастья носит название: «я кроток». И в этом материале очень важен компонент под названием «я». Он имеет прямую связь с моим внутренним миром и представляет Небу красоту взаимодействия моего человеческого и чудесного Небесного соприкосновения.</w:t>
      </w:r>
    </w:p>
    <w:p>
      <w:r>
        <w:t>Кротость — это умение владеть собой, умение держать под контролем негативные эмоции, умение грамотно и уместно выражать своё мнение, или сохранять молчание, когда это необходимо. Кротость выражается в добрых словах и поступках по отношению к ближним. Это способность быстро прощать своих обидчиков, не мыслить зла, быть внимательным к окружающим, и при этом сохранять верность духовным принципам, которые открыты в Божьих законах, повелениях и советах. Кротость — это характер верующего человека.</w:t>
      </w:r>
    </w:p>
    <w:p>
      <w:r>
        <w:t>Кроткими не рождаются, ими становятся под влиянием Божьей благодати, когда человек решает веровать во Христа, быть послушным, учиться любить и жить в том свете, который он получает от Бога.</w:t>
      </w:r>
    </w:p>
    <w:p>
      <w:r>
        <w:t>Кротость — это Божья печать на характере человека, которая свидетельствует о принадлежности к Небесной семье.</w:t>
      </w:r>
    </w:p>
    <w:p>
      <w:r>
        <w:t>Я кроток. Это звучит довольно вызывающе и может быть воспринято как лицемерие. И не все тебя поймут, если ты это объявишь. Поэтому подобное выражение можно держать в сердце и говорить о нём Богу, и желательно с вопросительным знаком в конце.</w:t>
      </w:r>
    </w:p>
    <w:p>
      <w:r>
        <w:t>И всё же, в Библии два раза мы встречаем высказывание самых кротких людей о самих себе: от Моисея и от Иисуса. (Числа 12:3, Мф 11:29).</w:t>
      </w:r>
    </w:p>
    <w:p>
      <w:r>
        <w:t>Читаем: «Блаженны кроткие, ибо они наследуют Землю». Мф 5:5.</w:t>
      </w:r>
    </w:p>
    <w:p>
      <w:r>
        <w:t>Нагорная проповедь начинается с описания принципов счастья, и её духовное содержание можно понять и оценить лишь тогда, когда ты всё это сам пережил. Преимущества кротости может увидеть только кроткий человек, который научен этому Богом.</w:t>
      </w:r>
    </w:p>
    <w:p>
      <w:r>
        <w:t>Кротость — это то, что рождается в человеке после огненной печи, когда он пройдёт через многие трудности и испытания и очистится от вредных и ненужных привычек и свойств характера при содействии Божьей благодати.</w:t>
      </w:r>
    </w:p>
    <w:p>
      <w:r>
        <w:t>Кротость — это своего рода бриллиант посвящённости Небу в золотой оправе любви из Святого Духа, который даётся выпускникам из школы Христа в награду за верность и послушание.</w:t>
      </w:r>
    </w:p>
    <w:p>
      <w:r>
        <w:t>Бог учит и меня подобному поведению. Он влечёт меня к Примеру кротости в Своём Сыне. И я вижу преимущество такого состояния души по сравнению с тем, каким я был в начале своего пути к Богу. Это как тьма и свет.</w:t>
      </w:r>
    </w:p>
    <w:p>
      <w:r>
        <w:t>Я понимаю, что мне не так уж и много нужно в этом мире. Я знаю, что я не буду жить вечно на грешной Земле среди нечестивых людей, и поэтому мои планы на будущее носят иной характер. И чем ближе день, когда придётся оставить этот мир, тем я полнее осознаю, что я странник на Земле, и я ничего отсюда не возьму из того, что накопил. Однако в моём багаже останется всё то, что я раздал. И в то же время я понимаю, что всё, что я успел приобрести для своего характера, из чего и построил своё счастье, я возьму с собой. Возьму домой.</w:t>
      </w:r>
    </w:p>
    <w:p>
      <w:r>
        <w:t>Но пока я нахожусь здесь, буду жить по законам свободы в Иисусе, делая то, что по силам, и веруя в то, что мне обещано, и приобретая то, что мне нужно для своей земной жизни.</w:t>
      </w:r>
    </w:p>
    <w:p>
      <w:r>
        <w:t>Иисус любит меня и учит счастью. Он готовит меня к жизни среди живых непавших существ, которые наполняют Вселенную. И Он вписывает законы Неба в моё сердце уже здесь на Земле.</w:t>
      </w:r>
    </w:p>
    <w:p>
      <w:r>
        <w:t>Я вижу большое благословение для себя в том, что не питаю свой разум и своего духовного человека просмотром телевидения, фильмов, новостей, слушанием мирского радио, чтением мирских книг и журналов. Когда я по необходимости или случайности соприкасаюсь с этим, я вижу, как это разрушительно может влиять на меня. Нам дано столько свидетельств и света, и если есть свободное время, то можно их изучать и воплощать в жизнь.</w:t>
      </w:r>
    </w:p>
    <w:p>
      <w:r>
        <w:t>Я живу в этом мире и порою не знаю, что в нём происходит, хотя каким-то образом я в курсе основных событий. Когда же меня спрашивают о происходящем в Германии, тогда я могу поделиться только тем, что вижу вокруг себя. А я вижу всё прекрасное, и замечательно живу в этом окружении.</w:t>
      </w:r>
    </w:p>
    <w:p>
      <w:r>
        <w:t>Кротость — это умение поддерживать беседу, уважая мнение и чувства собеседников. Не всё нуждается в моих комментариях, и не всегда люди хотят знать моё мнение. Но, когда сердце ближнего человека открывается для добрых слов, тогда его приятно наполнять и вдохновлять.</w:t>
      </w:r>
    </w:p>
    <w:p>
      <w:r>
        <w:t>Кротость видит дух, который движет ближним, и находит правильный подход к его душе.</w:t>
      </w:r>
    </w:p>
    <w:p>
      <w:r>
        <w:t>Жизненная позиция кроткого человека определяется бескорыстным служением. Иисус выделил это как самое высокое качество души, то есть быть всем слугой. Можно являться таковым, даже если ты начальник. Иногда приходится применять власть и наказывать, или укрощать злые нравы, но, имея любовь к людям, при этом помогать им и заботиться о них.</w:t>
      </w:r>
    </w:p>
    <w:p>
      <w:r>
        <w:t>И, по большому счёту, кротким обещана Земля и её вечное наследие, а это уже кое-что значит. И когда Иисус призывает всех учиться у Него, Он говорит: «возьмите иго Моё на себя и научитесь от Меня, ибо Я кроток и смирен сердцем, и найдёте покой душам вашим», отмечая кротость и смирение в Своём характере как образец для подражания, обещая в награду покой душе.</w:t>
      </w:r>
    </w:p>
    <w:p>
      <w:r>
        <w:t>Кротость и молчаливый дух — это самое лучшее украшение для любой женщины и девушки, и этому многие успешно учатся, и потом всю жизнь радуют своих мужей, детей и ближних.</w:t>
      </w:r>
    </w:p>
    <w:p>
      <w:r>
        <w:t>Раньше я не понимал смысла в красоте кроткого и молчаливого духа и считал, что красота оболочки должна отражать внутренний мир, но сейчас я вижу, что всё как раз наоборот. И теперь бывает очень сложно объяснить моим молодым друзьям, что миловидность обманчива, и красота суетна, а женщина, боящаяся Бога, достойна похвалы.</w:t>
      </w:r>
    </w:p>
    <w:p>
      <w:r>
        <w:t>К примеру, посмотрим на мир животных. Каких домашних животных вам интересно иметь в своём доме? Тех, которые кроткие и послушные по отношению к вам, или тех, которые всё вокруг себя портят, не имеют к вам уважения, иногда вас кусают и царапают? Ответьте сами.</w:t>
      </w:r>
    </w:p>
    <w:p>
      <w:r>
        <w:t>Я кроток. Это самое счастливое расположение духа, который имеет мир с Богом, который доверяет Богу свои планы и свою жизнь, который сознаёт свою зависимость от Бога и прилепляется к Нему всем сердцем. Подобные люди являются миротворцами, потому что не видят смысла в конфликтах и умеют сдавать амбициозные позиции, выигрывая сражения. Иисус называет их победителями, и очень многое им обещает.</w:t>
      </w:r>
    </w:p>
    <w:p>
      <w:r>
        <w:t>Бог гордым противится, а смирённым даёт благодать.</w:t>
      </w:r>
    </w:p>
    <w:p>
      <w:r>
        <w:t>Кротость не обретается сразу. Она развивается и утверждается в сердце в течение всей жизни со Христом. Это Божий дар для любящих Его детей.</w:t>
      </w:r>
    </w:p>
    <w:p>
      <w:r>
        <w:t>Я кроток. Это состояние души, которое наделяет её владельца Небесным миром и радостью в Господе. Об этом можно и не говорить. Это и так очевидно всем, как обладателю кроткого духа, так и его ближним.</w:t>
      </w:r>
    </w:p>
    <w:p>
      <w:r>
        <w:t>Но не всё, что ценится Небом, нравится миру. У злых людей всегда найдётся много насмешек, ярлыков и оскорблений для кротких людей, и с этим можно бороться только любовью и добрыми делами. А Господь знает, как защищать Своих детей и что допускать в их жизни.</w:t>
      </w:r>
    </w:p>
    <w:p>
      <w:r>
        <w:t>Любовь смирна, кротка, послушна и исполнена добрых дел.</w:t>
      </w:r>
    </w:p>
    <w:p>
      <w:r>
        <w:t>Блаженны кроткие. И в этом сила и истина. И кроткие об этом знают. Они это имеют, и по-настоящему счастливы.</w:t>
      </w:r>
    </w:p>
    <w:p>
      <w:pPr>
        <w:pStyle w:val="Heading2"/>
      </w:pPr>
      <w:r>
        <w:t>Библейские стихи к этой главе:</w:t>
      </w:r>
    </w:p>
    <w:p>
      <w:r>
        <w:t>Мф. 5:5-11; Числ. 12:3; Мф. 11:29; Быт. 25:27; Пс. 24:8-9,14; 33:3; 44:2-9; 140:6; Прит. 14:30; 15:1; 25:15; 30:32-33; 31:26; Еккл. 10:4</w:t>
      </w:r>
    </w:p>
    <w:p>
      <w:pPr>
        <w:pStyle w:val="Heading2"/>
        <w:pageBreakBefore/>
      </w:pPr>
      <w:r>
        <w:t>Глава 40</w:t>
      </w:r>
    </w:p>
    <w:p>
      <w:pPr>
        <w:pStyle w:val="Heading1"/>
      </w:pPr>
      <w:r>
        <w:t>Красота кротости</w:t>
      </w:r>
    </w:p>
    <w:p>
      <w:r>
        <w:t>Блаженны кроткие, ибо они наследуют Землю. Какие прекрасные слова! Давайте поразмышляем об этом?</w:t>
      </w:r>
    </w:p>
    <w:p>
      <w:r>
        <w:t>Когда Иисус готовил Свою самую первую проповедь, Он понимал, что это будет визитная карточка Его миссии. И люди, которые пришли слушать Молодого Учителя, были очень удивлены и разочарованы. Их представления и ожидания о Мессии были полностью разрушены, потому что им предложили то, что никак не вписывалось в их культуру и сознание. Но Иисус изложил миру принципы Небесного Царства, по которым Он Сам жил, и которые были записаны в Его сердце. Очень легко говорить о доброте и кротости, когда ты добрый и кроткий. Кротость Христа была уникальной. В ней было гармоничное сочетание силы и власти и любви с нежностью. Иисус не спрашивал у духовенства Своего народа, как Ему учить, но Сам был непревзойдённым Наставником, Который никогда не ошибался и не путался в Своих доводах. Иисус знал, что говорить, чему учить и что делать, и Он совершал Своё служение в духе кротости.</w:t>
      </w:r>
    </w:p>
    <w:p>
      <w:r>
        <w:t>Когда Господь дважды очищал Свой Храм от осквернения, как краток Он был в Своём приговоре! Он позволил Отцу явить Божественную силу через Его человеческую природу, и никто не посмел противостоять Христу в этом действии. Нечестивые очень быстро покинули святое место, и никто не возвысил свой голос против проявления такой власти. И далее Иисус стал заниматься Своим обычным делом: принимать и исцелять больных, прощать грешных, наставлять невежд, радовать печальных, обогащать жаждущих. Людей влекло к Иисусу, и это влечение видно и сегодня.</w:t>
      </w:r>
    </w:p>
    <w:p>
      <w:r>
        <w:t>Суть же учения Христа сводится к тому, чтобы смирить моё гордое сердце, открыть мой разум к осознанию греха, явить мне красоту Божьего характера и восстановить образ Бога в моём сердце.</w:t>
      </w:r>
    </w:p>
    <w:p>
      <w:r>
        <w:t>Бог учит меня смирению, и для этого Он допускает в моей жизни присутствие людей разных типов. Господь помогает побеждать в общении с каждым из них, применяя Божий Дух и Божьи инструменты влияния.</w:t>
      </w:r>
    </w:p>
    <w:p>
      <w:r>
        <w:t>В конце 2015 года я получил заказ на ремонт дома, и Господь привёл ко мне в бригаду украинских националистов. Они сами себя так называли. Влияние СМИ уже успело сформировать во мне определённую позицию на события в Украине, и это чуть не стоило мне жизни и здоровья. И мне пришлось очень многому научиться в отношении политики, а точнее больше слушать и меньше говорить о ней, а потом и вовсе её оставить. Господь мне открыл, что это та сфера жизни, в которую не стоит вникать, ибо это от мира сего. Я выбрал путь любви, дружбы и кротости. В результате я многому научился. Я и мои товарищи по работе подружились, и этим людям стало интересно и меня послушать о моей дружбе с Иисусом.</w:t>
      </w:r>
    </w:p>
    <w:p>
      <w:r>
        <w:t>Затем в моей жизни появлялись злые люди, которые были зависимы от меня и находились в моём подчинении, но и с ними любовь находила точки соприкосновения, и мы ладим по любым вопросам.</w:t>
      </w:r>
    </w:p>
    <w:p>
      <w:r>
        <w:t>Также я имел много общения с представителями других конфессий. И с ними я не спорил, а просто искал пути к их сердцам. И у нас прекрасные отношения. Мы можем слушать друг друга, не вступая в прения. Истина звучит прекрасно, когда её излагают в духе кротости и со властью Христа, понимая, о чём идёт речь, и как это важно.</w:t>
      </w:r>
    </w:p>
    <w:p>
      <w:r>
        <w:t>Кроткий и молчаливый дух, к которому нас призывают Апостолы Христа, украшает не только сестёр, но и братьев тоже.</w:t>
      </w:r>
    </w:p>
    <w:p>
      <w:r>
        <w:t>А ещё Бог послал в мою жизнь медиков-миссионеров, которые превосходят меня во всех отношениях, но и с ними любовь и дружба нашли общий язык, и мы стали друзьями навсегда.</w:t>
      </w:r>
    </w:p>
    <w:p>
      <w:r>
        <w:t>Быть кротким и считать других лучше себя — не так уж и плохо. Люди хоть и видят своё превосходство над тобой, которое ты им даёшь своим смирением, но начинают тебя уважать и даже иногда прислушиваются, а порою задают вопросы и ждут ответа. Некоторые из них даже зовут в гости и хотят иметь тесное общение. Они желают, чтобы я поговорил о любви и с их друзьями и ближними.</w:t>
      </w:r>
    </w:p>
    <w:p>
      <w:r>
        <w:t>Хотя есть и те, кому ты не нужен, ни кроткий, ни общительный, ни счастливый. Но в основном люди желают иметь настоящего друга, который поймёт, не предаст, поможет, выслушает, но они не хотят в лице Иисуса иметь этого друга. Им нужен человек, и когда они в тебе видят такого человека, тогда очень быстро сближаются и привязываются сердцем. И уже через тебя они узнают и Иисуса, и уже с Ним начинают строить свои личные отношения.</w:t>
      </w:r>
    </w:p>
    <w:p>
      <w:r>
        <w:t>Быть кротким — это такое счастье!</w:t>
      </w:r>
    </w:p>
    <w:p>
      <w:r>
        <w:t>Все лучше тебя, все мудрее тебя, все сильнее и прекраснее, чем ты. В результате тебя начинают окружать лучшие люди в мире, и они это понимают из твоего отношения к ним.</w:t>
      </w:r>
    </w:p>
    <w:p>
      <w:r>
        <w:t>Кроткий нрав помогает открыть в моём ближнем очень много ценных качеств души. Если я приду со своею гордостью и амбициями и дам другу понять, что я кто-то, а он ничто, то к чему приведут такие отношения? Думаю, что мне помогут упасть в грязь, на которой я решил построить свою жизнь, и чем быстрее и больнее это случится, тем лучше для меня. А кротость открывает прекрасный путь к сердцам людей. И даже гордецы начинают тобой любоваться.</w:t>
      </w:r>
    </w:p>
    <w:p>
      <w:r>
        <w:t>Кротость украшает человека не только на работе, но и в семье. Это нетленная красота, которая настолько привлекательна, что хочется ею любоваться постоянно.</w:t>
      </w:r>
    </w:p>
    <w:p>
      <w:r>
        <w:t>Кроткий человек умеет слушать и выслушивать, стараясь понять корень и суть. Он вникает в жизнь ближнего и начинает думать о его благополучии и счастье, планируя свою любовь и дружелюбие.</w:t>
      </w:r>
    </w:p>
    <w:p>
      <w:r>
        <w:t>Кроткий дух — это глаза Христа, которыми я вижу картину в полном объёме, понимая причину, проблему, видя выход, и при этом жду разрешения и приглашения на участие в чьих-то нуждах или в чьей-то жизни.</w:t>
      </w:r>
    </w:p>
    <w:p>
      <w:r>
        <w:t>Кротость даёт мне удовлетворение тем, что у меня есть, не исключая перспективы на развитие и рост в прекрасном. А когда я попадаю в трудное положение и не знаю, как себя вести и что делать, тогда пример жизни Христа, Его отношение к людям, Его спокойствие и сила очень многое мне открывают и очень многому учат. Его кротость при наличии высшей силы и власти удивляет.</w:t>
      </w:r>
    </w:p>
    <w:p>
      <w:r>
        <w:t>И даже сейчас Господь скромно предлагает мне самое ценное, что у Него есть для меня, в виде очищенного огнём золота, белой одежды и глазной мази для моего же блага. И затем кротко стоит у двери моего сердца и не желает в него войти без моего разрешения. А я смотрю, удивляюсь, умиляюсь и открываю.</w:t>
      </w:r>
    </w:p>
    <w:p>
      <w:r>
        <w:t>К сожалению, многие так и не оценили красоту кротости и оставили свои двери закрытыми навсегда. Им нужен грозный царь, который решил что-то и сделал, ни с кем не советуясь. И они это получат.</w:t>
      </w:r>
    </w:p>
    <w:p>
      <w:r>
        <w:t>Кротость без любви — это как корабль без мотора и паруса. Это трусость, слабость духа, малодушие, страх, унижение, отсутствие силы воли. Любовь закладывает правильное основание для кроткого поведения. Кротость — это плод Святого Духа, который в совокупности с другими качествами Божьего Духа всегда присутствует в обращённом сердце и ждёт своего развития.</w:t>
      </w:r>
    </w:p>
    <w:p>
      <w:r>
        <w:t>Кротость — это и понимание того, что я кроткий, и изучение закономерности подобного состояния духа.</w:t>
      </w:r>
    </w:p>
    <w:p>
      <w:r>
        <w:t>Хоть темперамент у каждого человека может быть разным, и характером мы можем отличаться друг от друга, но кротость украшает всякую спасённую душу и становится её вечной печатью как знак принадлежности Небу.</w:t>
      </w:r>
    </w:p>
    <w:p>
      <w:pPr>
        <w:pStyle w:val="Heading2"/>
      </w:pPr>
      <w:r>
        <w:t>Библейские стихи к этой главе:</w:t>
      </w:r>
    </w:p>
    <w:p>
      <w:r>
        <w:t>Гал. 5:22-23; Мф. 5:5; 11:28-30; 21:5; Зах. 9:9; Рим. 2:3-4; 2Кор. 10:1; Гал. 6:1; Еф. 4:1-3; Флп. 4:5; Кол. 3:12-14; 1Тим. 6:10-11; Иак. 1:21; 3:13; 1Пет. 3:1-4</w:t>
      </w:r>
    </w:p>
    <w:p>
      <w:pPr>
        <w:pStyle w:val="Heading2"/>
        <w:pageBreakBefore/>
      </w:pPr>
      <w:r>
        <w:t>Глава 41</w:t>
      </w:r>
    </w:p>
    <w:p>
      <w:pPr>
        <w:pStyle w:val="Heading1"/>
      </w:pPr>
      <w:r>
        <w:t>Счастье Агапэ</w:t>
      </w:r>
    </w:p>
    <w:p>
      <w:r>
        <w:t>Счастье Агапэ! Такого словосочетания вы не найдёте ни в одном словаре, ни в Библии, ни в обычных беседах с людьми. Агапэ — это Вечная Божья любовь, которая никогда не проходит, а счастье Агапэ — это блаженное пребывание в Боге и в Его любви, позволение Всевышнему жить во мне. Это сочетание Агапэ с моим «я». Речь идёт о том чувственном и эмоциональном переживании от осознания присутствия Бога в моей жизни, а меня в Его сердце, которое и наполняет душу неизречённым восторгом, радостью, благодарностью. Хоть это словосочетание я придумал сам, но, думаю, оно очень ясно даёт понять, о каком счастье идёт речь.</w:t>
      </w:r>
    </w:p>
    <w:p>
      <w:r>
        <w:t>Когда в жизнь приходят праздники, дни рождения или какие-нибудь иные торжества, тогда принято что-то желать друг другу. И все желают счастья, а понял человек, что такое счастье, или нет, — это уже не так важно. Пусть он сам как-то догадается, что это, и войдёт в подобное состояние духа.</w:t>
      </w:r>
    </w:p>
    <w:p>
      <w:r>
        <w:t>Я не знаю в этом мире школы, где бы целенаправленно учили счастью, где бы разбирали подробно все составляющие этого процесса, где бы нам объясняли законы блаженства и показывали, как они действуют в жизни.</w:t>
      </w:r>
    </w:p>
    <w:p>
      <w:r>
        <w:t>Мне бы очень хотелось пройти курс обучения в таком заведении, чтобы потом пребывать в блаженстве.</w:t>
      </w:r>
    </w:p>
    <w:p>
      <w:r>
        <w:t>Кто-то скажет, что Библия учит счастью. Да и аминь. Именно там и содержатся все законы блаженства. Но особенность Священного Писания заключается в том, что многие его богатства не лежат на поверхности, и, просто читая её как книгу, я не пойму глубину и закономерность счастья. Возьмите Библию и скажите вашему верующему другу, что это Книга Счастья, и он радостно согласится с этим, поддержит вас. Но если попросить кого-нибудь показать законы и принципы счастливой жизни, не многие смогут вам рассказать о них. В лучшем случае они прочитают Нагорную проповедь.</w:t>
      </w:r>
    </w:p>
    <w:p>
      <w:r>
        <w:t>А ведь счастье — истина для настоящего времени. Это наиболее правильный выход из тёплого состояния Лаодикии. Счастье – это приготовление к позднему дождю Святого Духа. Божий Дух будет излит на всякую плоть, и Он даст обильный рост и силу всякому растению. Но сорняк не станет злаком от этого дождя, а пустоцвет не принесёт плода.</w:t>
      </w:r>
    </w:p>
    <w:p>
      <w:r>
        <w:t>Святой да освящается ещё, и праведный станет ещё чище, а злые люди останутся злыми. Последние события ничего не изменят в характерах людей, но они выявят суть каждого, ясно показав всему видимому и невидимому миру, что есть Божья печать, и как от неё отличается начертание зверя.</w:t>
      </w:r>
    </w:p>
    <w:p>
      <w:r>
        <w:t>Быть счастливым — это наука, которую необходимо понять и постигнуть в наше время. Счастье Агапэ — это своего рода масло, которое поддерживает огонь в моём светильнике. И этот свет светит и другим людям. Его сложно спрятать от окружающих. Он прожжёт одежду и будет всем свидетельствовать о том, что я счастлив. Такое счастье покоится на Твёрдом Основании и на вечных принципах. И я могу всем этим управлять в своей жизни.</w:t>
      </w:r>
    </w:p>
    <w:p>
      <w:r>
        <w:t>Приведём пример.</w:t>
      </w:r>
    </w:p>
    <w:p>
      <w:r>
        <w:t>Участие Бога в моём счастье подобно устройству автомобиля. Мне дан этот сложный механизм, который действует по своим законам. Мне вручена инструкция по эксплуатации, выданы ключи зажигания, предложен курс обучения вождению. Я могу также постичь науку о том, как работает этот механизм изнутри, как он устроен, но это знание не повлияет на скорость передвижения. С чего я начну?</w:t>
      </w:r>
    </w:p>
    <w:p>
      <w:r>
        <w:t>Думаю, стоит вначале научиться вождению, изучить правила дорожного движения, понять, какие опасности меня ожидают. Когда этот курс пройден, мне выдают пожизненное право на вождение автомобиля, и я могу законно на нём передвигаться. Но, сев в машину, я понимаю, что она сама не поедет. Ей нужен тот, кто её заведёт и станет давать команды механизму путём поворота руля и нажатия на различные педали. Гидроусилитель сам по себе не станет крутить тяжёлые колёса, но будет мне послушен, когда я возьмусь за руль и начну вращать его в нужном направлении. Мотор сам по себе без моей команды не будет прибавлять газ или тормозить, но в точности выполнит те приказы, которые получит от моих рук и ног. Всё внутреннее оборудование транспортного средства, начиная от печки и заканчивая светом, если не имеет автоматических настроек, не заработает само по себе, но будет ждать моего нажатия на нужную клавишу, чтобы выполнить своё прямое предназначение. Топливо имеет особенность заканчиваться, и стоит позаботиться о том, чтобы его было достаточно, чтобы попасть в место назначения. Да и масло в двигателе должно быть на уровне и соответствовать мотору. Все эти закономерности просты в понимании, и тот, кто считает, что автомобиль должен сам всё делать, будет восприниматься как глупец.</w:t>
      </w:r>
    </w:p>
    <w:p>
      <w:r>
        <w:t>И если вы решите во время движения поспать, полностью доверив управление машине, то вам грозит неминуемая катастрофа, от которой могут пострадать и другие люди. И даже знание внутреннего устройства автомобиля не поможет избежать аварии, если вы отпускаете руль. Есть альтернатива автомобилю — велосипед. Он намного безопаснее, и иногда он больше подходит для движения в пешеходных зонах. Там тоже есть правила, но они проще, и всякий человек, даже ребёнок, может им управлять. Но, сидя на велосипеде, приходится всё делать самому и рассчитывать только на свои силы.</w:t>
      </w:r>
    </w:p>
    <w:p>
      <w:r>
        <w:t>Давайте теперь в этом свете рассмотрим счастье. Бог уже создал этот чудесный и сложный механизм, который готов к тому, чтобы выполнять приказы своего владельца. Всякий необученный счастью человек даже не понимает, зачем необходим сложный автомобиль, и решает всю жизнь ездить на велосипеде, рассчитывая на свои силы. Но счастье существует, и оно ждёт обученного водителя, который заведёт мотор и начнёт давать команды, приводя духовные законы в действие. И если педаль счастья называется «газ», то она не будет меня тормозить при нажатии. Если же я решу включить свет под названием «я верю», то именно он и загорится. Божий механизм счастья очень сложен в устройстве, и его можно изучать всю жизнь, но он весьма прост в управлении, и на нём могут ездить даже дети. Пока я держу руль и задаю направление движению, то я оказываюсь там, куда решил попасть. Без меня счастье не будет делать ничего. Будучи припарковано в гараже моей лени и невежества, оно будет ждать меня всю жизнь и, предлагая себя в альтернативу, с доброй завистью смотреть на мой велосипед. Бог каждое утро и при любой возможности предоставляет мне неограниченные топливные ресурсы для моего счастья. Он изливает на меня ранний дождик, открывает мне перспективы и возможности блаженной жизни. А вот быть мне счастливым или нет, решаю только я. И мой автомобиль без меня никуда не поедет.</w:t>
      </w:r>
    </w:p>
    <w:p>
      <w:r>
        <w:t>Иногда я устаю от себя и прошу друзей прокатить меня на своих машинах счастья. И там так классно, так весело, что хотелось бы в этом жить и ничего не делать. Пусть меня возят! Но наступает ночь, друзья идут спать, а я остаюсь вновь один со своим счастьем и даже не знаю, что это такое.</w:t>
      </w:r>
    </w:p>
    <w:p>
      <w:r>
        <w:t>От скуки решаю завести семью, но потом узнаю, что жена имеет свой собственный автомобиль и предпочитает ездить на нём, и иногда берёт и меня в свои поездки.</w:t>
      </w:r>
    </w:p>
    <w:p>
      <w:r>
        <w:t>И я начинаю осознавать, что моё счастье создано только для меня, и только я решаю, каким мне жить. И счастье ждёт моей команды, чтобы подчиниться.</w:t>
      </w:r>
    </w:p>
    <w:p>
      <w:pPr>
        <w:pStyle w:val="Heading2"/>
      </w:pPr>
      <w:r>
        <w:t>Библейские стихи к этой главе:</w:t>
      </w:r>
    </w:p>
    <w:p>
      <w:r>
        <w:t>Ин. 17:21-23; Иоиль 2:28; Откр. 22:11; Иер. 29:11-14; Лк. 9:62; 1Пет. 3:8-17; Пс. 1:1-3; Мф. 13:34-35; Мк. 4:11-13; 1Пет. 1:6-8,12-15</w:t>
      </w:r>
    </w:p>
    <w:p>
      <w:pPr>
        <w:pStyle w:val="Heading2"/>
        <w:pageBreakBefore/>
      </w:pPr>
      <w:r>
        <w:t>Глава 42</w:t>
      </w:r>
    </w:p>
    <w:p>
      <w:pPr>
        <w:pStyle w:val="Heading1"/>
      </w:pPr>
      <w:r>
        <w:t>На что похоже счастье?</w:t>
      </w:r>
    </w:p>
    <w:p>
      <w:r>
        <w:t>Изучая законы счастливой жизни, хотелось бы сравнить их с тем, что образно показывает связь всех этих правил между собой.</w:t>
      </w:r>
    </w:p>
    <w:p>
      <w:r>
        <w:t>Приведём несколько сравнений, а вы для себя выберите то, что вам наиболее по сердцу.</w:t>
      </w:r>
    </w:p>
    <w:p>
      <w:r>
        <w:t>Как строитель я знаю то, что для возведения дома не берут всевозможные разнообразные материалы, перемешивая их друг с другом.</w:t>
      </w:r>
    </w:p>
    <w:p>
      <w:r>
        <w:t>Бетон остаётся бетоном, хотя имеет разную маркировку, и прочность изделия зависит от качества цемента в правильной пропорции с водой. А если в стены класть неодинаковые кирпичи, то они потрескаются и будет свидетельствовать о горе-строителях. Мы же строим духовный домик счастья из самых прочных и долговечных материалов на самом прочном Основании, и поэтому он устоит под любым натиском, не дав трещин.</w:t>
      </w:r>
    </w:p>
    <w:p>
      <w:r>
        <w:t>Но всё-таки лучше сравнить наш домик с живым организмом, с моим телом. Тогда становится более ясным взаимодействие всех важных органов, их забота друг о друге, и важность их присутствия в теле.</w:t>
      </w:r>
    </w:p>
    <w:p>
      <w:r>
        <w:t>Если к вам подойдёт хирург и спросит вас о том, какой бы свой орган вы позволили ему из вас вырезать, а то он сидит без работы и не знает, чем заняться, то что бы вы ему ответили? Думаю, вам нужны все органы. В крайнем случае я позволил бы ему только постричь мне ногти и волосы. Почему мне так жалко свои органы для хорошего человека? Если лишить меня какой-то важной составляющей моего тела, то это чревато для меня смертью или инвалидностью. Поэтому я понимаю, насколько необходимо иметь весь свой организм в целости, бережно храня его части от удаления и разрушения.</w:t>
      </w:r>
    </w:p>
    <w:p>
      <w:r>
        <w:t>Если сделать прочную корзину, посадить меня в неё, прицепить к длинной цепи, повесить над пропастью и спросить меня о том, какое звено в этой цепи не нужно, и что можно удалить из неё, чтобы она стала короче и прочнее, то, думаю, в этом случае все звенья будут просто великолепными, и я не решусь на то, чтобы что-то укоротить. И это будет, наверное, самым мудрым решением, которое сохранит мне жизнь.</w:t>
      </w:r>
    </w:p>
    <w:p>
      <w:r>
        <w:t>Хорошо, давайте рассмотрим локомотив, который тянет за собой пассажирские вагоны и планирует их все довезти до пункта назначения. И если где-то между вагонами будет плохое сцепление, то сколько из них приедут к конечной цели? Только те, которые были крепко связаны друг с другом и с локомотивом. Хотели бы вы остаться в отцепленном и потерянном вагоне? Это очень опасно, ибо следующий состав может в него врезаться на полном ходу.</w:t>
      </w:r>
    </w:p>
    <w:p>
      <w:r>
        <w:t>В пассажирском авиалайнере есть 300 сидячих мест, на которых разместились беспечные туристы. В носу самолёта имеется два особых кресла, которые занимают два обученных пилота. И если поровну разделить состав самолёта, то получится по 150 человек на пилота. И есть вопрос? Сколько человек погибнет, если один из пилотов совершит роковую ошибку, а второй останется верным своим принципам? Думаю, что вы знаете правильный ответ.</w:t>
      </w:r>
    </w:p>
    <w:p>
      <w:r>
        <w:t>Изучая науку счастья, очень важно понимать, что все законы счастливой жизни связаны друг с другом, и все они жизненно важны для исполнения.</w:t>
      </w:r>
    </w:p>
    <w:p>
      <w:r>
        <w:t>Есть временные материалы, которые мы ещё изучим чуть позже, а есть основополагающие истины, которые, подобно золотой цепи, держат меня над бездной, и очень важно, чтобы в разработке этой цепи не было никакого брака и просчётов.</w:t>
      </w:r>
    </w:p>
    <w:p>
      <w:r>
        <w:t>Я не могу безнаказанно откинуть какой-либо закон счастья и без него войти в Вечность. Проблема отвержения блаженства состоит в том, что идёт автоматическая замена.</w:t>
      </w:r>
    </w:p>
    <w:p>
      <w:r>
        <w:t>Например, если мне не нужен кирпичик «я прощаю», то его место займут обида, гнев, ненависть, злоба, месть, злопамятство и прочие материалы. И так происходит с любым законом. Если в основании дома не будет Христа, то Его место тут же займут сатана и демоны. И примет ли меня Вечность с подобным грузом?</w:t>
      </w:r>
    </w:p>
    <w:p>
      <w:r>
        <w:t>И если кто-то из вас, друзья, считает, что строительство счастья — это занятие для наивных девочек, которым нечем заняться, то думаю, что вы вскоре будете очень удивлены и разочарованы, потому что упустили что-то крайне важное в жизни и не попали туда, куда хотели и мечтали.</w:t>
      </w:r>
    </w:p>
    <w:p>
      <w:r>
        <w:t>Когда многие придут к Иисусу и расскажут о своих добрых делах и подвигах веры, Он тогда объявит им: «Я никогда не знал вас; отойдите от Меня, делающие беззаконие». Мф. 7:23. И после этих слов Господь рассказывает притчу о двух домостроителях, давая понять, что строить нужно, и нужно правильно строить, чем мы и занимаемся.</w:t>
      </w:r>
    </w:p>
    <w:p>
      <w:r>
        <w:t>Делающие беззаконие — это те, кто не живёт по закону, хотя знает его требования. Такие люди считают, что добродетель важнее, чем послушание, и дела веры нужнее, чем верность Божьим требованиям.</w:t>
      </w:r>
    </w:p>
    <w:p>
      <w:r>
        <w:t>Грех разрушителен в своей власти, и он не стоит на месте, а развивается. Сатана не знал, к чему приведёт его восстание на Небе, и сколько невинных душ будет обмануто и уничтожено грехом. Но время открыло всю пагубность злого духа и показало, какую высокую плату пришлось внести Богу, чтобы остановить это бедствие.</w:t>
      </w:r>
    </w:p>
    <w:p>
      <w:r>
        <w:t>Моё счастье имеет непосредственный контакт с моими чувствами, эмоциями и переживаниями. Оно тесно взаимодействует с моим внутренним миром. И если поверхностно взглянуть на урок, изучив его название, то можно предположить, что у нас всё основывается на чувствах и плавает на поверхности.</w:t>
      </w:r>
    </w:p>
    <w:p>
      <w:r>
        <w:t>Да, мы касаемся чувств души, и их невозможно отделить от человека. Не думаю, что Вечность будут наследовать существа, не имеющие эмоций. И даже серьёзность, заинтересованность, внимательность, задумчивость — это тоже разновидность чувств.</w:t>
      </w:r>
    </w:p>
    <w:p>
      <w:r>
        <w:t>Мы созданы для того, чтобы переживать и чувствовать. И это нормальный процесс. А счастье — это положительные переживания и кульминация завершённых процессов в моей голове, которые дали позитивный заряд энергии моим чувствам и позволили моим эмоциям ввести меня в состояние абсолютного оптимизма.</w:t>
      </w:r>
    </w:p>
    <w:p>
      <w:r>
        <w:t>У счастья есть одна проблема — невежество. И те, кто сел на этого конька, уедут очень далеко в своих поисках смысла жизни, так и не поняв, что есть жизнь. И единственным ответом будет определение: «Я родился, чтобы умереть».</w:t>
      </w:r>
    </w:p>
    <w:p>
      <w:r>
        <w:t>А я родился, чтобы жить, чтобы жить счастливо, вечно, всегда. И даже если я умру, то оживу. И я в это верю, и в этом есть что-то очень вкусное и полезное. Но мой вкус жизни отличается от вашего, но я могу и с вами поделиться.</w:t>
      </w:r>
    </w:p>
    <w:p>
      <w:r>
        <w:t>Любовь Агапэ приводит любого человека в страну счастья. Встав на этот путь, я включаю в своём разуме Божий навигатор, который показывает мне лучший путь к конечной цели. И если я меняю маршрут, то Господь не спорит со мной, а показывает, как и куда идти дальше, предоставляя кратчайший путь к пункту конечного назначения. И при этом Он продолжает со мной общаться, наполняя мою жизнь счастливыми переживаниями от Его близости, от осознания моей принадлежности Божьей семье, от уверенности в спасении и жизни во свете.</w:t>
      </w:r>
    </w:p>
    <w:p>
      <w:r>
        <w:t>И если в вашей жизни, друзья, зажёгся свет любви, дружбы и счастья, то не стоит его выключать.</w:t>
      </w:r>
    </w:p>
    <w:p>
      <w:r>
        <w:t>Вы видели в домах выключатель с названием «тьма»? Нажал на клавишу, и стало темно. Такого нет. Ибо тьма есть везде, где нет света. Её не надо приглашать, но достаточно отклонить то, что предлагает вечная любовь.</w:t>
      </w:r>
    </w:p>
    <w:p>
      <w:r>
        <w:t>Счастье! Как это естественно и просто в Боге! И как это невозможно вне Его!</w:t>
      </w:r>
    </w:p>
    <w:p>
      <w:pPr>
        <w:pStyle w:val="Heading2"/>
      </w:pPr>
      <w:r>
        <w:t>Библейские стихи к этой главе:</w:t>
      </w:r>
    </w:p>
    <w:p>
      <w:r>
        <w:t>1Кор.12:12-14,18,24-26; Еф.4:15-16; Ин.17:21-23; Кол.3:12-17; Еф.4:3-7; Рим.7:4-6; 8:2; Гал.6:8-10; Еф.3:16-19; Пс.31:7-10; Ин.8:12</w:t>
      </w:r>
    </w:p>
    <w:p>
      <w:pPr>
        <w:pStyle w:val="Heading2"/>
        <w:pageBreakBefore/>
      </w:pPr>
      <w:r>
        <w:t>Глава 43</w:t>
      </w:r>
    </w:p>
    <w:p>
      <w:pPr>
        <w:pStyle w:val="Heading1"/>
      </w:pPr>
      <w:r>
        <w:t>Сила благодарности</w:t>
      </w:r>
    </w:p>
    <w:p>
      <w:r>
        <w:t>Следующий кирпичик для стен нашего домика счастья носит название «я благодарю».</w:t>
      </w:r>
    </w:p>
    <w:p>
      <w:r>
        <w:t>Благодарность — это выражение признательности тому человеку, который каким-то образом имел участие в нашей жизни. Мы оценили это участие и выражаем это в виде почтения и благодарения. Речь идёт также и о нашей признательности за проявленные к нам внимание или милость, за что-то полученное от нашего ближнего. Благодарность Богу — это проявление веры в Него и понимание того, что Он есть и любящим Его воздаёт.</w:t>
      </w:r>
    </w:p>
    <w:p>
      <w:r>
        <w:t>Благодарность может выражаться автоматически, по привычке, как признак хорошего воспитания, или осознанно, когда мы понимаем, что что-то интересное происходит в нашей жизни, и, взвесив все факты и аргументы, мы принимаем решение быть благодарными.</w:t>
      </w:r>
    </w:p>
    <w:p>
      <w:r>
        <w:t>За что благодарить? В обществе принято благодарить за всё хорошее и прекрасное, что выпадает на долю человека, и за все те услуги, благословения и добрые дела, которые делаются для его пользы или для пользы его близких и родных. И если кто-то за всё это не благодарит, то он становится в глазах общества невежей.</w:t>
      </w:r>
    </w:p>
    <w:p>
      <w:r>
        <w:t>А если в моей жизни происходит что-то плохое, и вместо благословений обрушиваются потери, проблемы и заботы, которые угнетают меня и лишают душевного спокойствия, что тогда делать? Стоит ли за это благодарить? И кого благодарить?</w:t>
      </w:r>
    </w:p>
    <w:p>
      <w:r>
        <w:t>Если взглянуть на это глазами мирского человека, то ни о какой благодарности не может быть и речи. А если посмотреть с позиции верующего человека, то всё меняется.</w:t>
      </w:r>
    </w:p>
    <w:p>
      <w:r>
        <w:t>Благодарность — это дух признательности за всё, что со мной происходит. Это выражение духа благодарения людям и Богу.</w:t>
      </w:r>
    </w:p>
    <w:p>
      <w:r>
        <w:t>Христос учил, что я, веруя в Него, нахожусь в Его руке, и никто меня из неё не похитит. Это значит, что всё, происходящее в моей жизни, находится под Его контролем, и Он допускает лишь те испытания, которые я смогу перенести. Поэтому если что-то и случается со мной, то только по Его разрешению. При этом я имею свободу и могу сам по своей глупости навредить себе и даже лишить себя права на Вечную жизнь. Но если я верою и верностью держусь за Иисуса, то у Него есть власть защищать меня и не допускать в своей жизни то, что может мне повредить.</w:t>
      </w:r>
    </w:p>
    <w:p>
      <w:r>
        <w:t>Помните случай, когда Иисус исцелил 10 прокажённых, и только один вернулся и поблагодарил Его? Иисус сказал ему, что его вера спасла его.</w:t>
      </w:r>
    </w:p>
    <w:p>
      <w:r>
        <w:t>Благодарность Богу — это выражение моей веры в Него как моего Господа, Спасителя, Друга, Которому я принадлежу по праву творения и искупления.</w:t>
      </w:r>
    </w:p>
    <w:p>
      <w:r>
        <w:t>И если что-то плохое или очень плохое происходит в моей жизни, то это значит, что Бог это допустил, чтобы меня чему-то научить или от чего-то очистить.</w:t>
      </w:r>
    </w:p>
    <w:p>
      <w:r>
        <w:t>И когда я благодарю Бога, то этим я выражаю своё доверие Его провидению и успокаиваюсь в Его любви.</w:t>
      </w:r>
    </w:p>
    <w:p>
      <w:r>
        <w:t>Я благодарю. Это решение приводит меня к осознанию того, что я правильно оцениваю ситуацию и всё свожу к позитивному мышлению. Тем самым я даю другим понимание того, что являюсь благодарным существом, способным верно воспринимать происходящее и отмечать в нём положительную сторону.</w:t>
      </w:r>
    </w:p>
    <w:p>
      <w:r>
        <w:t>В осознанном факте благодарности содержится особая сила, которая делает меня победителем в любой ситуации и даёт правильный настрой течению моих мыслей.</w:t>
      </w:r>
    </w:p>
    <w:p>
      <w:r>
        <w:t>Апостол Павел даёт нам совет, чтобы мы за всё благодарили. Это такое счастье быть всем и всему благодарным! Иногда в проблемах я не могу понять и увидеть своё будущее, то, к чему я приду, но если я остаюсь благодарным, то по прошествии испытаний вижу в этом процесс своего возрастания и радуюсь тому, что имел правильный дух, поэтому не жалею о том, что не оценил испытание и роптал на судьбу.</w:t>
      </w:r>
    </w:p>
    <w:p>
      <w:r>
        <w:t>Дух благодарности приводит к тому, что ты всем доволен, а если при этом имеешь благочестие, то это вообще прекрасно.</w:t>
      </w:r>
    </w:p>
    <w:p>
      <w:r>
        <w:t>Я благодарен. Это источник хорошего настроения, осознание своей силы для победы в Иисусе, это радость на каждый день. И по своей природе благодарные люди счастливы. С ними приятно иметь любые отношения, с ними очень интересно дружить.</w:t>
      </w:r>
    </w:p>
    <w:p>
      <w:r>
        <w:t>Когда мы дарим кому-то подарки, тогда где-то подсознательно мы ожидаем реакцию на них, поэтому с интересом ждём отклика. И бывает, что искренние слова благодарности дают дарителю больше радости, чем получателю. И в этом свете представьте себе переживания Бога, Который постоянно нас всем одаривает.</w:t>
      </w:r>
    </w:p>
    <w:p>
      <w:r>
        <w:t>Наша благодарность направлена также и на то, чтобы делать других счастливыми. Бывает, что кто-то оказал нам просто так какую-то услугу, и если мы это заметили и начали благодарить своего благодетеля, то можно увидеть, как его лицо начинает светиться от счастья и осознания того, что он сделал для вас то, что вы смогли оценить или переоценить.</w:t>
      </w:r>
    </w:p>
    <w:p>
      <w:r>
        <w:t>Я так тебе благодарен! Это высшая степень уважения и признательности. Попробуйте, и увидите, какое это счастье – благодарить, и за всё благодарить.</w:t>
      </w:r>
    </w:p>
    <w:p>
      <w:r>
        <w:t>Благодарность без любви — это тоже выражение признательности, которое настраивает сердца людей на взаимное позитивное отношение. И в таком подходе есть нечто небесное, что украшает наши будни. Но и это враг души желает извратить, побуждая отвечать: «Спасибо в карман не положишь, и в стакан не нальёшь». И под влиянием подобного духа очень многие желают, чтобы твоя благодарность материализовалась в денежном эквиваленте или в ответных добрых делах. И если этого не происходит, то тебя считают эгоистичным приспособленцем, и поэтому перестают тебя замечать.</w:t>
      </w:r>
    </w:p>
    <w:p>
      <w:r>
        <w:t>Любовь побуждает дающее и принимающее сердце всё совершать от души, тем самым наполняя человека особой радостью и счастьем. Ведь ты сделал что-то приятное другому или благодаря его вниманию, дару или благословению пережил что-то прекрасное и радостное.</w:t>
      </w:r>
    </w:p>
    <w:p>
      <w:r>
        <w:t>И даже если в моей жизни нет ни одного человека, который бы мне что-то дарил, то всегда есть Бог, Который постоянно нежно обо мне заботится, носит меня на руках, даёт мне всё необходимое, думает о моём спасении, мечтает о личной встрече со мной в Своём Царстве и желает меня видеть счастливым в этом тёмном мире. И мне можно Его за всё это просто благодарить и, размышляя о Нём, ещё более выражать свою хвалу за всё, что происходит в моей жизни, ибо она под полным Божьим контролем, если посвящена и вручена Всевышнему через моё послушание и веру.</w:t>
      </w:r>
    </w:p>
    <w:p>
      <w:r>
        <w:t>Я благодарю. Это составляющая моего счастья и весьма позитивное отношение ко всему, что происходит в моей жизни. И всё, что со мной случается, заслуживает моей благодарности.</w:t>
      </w:r>
    </w:p>
    <w:p>
      <w:r>
        <w:t>И очень важно, чтобы в этом духе благодарности присутствовал и я. Это то важное сочетание Небесного и человеческого, пропущенного через моё сердце. Необходимо, чтобы в этом процессе строительства было моё личное участие и мой искренний выбор.</w:t>
      </w:r>
    </w:p>
    <w:p>
      <w:r>
        <w:t>Случалось, что меня останавливала полиция за мелкие нарушения правил вождения, и мне выписывали протокол на выплату штрафа, а я с искренней радостью благодарил полицейских, потому что они делают такую важную работу, заботятся о моём мире, охраняют меня, ловят преступников и рискуют своей жизнью, чтобы мне было хорошо, чем вызывал у этих стражей порядка радость и искренние улыбки согласия. Ведь это так и есть.</w:t>
      </w:r>
    </w:p>
    <w:p>
      <w:r>
        <w:t>Я благодарен. Это очень хорошее семя позитива, которое делает этот мир вокруг меня добрее и прекраснее.</w:t>
      </w:r>
    </w:p>
    <w:p>
      <w:pPr>
        <w:pStyle w:val="Heading2"/>
      </w:pPr>
      <w:r>
        <w:t>Библейские стихи к этой главе:</w:t>
      </w:r>
    </w:p>
    <w:p>
      <w:r>
        <w:t>1Фес. 5:18; Лук. 17:12-19; Рим. 8:28; Флп. 1:3-4; 4:6-7; 1Фес. 1:2; 2:13; Еф.5:4; 1Тим. 1:12; 2Тим. 1:3; 2Кор. 9:10-11; Откр. 4:9-11; 7:11-12; 1Пар. 23:30; 2Кор. 4:13-15</w:t>
      </w:r>
    </w:p>
    <w:p>
      <w:pPr>
        <w:pStyle w:val="Heading2"/>
        <w:pageBreakBefore/>
      </w:pPr>
      <w:r>
        <w:t>Глава 44</w:t>
      </w:r>
    </w:p>
    <w:p>
      <w:pPr>
        <w:pStyle w:val="Heading1"/>
      </w:pPr>
      <w:r>
        <w:t>Красота благодарности</w:t>
      </w:r>
    </w:p>
    <w:p>
      <w:r>
        <w:t>Вам приятно иметь дело с благодарными людьми? Что вы переживаете, когда вам начинают описывать все ваши добрые дела, важные назидания, ту пользу, которую вы приносите ближним, или когда люди просто благодарны за то, что вы есть?</w:t>
      </w:r>
    </w:p>
    <w:p>
      <w:r>
        <w:t>Благодарить — это одно из самых прекрасных украшений человека. И чем глубже дух благодарности, чем больше человек видит возможностей, чтобы сказать спасибо, тем он прекраснее и надёжнее выглядит. И я заметил, что подобные люди очень заметны в нашем обществе.</w:t>
      </w:r>
    </w:p>
    <w:p>
      <w:r>
        <w:t>Я живу в таком регионе, где дух благодарности приветствуется. В любом магазине или общественном месте все служащие и работники тебя приветствуют и благодарят, даже порою против своей воли. И это одна из ловушек маркетинга, которая очень хорошо действует.</w:t>
      </w:r>
    </w:p>
    <w:p>
      <w:r>
        <w:t>Но если у меня есть выбор, к кому идти за покупкой, то я предпочитаю благодарного продавца. Однако есть требования работодателя, а есть сердечное побуждение.</w:t>
      </w:r>
    </w:p>
    <w:p>
      <w:r>
        <w:t>Чтобы понять, для чего мне нужна благодарность, стоит задуматься о следующем. Если бы наш Творец перестал давать нам то, что Он посылает нам ежедневно просто так, как бы мы себя почувствовали? Если бы Бог убрал Свою защиту и Свои благословения, мы бы сразу увидели разницу, до и после.</w:t>
      </w:r>
    </w:p>
    <w:p>
      <w:r>
        <w:t>К сожалению, мы по своей природе эгоистичны, а эгоизм требует внимания к себе и считает весь мир своим должником, который просто обязан трудиться для моего блага. И Богу следует приносить мне добро, потому что я — центр вселенной. И с подобными амбициями я выхожу в люди и замечаю, что никому не нужен и неинтересен.</w:t>
      </w:r>
    </w:p>
    <w:p>
      <w:r>
        <w:t>По Своей милости Бог поместил меня в социум, где моя эгоистичная природа просто не выживет, если я буду думать только о себе. Общество учит меня хорошим принципам жизни, и я их усваиваю.</w:t>
      </w:r>
    </w:p>
    <w:p>
      <w:r>
        <w:t>Однако враг души вносит свои поправки в социальную среду, и сильнейшие начинают использовать слабых, чтобы удовлетворить свои амбиции.</w:t>
      </w:r>
    </w:p>
    <w:p>
      <w:r>
        <w:t>Однажды Бог позволил людям ходить своими путями, и всё пришло к тому, что человек обезумел в своём эгоизме и в своих грехах, и Творцу пришлось уничтожить весь мир водами потопа. И, выйдя из ковчега, Ной со своим семейством вознёс Богу благодарственные жертвы. Всевышний же благословил Ноя и его потомков, подарив нам радугу как напоминание о том, что этот мир не будет больше уничтожен водою.</w:t>
      </w:r>
    </w:p>
    <w:p>
      <w:r>
        <w:t>А после Бог позаботился о том, чтобы через Моисея и пророков человечеству был дан больший свет о святости Божьего характера, о возможности для грешника стать праведным по вере в грядущего Спасителя, на Которого указывали все праздники и жертвы, и жертвы благодарения в том числе.</w:t>
      </w:r>
    </w:p>
    <w:p>
      <w:r>
        <w:t>Всё учение Библии пропитано открывающейся самоотверженностью Бога. Священное Писание пытается донести до нашего сознания степень нашей зависимости от Творца во всём. Библия говорит нам о том, как Бог любит нас, вот таких грешных и неблагодарных, как Он желает, чтобы мы не погибли, а имели Вечную жизнь. И от меня ожидается принятие Божьего плана, вера в Христа как моего Спасителя и простая благодарность за то, что совершает для меня Господь. И, выражая свою благодарность, я тем самым свидетельствую всему невидимому миру о своём уповании на Того, Кто отдал Свою жизнь, чтобы я жил вечно.</w:t>
      </w:r>
    </w:p>
    <w:p>
      <w:r>
        <w:t>Я задумался о том, насколько я понимаю, чем я обязан Богу. Заглянув в себя поглубже, я увидел, что, хоть я и имею благодарный дух, но он весьма поверхностный. Порою язык воздаёт хвалу Богу и людям, а сердце не понимает, почему я это делаю. Разум говорит: «Так надо». И мне очень стыдно в этом признаться. Я просто вижу какой-то барьер, который мешает моему сознанию нырнуть глубже и увидеть больше. Мне сложно представить Бога, Которого я не вижу, мне сложно понять, какой будет Вечность, которая никогда не закончится, и сколько будет длиться «вечное всегда». Но я верою постигаю неподвластное моему воображению, и уста автоматически благодарят за невидимое, и я знаю, что пока я живу в этом мире, это покрывало будет разделять меня с незримым Спасителем. И только моя слабая вера будет крепко связывать нас и давать мне силы и убеждённость в том, что всё это существует, что не напрасно я тружусь, что получу обещанное и увижу невидимое.</w:t>
      </w:r>
    </w:p>
    <w:p>
      <w:r>
        <w:t>И если спросить меня, ради чего я верю и лишаю себя мирских благ и удовольствий, то скажу честно, что я нахожу особое удовольствие в жизни с Богом и в послушании Ему. Мир, которого я раньше не имел, наполняет моё сердце особой радостью и признательностью Творцу за то, какие Он произвёл во мне перемены. Божья любовь настолько наполняет моё сознание, что я без неё просто не вижу никакого смысла в этой жизни. Счастье преследует меня по пятам, и я погружаюсь в него, и не могу объяснить, почему я такой. И это всё не случайно. Это награда от Господа за мой интерес к святым вещам и желание жить в этом. И как не благодарить Того, Кто так заботится о нас! И я знаю, что подобные благословения доступны и другим людям, поэтому мне хочется ими делиться и находить нужные слова, чтобы донести то, что реально есть, и действует, и помогает.</w:t>
      </w:r>
    </w:p>
    <w:p>
      <w:r>
        <w:t>И уста не могут молчать, а если они и затихают, то моя жизнь начинает об этом говорить. И благодарность льётся сама собой.</w:t>
      </w:r>
    </w:p>
    <w:p>
      <w:r>
        <w:t>Однажды я задумался о том, стоит ли благодарить Бога за плохие вещи в своей жизни. И я решил, что стоит, и стал это практиковать. Тогда я заметил, что очень многие неприятности, тяжёлые испытания, злые люди, горе и страдания принесли гораздо больше благословений в формировании моего характера, чем доброе и пушистое. Хотя меня никогда не притягивает плохое, и злые люди не вызывают у меня радости. По-человечески, мне хочется от этого просто убежать, но оно есть.</w:t>
      </w:r>
    </w:p>
    <w:p>
      <w:r>
        <w:t>И меня не радует предстоящий огонь испытаний, и всё моё естество противится такому обороту событий, но я понимаю, что это необходимо пройти, и иду, не помышляя о возврате. И среди подобной борьбы меня поддерживает мой Невидимый Друг Иисус, Который не оставляет меня, а обещает быть рядом в любом испытании. И Его любовь делает возникающие трудности лёгкими. Она даёт мне победу.</w:t>
      </w:r>
    </w:p>
    <w:p>
      <w:r>
        <w:t>А когда я чувствую себя победителем, и любовь не знает поражения, так интересно становится воевать. Только и ждёшь, чтобы узнать, какой будет следующая победа. Входишь в неё, и радуешься. И за всё благодарность Богу.</w:t>
      </w:r>
    </w:p>
    <w:p>
      <w:r>
        <w:t>И смерть не страшна, и испытания не пугают. Любовь изгоняет все страхи и даёт намного больше. Я даже не могу это объяснить. Самая большая проблема любви и заключается в том, что сердцем я понимаю и вижу её силу и красоту, а слов не хватает, чтобы это описать. Но могу точно сказать, что без неё я ничто и никто, и не будет мне никакой пользы от всего.</w:t>
      </w:r>
    </w:p>
    <w:p>
      <w:r>
        <w:t>И когда мы все с вами встанем около Белого Престола и будем нашими глазами, не глазами веры, смотреть на Лица нашего Бога, только тогда мы начнём осознавать, во что обошлось Ему наше спасение, чем Он пожертвовал, и как Он рисковал, и что Он оставил навсегда, чтобы спасти каждого из нас. Думаю, в тот момент нашей благодарности не будет предела, и вся Вечность окажется слишком маленькой для того, чтобы выразить всю свою признательность за подвиг души Иисуса.</w:t>
      </w:r>
    </w:p>
    <w:p>
      <w:r>
        <w:t>А сейчас я этому только учусь, но знаю, что даже самое малое моё искреннее благодарение радует сердце Бога.</w:t>
      </w:r>
    </w:p>
    <w:p>
      <w:pPr>
        <w:pStyle w:val="Heading2"/>
      </w:pPr>
      <w:r>
        <w:t>Библейские стихи к этой главе:</w:t>
      </w:r>
    </w:p>
    <w:p>
      <w:r>
        <w:t>Ин.11:41-44; Лев.7:12-13; 22:29; Мф.15:36-37; 26:27; Рим. 1:8; 7:25; 14:6; 1Кор. 10:30; 15:57; 2Кор.9:11-12,15; Еф.4:29; 5:4,20; Кол. 2:7; Откр. 11:7</w:t>
      </w:r>
    </w:p>
    <w:p>
      <w:pPr>
        <w:pStyle w:val="Heading2"/>
        <w:pageBreakBefore/>
      </w:pPr>
      <w:r>
        <w:t>Глава 45</w:t>
      </w:r>
    </w:p>
    <w:p>
      <w:pPr>
        <w:pStyle w:val="Heading1"/>
      </w:pPr>
      <w:r>
        <w:t>Сила радости</w:t>
      </w:r>
    </w:p>
    <w:p>
      <w:r>
        <w:t>И вот мы закладываем следующий кирпичик в стену домика счастья, и он называется «я радуюсь».</w:t>
      </w:r>
    </w:p>
    <w:p>
      <w:r>
        <w:t>Радость — это такое состояние души, которое всегда путают со счастьем. В отличие от счастья, радость зачастую имеет временный характер и зависит от эмоционального настроения человека или от непостоянных внешних факторов, или ситуаций, в которые попадает человек.</w:t>
      </w:r>
    </w:p>
    <w:p>
      <w:r>
        <w:t>Радость — это внутреннее эмоциональное удовлетворение жизненными условиями, удовольствиями, осознанием счастья, часто выражающееся в улыбке, пении, радостных словах и восклицаниях, в необычных телодвижениях.</w:t>
      </w:r>
    </w:p>
    <w:p>
      <w:r>
        <w:t>По улыбке и сиянию глаз можно отличить радующегося человека от обычного.</w:t>
      </w:r>
    </w:p>
    <w:p>
      <w:r>
        <w:t>Я для себя открыл радость нескольких видов.</w:t>
      </w:r>
    </w:p>
    <w:p>
      <w:r>
        <w:t>Злая радость — злорадство. Это тоже радость, основанная на искажении моральных ценностей и получении удовольствия от неудач или бед своих ближних. Но не об этом сейчас идёт речь.</w:t>
      </w:r>
    </w:p>
    <w:p>
      <w:r>
        <w:t>Эмоциональная радость — это временное состояние души, которое зависит от разных внешних или внутренних факторов. К примеру, от погоды, от самочувствия, от окружения, финансового положения и прочего.</w:t>
      </w:r>
    </w:p>
    <w:p>
      <w:r>
        <w:t>Радость просто так. Порою невозможно определить источник или фактор этого состояния, но оно есть и приносит свои результаты.</w:t>
      </w:r>
    </w:p>
    <w:p>
      <w:r>
        <w:t>Духовная радость — это более стабильное и осознанное состояние разума, которое имеет продолжительный характер и напрямую зависит от принадлежности человека к высшим духовным Божественным силам.</w:t>
      </w:r>
    </w:p>
    <w:p>
      <w:r>
        <w:t>Радость во Святом Духе — это плод Святого Духа, который является следствием веры в Бога и принятия Христа как личного Спасителя. Ожидается, что все верующие люди являются радостными всегда, а особенно во время благоприятное.</w:t>
      </w:r>
    </w:p>
    <w:p>
      <w:r>
        <w:t>Дерево приносит плод по роду своему. Это закон, по которому можно определить духовную принадлежность человека: «По плоду его познать его». И радость, будучи нормой, сопровождает сына или дочь Божью.</w:t>
      </w:r>
    </w:p>
    <w:p>
      <w:r>
        <w:t>У верующих тоже случаются духовные кризисы, когда наступает тёмная ночь души, или приходят испытания веры, и тогда радость переходит внутрь сердца и ждёт любой возможности, чтобы поддержать своего владельца и утешить его своим проявлением.</w:t>
      </w:r>
    </w:p>
    <w:p>
      <w:r>
        <w:t>Я заметил, что духовная радость — это контролируемый процесс, который можно очень легко вызывать при любых условиях, и тогда легко пребывать в радости. Как яблоне очень просто приносить яблоки, потому что она яблоня. Бывает, что одного слова «радость» достаточно, чтобы войти в это состояние. А ещё проще быть в радости, выпрашивая её в молитве и принимая решение быть счастливым и радостным при любых обстоятельствах.</w:t>
      </w:r>
    </w:p>
    <w:p>
      <w:r>
        <w:t>Когда радость есть как плод Духа, её нужно только достать, а она сама себя проявит.</w:t>
      </w:r>
    </w:p>
    <w:p>
      <w:r>
        <w:t>Существует очень хорошая книга «Поллианна». Это рассказ о девочке, которая в любой ситуации находила возможность порадоваться. Когда я её читал в первый раз, я думал, что это очень хорошая сказка для взрослых, которая в наш век скоростей и забот просто неприемлема. Но прошло время, и я, просто сравнивая свою жизнь с жизнью этой девочки, могу с уверенностью сказать, что я её превзошёл во всех отношениях. И моя радость — это план Божий для этого мира, который Он во мне осуществляет во всякое время. Он учит радоваться в горе, в болезни, в страданиях, когда тебя ненавидят и унижают, когда тебя предают и портят твою репутацию.</w:t>
      </w:r>
    </w:p>
    <w:p>
      <w:r>
        <w:t>Когда вокруг становится темно, тогда этот источник не угасает. Я понимаю, что мы очень быстро приближаемся к особым событиям, и Бог готовит меня к тому, чтобы устоять, и радость, подобно любви, является тем инструментом, который вполне успешно связывает воедино все факторы счастья и даёт смысл всему происходящему, потому что выступает с позитивной ступени мировоззрения.</w:t>
      </w:r>
    </w:p>
    <w:p>
      <w:r>
        <w:t>Когда я встречаю друзей, которые переживают какой-то кризис или несчастье, тогда я очень осторожно задаю им вопрос: «а хочешь ли ты быть счастливым и научиться радости? Сейчас для этого самые лучшие условия». И, как правило, тебя просто не понимают.</w:t>
      </w:r>
    </w:p>
    <w:p>
      <w:r>
        <w:t>А я учился именно в таком состоянии познавать радость и приносить этот плод. Именно в горе и в болезнях я принимал решение быть счастливым и оставаться таковым, несмотря ни на что. Бывало очень тяжело, но Иисус находился рядом, помогал и учил.</w:t>
      </w:r>
    </w:p>
    <w:p>
      <w:r>
        <w:t>Он научил и учит меня дальше во всём видеть позитив, находить в людях что-то доброе и положительное, замечать их достоинства, но при этом быть очень категоричным и придирчивым к себе. Любую критику в свой адрес я воспринимаю очень серьёзно и анализирую, на самом ли деле это так, и если это правда, то бегу к Иисусу и прошу исправить это в моей жизни.</w:t>
      </w:r>
    </w:p>
    <w:p>
      <w:r>
        <w:t>Я радуюсь. И это мой выбор. Мне очень помогают делать его стихи из Библии: Притчи 17:22. «Весёлое сердце благотворно, как врачевство, а унылый дух сушит кости». И я на личном опыте убедился, что это так, и это одно из эффективных средств против многих болезней и самое эффективное — против духовных заболеваний.</w:t>
      </w:r>
    </w:p>
    <w:p>
      <w:r>
        <w:t>Особенно мне помог отрывок из Вт.28:47, где с 15 стиха говорится о разных современных болезнях, и потом указана их причина: «За то, что ты не служил Господу Богу твоему с веселием и радостью сердца, при изобилии всего». Я взял это на заметку и решил быть послушным, радостным и благодарным Богу за всё, что Он мне даёт. Это лучше, чем болеть этими перечисленными недугами. И скажу честно, что эти стихи действуют как в одну, так и в другую сторону.</w:t>
      </w:r>
    </w:p>
    <w:p>
      <w:r>
        <w:t>Бог предлагает одним болезнь, а другим счастье, любовь, мир, радость, дружбу и много-много всего. Он даёт всё это на определённых условиях и просто так, потому что Он любит меня и желает мне блага. Он любит и тебя, мой друг, и очень хочет видеть тебя счастливым и радостным в этом мире, и Ему нужно только твоё сердце и твоё решение принадлежать Ему и учиться у Него. А Он добрый и мудрый Учитель, Который знает лучше тебя, что для тебя полезнее. Приди к Иисусу, и Он не прогонит тебя, а выслушает, поймёт, простит и возвысит. Все Его ученики — это бывшие преступники и безбожники, которые поверили Ему и встали под Его знамя, которое называется «Любовь, Дружба, Счастье».</w:t>
      </w:r>
    </w:p>
    <w:p>
      <w:r>
        <w:t>Путь к постоянной радости лежит через многие трудности и испытания, но это возможно, и апостол Павел, будучи в узах, пишет нам: «Радуйтесь, всегда радуйтесь!»</w:t>
      </w:r>
    </w:p>
    <w:p>
      <w:r>
        <w:t>Без радости счастье выглядит довольно уныло и подозрительно. Счастье ли это?</w:t>
      </w:r>
    </w:p>
    <w:p>
      <w:r>
        <w:t>Про Христа написано, что на подвиг Своей души Он будет взирать с довольством. Я думаю, что нам будет очень приятно видеть эту особую радость на лице нашего Спасителя, которая будет выражаться в искренней улыбке и сиянии глаз. Представляете, вам рады и причём всегда, всю Вечность. Это такое счастье — быть источником счастья Бога и вдохновлять Его на особую радость своим присутствием!</w:t>
      </w:r>
    </w:p>
    <w:p>
      <w:r>
        <w:t>Я радуюсь! Это подобно маслу в моём светильнике, которое я не могу отдать другому, но которому могу научить остальных людей своим примером и опытом.</w:t>
      </w:r>
    </w:p>
    <w:p>
      <w:r>
        <w:t>Вот даже когда я пишу эти строки, я радуюсь тому, что даю Богу возможность использовать меня, чтобы кому-то помочь узнать больше и улучшить свою жизнь, наполнить её счастьем.</w:t>
      </w:r>
    </w:p>
    <w:p>
      <w:r>
        <w:t>Я хочу дать маленький совет. Если у вас есть счастливые друзья или знакомые, которые блаженны в Боге и радуются во всякое время, то дорожите ими, они вам очень помогут стать такими же.</w:t>
      </w:r>
    </w:p>
    <w:p>
      <w:pPr>
        <w:pStyle w:val="Heading2"/>
      </w:pPr>
      <w:r>
        <w:t>Библейские стихи к этой главе:</w:t>
      </w:r>
    </w:p>
    <w:p>
      <w:r>
        <w:t>Флп. 4:4; 1Фес. 5:16; Рим. 12:15; 2Кор. 3:11; Лк. 10:20; Мф. 5:11-12; Иоил. 2:23; Ис. 49:13; 66:10; Пс. 2:11; 32:1; 67:5; 96:12</w:t>
      </w:r>
    </w:p>
    <w:p>
      <w:pPr>
        <w:pStyle w:val="Heading2"/>
        <w:pageBreakBefore/>
      </w:pPr>
      <w:r>
        <w:t>Глава 46</w:t>
      </w:r>
    </w:p>
    <w:p>
      <w:pPr>
        <w:pStyle w:val="Heading1"/>
      </w:pPr>
      <w:r>
        <w:t>Красота радости</w:t>
      </w:r>
    </w:p>
    <w:p>
      <w:r>
        <w:t>Ничто так не веселит сердце, как радостный дух. И если я решу изучить физиологию своего тела и понять, как радость влияет на моё здоровье, то я буду удивлён, насколько она врачует, исцеляет, приводит в норму мой организм. А если к этому прибавить и соблюдение законов здоровья, то я просто поражаюсь тому, как дивно я устроен.</w:t>
      </w:r>
    </w:p>
    <w:p>
      <w:r>
        <w:t>Бог подарил мне удивительное тело, которое независимо от меня заботится само о себе, получая импульсы и команды от центра управления в моей голове. А мой мозг напрямую связан с моим настроением и подчинён влиянию моих чувств. Он слышит мои слова, понимает мои эмоции и обрабатывает всё, что и как я делаю. И моя жизнь командует моему телу, каким ему быть.</w:t>
      </w:r>
    </w:p>
    <w:p>
      <w:r>
        <w:t>Если я сяду за руль автомобиля, то ему всё равно, с каким настроением я управляю им. Он будет послушен только командам моих рук и ног. Но моё тело очень чётко реагирует на всё, что я переживаю, и вырабатывает гормоны стресса или радости в зависимости от того, что я чувствую и на что настраиваю свой разум.</w:t>
      </w:r>
    </w:p>
    <w:p>
      <w:r>
        <w:t>Радость можно создать искусственно, путём внешних возбудителей, путём неправильного питания, или даже имея временное греховное наслаждение. И мой организм реагирует и на это и соответственно отвечает своей работоспособностью. Но я имею уникальное тело, которое знает голос своего Творца и понимает Его приказы. Оно ждёт слияния моего человеческого с Божественным, чтобы в этой гармонии делать всё то, что было изначально задумано.</w:t>
      </w:r>
    </w:p>
    <w:p>
      <w:r>
        <w:t>Я радуюсь в Господе. Это возвращение к первоначальному естественному состоянию души человека. Это гармоничное соединение земного человеческого и Небесного. И моё сердце знает этот голос Вечности и начинает радостно биться, давая живительные импульсы каждой частичке моего тела.</w:t>
      </w:r>
    </w:p>
    <w:p>
      <w:r>
        <w:t>У каждого из нас есть два сердца. Одно — это сердце в моей груди, которое качает мою кровь, второе — это моё духовное восприятие окружающего мира и выбор моей воли, чьей ей быть. Такое сердце имеет возможность решать, в чьей груди оно будет биться, в груди моего плотского человека или в груди моего Спасителя. И этот выбор делаю я, и делаю его постоянно.</w:t>
      </w:r>
    </w:p>
    <w:p>
      <w:r>
        <w:t>И, выбирая Бога, я прихожу в гармонию с Ним, позволяю Ему радовать моё сердце, давать направление моей жизни, очищать душу от скверны этого мира. И от такой гармонии ликует всё внутри меня. И сочетание моей радости со всеми остальными материалами моего домика счастья наполняет мою жизнь настоящим и постоянным веселием.</w:t>
      </w:r>
    </w:p>
    <w:p>
      <w:r>
        <w:t>Как выглядят радостные люди? Они прекрасны в Божьих глазах, ибо очень правильно отражают образ своего Творца и в награду за это получают все щедроты Неба в виде обильных Божьих благословений. И всё это, подобно снежному кому, становится больше и больше, пока не выплеснется из меня в виде возгласов хвалы и благодарственных молитв, пока не обратится в неимоверное желание радовать и своих ближних.</w:t>
      </w:r>
    </w:p>
    <w:p>
      <w:r>
        <w:t>Плотской человек ненавидит радость в Господе и всячески препятствует её распространению язвительными упрёками и придирками, насмешками и оскорблениями, пытаясь разрушить и испортить моё настроение. И то, как я встречу эту атаку врага, как я на это отреагирую, и повлияет на моё дальнейшее самочувствие.</w:t>
      </w:r>
    </w:p>
    <w:p>
      <w:r>
        <w:t>Но чтобы понять цену моей радости и то, во сколько она обошлась моему Господу, стоит задуматься, благодаря Кому я её имею. И мои размышления приводят меня сначала в Эдемский сад, где враг человека украл характер Неба, а потом я восхожу на Голгофу, где вижу плату за мой грех в виде смерти Того, Кто не сделал ни одного греха, но так любит меня, что решил вместо меня пойти на этот шаг, дабы вернуть мне возможность жить счастливо и жить вечно. И эта цена очень велика. В таком свете я понимаю, что я не просто могу или не могу радоваться, а я буду постоянно в этом пребывать, ибо это плод Святого Духа в моей жизни.</w:t>
      </w:r>
    </w:p>
    <w:p>
      <w:r>
        <w:t>Радость включает в себя элементы видимого проявления и может выражаться на моём лице или в моём эмоциональном поведении, но по своей глубине она имеет очень сложное внутреннее устройство и более похожа на корни плодового дерева, которые постоянно растут в недрах Божьего сердца и ищут источники питания для моей души. Радость, как привитая виноградная веточка, которая всем своим естеством врастает в Лозу и становится с ней одним целым, чтобы питаться её соками и быть уже частью этого растения. В таком процессе заключается уникальная особенность. Если к Лозе привить тёмный сорт винограда, то он будет приносить тёмные плоды соответственно природе веточки, а светлый сорт будет давать светлый виноград. Во Христе я не теряю свою индивидуальность, но гармонично сочетаю свои особенности с Божьими законами и принципами.</w:t>
      </w:r>
    </w:p>
    <w:p>
      <w:r>
        <w:t>Радость в Господе — это прекрасная возможность для любви выразить себя видимым образом, а также навести внутреннюю чистоту в моём сердце. И она весьма умело совершает эту работу и делает её с лёгкостью и радостью. Об изначальном плане любви при творении нашего мира и нас с вами в лице Адама очень хорошо написано в Прит.8:30-31: «Тогда я была при Нем художницею, и была радостью всякий день, веселясь пред лицем Его во всё время, веселясь на земном кругу Его, и радость моя была с сынами человеческими».</w:t>
      </w:r>
    </w:p>
    <w:p>
      <w:r>
        <w:t>Радость в Господе — это вечное украшение моей жизни, моего домика счастья. Это кровь Христа, текущая по моим венам и питающая моего духовного человека. Она даётся мне навсегда, чтобы вечно быть моей спутницей жизни и непрестанно питать моё существо из неиссякаемого источника Вечной любви.</w:t>
      </w:r>
    </w:p>
    <w:p>
      <w:r>
        <w:t>Вас радуют радостные люди? Правда, они прекрасны? Они создают вокруг себя атмосферу жизни и ликования, и даже молча и не улыбаясь, и имея много забот, они прекрасны. Очень приятно находиться в их обществе.</w:t>
      </w:r>
    </w:p>
    <w:p>
      <w:r>
        <w:t>Если нормальному человеку предложить высокооплачиваемую работу в злом коллективе, то он недолго выдержит это общество и предпочтёт лучше среднюю зарплату в команде радостных людей, нежели жалкое существование в постоянном стрессе за большие деньги. Но у кого-то любовь к материальным благам превышает призывы разума, и эти люди лишают себя многого, выбирая временное, тленное, ядовитое, а потом удивляются тому, откуда приходят болезни и страдания, ведь кругом такой блеск и помпезность?!</w:t>
      </w:r>
    </w:p>
    <w:p>
      <w:r>
        <w:t>Существует поверье, что радость и дети — это удел бедняков, и это взято из жизни. И видишь, что где-то так и есть, и чем проще взгляды на жизнь, тем больше счастливых лиц. Но радость в Господе доступна всем слоям общества и даже бездетным семьям. Она способна украсить любой дом и преобразить в подобие Божие любое сердце. Но она не способна жить сама по себе в отрыве от всего тела. Этот кирпичик счастья не будет радовать меня отдельно от всего домика. Он подобно угольку, вынутому из огня, очень быстро потухнет и умрёт или примет вид благочестия, не имея внутренней силы.</w:t>
      </w:r>
    </w:p>
    <w:p>
      <w:r>
        <w:t>Смех — это не всегда радость в Господе, но это лучше гнева. Не стоит путать радость со смехотворством. Сатана пытается внедрить эту подделку, чтобы увести нас под свою власть, но чистое сердце отвергает искусственные источники и выбирает вечное. И чувство юмора хорошо само по себе, когда оно покоится на следствии послушания и любви к Богу.</w:t>
      </w:r>
    </w:p>
    <w:p>
      <w:pPr>
        <w:pStyle w:val="Heading2"/>
      </w:pPr>
      <w:r>
        <w:t>Библейские стихи к этой главе:</w:t>
      </w:r>
    </w:p>
    <w:p>
      <w:r>
        <w:t>Прит.15:17; 17:22; 1Пар.16:26-33; Неем.8:10,17; 12:43; Иов. 38:5-7; Пс. 15:11; 29:6; 42:4; 46:2; 50:10,14; 67:4; 104:43; 125:5-6; Прит.10:28; 14:10,13; Еккл.2:26; 5:19; 11:9; Ис.53:11</w:t>
      </w:r>
    </w:p>
    <w:p>
      <w:pPr>
        <w:pStyle w:val="Heading2"/>
        <w:pageBreakBefore/>
      </w:pPr>
      <w:r>
        <w:t>Глава 47</w:t>
      </w:r>
    </w:p>
    <w:p>
      <w:pPr>
        <w:pStyle w:val="Heading1"/>
      </w:pPr>
      <w:r>
        <w:t>Необычная радость</w:t>
      </w:r>
    </w:p>
    <w:p>
      <w:r>
        <w:t>Летом 2016 года я накрывал крышу плёнкой и попал под дождь, который промочил мою одежду насквозь. Я не придал этому значения, переоделся и жил дальше. Через день я проснулся в час ночи от сильной боли в спине, и я не мог пошевелиться, ибо любое телодвижение вызывало сильнейшие муки и удушье. Я лежал в постели и думал о том, что я теперь стал инвалидом, и не знал, как жить дальше. Никого рядом не было, чтобы мне помочь. Телефон был отключён и находился вдали. Но я решил быть благодарным и радоваться. Моё лицо засветилось улыбкой, а уста стали благодарить Бога за такие испытания. Но я не мог шевелиться, и при этом ещё захотелось и в туалет. И я решил бороться за жизнь. Прилагая различные усилия, я через полчаса всё-таки смог встать с кровати и даже смог ходить. И я продолжал радоваться, и счастье переполняло моё сердце. В результате я привязал к спине грелку и так прожил до утра.</w:t>
      </w:r>
    </w:p>
    <w:p>
      <w:r>
        <w:t>Наутро боль ушла, и я пошёл на работу. В следующую ночь всё повторилось, и я вновь благодарил Бога за такие необычные испытания, и моя радость была со мной. В течение недели я спал по часу-два в сутки и при этом ходил на работу и, к удивлению, был довольно бодрым. Через неделю боли ушли, и всё пришло в норму. Я решил, что это был радикулит, и мне очень не понравилось такое положение вещей. Но я в это время чему-то научился.</w:t>
      </w:r>
    </w:p>
    <w:p>
      <w:r>
        <w:t>Было много и других случаев, когда враг души желал меня привести в уныние и ввергнуть в отчаяние, но я выбирал радость. И больше всего я боялся остаться без неё, ибо меня пугали болезни и проклятия из 28 главы Второзакония, и я решил, что лучше радоваться и быть послушным Богу, чем страдать от проклятий и болеть. И это оказалось очень эффективным средством защиты в моей жизни.</w:t>
      </w:r>
    </w:p>
    <w:p>
      <w:r>
        <w:t>Когда я узнаю о проблемах или горе в жизни своих друзей, тогда я сразу спрашиваю их о том, не хотят ли они научиться счастью и радости в это время. Не все меня понимают. А я именно так и учусь. Для меня любой кризис — это повод для радости, и я сразу начинаю благодарить Бога за то, что Он рядом и не оставил меня.</w:t>
      </w:r>
    </w:p>
    <w:p>
      <w:r>
        <w:t>Было в моей жизни и такое. Занимаясь бизнесом, приходилось вкладывать деньги в различные проекты и ожидать их возвращения с прибылью. А они не приходили. И я понимал, что я на грани банкротства, и не всегда было понятно, что делать. Но я выбирал путь радости и благодарности и просто ждал, как поможет Господь. И мне приходили на память слова Аввакума из Авв 3:17-18: «Хотя бы не расцвела смоковница и не было плода на виноградных лозах, и маслина изменила, и нива не дала пищи, хотя бы не стало овец в загоне и рогатого скота в стойлах, — Но и тогда я буду радоваться о Господе и веселиться о Боге спасения моего». И меня эти стихи всегда поддерживали. И я понимал, что, пока я жив, всегда можно что-то придумать и жить дальше, а в данный момент я могу только радоваться, что я Божий, что Господь меня не оставил, что даже если я потеряю всё, то Иисус будет меня крепко держать в Своей руке. И от этого становилось очень спокойно.</w:t>
      </w:r>
    </w:p>
    <w:p>
      <w:r>
        <w:t>Также помогает и знание того, что в конце времени у меня не останется ничего, кроме моей веры и моих друзей в Господе, поэтому я настроился на то, чтобы не прилепляться к вещам, а если что и покупаю для жизни, то это радует меня как временное, но не более того. И моя радость всегда со мной, чтобы моему сердцу было приятно в Господе.</w:t>
      </w:r>
    </w:p>
    <w:p>
      <w:r>
        <w:t>Готовя уроки и задания для этой школы, я очень часто ловил себя на мысли о том, что, если бы я это время провёл в работе, то моё финансовое положение стало бы намного лучше, чем ныне. Но тут же меня посещала другая мысль. Если хоть одному человеку будет лучше от моих трудов, и он начнёт жить и готовиться к Вечности или обретёт спасение и счастье в Иисусе, то это станет для меня лучшей наградой, которая будет радовать меня всю Вечность. И становится так хорошо, а Бог заботится о материальной стороне моей жизни и творит удивительные чудеса.</w:t>
      </w:r>
    </w:p>
    <w:p>
      <w:r>
        <w:t>Был случай, когда я вложил все деньги в материал, нанял рабочих, которые во время моего отсутствия сделали работу небрежно, и пришлось всё отдирать, выкидывать, покупать новое и переделывать за свой счёт. И никакой перспективы, что за это заплатят. А денег нет. Я уже думал, чем заняться дальше, когда бизнес закроется, и радовался новым перспективам прекрасного будущего, но всё решилось иначе. Неполадки были устранены за счёт работников, объект сдан, деньги выплачены, и я двигаюсь дальше.</w:t>
      </w:r>
    </w:p>
    <w:p>
      <w:r>
        <w:t>Пророчества о последнем времени учат тому, что нас ждут интересные события. И мне очень пригодятся в это время не мои материальные блага и накопления, а то духовное наследие, которое собирается сейчас. И это время пришло, и надо быть очень слепым, чтобы не понимать, что нечто необычное происходит в мире.</w:t>
      </w:r>
    </w:p>
    <w:p>
      <w:r>
        <w:t>И я знаю, что меня впереди ждёт огонь, которого я не смогу избежать. Но верою я вижу в этом огне Иисуса и желаю только одного – не потерять Его руку во время испытания и очищения. А Он в Своём Слове уверяет меня, что Он будет со мной. Но уже радуюсь тому, что имею перспективу встретить Христа живым. И это приносит такое счастье сердцу!</w:t>
      </w:r>
    </w:p>
    <w:p>
      <w:r>
        <w:t>Я много раз переживал смерть дорогих и близких людей, и я не знаю, как я отреагирую на это событие в будущем, но уже сейчас настраиваю себя на радость не от того, что они умрут, а от того, что они умрут раньше меня, и им не придётся пережить боль и страдания нашей разлуки. И я уже сейчас благодарен Богу за то, что Он мне подарил всех этих людей, которые радовали моё сердце до самой своей смерти, и эта временная разлука обратится в неимоверную радость в день встречи при первом воскресении.</w:t>
      </w:r>
    </w:p>
    <w:p>
      <w:r>
        <w:t>Да и моя смерть меня не пугает, а радует тем, что я даже не узнаю о том, что я умер, а следующим мигом будет пробуждение в новом теле, чтобы жить вечно. И от этого совсем радостно!</w:t>
      </w:r>
    </w:p>
    <w:p>
      <w:r>
        <w:t>Я могу описывать ещё много опытов и испытаний, из которых я выходил с радостью победы, ибо любовь не проигрывает. И я делал это с радостью духа, ибо решал так отвечать на проблемы.</w:t>
      </w:r>
    </w:p>
    <w:p>
      <w:r>
        <w:t>Но скажу честно, что не всегда моя внутренняя радость и жизнерадостность отображаются внешне. Иногда я забываю сообщать своему лицу о том, что я счастлив, и многие хотят узнать, почему я такой серьёзный. Приходится срочно исправлять подобное недоразумение.</w:t>
      </w:r>
    </w:p>
    <w:p>
      <w:r>
        <w:t>Если вы думаете, что я всё вижу в розовых очках, то хочу вас разочаровать. Это не так. Моя жизнь, как и ваша, подвергается множеству нападок сатаны, и он постоянно что-то портит на моём пути и старается ввергнуть меня в уныние. Но даже если я и не сразу понял, как реагировать, то привычка радоваться помогает правильно встретить испытание, а потом уже приходит и осознание того, как жить дальше.</w:t>
      </w:r>
    </w:p>
    <w:p>
      <w:r>
        <w:t>И в радости я вижу самое правильное решение многих вопросов. И это то оружие, которое будет поддерживать меня в последнее время в духе любви и счастья.</w:t>
      </w:r>
    </w:p>
    <w:p>
      <w:r>
        <w:t>А если учесть, что моя любовь в Господе является источником и первопричиной моей радости в Господе, то с таким арсеналом не страшна никакая война.</w:t>
      </w:r>
    </w:p>
    <w:p>
      <w:r>
        <w:t>Об этом легко писать, легко говорить, когда это позади, но во время испытаний, бывает, хочется убежать, но радость даёт другой выход.</w:t>
      </w:r>
    </w:p>
    <w:p>
      <w:pPr>
        <w:pStyle w:val="Heading2"/>
      </w:pPr>
      <w:r>
        <w:t>Библейские стихи к этой главе:</w:t>
      </w:r>
    </w:p>
    <w:p>
      <w:r>
        <w:t>Авв.3:17-18; 1Пет.4:12-14; Иак.1:1-2; Мф.5:10-12; Прит.14:10; Пс.125:5-6; Мф.25:23; Лк.10:20; 15:10; Ин.15:11; 16:20,24; 17:13; Рим.14:17; Флм.1:7</w:t>
      </w:r>
    </w:p>
    <w:p>
      <w:pPr>
        <w:pStyle w:val="Heading2"/>
        <w:pageBreakBefore/>
      </w:pPr>
      <w:r>
        <w:t>Глава 48</w:t>
      </w:r>
    </w:p>
    <w:p>
      <w:pPr>
        <w:pStyle w:val="Heading1"/>
      </w:pPr>
      <w:r>
        <w:t>Чей ты?</w:t>
      </w:r>
    </w:p>
    <w:p>
      <w:r>
        <w:t>В нашем мире существует добрая традиция, которую соблюдают почти все люди независимо от их национальности и религиозной принадлежности. При заключении брака жена берёт фамилию мужа. И в этом действии есть что-то значимое. Это добровольное волеизъявление женщины, которая таким решением показывает всему видимому и невидимому миру свою принадлежность конкретному человеку. И я замечал, что многие женщины сразу перестраиваются под своих мужей и с первой минуты после бракосочетания начинают называть себя по имени любимого мужчины. А дети при рождении получают фамилию своих родителей.</w:t>
      </w:r>
    </w:p>
    <w:p>
      <w:r>
        <w:t>И в данной традиции есть что-то очень важное и значимое для духовного мира. Как бы родственники или друзья, или общество ни смотрели на подобный союз, даже если они не воспринимают его всерьёз, то после того, как два свободных человека сказали друг другу «да» в глазах Неба и общества, они становятся мужем и женой. Простое и короткое слово «да» кардинально меняет жизнь человека, и он уже не принадлежит сам себе, но становится частью своей половинки под названием «семья», а в глазах Бога - «одна плоть». И только смерть может разъединить этот союз. Но, к сожалению, ко многим смерть приходит при их жизни, и они переживают трагедию распада семьи, в которой нет победителей, но одни жертвы, обречённые на страдания.</w:t>
      </w:r>
    </w:p>
    <w:p>
      <w:r>
        <w:t>Когда я живу сам по себе, тогда в какой-то момент времени Бог начинает меня привлекать к Иисусу и открывать мне значение тех событий, которые произошли на Голгофе около 2000 лет назад. Я начинаю проявлять к этому интерес, стараюсь понять смысл случившегося, изучаю сопутствующие материалы. И в процессе познания Великой Жертвы в моём сердце загорается вера. Я вдруг осознаю, что Иисус — не просто Спаситель мира, а Он — мой личный Спаситель. И это открытие всё переворачивает в моей жизни. Зарождается вера в Него, и я стремлюсь побольше узнать о Нём, желаю стать ближе к Нему. В моём сердце происходит духовное возрождение, и я жажду познания Бога. Я хочу иметь отношения со своим Небесным Другом. Меня радует Его невидимое общество, и я решаюсь заключить с Ним завет и войти в личные отношения, стать одной семьёй. Я принимаю водное крещение, чтобы таким образом исполнить всякую правду, и делаю этот шаг веры.</w:t>
      </w:r>
    </w:p>
    <w:p>
      <w:r>
        <w:t>И что-то удивительное происходит в моей жизни. Я становлюсь членом Божьей семьи, меня принимают как своего брата, а в глазах Неба я предстою Божьим человеком — собственностью Христа. И я вправе называться христианином. И в этом новом имени есть что-то весьма значимое в глазах Бога. Я не просто верующий человек, а я вступаю в законные отношения с Божьим Сыном и становлюсь с Ним одним целым. Мы семья. Я начинаю глубже познавать Христа, а Ему даю полное право познавать меня, чтобы в результате этих глубоких личных отношений я смог приносить плод или много плода. И в мою жизнь приходит счастье.</w:t>
      </w:r>
    </w:p>
    <w:p>
      <w:r>
        <w:t>Следующий кирпичик моего домика счастья носит название: «я Божий». Это так просто и так естественно называться именем Того, Кому ты принадлежишь по праву своего выбора, по праву творения, по праву искупления. И это не просто союз двух одиноких личностей, а моё возвращение к тому замыслу Бога, который был вложен в первого человека. Адам был сотворён Богом для Бога, но по причине непослушания он был украден из Божьей семьи, чем принёс неимоверные страдания своему Творцу. Но Господь внёс очень Высокую Плату, чтобы выкупить человека из царства тьмы и вернуть его в Небесную семью. И если подобное удаётся, то я становлюсь дважды Божьим: по праву творения, и по праву искупления.</w:t>
      </w:r>
    </w:p>
    <w:p>
      <w:r>
        <w:t>Я Божий. Это самое великое счастье иметь такое имя, так называться, так отличаться от мира. Это имя будет моим всегда, как в этом мире, так и всю Вечность. Никто и ничто не сможет меня лишить такого статуса.</w:t>
      </w:r>
    </w:p>
    <w:p>
      <w:r>
        <w:t>Но враг души не сидит в смирении на месте, глядя на то, как я ухожу из его власти, разрывая с Божьей помощью цепи греха. Сатана не желает меня терять, а если и теряет меня, то делает всё возможное, чтобы вернуть меня обратно. Он мне предлагает красивую смерть, чтобы с её помощью разлучить меня с Иисусом. И эта смерть имеет огромное влияние на умы людей. Она преподносится как вкусное вино со всевозможными учениями и развлечениями. И неважно, с какой стороны я решу попробовать эту чашу. Она ядовитая везде, и она производит своё губительное влияние в моём сознании, разделяя меня с моим Спасителем.</w:t>
      </w:r>
    </w:p>
    <w:p>
      <w:r>
        <w:t>Иисус спасает меня от смерти и власти греха, и если я решаюсь вновь к этому вернуться в своих заигрываниях с соблазнами сатаны, то я имею на это право. Я свободен принимать любые решения, но моя свобода не подразумевает возвращение в рабство. Моя свобода даёт мне право на жизнь с Богом, на Вечную жизнь с Вечным Господом.</w:t>
      </w:r>
    </w:p>
    <w:p>
      <w:r>
        <w:t>Я Божий. В этом имени заключена особая сила, и это наполняет моё сердце невидимым осознанием уникальной защиты, уникальной принадлежности, особых отношений в Божьей семье.</w:t>
      </w:r>
    </w:p>
    <w:p>
      <w:r>
        <w:t>И важно понимать, что главную роль в этом словосочетании играет слово: «я». Как бы это ни воспринималось, но именно я являюсь объектом особого Божьего интереса во всей Вселенной, и, вступая со мной во взаимоотношения, Господь именно ко мне питает самые тёплые чувства, проявляет самую нежную заботу, изливает Вечную любовь, при этом всегда спрашивая моего разрешения на самые глубокие отношения. И я вправе дать Ему разрешение на моё благословение или отказать Ему в отношениях по причине занятости.</w:t>
      </w:r>
    </w:p>
    <w:p>
      <w:r>
        <w:t>Главный подарок, которым Господь желает меня наделить, — это любовь Агапэ, которая ищет то самое место в моём сердце величиной с Бога, чтобы занять его по полному праву. Но я свободен даже при таком заманчивом предложении дать отказ Творцу и объяснить это тем, что купил новых волов, и хочу их испытать, или приобрёл новое поле деятельности, и иду его посмотреть, или создаю новый союз, или ещё что-то значимое.</w:t>
      </w:r>
    </w:p>
    <w:p>
      <w:r>
        <w:t>И больше всего меня удивляет и поражает Божье уважение моего выбора. Даже имея на меня все права и всю власть, Он считается с моими особенностями характера и с моими желаниями, и Он всегда вежливо спрашивает, может ли Он войти в сферу моего личного пространства, чтобы что-то в нём изменить.</w:t>
      </w:r>
    </w:p>
    <w:p>
      <w:r>
        <w:t>Я Божий. Это абсолютная свобода, это высшая власть, это Вечная печать и личная принадлежность моему Небесному Супругу. И это имя будет моим всю Вечность, если я сохраню верность и позволю Господу совершать во мне все Свои планы, если разрешу Ему производить во мне действия и хотения по Своему благоволению.</w:t>
      </w:r>
    </w:p>
    <w:p>
      <w:r>
        <w:t>Небо — это мой дом, ибо я Божий. Бог — мой Небесный Отец, ибо я Его сын, рождённый для Него от Святого Духа. Иисус — мой Спаситель и мой законный Супруг по праву Своей искупительной жертвы и моего выбора, и согласия. Я имею полное право называться этим Небесным именем и показывать миру красоту нашего союза в своём преображённом и освящённом характере.</w:t>
      </w:r>
    </w:p>
    <w:p>
      <w:r>
        <w:t>И этот кирпичик очень хорошо вписывается в стену моего домика счастья, чтобы вечно украшать его, ведь он становится одним целым с Основанием и вечно радует моё сердце. Я не представляю, кем я стану, если потеряю право на это имя. Весь мой домик рухнет.</w:t>
      </w:r>
    </w:p>
    <w:p>
      <w:pPr>
        <w:pStyle w:val="Heading2"/>
      </w:pPr>
      <w:r>
        <w:t>Библейские стихи к этой главе:</w:t>
      </w:r>
    </w:p>
    <w:p>
      <w:r>
        <w:t>1Ин.3:1-3; Рим.8:14-18; Мф.6:9; 18:3; Лук.11:2; Пс.28:1; Мф.5:9; Гал.3:26-29; Деян. 11:26; Ис.4:1-3; Ин.3:5-7; 1Пет.2:4-5,9-10; 4:14-18</w:t>
      </w:r>
    </w:p>
    <w:p>
      <w:pPr>
        <w:pStyle w:val="Heading2"/>
        <w:pageBreakBefore/>
      </w:pPr>
      <w:r>
        <w:t>Глава 49</w:t>
      </w:r>
    </w:p>
    <w:p>
      <w:pPr>
        <w:pStyle w:val="Heading1"/>
      </w:pPr>
      <w:r>
        <w:t>Важность самоидентификации</w:t>
      </w:r>
    </w:p>
    <w:p>
      <w:r>
        <w:t>В духовном мире действуют очень важные законы, которым я порою не придаю особого значения и на которые не обращаю внимания, но они имеют огромный вес и оказывают сильное влияние на мою жизнь.</w:t>
      </w:r>
    </w:p>
    <w:p>
      <w:r>
        <w:t>Бог очень мудр и немногословен в Своих проявлениях. И если Он начинает что-то говорить, то каждое Его слово продумано. Оно имеет определённую цель, чтобы выполнить то, для чего оно было сказано и послано.</w:t>
      </w:r>
    </w:p>
    <w:p>
      <w:r>
        <w:t>Чтобы понять важность кирпичика «Я Божий», давайте на примере Иисуса попытаемся вникнуть в глубину этой самоидентификации. Почему так важно понимать свою принадлежность и что это значит для меня?</w:t>
      </w:r>
    </w:p>
    <w:p>
      <w:r>
        <w:t>Иисус пришёл к Иордану, чтобы принять водное крещение от Иоанна Крестителя путём полного погружения. Иоанн не понимал, почему он должен крестить Того, Кто был чист и свят, но Иисус убедил его сделать это, чтобы исполнить всякую правду. Господь дал нам пример и показал важность этого обряда, а также Христос совершил это крещение вместо тех, кто по каким-то причинам не сможет креститься, например, разбойник на кресте. И когда наш Господь вышел из воды и молился о предстоящей миссии, Бог Отец особым образом ответил на эту молитву словами: «Ты Сын Мой Возлюбленный; в Тебе Моё благоволение!» Лк.3:22.</w:t>
      </w:r>
    </w:p>
    <w:p>
      <w:r>
        <w:t>Представьте следующую картину. Иисус молится о предстоящей миссии, находится в ожидании того, как ответит Отец, и Он не знает, будет ли видимый ответ, но верою отдаёт Свою жизнь в Божьи руки и заверяет Небо в том, что Он готов выполнить возложенную на Него миссию. И Христос слышит слова о том, что Он Сын возлюбленный, в Котором Божье благоволение. Иисусу объявляют, что Он Божий. Неужели Он этого не знал? Знал, и ещё в 12 лет при посещении Храма Иисус дал понять Иосифу и Марии, что Он Божий Сын. Лк.2:49</w:t>
      </w:r>
    </w:p>
    <w:p>
      <w:r>
        <w:t>Но Бог знает, что делает. И в этой самоидентификации, которая была предложена Иисусу, был ключ к победе в дальнейших испытаниях, которые не заставили себя ждать. Да и для народа, пришедшего на Иордан, это был особый знак, который обратил их сердца к более глубокому исследованию пророчеств о Мессии и привлёк их внимание к самой миссии Иисуса.</w:t>
      </w:r>
    </w:p>
    <w:p>
      <w:r>
        <w:t>Но Господь крестился и ушёл в полном одиночестве в пустыню. Такого поворота событий никто не ожидал. Люди ждали Царя, Который объявит Новое Царство и установит высшую власть, а Мессия объявился и исчез, и не на день, а на 40 дней. Но голос с неба свидетельствовал о том, что Он есть именно Тот, Кто должен прийти.</w:t>
      </w:r>
    </w:p>
    <w:p>
      <w:r>
        <w:t>И вот Сын Божий после 40 дней поста взалкал. И тут же к Нему подходит сатана с очень странным предложением, которое начиналось со слов: «Если Ты Сын Божий...» Обратили внимание, на чём пытался сыграть враг души? На сомнении Христа в Своей принадлежности Богу. Далее дьявол ставит Иисуса на крыло храма и снова повторяет этот вопрос. Сатана долго готовился к этой встрече, подбирал нужные слова, чтобы обескуражить Иисуса, и его обольщения имели колоссальную силу. Но Господь не стал вступать в дебаты с сатаной и не стал ему ничего доказывать, а спокойно ответил словами из Писания, которое имел в сердце как оружие для защиты и нападения.</w:t>
      </w:r>
    </w:p>
    <w:p>
      <w:r>
        <w:t>Врагу души нечего было ответить на такое противостояние, и он отошёл готовить следующее искушение.</w:t>
      </w:r>
    </w:p>
    <w:p>
      <w:r>
        <w:t>В наши дни враг применяет те же методы в отношении Божьих детей, которые зачастую сомневаются в своей самоидентификации и пытаются что-то доказать, попадаясь на хитрые уловки. «Если ты христианин, то ты должен это так-то или так доказать!», и мы спешим на это ответить, и слышим: «Это меня не убеждает, сделай-ка ещё вот это!», и мы снова торопимся что-то доказать. А зачем?</w:t>
      </w:r>
    </w:p>
    <w:p>
      <w:r>
        <w:t>Мне иногда предлагают доказать свою принадлежность или любовь делами, которые я не планировал совершать. На что я спокойно отвечаю, что я это делать не буду, ибо не вижу необходимости, а буду совершать то, что Господь положит на сердце. Но враг вновь и вновь обрушивает свои обвинения.</w:t>
      </w:r>
    </w:p>
    <w:p>
      <w:r>
        <w:t>Приближалось время Великой Жертвы, которое предстояло пережить Христу. И Он позвал трёх учеников на гору, чтобы с ними помолиться. И когда молился, Он преобразился, одежды Его стали сиять, Ему явились два мужа, и сошло облако. Читаем в Лук 9:35: «И был из облака глас, глаголющий: Сей есть Сын Мой Возлюбленный, Его слушайте». Вновь Бог говорит очень коротко и повторяет то, что однажды сказал, добавляя необходимость нашего послушания. Почему так мало, и именно эти слова? Необходимо понять эту глубину. Происходит закрепление самоидентификации Христа.</w:t>
      </w:r>
    </w:p>
    <w:p>
      <w:r>
        <w:t>И когда Господь был распят, тогда в лице нечестивых людей к Нему вновь обратился сатана со словами: Лук 23:39: «...если Ты Христос, спаси Себя и нас»; Мат 27:40: «...спаси Себя Самого, если Ты Сын Божий, сойди с креста»; Мат 27:42: «Других спасал, а Себя Самого не может спасти; если Он Царь Израилев, пусть теперь сойдёт с креста, и уверуем в Него».</w:t>
      </w:r>
    </w:p>
    <w:p>
      <w:r>
        <w:t>И вновь Христос слышит это страшное «если». И Он смог бы привести им доказательства, и для Него это было суровым испытанием, ибо Он имел на это силу и власть. Он был способен их применить. Но Иисус не стал никому ничего доказывать, а молился за Своих врагов, понимая, что Он их спасает от страшной участи, и нет другого пути, который бы избавил грешника от мук вечной смерти. Иисус не усомнился в Своей принадлежности Богу, и это знание помогло Ему устоять в самом тяжёлом испытании.</w:t>
      </w:r>
    </w:p>
    <w:p>
      <w:r>
        <w:t>В каждого человека заложена потребность быть частью семьи. Каждый ребёнок желает быть чьим-то. И даже плохая семья лучше хорошего интерната. Я слышал свидетельства тех людей, которые брали детей из детских домов, о том, как дети тут же начинали называть приёмных родителей папой и мамой. И в этой самоидентификации заложено чувство принадлежности, нужности и защиты в этом греховном мире. И для любого ребёнка очень важно понимать, чей он. Также это необходимо осознавать и Божьим детям. И правильное осознание своей принадлежности даёт мне силу и уверенность во многих испытаниях, ибо я знаю, Кто мой Отец, и что Он любит меня, и то, что защитит как Своего сына, как и обещал. И это знание помогает мне правильно ориентироваться и мужественно переносить всё, что допустит Бог в моей жизни.</w:t>
      </w:r>
    </w:p>
    <w:p>
      <w:r>
        <w:t>Я Божий. Это не только моя защита во время испытаний, но и моё оружие для захвата новых территорий, ибо Господь дал Своим детям власть наступать на змей и скорпионов и заверил нас в том, что Он с нами во все дни до скончания века. И я в это верю и с этим знанием встречаю многие испытания, и ничто мне не может повредить.</w:t>
      </w:r>
    </w:p>
    <w:p>
      <w:r>
        <w:t>Я Божий. Как бы это просто ни звучало, но такая самоидентификация делает меня частью Небесной семьи и даёт мне понимание моего статуса и власти.</w:t>
      </w:r>
    </w:p>
    <w:p>
      <w:r>
        <w:t>Как бы себя чувствовал мужчина, если бы его жена стеснялась говорить другим, что она замужем, и публично отрекалась бы от своего мужа, и во избежание насмешек соблюдала дистанцию? Ученик Пётр однажды решил так поступить, о чём потом горько сожалел.</w:t>
      </w:r>
    </w:p>
    <w:p>
      <w:r>
        <w:t>Я Божий. Я знаю, в Кого я верю. Я знаю, Чей я. Я верю в то, что Бог мой Отец, я рождён свыше, чтобы жить вечно, Иисус любит меня, и Он — мой Спаситель, и я в Его руке. Все мои волосы сочтены, и мне нечего бояться. Всё это так естественно, но почему-то многие дети Божии этого не знают или стесняются это признать, а это так важно иметь в сердце.</w:t>
      </w:r>
    </w:p>
    <w:p>
      <w:pPr>
        <w:pStyle w:val="Heading2"/>
      </w:pPr>
      <w:r>
        <w:t>Библейские стихи к этой главе:</w:t>
      </w:r>
    </w:p>
    <w:p>
      <w:r>
        <w:t>Мф.3:16-17; 4:3,6; 17:5; 27:39-43,54; 2Пет.1:16-18; Дан.3:24-25; Мф.26:62-66; Мар.1:1; 3:11; Лк.1:35; Ин.3:16-18; 5:25-29; 1:25-27; Деян.9:19-20; Евр.4:14; 1Ин.4:15; 5:12; Откр.2:18</w:t>
      </w:r>
    </w:p>
    <w:p>
      <w:pPr>
        <w:pStyle w:val="Heading2"/>
        <w:pageBreakBefore/>
      </w:pPr>
      <w:r>
        <w:t>Глава 50</w:t>
      </w:r>
    </w:p>
    <w:p>
      <w:pPr>
        <w:pStyle w:val="Heading1"/>
      </w:pPr>
      <w:r>
        <w:t>Сила миротворчества</w:t>
      </w:r>
    </w:p>
    <w:p>
      <w:r>
        <w:t>Мир на сердце — это состояние внутреннего покоя, тишина души, умиротворённость, осознание своей безопасности. Есть различные источники достижения подобного состояния, да и сам мир может носить временный или постоянный характер. Его стабильность напрямую зависит от того, что лежит в его основании.</w:t>
      </w:r>
    </w:p>
    <w:p>
      <w:r>
        <w:t>Самый лучший пример покоя можно увидеть в детях, которые не озабочены проблемами века сего, а заняты познанием окружающего мира и имеют любящих родителей. Младенец на руках своей матери — это символ того самого покоя, который каждый из нас вкусил с рождения и имеет внутреннее представление о том, что это такое.</w:t>
      </w:r>
    </w:p>
    <w:p>
      <w:r>
        <w:t>Но мы растём, и чем старше становимся, тем больше забот у нас появляется. И в результате мы приходим к пониманию того, что этот сердечный мир утерян, и в наши дни приходят тревога, беспокойство, неудовлетворённость и страхи. И если моя жизнь протекает во грехе, то это состояние только усугубляется.</w:t>
      </w:r>
    </w:p>
    <w:p>
      <w:r>
        <w:t>Следующий кирпичик нашего домика счастья имеет название: «я миротворец».</w:t>
      </w:r>
    </w:p>
    <w:p>
      <w:r>
        <w:t>В Мф.5:9 читаем: «Блаженны миротворцы, ибо они будут наречены сынами Божиими». Сам Господь называет подобное состояние души блаженством, а людей, которые так живут, — сынами Божьими. В предыдущих уроках мы изучали кирпичик «я Божий», и теперь пришли к тому, какими свойствами души обладает Божий человек.</w:t>
      </w:r>
    </w:p>
    <w:p>
      <w:r>
        <w:t>Само слово миротворец говорит о том, что такой человек заинтересован в мирном урегулировании ситуации как внутри себя, так и в отношениях со своим окружением.</w:t>
      </w:r>
    </w:p>
    <w:p>
      <w:r>
        <w:t>Мир в духовном плане имеет много значений в русском языке. Это также и отсутствие вооружённого конфликта, перемирие в отношениях противоборствующих сторон, отсутствие войны, терпимость между противниками и тому подобное.</w:t>
      </w:r>
    </w:p>
    <w:p>
      <w:r>
        <w:t>Но в свете учения Христа мы видим, что речь идёт о состоянии души человека. И если сердце не имеет живой связи с Богом, то оно не может обладать истинным миром, который подразумевает Иисус в Своём определении блаженства.</w:t>
      </w:r>
    </w:p>
    <w:p>
      <w:r>
        <w:t>Я имею Божий мир и понимаю, что это такое. Я знаю Источник этого состояния и его закономерности.</w:t>
      </w:r>
    </w:p>
    <w:p>
      <w:r>
        <w:t>Для меня лично мирное состояние души — это Божий барометр, который очень чётко показывает мне мои недостатки, грехи, проблемы, которые возникают в моей жизни.</w:t>
      </w:r>
    </w:p>
    <w:p>
      <w:r>
        <w:t>Бог не предусмотрел счастливую и блаженную жизнь для грешника, не желающего менять свой статус. Грех приводит душу к мучительным страданиям и угрызениям совести, и человек теряет мир и начинает искать выход из этой ситуации.</w:t>
      </w:r>
    </w:p>
    <w:p>
      <w:r>
        <w:t>Враг души имеет в своём арсенале множество подделок и суррогатов, которые очень похожи на оригинал и могут даже давать временное утешение и наслаждение. Релаксация, алкоголь, наркотики, секс, экстрим, медицинские препараты, познание сверхъестественного. Но это вовлекает душу в рабство греха и делает её зависимой от услуг сатаны. В результате у человека начинаются психические расстройства, болезни и страдания, и многие приходят к осознанию того, что такая жизнь крайне тяжела, и решают с ней покончить навсегда.</w:t>
      </w:r>
    </w:p>
    <w:p>
      <w:r>
        <w:t>Но у Бога есть план для возвращения души к чистым источникам и к совершенному миру, в котором человек обретает истинное счастье.</w:t>
      </w:r>
    </w:p>
    <w:p>
      <w:r>
        <w:t>Мир Божий — это следствие моих отношений с Богом, это награда от Господа за мои труды. Это украшение моей жизни, которым могу любоваться только я. И никто, кроме меня, не сможет понять и оценить мир с Богом, ведь это моё внутреннее личное участие в Божьем плане моего Спасения.</w:t>
      </w:r>
    </w:p>
    <w:p>
      <w:r>
        <w:t>Миротворец — это тот, кто творит мир в своём сердце, в своём доме и в своём окружении. Он не успокаивается и не сдаётся, пока не достигнет намеченной цели. Знание Бога и личные отношения с Ним дают мне право на обладание Божьим миром, который производит во мне покой и даёт мне власть и мудрость свидетельствовать и другим людям о том, как можно достичь этого состояния, и о Том, Кто дарит это блаженство душе.</w:t>
      </w:r>
    </w:p>
    <w:p>
      <w:r>
        <w:t>Бог называется нашим Небесным Отцом, и этим Он даёт мне понимание, что я Его сын, что я Ему не чужой, а родное дитя, о котором Он заботится с любовью нежного Родителя. Господь также сравнивает Себя с матерью, говоря о том, что Он лучше, вернее, нежнее, и никогда не оставит Своих детей. И такие знания дают мне уверенность в том, что я нахожусь под особой защитой и в самых надёжных руках. И моя безопасность больше зависит не от того, как крепко я держусь за Бога и Его руку, а от того, как крепко Он держит меня.</w:t>
      </w:r>
    </w:p>
    <w:p>
      <w:r>
        <w:t>Мои силы могут ослабнуть, моя вера может поколебаться, мои интересы могут измениться, но Божья верность остаётся постоянной, и Его любовь ко мне — неизменной.</w:t>
      </w:r>
    </w:p>
    <w:p>
      <w:r>
        <w:t>Вследствие неверных решений или поступков я теряю мир в сердце, ибо Господь не желает, чтобы я жил в мире с Ним, идя неправильным путём. Это Его способ влияния на мою совесть и общение с моим разумом. Но если моя совесть очерствела, то мои уши перестают слышать этот Голос, и я удовлетворяюсь подделкой.</w:t>
      </w:r>
    </w:p>
    <w:p>
      <w:r>
        <w:t>Сатана преуспел в искусстве подмены истинных ценностей на ложные. Он даже использует религиозные переживания, чтобы через них дать временное утешение обманутым душам, но если в сердце человека нет Божьего закона, записанного Божьей рукой, то ни о каком истинном мире не может быть и речи. Душа находится в противостоянии Христу и никогда не сможет одержать победу в этом сражении.</w:t>
      </w:r>
    </w:p>
    <w:p>
      <w:r>
        <w:t>Мир победителя — это известное устройство общества, при котором выигравшая сторона устанавливает свой порядок и свои законы и поддерживает их путём своего превосходства и силы, диктуя побеждённому свою волю.</w:t>
      </w:r>
    </w:p>
    <w:p>
      <w:r>
        <w:t>Бог может очень быстро одолеть всех Своих врагов и навязать им Свои правила и порядки, но любовь имеет другую тактику, и она, побеждая сердце, даёт ему свободу выбора и принятия решения, предлагая себя и свои преимущества.</w:t>
      </w:r>
    </w:p>
    <w:p>
      <w:r>
        <w:t>Мир с Богом и в сердце — это плод Святого Духа, который в совокупности с другими качествами Божьей благодати влияет на моё внутреннее убранство и приносит истинное блаженство душе. В отличие от других кирпичиков счастья, которые я могу производить своими решениями, волеизъявлениями и поступками, материал «я миротворец» является следствием присутствия всех других составляющих в моём строении. Он не может спокойно занимать своё место в моих стенах, если в них образовалась брешь, и тут же поднимает тревогу и сигнализирует о том, что пришла беда, появилась смертельная опасность для моего счастья, и в дом вошёл другой дух. И при глубоком исследовании своего сердца я быстро нахожу причину и с Божьей помощью устраняю неполадки.</w:t>
      </w:r>
    </w:p>
    <w:p>
      <w:r>
        <w:t>Я миротворец. Это характер по образу Божьему, следствием которого является порядок в моём доме, так как всё приводится в гармонию с волей Всевышнего и в соответствии с Его ожиданиями.</w:t>
      </w:r>
    </w:p>
    <w:p>
      <w:r>
        <w:t>Враг души извратил это имя, называя им тех, кто с оружием в руках или с властью губить готов уничтожить всякого, кто будет усугублять конфликт или нарушать мир. Не о тех людях идёт речь.</w:t>
      </w:r>
    </w:p>
    <w:p>
      <w:r>
        <w:t>Божий миротворец — это тот, кто живёт в мире с Богом и изучает Его волю, чтобы сделать её частью своего бытия и украсить ею свою жизнь, заполнить ею свой досуг и делиться этим светом с другими. Это масло для светильника последнего времени, которое поддержит свет и не погаснет.</w:t>
      </w:r>
    </w:p>
    <w:p>
      <w:pPr>
        <w:pStyle w:val="Heading2"/>
      </w:pPr>
      <w:r>
        <w:t>Библейские стихи к этой главе:</w:t>
      </w:r>
    </w:p>
    <w:p>
      <w:r>
        <w:t>Пс.118:165; Мф.5:9; Флп.4:6-7; Кол.3:14-15; Ин.14:27; Гал.5:22-23; Ис.48:18-19; 57:19-21; Пс.33:15; 36:11; 84:11; 131:6-9; Рим.15:13,33; 1Кор.14:33; 2Кор.13:11; 1Фес.5:23</w:t>
      </w:r>
    </w:p>
    <w:p>
      <w:pPr>
        <w:pStyle w:val="Heading2"/>
        <w:pageBreakBefore/>
      </w:pPr>
      <w:r>
        <w:t>Глава 51</w:t>
      </w:r>
    </w:p>
    <w:p>
      <w:pPr>
        <w:pStyle w:val="Heading1"/>
      </w:pPr>
      <w:r>
        <w:t>Красота миротворчества</w:t>
      </w:r>
    </w:p>
    <w:p>
      <w:r>
        <w:t>В Пс. 118:165 читаем: «Велик мир у любящих закон Твой, и нет им преткновения».</w:t>
      </w:r>
    </w:p>
    <w:p>
      <w:r>
        <w:t>Слово Божие очень много повествует о Божьем мире, о том, как прекрасно быть в этом состоянии духа, о том, как его достичь, о Том, Кто его даёт. И чтобы понять, во что обошёлся Богу мой мир, следует вспомнить, что Он сделал, чтобы дать мне возможность спокойно жить, верить и решать насущные задачи. Чтобы мне было хорошо, Бог сделал Себе плохо, и причём настолько плохо, что хуже не придумаешь.</w:t>
      </w:r>
    </w:p>
    <w:p>
      <w:r>
        <w:t>Присутствие Божьего мира входило в план моего Спасения, и это было самым сильным доказательством того, что я имею мир с Богом.</w:t>
      </w:r>
    </w:p>
    <w:p>
      <w:r>
        <w:t>А наилучшим примером этого мира служила жизнь Иисуса. Наблюдая за поведением Спасителя, я удивляюсь тому, как Он спокойно вёл себя в критических ситуациях при общении со злыми людьми и при яростных нападках сатаны.</w:t>
      </w:r>
    </w:p>
    <w:p>
      <w:r>
        <w:t>Когда Христу пришлось столкнуться с одержимыми сатаною людьми, с двумя бесноватыми, которые наводили ужас на всю окрестность, тогда Он без страха их встретил, простым повелением изгнал бесов из этих несчастных душ и повелел им рассказать о том, что сотворил с ними Господь. Эти терзаемые сатаною вследствие своих беззаконий люди оказались на самом дне тёмной пропасти греха, откуда уже нет возврата, ибо человек, потерявший рассудок и попавший во власть демонов, уже сам не может себе помочь. Но встреча со Христом изменила судьбу этих несчастных, и они обрели Божий мир. Они спокойно сидели у ног своего Избавителя и внимали каждому Его слову. Эти двое были готовы следовать за Христом и быть Его самыми верными учениками, но Он дал им повеление стать Его свидетелями и всем рассказать о происшедшем чуде. Жители той местности, издыхая от страха, попросили Иисуса удалиться, что Он и сделал, но они не могли прогнать двух своих соотечественников, которые держали в страхе всю окрестность. С интересом выслушали они этих двух свидетелей Божьей силы и позже уже с радостью приняли Христа и приносили Ему всех своих больных для исцеления.</w:t>
      </w:r>
    </w:p>
    <w:p>
      <w:r>
        <w:t>Везде, куда приходил Иисус, появлялся и Божий мир. Обеспокоенные сердца обретали исцеление от страхов и от разных болезней. Иисус врачевал тела и души. Он прощал грехи людей. Он давал хлеб жизни, которым Сам и являлся.</w:t>
      </w:r>
    </w:p>
    <w:p>
      <w:r>
        <w:t>Очень часто, будучи в смертельной опасности, Господь смело шёл вперёд и никогда не терял самообладания. Он всегда с уважением относился к Своим лютым врагам, никогда не оскорбляя их в ответ. Он не проявлял свойственный этим людям дух. Совершенная любовь Христа изгоняла всякие недоразумения и сомнения из сердец тех, кто с Ним имел общение и желал узнать истину. Христос не прогонял тех, кто приходил к Нему с вопросами или с личными нуждами.</w:t>
      </w:r>
    </w:p>
    <w:p>
      <w:r>
        <w:t>Но для каждого человека у Господа было что-то такое, что приносило радость и мир душе.</w:t>
      </w:r>
    </w:p>
    <w:p>
      <w:r>
        <w:t>О, сколько несчастных душ сейчас мечутся в поиске этого Небесного мира и готовы отдать всё, чтобы обрести покой, но они идут за советом к сатане, который предлагает им всё, что угодно, кроме Истинного Источника мира и любви. Но кто-то из этих обманутых людей слышит об Иисусе и решает обратиться за спасением и помощью к Нему. И они получают просимое. Божий мир исцеляет истомленные души.</w:t>
      </w:r>
    </w:p>
    <w:p>
      <w:r>
        <w:t>Мир с Богом — это то, что даёт дружба с Иисусом, это то, что входит в План Спасения и исцеления, это то, в чём нуждается каждый человек.</w:t>
      </w:r>
    </w:p>
    <w:p>
      <w:r>
        <w:t>Пресыщение и праздность не дадут покоя душе, но приведут её к унынию и пустоте. Похоть плоти, похоть очей и гордость житейская не насытят человека и не дадут ему мира, но ввергнут сердце во тьму отчаяния и безнадёжности. И никто, кроме Христа, не сможет помочь ему оттуда выбраться. Сатана способен предложить своим узникам лишь сменить камеру в своей тюрьме и попробовать губить себя в другой сфере жизнедеятельности. И весь мир избирает эту участь, а потом винит Бога за все свои страдания и за страдания своих детей. А Бог предлагает Свой План, и Он готов спасать каждого, кто к Нему обратится.</w:t>
      </w:r>
    </w:p>
    <w:p>
      <w:r>
        <w:t>В жизни Иисуса был случай, когда после тяжёлого трудового дня Ему с учениками надлежало переплыть озеро. Иисус лёг в лодке и мирно уснул, доверив Свою жизнь Отцу. Сатана решил утопить это судно и устроил бурю. Лодку кидало в разные стороны, ученики были испуганы, и когда судно дало течь, они поняли, что смерть неминуема. И тут они вспомнили об Иисусе, Который безмятежно спал, и, разбудив Его, стали причитать о своей участи. Господь быстро оценил ситуацию и приказал ветру и волнам успокоиться. Наступил Божий мир, сначала в природе, а затем и в сердцах учеников. И они спрашивали друг друга: «Кто это, что и ветры, и море повинуются Ему?» Мф.8:27. Природа знает голос Своего Повелителя и повинуется Ему, успокаиваясь по Его приказу. И Тот, Кто усмиряет бури на море, способен усмирить и страсти человеческие.</w:t>
      </w:r>
    </w:p>
    <w:p>
      <w:r>
        <w:t>Божий мир прекрасен тем, что всякий, кто стал его обладателем, начинает меняться в лучшую сторону. Душа, попавшая под влияние Божьего Духа, успокаивается от суеты и готова учиться тому, что утверждает её в Божьем мире и не лишает её этого состояния.</w:t>
      </w:r>
    </w:p>
    <w:p>
      <w:r>
        <w:t>Я часто замечал, что были ситуации, которые выбивали меня из колеи и привносили беспокойство в мою жизнь. Но когда я стал отдавать эти заботы Христу и брать пример со своего Спасителя, стараясь не терять самообладание и сохранять покой, тогда всё решалось совсем иначе, а потом и сами соблазны переставали случаться.</w:t>
      </w:r>
    </w:p>
    <w:p>
      <w:r>
        <w:t>Будучи от природы человеком экстремальным, я постоянно искал себе приключений и очень от этого страдал, ибо мир со своими законами сильнее меня, и это преследовало меня по пятам. И где я появлялся, там начинались проблемы. Но Иисус встретился со мной и привлёк к Себе, научив меня не участвовать в делах тьмы.</w:t>
      </w:r>
    </w:p>
    <w:p>
      <w:r>
        <w:t>Поначалу я пытался вносить свой бунтарский дух и в церковь и своим поведением обескураживал многих собратьев, и они до сих пор избегают меня, но были и те, кто с любовью ко мне относился, и радуются до сих пор моим переменам и победам в Иисусе.</w:t>
      </w:r>
    </w:p>
    <w:p>
      <w:r>
        <w:t>И когда вот такому революционеру в ответ на жажду перемен Бог подарил Свою любовь, тогда я понял, что нашёл самое ценное сокровище, которое принесло с собою мир в сердце. И я стал изучать этот дар Неба.</w:t>
      </w:r>
    </w:p>
    <w:p>
      <w:r>
        <w:t>И я вижу, что тот самый мир в любви агапэ, который стал доступен мне через мои свидетельства о любви Божьей, передаётся и другим людям. И это так радует, что хочется копать ещё глубже и отдавать ещё больше.</w:t>
      </w:r>
    </w:p>
    <w:p>
      <w:r>
        <w:t>Те, кто узнаёт меня сейчас, видят продукт Божьей благодати и думают, что я всегда был таким. А я не разочаровываю этих людей и дарю им Божью любовь, как умею. Но я-то знаю, кем я был, и благодаря Кому я изменился, потому в страхе и трепете совершаю своё спасение и бережно ношу своё сердце, как хрупкую вазу, чтобы не споткнуться и не разбить. Но меня утешает, что если я сейчас и падаю, то на руку Христа или в океан Божьей любви, и эти падения не разрушают мою жизнь, а учат тому, что мне необходимо ещё что-то оставить и изменить с Божьей помощью. И Божий мир наполняет меня. Я им постоянно любуюсь и неустанно благодарю Иисуса за всё, что Он делает со мной. Ведь это не я такой сильный духом, а Он во мне побеждает всякое зло. И это — такое счастье!</w:t>
      </w:r>
    </w:p>
    <w:p>
      <w:pPr>
        <w:pStyle w:val="Heading2"/>
      </w:pPr>
      <w:r>
        <w:t>Библейские стихи к этой главе:</w:t>
      </w:r>
    </w:p>
    <w:p>
      <w:r>
        <w:t>Лук.2:14; 2Кор.5:17-20; Рим.5:1; 8:5-6; Мф.10:12-13; Лк.10:5-7; 24:36; Ин.20:19-22,26; 2Фес.3:16; Чис.6:24-26; Прит.17:1</w:t>
      </w:r>
    </w:p>
    <w:p>
      <w:pPr>
        <w:pStyle w:val="Heading2"/>
        <w:pageBreakBefore/>
      </w:pPr>
      <w:r>
        <w:t>Глава 52</w:t>
      </w:r>
    </w:p>
    <w:p>
      <w:pPr>
        <w:pStyle w:val="Heading1"/>
      </w:pPr>
      <w:r>
        <w:t>Блаженны плачущие</w:t>
      </w:r>
    </w:p>
    <w:p>
      <w:r>
        <w:t>Блаженны плачущие, ибо они утешатся. Мф.5:4 Каким вы представляете себе самого счастливого человека в мире? Наверное, это постоянная улыбка, восторг жизнью, радость, которая ищет выхода, неудержимая предприимчивость, которая постоянно что-то придумывает, это необъяснимая любовь, которая волнами исходит от присутствия этого человека? Вы правильно представляете. Всё это будет в Небесной жизни. А как выглядит счастливый человек в наше время? Думаю, что представления о вечном и наша земная реальность будут заметно отличаться друг от друга. И порою видимое глубокое проявление счастья становится заметным лишь тем, кто близко соприкасается с блаженным человеком и понимает, что он имеет очень прочное основание, крепкие стены, твёрдые принципы и при этом является очень добрым в общении и нежным в обращении. Счастливые люди не делают ближним зла, но несут частичку Неба в нашу жизнь.</w:t>
      </w:r>
    </w:p>
    <w:p>
      <w:r>
        <w:t>И даже если вы станете самым счастливым человеком в мире, и солнце радости будет постоянно светить в вашем сердце и доме, то всегда помните о том, что этот мир, который нас окружает, не создан для таких людей. Мир, в котором невинные люди теряют жизни, мир, в котором болеют и умирают дети, мир, в котором корысть, злоба, зависть и гордость владеют сердцами людей, где царствует грех, никогда не будет домом для счастливых и спасённых людей. Нас со всех сторон окружает горе, боль, страдания, и, живя в этом окружении, мы испытываем на себе его влияние, боремся, ищем и находим нечто лучшее.</w:t>
      </w:r>
    </w:p>
    <w:p>
      <w:r>
        <w:t>И это лучшее — Царство Небесное, которое внутри нас есть. Царство, в Котором есть Царь, имя Которому Иисус.</w:t>
      </w:r>
    </w:p>
    <w:p>
      <w:r>
        <w:t>Живя в этом бренном мире по вере в Бога и Его спасение, мы попадаем под особую защиту и учимся идти лучшим путём с лучшими законами. И это возносит нас над этим миром с его суетой. Но суета обременяет нас, постоянное духовное напряжение утомляет нас, возраст подтачивает наши силы, и опыт наших сражений даёт о себе знать.</w:t>
      </w:r>
    </w:p>
    <w:p>
      <w:r>
        <w:t>И какими бы мы ни были сильными и стойкими в вере, иногда Бог допускает в нашу жизнь слёзы. Слёзы радости, слёзы печали, слёзы страданий, слёзы осознания своей немощи и бессилия, слёзы умиления и просто слезы от ощущения особого Божьего присутствия.</w:t>
      </w:r>
    </w:p>
    <w:p>
      <w:r>
        <w:t>Невозможно жить в этой непрекращающейся борьбе и не плакать. И через подобные слёзы Своих возлюбленных детей наш любящий Господь даёт им особое утешение. Они уносят с собой внутреннее напряжение, и приходит мир. Бог отирает наши слёзы и плачет вместе с нами, зная, как нам бывает тяжело. Его страдания за нас настолько выше наших, насколько Он больше нас. И Он для нас как любящий Отец.</w:t>
      </w:r>
    </w:p>
    <w:p>
      <w:r>
        <w:t>И когда все спасённые будут стоять перед великим Я Есмь, то слёзы радости и благодарности будут течь по их щекам. Воспоминания о пережитых битвах, о победах, о скорбях и лишениях будут в виде слёз на их сияющих лицах свидетельствовать о том, что они знают цену своего спасения и пронесут её через всю Вечность.</w:t>
      </w:r>
    </w:p>
    <w:p>
      <w:r>
        <w:t>И когда спасённые будут смотреть вокруг себя в надежде увидеть тех, кого любили, желая увидеть лица тех, за кого молились, увидеть тех, кому несли свидетельство о Вечной Любви и не найдут их среди себя, то слёзы неописуемого горя потекут из их глаз, и Господь утешит их, и отрёт всякую слезу. И плача уже не будет, и скорби и вопля тоже не будет. Каждый сам сделал свой выбор и получил то, что избрал.</w:t>
      </w:r>
    </w:p>
    <w:p>
      <w:r>
        <w:t>И будет Бог Богом их.</w:t>
      </w:r>
    </w:p>
    <w:p>
      <w:r>
        <w:t>Блаженны плачущие в Господе.</w:t>
      </w:r>
    </w:p>
    <w:p>
      <w:r>
        <w:t>Но не увлекайтесь этим блаженством, пусть это будет скорее исключением, чем постоянной нормой.</w:t>
      </w:r>
    </w:p>
    <w:p>
      <w:r>
        <w:t>Я знаю одну сестру, которая считала, что её долг перед Богом — плакать каждый день по любому поводу. Я с ней пообщался и убедил её в том, что это неправильно, и теперь она радуется и улыбается во всякое время.</w:t>
      </w:r>
    </w:p>
    <w:p>
      <w:r>
        <w:t>Если я буду часто, да ещё и публично плакать, то не смогу убедить других в том, что это путь к счастью. И пусть мои слёзы будут скорее желанным и долгожданным утешением для меня, чем образом жизни. Это что-то интимное между мною и моим Спасителем. Это что-то такое, что принадлежит только мне и моему Господу.</w:t>
      </w:r>
    </w:p>
    <w:p>
      <w:r>
        <w:t>Иногда я имел особые духовные переживания, когда что-то удивительное прикасалось ко мне, и по щекам текли слёзы. Это не были слёзы радости, или восторга, или боли и страдания. А было такое впечатление, что с меня снимается какой-то очень тяжёлый груз, который постоянно меня давил, и на сердце становилось очень легко и чисто. В таких редких опытах я понимал то, как иногда полезно поплакать, чтобы просто освободиться от внутреннего напряжения, в котором проходит вся моя жизнь. Но заставить себя плакать я не могу и не умею. Мне всегда интересно видеть, как это просто получается у женщин, и в этом есть их эмоциональное превосходство. А я иногда даже молюсь о том, чтобы Бог дал мне слёзы и ввёл меня в состояние плача, чтобы мне в этом снять с себя то бремя забот и тревог, которое так или иначе прилипает к сердцу. И когда такое случается, то приходит такое блаженство, и на душе такой мир с Богом, и в это время хочется рассказать Богу всё, чтобы Он это всё забрал. И приходит такая благодарность за Божью заботу и милость, и такая радость за чистое сердце, что уста сами хвалят Бога и поют песнь победы.</w:t>
      </w:r>
    </w:p>
    <w:p>
      <w:r>
        <w:t>Но не стоит в свой домик счастья вносить материал по имени «я плачу», это скорее не кирпичик счастья, а моющее средство, которое иногда стоит применять для внутреннего убранства, чтобы придать всей конструкции особый блеск и чистоту. И это средство очень нужно нам в земной жизни, и оно ещё послужит нам в самом начале Вечности, чтобы пережить боль безвозвратной потери о тех, кого мы любили, о ком молились, с кем были переплетены наши жизни и судьбы, тех, кто мог бы быть в Вечности с нами, но не захотел, или был обманут, и не увидел свет. Когда при Втором Пришествии Христа все праведники воскреснут, и я буду искать глазами самую близкую земную душу, но не найду это лицо среди спасённых, то неописуемая боль пронзит моё сердце, и слёзы неописуемого отчаяния хлынут из моих глаз, и будет так горько. И я буду видеть, что я не один такой, что все спасённые кого-то не встретят, и кого-то не досчитаются. И наша радость сменится горькими рыданиями. И все мы заплачем в последний раз, чтобы навсегда проститься со всеми, кто отверг спасение. И Сам Иисус, и все добрые ангелы будут плакать вместе с нами о тех, кого они так любили и делали всё возможное, чтобы эти люди спаслись, но не могли заставить их принять это спасение. Как больно будет всем нам сознавать то, что уже никогда эти души не получат то, что дарует Бог в Иисусе.</w:t>
      </w:r>
    </w:p>
    <w:p>
      <w:r>
        <w:t>Но и этот плач утихнет, и утрёт Господь всякую слезу. Иисус скажет нам добрые слова утешения, ободрения, радости, и вновь вся сила Небесного торжества сойдёт на всех спасённых, чтобы уже никогда не оставлять их. И песнь славы и хвалы нашему Спасителю будет естественно литься из чистых уст праведных людей, чтобы никогда не умолкать в течение всей Вечности.</w:t>
      </w:r>
    </w:p>
    <w:p>
      <w:r>
        <w:t>И мы уже сами, своими глазами увидим и поймём, что значит: Бог есть Любовь. И это будет самое прекрасное, что постоянно будет нас радовать своими бесконечными открытиями и откровениями. И смерти, и горя уже не будет.</w:t>
      </w:r>
    </w:p>
    <w:p>
      <w:pPr>
        <w:pStyle w:val="Heading2"/>
      </w:pPr>
      <w:r>
        <w:t>Библейские стихи к этой главе:</w:t>
      </w:r>
    </w:p>
    <w:p>
      <w:r>
        <w:t>Мф.5:4; Лк.6:21; 7:12-13,37-38; Рим.12:14; 1Кор.7:29-31; Ис.38:2-6; Пс.29:6; 41:3; 55:9; 83:7; 125:6; Еккл.7:2-4; Ин.11:35; Лук.19:41; Ис.25:8; Откр.21:4</w:t>
      </w:r>
    </w:p>
    <w:p>
      <w:pPr>
        <w:pStyle w:val="Heading2"/>
        <w:pageBreakBefore/>
      </w:pPr>
      <w:r>
        <w:t>Глава 53</w:t>
      </w:r>
    </w:p>
    <w:p>
      <w:pPr>
        <w:pStyle w:val="Heading1"/>
      </w:pPr>
      <w:r>
        <w:t>Я счастлив</w:t>
      </w:r>
    </w:p>
    <w:p>
      <w:r>
        <w:t>Блаженны счастливые, ибо они счастливыми будут.</w:t>
      </w:r>
    </w:p>
    <w:p>
      <w:r>
        <w:t>Когда я говорю незнакомым людям о том, что я счастлив, я вижу, как они очень подозрительно начинают меня рассматривать и где-то в душе считают меня самозванцем. Они имеют на это полное право. Но когда мы начинаем общаться на эту тему, знакомиться ближе, и я, имея возможность, делюсь своими знаниями и опытом счастливой жизни, тогда люди начинают верить, что быть счастливым возможно. Они пробуют, и получается.</w:t>
      </w:r>
    </w:p>
    <w:p>
      <w:r>
        <w:t>Следующий кирпичик для нашего домика счастья носит название: «Я счастлив». Да, именно так оно и звучит. И это своего рода большая вывеска на моём домике, которая сообщает другим людям о том, что это за сооружение, и что совершается внутри него. Я думаю, что те чудесные процессы, которые происходят в моей жизни и в разуме, стоит озвучивать. Необходимо давать им рекламу. Свет от Бога посылается для того, чтобы озарять всё вокруг, и счастье в этом сиянии даётся для жизни в блаженстве.</w:t>
      </w:r>
    </w:p>
    <w:p>
      <w:r>
        <w:t>Важно отметить, что частичка «я» должна обязательно присутствовать в этом кирпичике, дабы люди понимали, что всё происходящее не является процессом эволюции, а является закономерностью в ответ на планы власти Бога, которая нашла отзыв в моём сердце.</w:t>
      </w:r>
    </w:p>
    <w:p>
      <w:r>
        <w:t>Знание, понимание, применение, наслаждение и моё решение жить законами счастья в их совокупности приводят меня к моему становлению как счастливого человека. И я не боюсь таким быть. И это вызов миру. Мир не мог перенести того, что я люблю, и его очень возмутил мой вызов, потому что я дружелюбен. Но когда я заявил о том, что я счастлив вопреки всему злому влиянию и окружению, то ярости сатаны просто не стало предела. Он не просто меня потерял навсегда, но и понимает, что я повлеку за собой многих его узников, чтобы они прилепились к Иисусу и получили свободу. И мир принимает этот вызов и набрасывается на счастливых людей, но тьма не может помешать свету светить. У неё просто не хватает на это мрака.</w:t>
      </w:r>
    </w:p>
    <w:p>
      <w:r>
        <w:t>Я иногда бываю серьёзным и задумчивым, иногда попадаю под пресс каких-то житейских забот, очень часто, особенно во время испытаний, не улыбаюсь, но это внешнее выражение лица не меняет законы, записанные в моём сердце, и моя любовь всегда со мной, чтобы действовать при всякой возможности.</w:t>
      </w:r>
    </w:p>
    <w:p>
      <w:r>
        <w:t>Скажите, как вы соблюдаете Божьи заповеди? Вы носите с собой список этих повелений и обещаний и постоянно сверяете написанное с происходящим в вашей жизни? Или вы, изучая эти принципы Божьей воли, позволяете Богу Своим перстом написать их в вашем сердце? И когда эта запись происходит, тогда сердце начинает ощущать мир и руководить моим поведением уже в свете Божьего закона, запечатлённого в моих мыслях.</w:t>
      </w:r>
    </w:p>
    <w:p>
      <w:r>
        <w:t>Быть счастливым — это истина для настоящего времени, и Бог желает и её записать Своим перстом на моём сердце. А сердце — это мои мысли и чувства, которые в совокупности являются выражением моей воли и представляют мой характер. Формирование же моего характера — это самая важная задача, поставленная передо мной Самим Богом.</w:t>
      </w:r>
    </w:p>
    <w:p>
      <w:r>
        <w:t>Изучая законы счастья, я не сразу их запоминаю, но постигаю их глубину, постоянно возвращаясь к их познанию. Чтобы они стали моими, я даю Богу право вложить их в мой разум, а потом утвердить меня в практическом их применении и испытании.</w:t>
      </w:r>
    </w:p>
    <w:p>
      <w:r>
        <w:t>Любая наука учит меня тому, для чего она открыта. В этом её особенность. Например, если я решу стать электриком и поступлю сначала в училище, а затем и в вуз по этой специальности, если буду скрупулёзно изучать эту науку и вместе с этим иметь практические занятия, то я уверен, что после окончания подобной школы и сдачи экзаменов я стану электриком и буду иметь разум электрика. И мои практические навыки в сочетании с полученными знаниями утвердят меня в моей профессии, и я стану специалистом в этой области, и мне даже смогут доверить обучение других людей.</w:t>
      </w:r>
    </w:p>
    <w:p>
      <w:r>
        <w:t>И это реально достичь в любой науке.</w:t>
      </w:r>
    </w:p>
    <w:p>
      <w:r>
        <w:t>И когда я говорю другим, что я электрик, мне сразу доверяют сложные объекты и ждут от меня решения трудных задач и исправления разных неполадок.</w:t>
      </w:r>
    </w:p>
    <w:p>
      <w:r>
        <w:t>И если случилась авария, и что-то перестало работать, то я не бегу к строителям или к полицейским, желая в свете их науки исправить неполадки, но я вспоминаю все закономерности электротехники и начинаю прослеживать всю цепочку взаимосвязи этих правил, пока не найду повреждение или неисправность. И, обнаружив причину, исправляю неполадки. И я не пользуюсь своими школьными учебниками, чтобы понять, как написанное соответствует реальному. Все эти знания в моём сердце, и я чувствую свою работу, ибо у меня разум и сердце электрика, и всё уже вложено в меня.</w:t>
      </w:r>
    </w:p>
    <w:p>
      <w:r>
        <w:t>Также действует и наука счастья, любви и дружбы. Её стоит изучить, стоит повторить и перечитать, ибо этот материал очень сложный и в то же время простой для усвоения. Он имеет безграничную глубину, которую я могу уже самостоятельно постигать в процессе практической жизни.</w:t>
      </w:r>
    </w:p>
    <w:p>
      <w:r>
        <w:t>И то, что поначалу казалось великим и недоступным, неопознанным и сложным, становится моим в процессе обучения. Я открываю вам законы счастья, рассказываю о том, как они действуют в моей жизни, затем мы о них читаем в Библии. После этого я спрашиваю вас о том, что вы поняли, и задаю вопросы, чтобы вы, пропустив эти знания через себя, дали им выход и позволили Святому Духу закрепить изученное в своём разуме. После получения знаний начинается практическое применение освоенной теории на ваших ближних. Молитвы об изменении жизни в соответствии с полученным светом дают Богу власть записать законы любви, счастья и дружбы в ваше сердце. И вы сами становитесь живым учебником изученных Небесных наук, и Бог уже вам доверяет новых учеников, с которыми вы можете делиться своими знаниями и опытом. И вам есть что рассказать, ибо у вас любящее сердце, у вас разум счастливого человека, и вы дружелюбны, и эти качества души невозможно подделать. Они или есть, или им необходимо научиться.</w:t>
      </w:r>
    </w:p>
    <w:p>
      <w:r>
        <w:t>Молитва веры и жажды очень помогает в процессе учёбы. В ней я выражаю свои желания, свои планы, делюсь своими переживаниями и трудностями, даю Богу власть действовать в своей жизни и менять мой разум, записывая в сердце законы любви. Я утверждаюсь в истине и переживаю многое другое. Моя молитва движет рукой Бога, открывая перед Ним все двери и окна моей души.</w:t>
      </w:r>
    </w:p>
    <w:p>
      <w:r>
        <w:t>Я счастлив — это не просто слова, а состояние и настрой моего разума. Я так живу, я так думаю, таким желает меня видеть Бог, этому учил Иисус во всём Писании. Почему я должен об этом молчать?</w:t>
      </w:r>
    </w:p>
    <w:p>
      <w:r>
        <w:t>Если какой-то юморист с улыбкой заявляет со сцены, что он счастлив, то ему все верят и хлопают. Ему желают подражать, хотя это подделка и мыльный пузырь. Однако многим именно это и нужно. А когда христианин заявляет, что он счастлив, ибо этому учит Библия, и он в этом живёт, тогда на него смотрят как на ненормального, ибо счастливых христиан не бывает, и это больше похоже на фантастику. И даже если представлены все доказательства счастья, то всё равно люди ждут ошибку, чтобы потом указать пальцем и раструбить: «Вот видишь, я же говорил, что ты лжец, и такое невозможно!»</w:t>
      </w:r>
    </w:p>
    <w:p>
      <w:r>
        <w:t>Но счастье есть, и я счастлив, и это правда, и это от Бога, и на сём стою.</w:t>
      </w:r>
    </w:p>
    <w:p>
      <w:pPr>
        <w:pStyle w:val="Heading2"/>
      </w:pPr>
      <w:r>
        <w:t>Библейские стихи к этой главе:</w:t>
      </w:r>
    </w:p>
    <w:p>
      <w:r>
        <w:t>Евр.8:10-12; Откр.22:14-15; Рим.10:9-10; 11:32-33; 12:1-2; Мф.5:39-48; Откр.12:11-12,17; 19:10; 21:6-7; 22:8-12; 1 Ин.3:11; Пс.41:2-3</w:t>
      </w:r>
    </w:p>
    <w:p>
      <w:pPr>
        <w:pStyle w:val="Heading2"/>
        <w:pageBreakBefore/>
      </w:pPr>
      <w:r>
        <w:t>Глава 54</w:t>
      </w:r>
    </w:p>
    <w:p>
      <w:pPr>
        <w:pStyle w:val="Heading1"/>
      </w:pPr>
      <w:r>
        <w:t>Блаженство</w:t>
      </w:r>
    </w:p>
    <w:p>
      <w:r>
        <w:t>Чтобы понять и оценить всю важность и силу своего счастья, стоит понять, во что оно обошлось Богу, и насколько важно принять этот дар Неба, чтобы постоянно жить в подобном состоянии.</w:t>
      </w:r>
    </w:p>
    <w:p>
      <w:r>
        <w:t>Как только на Небе зародился маленький грех, Бог уже знал, к чему это приведёт Вселенную, и какая цена будет уплачена за то, чтобы навеки уничтожить появившееся зло. И это нельзя было сделать сразу, грех должен был развиться и показать каждому небожителю всю свою сущность. И это тайна, откуда в чистых Небесах появилось злобное восстание, но такое произошло. Бог создавал свободных существ, которые могли выбирать. На смену всеобщему счастью пришли тревога и подозрительность. Божья семья разделилась на противоборствующие стороны. Во время Небесного противостояния были созданы Земля и прекрасные люди, которые пали, попав под чары сатаны и таким образом присоединились к восстанию. И чтобы вернуть обманутое творение к счастливой жизни, Богу пришлось заплатить очень высокую цену. И сейчас всё Небо заинтересовано в тех, кто проявит интерес к Божьему плану счастливой жизни, у которой есть свои правила и законы. И счастье не даётся просто так тем людям, которые даже не пытаются понять его истинной цены. Быть счастливым в глазах Неба — это очень большая ответственность и крайне высокое доверие, которое Бог оказывает всякому, кто начнёт проявлять живой интерес и жажду к лучшему и чистому.</w:t>
      </w:r>
    </w:p>
    <w:p>
      <w:r>
        <w:t>В Библии, во Втор 29:18-20, находится интересное предупреждение: «Да не будет между вами мужчины или женщины, или рода или колена, которых сердце уклонилось бы ныне от Господа Бога нашего, чтобы ходить служить богам тех народов; да не будет между вами корня, произращающего яд и полынь, такого человека, который, услышав слова проклятия сего, похвалялся бы в сердце своём, говоря: «я буду счастлив, несмотря на то, что буду ходить по произволу сердца моего»; и пропадёт таким образом сытый с голодным; Не простит Господь такому, но тотчас возгорится гнев Господа и ярость Его на такого человека, и падёт на него всё проклятие завета сего, написанное в сей книге, и изгладит Господь имя его из поднебесной».</w:t>
      </w:r>
    </w:p>
    <w:p>
      <w:r>
        <w:t>Поэтому считаю целесообразным отметить следующее. Если кто-то считает себя счастливым, решает быть счастливым, называя себя таковым, то его жизнь должна соответствовать всем критериям законов блаженства, которые открыты Богом в Библии и которые мы находим и изучаем в нашей школе. Если сердце не имеет связи с Богом и наполнено беззаконием, то мне жаль таких людей, даже если они считают себя счастливыми. Хоть и не скоро совершается суд над худыми делами, но если Бог даёт предупреждение или повеление, то Он следит за его исполнением и ожидает послушания.</w:t>
      </w:r>
    </w:p>
    <w:p>
      <w:r>
        <w:t>Быть счастливым — это блаженство, называться счастливым — это риск.</w:t>
      </w:r>
    </w:p>
    <w:p>
      <w:r>
        <w:t>Читая Слово Божие, я хотел узнать, что оно говорит о счастье человека, и я увидел себя в этом. Я рад, что этот узкий путь, по которому Господь призвал меня идти, — это мой путь, это мой личный выбор. Я вижу, что, живя так, я счастлив во Христе Иисусе. И Библия утверждает, что все, встающие на узкий путь, будут счастливы. Даже в смерти они называются блаженными.</w:t>
      </w:r>
    </w:p>
    <w:p>
      <w:r>
        <w:t>Но если мы посмотрим в симфонии слово «счастье», то оно встречается очень мало, всего 13 раз. Какое ещё слово говорит о библейском счастье? Как оно звучит? Блаженство. Оно встречается 99 раз. Я заглянул в Википедию, и там коротко написано: «Блаженство — счастье, как состояние доброты и наслаждения», и даже мир понимает блаженство как счастье. А в Библии очень много написано о таком состоянии ума.</w:t>
      </w:r>
    </w:p>
    <w:p>
      <w:r>
        <w:t>Я решил посмотреть картинки на эту тему. И мир по-своему понимает блаженство. Там природа розово-голубых тонов, идиллия, спокойствие, прозрачные воды, солнышко. Кроме того, есть картинки, где на фоне этих пейзажей почему-то изображены голые женщины, где их нагие тела сочетаются с красотой природы. Или вы можете увидеть голых обнимающихся мужчину и женщину. Создаётся впечатление, что мир представляет себе блаженство в виде песочка, пальм, моря без волн, беззаботной жизни, секса между красивыми людьми, изысканную еду, модные вещи, красивые дома и автомобили. И для всего этого нужны деньги, да побольше. Вот это блаженство для мира. И человек, который лежит на берегу такого блаженства, блажен. Он по-настоящему «счастлив». Так ли это на самом деле?</w:t>
      </w:r>
    </w:p>
    <w:p>
      <w:r>
        <w:t>Вспоминаю, когда мы очень давно с семьёй ездили в отпуск на море, и я лежал на песочке, а мира в сердце не имел. Мои глаза смотрели на обнажённые тела, в голову лезли нечистые мысли. Заботы, которые никуда не делись и обещали продолжаться после отпуска, давили на меня, а деньги, накопленные за год, стремительно заканчивались. Но моё положение тела вписывалось в мирские представления о блаженстве. И в какой-то момент я понял, что всё это — суета и пустота пустот.</w:t>
      </w:r>
    </w:p>
    <w:p>
      <w:r>
        <w:t>Если бы кто-то попросил меня, чтобы я нарисовал картину, где изображается настоящее блаженство во Христе Иисусе, как бы она выглядела? Думаю, что это была бы картина, где на фоне кровопролитий, болезней, страданий, горя, несчастья, всех обманов и лжи сидит человек, который имеет мир в сердце, мир с Богом, и воля которого покоится в послушании Божьим законам. Вот так я вижу счастье. Счастье — это дар Бога Своим детям. Это награда за послушание и дружбу с Богом. И мой ответ звучит: «Да, Господи!»</w:t>
      </w:r>
    </w:p>
    <w:p>
      <w:r>
        <w:t>Нас может окружать темнота, всевозможные страсти. Мы можем сами болеть или быть в окружении нездоровых людей. Мы можем заботиться, переживать, терять деньги, терять здоровье, иметь седые волосы из-за этих переживаний, но внутри мы счастливы, потому что нашли тихую гавань во Христе Иисусе. Только в Его руке мы успокаиваемся по-настоящему. И только Он является истинным Источником и Родоначальником подлинного блаженства.</w:t>
      </w:r>
    </w:p>
    <w:p>
      <w:r>
        <w:t>И ещё я понял, что счастье или блаженство — это не общепринятое состояние удачливых или избранных судьбой людей, а моё желание быть таким, моё движение в этом направлении по правильным ориентирам. Это мой личный выбор быть таким, когда я этому научусь. Я решаю, как мне жить и реагировать на то или иное событие. И я вправе не позволять другим решать за меня, как мне относиться к людям, которые хотят испортить мне настроение.</w:t>
      </w:r>
    </w:p>
    <w:p>
      <w:r>
        <w:t>Мир предлагает много подделок блаженства, но истинное счастье приводит меня к Богу Отцу, Который отдал Своего Сына, чтобы я, веруя в Него, имел Вечную жизнь в Вечном блаженстве. Сейчас это может звучать вульгарно, ибо для мирского человека жажда блаженства звучит как тяга к кайфу и искусственному пребыванию в какой-то нирване, отключение от мира сего. Но Божье блаженство — это постоянная занятость добрыми делами, планирование счастья других людей, изучение законов Вселенной, воплощение всех своих идей и проектов в жизнь, глубокое познание Бога и Его Сына, дружеское общение со всеми святыми и много-много всего, что очень интересно и радует сердце. И платит за это всё любовь-агапэ, которая будет каждый новый день Вечности переполнять твой разум и искать выхода для своей очередной инвестиции. И такая жизнь имеет начало здесь и сейчас. И почему мы так осторожно к этому подходим? Почему нас надо упрашивать быть счастливыми? Почему к Богу нет очереди? А ведь это доступно.</w:t>
      </w:r>
    </w:p>
    <w:p>
      <w:pPr>
        <w:pStyle w:val="Heading2"/>
      </w:pPr>
      <w:r>
        <w:t>Библейские стихи к этой главе:</w:t>
      </w:r>
    </w:p>
    <w:p>
      <w:r>
        <w:t>Втор.33:29; Иов.5:17; Пс.1:1-3; 31:1-2; 32:12; 33:9; 39:5; 40:2; 83:5,13; 88:16; 105:3; 111:1; 105:3; 118:1-3; 127:1-2; 144:5</w:t>
      </w:r>
    </w:p>
    <w:p>
      <w:pPr>
        <w:pStyle w:val="Heading2"/>
        <w:pageBreakBefore/>
      </w:pPr>
      <w:r>
        <w:t>Глава 55</w:t>
      </w:r>
    </w:p>
    <w:p>
      <w:pPr>
        <w:pStyle w:val="Heading1"/>
      </w:pPr>
      <w:r>
        <w:t>Сила благовестия</w:t>
      </w:r>
    </w:p>
    <w:p>
      <w:r>
        <w:t>Имеют ли силу мои мысли и чувства? Да, они влияют на мою волю и формируют мой характер в соответствии с тем, о чём я размышляю, что чувствую и на что взираю. Но при этом мои ближние могут даже не догадываться о том, что в моём сердце происходит что-то значимое или интересное. Я могу прийти в собрание, полный вдохновения свыше и сияющий, как подсолнух, и никто ничего не узнает обо мне и о том, что мною движет, если я буду стойко молчать и ничем не стану делиться.</w:t>
      </w:r>
    </w:p>
    <w:p>
      <w:r>
        <w:t>Но когда я открываю уста и начинаю благовествовать, то мои слова способны оказывать огромное влияние на жизни и разум других людей.</w:t>
      </w:r>
    </w:p>
    <w:p>
      <w:r>
        <w:t>Враг души знает особенность и силу убеждения слов, и он не устаёт сеять сомнения и неверие в сердца наивных и неосторожных людей. И для своих целей сатана использует тех, кто не принял Божий план для своего спасения или, будучи верующим человеком, зашёл на вражескую территорию и вкусил запретного плода.</w:t>
      </w:r>
    </w:p>
    <w:p>
      <w:r>
        <w:t>Мои слова имеют силу убеждения, если к ним прикладывается сила духа. А вот какой дух будет придавать власть сказанному — это уже решает моё сердце, которое выбирает, кто станет моим духовным мужем и господином. Выбираю Христа.</w:t>
      </w:r>
    </w:p>
    <w:p>
      <w:r>
        <w:t>Следующий кирпичик в домике счастья носит название: «Я благовествую». В последнее время благодаря интернету появилось очень много людей, которые желают поделиться с другими своими знаниями, своим мировоззрением, своим опытом, или которые рассказывают что придётся. И каждый такой человек имеет свою группу слушателей и подписчиков, и все они попадают под влияние слов, которые слышат или читают. Но за любыми словами стоят два духа и две силы, которые находятся в противостоянии друг к другу и имеют разные цели.</w:t>
      </w:r>
    </w:p>
    <w:p>
      <w:r>
        <w:t>Благовестие — это передача информации, которая открывает разные стороны Божьего плана Спасения и является доброй вестью для слушающих. Благовестие может быть личным и публичным, иметь информационный характер, может назидать, утешать, утверждать, учить, убеждать в истине, открывать неизведанное. И когда оно подкреплено влиянием свыше, тогда обладает особой творческой силой и способно совершать перемены в сознании и жизни слушающих людей.</w:t>
      </w:r>
    </w:p>
    <w:p>
      <w:r>
        <w:t>Давайте рассмотрим в качестве примера нашу школу. Есть ли в ней тот, кто что-то благовествует? Думаю, что есть. Как вы думаете, этот человек счастлив от того, что он делает? Полагаю, что он очень счастлив. Каким духом водим тот, кто пишет для вас эти уроки? Это можно легко определить по плодам, которые производит в вас то, что вы изучаете. Я считаю, что Божий Дух руководит всем процессом нашего обучения.</w:t>
      </w:r>
    </w:p>
    <w:p>
      <w:r>
        <w:t>Узнали бы вы что-то полезное, если бы этот брат не благовествовал вам о том, что радует и переполняет его сердце? Думаю, что он не единственный в этом мире человек, через которого даются знания. Но когда сердце открыто для Бога и жаждет делиться с ближними своими благословениями, тогда Бог начинает использовать эту душу и действовать через неё.</w:t>
      </w:r>
    </w:p>
    <w:p>
      <w:r>
        <w:t>В словосочетании «я благовествую» очень важна связь обеих составляющих: человеческий фактор — моё участие, и благая весть, которая даётся и открывается Святым Духом. И когда они соединяются воедино, человеческое и Божественное, то слова, сказанные или написанные рукой верующего, усиливаются Святым Духом и имеют убедительную утверждающую силу в истине, даже если проходит время, и этот человек умирает. Лучший пример этому — Библия. Все, кто её писал, кроме Моисея, почили в Господе, но их слова продолжают и по сей день обращать души ко Христу.</w:t>
      </w:r>
    </w:p>
    <w:p>
      <w:r>
        <w:t>А какую цель имеет эта школа? Мы можем только предполагать, что в будущем кто-то, возможно, тоже изучит наши уроки, и его жизнь станет лучше, но на сегодня мы имеем то, что есть, и это уже радует.</w:t>
      </w:r>
    </w:p>
    <w:p>
      <w:r>
        <w:t>Я благовествую. И это такое счастье быть Божьим глашатаем, делиться Его светом, говорить о любви и блаженстве, видеть и слышать, какое влияние производят твои слова, являться кисточкой в Божьих руках, позволяя Ему писать в сердцах своих друзей прекрасные пейзажи Вечной Отчизны с нерушимыми законами любви и счастья. И это на самом деле приносит блаженство в жизнь и радует сердце.</w:t>
      </w:r>
    </w:p>
    <w:p>
      <w:r>
        <w:t>В последнее время большое изобилие разных вестей наполняет эфир. Мы просто завалены всевозможной информацией, и её избыток вызывает у многих пресыщение и отвращение. И когда я становлюсь проводником чьих-то идей, просто делясь с другими ссылкой или хорошей цитатой, я не получаю того удовлетворения и радости от благовестия, как если бы я в эту весть вник, сделал её частью своей жизни и рассказал ближним саму суть того, что я понял и принял. И моё сердце остаётся без плода счастья.</w:t>
      </w:r>
    </w:p>
    <w:p>
      <w:r>
        <w:t>Мне каждый день приходит очень много писем. И я сразу смотрю на содержание и быстро определяю, личное ли это сообщение или чья-то рассылка. И так радостно услышать живую речь, сказанную для тебя, и прочитать письмо, написанное тебе от сердца. И все эти личные письма оказывают влияние. И это тоже — личное благовестие.</w:t>
      </w:r>
    </w:p>
    <w:p>
      <w:r>
        <w:t>Наши уроки являются публичным благовестием и пишутся для широкой аудитории. И как бы они ни были интересны, и сколько бы любви в них ни вкладывалось, но в них нет того глубокого сердечного тепла, которое можно подарить исключительно в личном общении и сообщении. Но те, кто желает что-то узнать или услышать, всегда имеют преимущество услышать нечто для себя.</w:t>
      </w:r>
    </w:p>
    <w:p>
      <w:r>
        <w:t>Каждый из вас, друзья, — Божий благовестник. И Господь начинает действовать через ваши слова и письма, когда вы открываете уста или начинаете писать. Частичка вашего сердца смешивается с Небесными истинами и передаётся ближнему, чтобы стать семенем или водой, поливающей уже посеянное семя, или инструментом, обрезающим лишнее, или добрыми руками, собирающими хороший плод. Всё это в ваших руках и в ваших словах.</w:t>
      </w:r>
    </w:p>
    <w:p>
      <w:r>
        <w:t>Бог всегда использует людей, которые доверяют Ему свою жизнь, свою волю, которые желают умножить Божьи таланты, чтобы вернуть Господину полученные богатства души с прибылью. И Бог попросит каждого из нас дать отчёт о том, что мы сделали с приобретёнными талантами и возможностями.</w:t>
      </w:r>
    </w:p>
    <w:p>
      <w:r>
        <w:t>Когда я делюсь чьими-то опытами или откровениями, тогда, возможно, эта информация и совершает доброе дело, и люди меняются и решают свои задачи, но я остаюсь без прибыли. Но если я извлёк урок из чьего-то опыта или откровения, пропустил это через своё сердце, испытал это в своей жизни и потом дал другим, тогда и моё сердце начинает трепетать от счастья, ведь я благовествую.</w:t>
      </w:r>
    </w:p>
    <w:p>
      <w:r>
        <w:t>Если бы апостол Павел решил только делать прочные палатки так, чтобы все удивлялись качеству его работы, то какая бы была нам от этого польза? Думаю, что мы бы даже и не узнали его имя. Но он избрал лучший путь и, работая руками, продолжал и благовествовать.</w:t>
      </w:r>
    </w:p>
    <w:p>
      <w:r>
        <w:t>Мне нравится строить, и я могу вам показать фотографии того, что я делаю, но от этого ваша жизнь не изменится. Но если я открою вам то, что совершает Бог в моей жизни и на моей стройке, то это свидетельство будет иметь определённый успех в своём влиянии и на вашу жизнь. Но если вам я неинтересен, и весь мой труд благовестия для вас является пустым, то, думаю, что даже Бог не сможет вам ничем помочь через меня. Тогда все мои старания для других будут напрасны, но я всё равно буду счастлив.</w:t>
      </w:r>
    </w:p>
    <w:p>
      <w:pPr>
        <w:pStyle w:val="Heading2"/>
      </w:pPr>
      <w:r>
        <w:t>Библейские стихи к этой главе:</w:t>
      </w:r>
    </w:p>
    <w:p>
      <w:r>
        <w:t>1Ин.1:1-5; 1Кор.9:16-18; 1Пар.16:23; Пс.95:1-3; Ис.40:9-10; 52:7-8; 61:1-3; Наум 1:15; Деян.5:42; 8:4,12,35,40; 2Кор.4:3-7; Лк.12:42-44</w:t>
      </w:r>
    </w:p>
    <w:p>
      <w:pPr>
        <w:pStyle w:val="Heading2"/>
        <w:pageBreakBefore/>
      </w:pPr>
      <w:r>
        <w:t>Глава 56</w:t>
      </w:r>
    </w:p>
    <w:p>
      <w:pPr>
        <w:pStyle w:val="Heading1"/>
      </w:pPr>
      <w:r>
        <w:t>Красота благовестия</w:t>
      </w:r>
    </w:p>
    <w:p>
      <w:r>
        <w:t>Нравится ли вам делиться с другими тем светом и знаниями о Боге, которые вы получаете? А вы не задумывались, почему так сильно хочется передавать всё то доброе, что исходит от Господа или открывает красоту Божьего характера? Почему сердце жаждет того, чтобы ближе узнать Бога, а затем рассказать о Нём другим людям? И Сам Иисус учил нас тому, что невозможно спрятать горящий светильник, да и не стоит этого делать.</w:t>
      </w:r>
    </w:p>
    <w:p>
      <w:r>
        <w:t>Наблюдая за жизнью Христа, мы видим, что после Своего крещения и испытаний в пустыне искушений Он без устали трудился для этого мира и делал всё возможное, чтобы людям было хорошо. И когда к Господу присоединились ученики, Он вначале давал им личный пример, а потом уже стал самостоятельно посылать их перед Собой.</w:t>
      </w:r>
    </w:p>
    <w:p>
      <w:r>
        <w:t>Прочитайте в Лк.8:1: «После сего Он проходил по городам и селениям, проповедуя и благовествуя Царствие Божие, и с Ним двенадцать».</w:t>
      </w:r>
    </w:p>
    <w:p>
      <w:r>
        <w:t>Читаем дальше в Лк.9:1: «Созвав же двенадцать, дал силу и власть над всеми бесами и врачевать от болезней».</w:t>
      </w:r>
    </w:p>
    <w:p>
      <w:r>
        <w:t>И ещё в Лк.10:1: «После сего избрал Господь и других семьдесят учеников, и послал их по два пред лицем Своим во всякий город и место, куда Сам хотел идти».</w:t>
      </w:r>
    </w:p>
    <w:p>
      <w:r>
        <w:t>В этих стихах мы видим, как движение благовестников росло. Иисус понимал важность благовестия и учил тому, что свет необходимо принимать, и им стоит целенаправленно делиться, ведь это приносит радость душе и наполняет жизнь осознанием чего-то очень хорошего, приносящего счастье.</w:t>
      </w:r>
    </w:p>
    <w:p>
      <w:r>
        <w:t>Что переживает благовестник? Он нашёл Живой Источник Вечных благословений, и, вкушая Воду Жизни и Небесную Манну, он переживает величайшее блаженство. И это только начало. Сердце зажигается Богом, Который есть Неугасимый Огонь в душе, и становится просто невозможно не светить. Как скрыть радость спасения, если ты понимаешь, что ты свободен, что ты прощён, что ты принят Богом, и от этого светишься счастьем?</w:t>
      </w:r>
    </w:p>
    <w:p>
      <w:r>
        <w:t>Когда Иисус начал Своё служение миру, тогда на Его устах были следующие слова. Читаем у Мк.1:15: «... исполнилось время и приблизилось Царствие Божие: покайтесь и веруйте в Евангелие».</w:t>
      </w:r>
    </w:p>
    <w:p>
      <w:r>
        <w:t>Исполнилось время — это указание на осуществление пророчеств о Его Первом Пришествии.</w:t>
      </w:r>
    </w:p>
    <w:p>
      <w:r>
        <w:t>Царство Божие — это Страна Счастья, законы которой мы изучаем в этой школе. А покаяние и вера в Евангелие — это условия получения гражданства этой Страны, которая внутри нас есть.</w:t>
      </w:r>
    </w:p>
    <w:p>
      <w:r>
        <w:t>И весть о покаянии актуальна и в наши дни.</w:t>
      </w:r>
    </w:p>
    <w:p>
      <w:r>
        <w:t>Тот, Кто знает от начала, что будет в конце, объявляет нас тёплыми и несчастными и предлагает выход из подобного состояния. Он приходит Сам, чтобы помочь и научить законам счастливой жизни в Его Стране Блаженства.</w:t>
      </w:r>
    </w:p>
    <w:p>
      <w:r>
        <w:t>Иисус не мог молчать о том, что приносит в жизнь радость. И Его дела свидетельствовали о Божьей силе, которая становится достоянием тех, кто покаялся и верует в Евангелие.</w:t>
      </w:r>
    </w:p>
    <w:p>
      <w:r>
        <w:t>Иисус от начала служения знал, для чего Он пришёл, и во что обойдётся Ему спасение человечества, но Он смело шёл навстречу этому решению и ничего не пытался изменить в Божьем плане.</w:t>
      </w:r>
    </w:p>
    <w:p>
      <w:r>
        <w:t>Любовь-агапэ — это следствие моих личных отношений с Иисусом и желание быть похожим на Него. И это не просто какие-то новые чувства и переживания, а наделение меня характером Христа, Который творит во мне новый разум, вкладывает в меня новое сердце и производит во мне новые чувства. Иисус даёт мне образ мысли праведника. И в свете любви всё учение Христа становится родным и понятным. И то же самое желание, что имел Иисус, — благовествовать другим людям, движет и мною во всякое время.</w:t>
      </w:r>
    </w:p>
    <w:p>
      <w:r>
        <w:t>Каждый человек, с которым меня сводит Бог, имеет свои особенности, и мне необходимо это всегда учитывать. Тот способ благовестия и выражения любви, который подходит одному человеку, может быть неприемлемым для другого. И любовь это чувствует.</w:t>
      </w:r>
    </w:p>
    <w:p>
      <w:r>
        <w:t>Любовь видит всё, и она понимает, с кем имеет дело, но она послушна тому, в ком находится. Она ждёт разрешения моей воли, чтобы явить себя миру. Любовь считается с моим желанием и с моими возможностями и не судит меня, если я что-то безвозвратно упустил или кому-то что-то не рассказал. Не всякое посеянное семя прорастает или попадает в добрую почву, но это не останавливает нас. И работа продолжается.</w:t>
      </w:r>
    </w:p>
    <w:p>
      <w:r>
        <w:t>Мы знаем из пророчеств Библии, что сейчас звучит весть трёх ангелов из Книги Откровение, глава 14. И это послание Бог поручит провозгласить тем, кто связан с Ним крепкими узами любви и глубокого познания. Сказать эту весть может каждый, а передать её дух миру и убедить грешника пересмотреть свою жизнь и покаяться сможет лишь тот, кто водим Святым Духом и имеет в себе новое сердце, переполненное любовью. Хоть эти вести и звучат как приговор, но они несут в себе и надежду на возможность покаяния и обращения. И, конечно, в первую очередь они направлены к Божьим детям, которые заблудились в лабиринтах соблазнов и искушений, став несчастными и тёплыми в своём непонимании происходящего. И им нужны благовестники, которые нашли выход и ожили, и, изучив законы счастья, пригласили Христа, открыв Ему свои сердца.</w:t>
      </w:r>
    </w:p>
    <w:p>
      <w:r>
        <w:t>И для Спасителя нет большей радости, чем вкушать ужин с теми, кто Его принял, а с Ним приобрёл и все товары Неба, кто стал счастливым, и желает этим делиться и с другими. Это так восхищает Иисуса, что Он в порыве Своей радости обещает посадить этих Божьих свидетелей рядом с Собою на престоле. Худшего для себя свидетельства сатана и не ожидал. Он потерял Небо из-за желания воссесть на этом престоле, а здесь грешным людишкам предлагается эта власть, если они примут то, что им предлагается для победы в последнее время. И враг души, как рыкающий лев, сгорая от гнева и зависти, желает удержать от нас этот свет и наполнить наш разум чем угодно, лишь бы мы не получили то масло для светильников, которое нам предлагает Господь, советуя его купить.</w:t>
      </w:r>
    </w:p>
    <w:p>
      <w:r>
        <w:t>Но благовестники Божии с лёгкостью разрушают все планы сатаны и устанавливают знамя истины и любви везде, куда ступят их ноги. И Господь называет ноги этих людей прекрасными.</w:t>
      </w:r>
    </w:p>
    <w:p>
      <w:r>
        <w:t>Я благовествую. Это тот кирпичик в моём строении, который радует меня сейчас и будет всю Вечность побуждать меня рассказывать всем небожителям о том, как благ Господь, как Он удивителен, и сколько всего интересного открывается в Нём каждый Вечный день. И начало такому благовестию положено здесь и сейчас. Не будет лучшего дня для благовестия, чем сегодня. И счастье мне, если я благовествую.</w:t>
      </w:r>
    </w:p>
    <w:p>
      <w:r>
        <w:t>Иисус Своею жизнью открыл нам характер Бога. Он был верным Свидетелем того, Каким является Небесный Отец, и как Он относится к людям. Вся жизнь Христа была жизнью любви, милости и истины. Своим примером Господь открыл нам путь для подражания, путь для спасения и утверждения в истине.</w:t>
      </w:r>
    </w:p>
    <w:p>
      <w:r>
        <w:t>Глядя на жизнь Христа, я понимаю, что, если бы в наш мир родился Бог Отец, то Он прожил бы Свою жизнь точно так же, как её прожил Сын Человеческий. И меня радует, что Небесный Отец такой же нежный, любвеобильный, дружелюбный, как Иисус, хотя враг души всегда пытается исказить это понимание.</w:t>
      </w:r>
    </w:p>
    <w:p>
      <w:r>
        <w:t>И мне радостно, имея любовь, благовествовать о любви, о Том, Кто есть любовь, и о победе Божьей любви. Ведь наше свидетельство — это тоже победа, которая делает нас особыми людьми и приносит счастье.</w:t>
      </w:r>
    </w:p>
    <w:p>
      <w:pPr>
        <w:pStyle w:val="Heading2"/>
      </w:pPr>
      <w:r>
        <w:t>Библейские стихи к этой главе:</w:t>
      </w:r>
    </w:p>
    <w:p>
      <w:r>
        <w:t>1Ин.3:11; Откр.10:7; 14:8; Лк.4:16-19,43; 9:59-60; 16:16; Рим.10:14-17; 1Кор.1:17; 4:15; 9:13-18; Гал.1:6-12; Еф.1:13-14; 6:13-17, Флп.1:27; 4:3; 1Фес.1:5; 2Тим.1:8</w:t>
      </w:r>
    </w:p>
    <w:p>
      <w:pPr>
        <w:pStyle w:val="Heading2"/>
        <w:pageBreakBefore/>
      </w:pPr>
      <w:r>
        <w:t>Глава 57</w:t>
      </w:r>
    </w:p>
    <w:p>
      <w:pPr>
        <w:pStyle w:val="Heading1"/>
      </w:pPr>
      <w:r>
        <w:t>Любовь к учёбе</w:t>
      </w:r>
    </w:p>
    <w:p>
      <w:r>
        <w:t>Первых последователей Христа называли учениками. И ученики тех времён отличались от нынешнего представления. Требования к учителям и учащимся в культуре Израиля были очень высокими. Учитель должен был соответствовать особым общепринятым критериям. Ему нельзя было быть младше определённого возраста, и ему надлежало иметь соответствующий социальный статус. Иоанн-Креститель и Иисус не вписывались в эти представления, чем постоянно вызывали недовольство у религиозных лидеров того времени. Но их популярность у народа сдерживала руки власть имеющих, и религиозным вождям приходилось искать ошибки в самих словах Иисуса и Иоанна, чтобы предъявить обвинения. Но, несмотря ни на что, у Христа и Его предтечи были ученики, которые желали узнать больше, желали вникнуть в те тайны богопознания, которые были доступны их учителям.</w:t>
      </w:r>
    </w:p>
    <w:p>
      <w:r>
        <w:t>Было принято, чтобы ученики жили вместе с учителем, сидели у его ног, когда он делился своими знаниями и откровениями.</w:t>
      </w:r>
    </w:p>
    <w:p>
      <w:r>
        <w:t>Самого Христа многие люди называли: «Равви», что значит: Учитель. И в этом процессе заложено особое Божье провидение и истина для нашего времени. Бог желает и сегодня иметь учеников, с которыми Он мог бы делиться великим и недоступным, чего мы не знаем.</w:t>
      </w:r>
    </w:p>
    <w:p>
      <w:r>
        <w:t>Следующий кирпичик моего домика счастья носит название: «Я учусь». Этот статус должен принадлежать лично мне и быть моим добровольным решением и выбором. Он может быть моим желанием сердца или моим ответом на Божий призыв.</w:t>
      </w:r>
    </w:p>
    <w:p>
      <w:r>
        <w:t>Школа Христа не закрылась с Его смертью, но приобрела Вечный статус с Вечной программой обучения о том, как непреходящие законы могут взаимодействовать с земными ценностями и представлениями о жизни. Она предлагает прочное, стабильное основание веры в Бога, распространяясь на все сферы жизнедеятельности человека.</w:t>
      </w:r>
    </w:p>
    <w:p>
      <w:r>
        <w:t>Мы не рождаемся в этот мир с вложенными в нас знаниями о земном бытии, и с самого первого дня жизни мы начинаем познавать окружающее нас, изучать его законы и принципы взаимодействия духовного и материального. Наши родители дают нам родной язык и прививают нам культуру отношений и модель поведения, принятую в их жизни. И мы учимся всему, познавая этот мир.</w:t>
      </w:r>
    </w:p>
    <w:p>
      <w:r>
        <w:t>Раньше школьное или высшее образование было доступно только определённым слоям общества, а остальные люди воспитывались как рабочая сила. В наши дни школьное образование — это обязательная процедура, которую должен пройти любой ребёнок, который живёт в стране.</w:t>
      </w:r>
    </w:p>
    <w:p>
      <w:r>
        <w:t>Но образование в школе Христа имеет добровольный характер, и успех обучения напрямую зависит от моих личных взаимоотношений с Небесным Учителем и от моего желания познавать Небесные истины. Небесная школа очень разнообразна по своей структуре и может быть индивидуальной и общественной, в зависимости от обстоятельств и возможностей.</w:t>
      </w:r>
    </w:p>
    <w:p>
      <w:r>
        <w:t>Но как бы ни выглядела моя учёба в школе Христа, я имею самого Лучшего Учителя во всей Вселенной. Он Сам напрямую или через Своих представителей обучает меня тем Небесным истинам, которые меняют мою жизнь в соответствии с Божьими требованиями и стандартами. И эти знания приносят в мою жизнь свет и счастье.</w:t>
      </w:r>
    </w:p>
    <w:p>
      <w:r>
        <w:t>Познание Единого Истинного Бога и посланного Им Иисуса Христа даёт мне право на Вечную жизнь и учит меня законам Вечности, которые я могу применять к себе уже в земной жизни. И понимание того, что моё имя записано в Книге Жизни, наполняет моё сердце неописуемой радостью.</w:t>
      </w:r>
    </w:p>
    <w:p>
      <w:r>
        <w:t>Без обучения в Школе Христа мой духовный рост невозможен. В тот момент, когда прекращается моё обучение, прекращается и жизнеобеспечение моего духовного человека. Начинается голод, разрушение полученных принципов, и наступает духовная смерть. Но особенность Божьей школы заключается в том, что Бог умеет воскрешать и возвращать к жизни умершее и погибающее. И Ему приятно иметь дело с новорождёнными младенцами, которые готовы учиться всему, и им всё интересно. А те, кто был рождён свыше, но отошёл по причине неверия, соблазнов, ересей, представляют особую группу учеников, с которыми ведётся своя работа по их реабилитации и восстановлению.</w:t>
      </w:r>
    </w:p>
    <w:p>
      <w:r>
        <w:t>Наравне с Божьей школой в нашем мире есть и школа сатаны, который не гнушается никакими методами. Он может называть свою школу христианским учреждением и использовать имя Бога для прикрытия своих мерзостей и лжеучений, стараясь представить их библейской истиной, чтобы совратить, если возможно, и избранных. Он не против того, чтобы создавать новые конфессии и движения и запутывать умы доверчивых людей замысловатыми богословскими интерпретациями своих домыслов.</w:t>
      </w:r>
    </w:p>
    <w:p>
      <w:r>
        <w:t>Но Бог очень чётко определил критерии ученичества и границы между тьмой и светом. В Ис.8:20 читаем: «Обращайтесь к закону и откровению. Если они не говорят, как это слово, то нет в них света». И Божий Дух показывает ищущим и жаждущим правды то, что им необходимо знать, и они насыщаются.</w:t>
      </w:r>
    </w:p>
    <w:p>
      <w:r>
        <w:t>Например, давайте рассмотрим нашу Школу Любви Агапэ. Кто её Учитель? Если вы назовёте меня, то это будет неправильный ответ. Я не привлекаю ваш взор к себе, хоть и пишу эти уроки и свои опыты, но я являюсь Божьим инструментом, через который Господь учит вас и меня Своим Небесным законам и принципам. Я слежу за тем, чтобы каждый урок соответствовал Библейской истине, здравому смыслу и учению церкви, которая избрана Богом быть Его орудием в последнее время. Мы изучаем Божий закон и открываем в нём красоту Божьего характера. Господь учит нас правилам счастья, любви и дружбы как основам Вечной жизни. И, постигая эту Небесную науку, мы уже здесь живём Небесной жизнью и применяем её принципы в своём земном опыте, преодолевая сопротивление мира и избегая его соблазнов.</w:t>
      </w:r>
    </w:p>
    <w:p>
      <w:r>
        <w:t>Я учусь в Школе Христа, и это мой выбор. И любовь-агапэ — это характер Бога, который в процессе обучения становится моим. А любовь всё знает. Ей известны глубины Божии. Она способна проникать в Сердце Всевышнего, чтобы открывать мне красоту Божественной святости и примерять её к моей жизни. И моя жажда познания Бога и желание учиться любви и счастью дают Всевышнему право открывать мне великое и недоступное о Себе и делать это знание частью моего бытия. Познание Бога — это проявление Его духа любви в моих повседневных заботах в отношении тех, с кем я встречаюсь, и с кем живу рядом. Но начинается это обучение с простых истин, которые усложняются по мере моего роста. И если в начале моего обучения у меня было много наставников и учителей, то со временем я прихожу к тому, что Сам Господь через Святого Духа продолжает моё образование в Своей Школе, устраивая мне проверки и испытания полученных мною знаний. Но при этом я обычный человек, который считает себя грешником, постоянно нуждающимся в Спасителе. Мне нечем хвалиться, разве что тем, что я люблю, даже когда это невозможно. И даже это не моё, а дано мне в подарок на вечное пользование Иисусом. Иначе я просто не выживу. А любовь учит меня познанию Бога. И иногда я думаю, что если Бог любит меня так же, как и я своих ближних, то это так здорово! Но Божья любовь лучше моей и чище, и сильнее, а значит, есть чему учиться. И я учусь и мечтаю о том, что когда-то я стану очень похожим на Иисуса в любви и буду видеть всех людей в её свете.</w:t>
      </w:r>
    </w:p>
    <w:p>
      <w:pPr>
        <w:pStyle w:val="Heading2"/>
      </w:pPr>
      <w:r>
        <w:t>Библейские стихи к этой главе:</w:t>
      </w:r>
    </w:p>
    <w:p>
      <w:r>
        <w:t>Мф.5:1-2; 9:14; 10:1; 23:7-8; Мар.2:18; 4:34; Лк.6:20-21; 14:26-27; Ин.8:31-32; 13:13-14,34-35; Ис.8:16; 50:4; Прит.30:2-3; Гал.1:11-12; Флп.4:12</w:t>
      </w:r>
    </w:p>
    <w:p>
      <w:pPr>
        <w:pStyle w:val="Heading2"/>
        <w:pageBreakBefore/>
      </w:pPr>
      <w:r>
        <w:t>Глава 58</w:t>
      </w:r>
    </w:p>
    <w:p>
      <w:pPr>
        <w:pStyle w:val="Heading1"/>
      </w:pPr>
      <w:r>
        <w:t>Школа Любви</w:t>
      </w:r>
    </w:p>
    <w:p>
      <w:r>
        <w:t>В этом уроке я поделюсь с вами притчей, которую я написал очень давно, но хотелось бы, чтобы и она вошла в нашу учебную программу.</w:t>
      </w:r>
    </w:p>
    <w:p>
      <w:r>
        <w:t>Когда я прошу Бога дать мне любовь, что я чувствую при этом? Что происходит со мной? По большому счёту, ничего. Я всё такой же, и вокруг все такие же. А чего я ожидаю? Того, что вдруг нечто случится, и я всех полюблю. Но всё остаётся прежним. А Бог услышал и ответил. Ему нравятся такие молитвы, и у Него есть очень хорошая школа под названием жизнь. И вот Он помещает меня в первый класс или ещё лучше в подготовительный и начинает мне преподавать.</w:t>
      </w:r>
    </w:p>
    <w:p>
      <w:r>
        <w:t>А я смотрю на восьмиклассников и думаю: «А почему я не такой, как они?» А они так просто любят всех своих врагов, своих друзей, свою родню. Я тоже так хочу, а не знаю, что для этого нужно, и молюсь дальше. И на всякий случай считаю многих старшеклассников лицемерами. А Учитель наставляет меня дальше. Он окружает меня злыми людьми, Он посылает мне обманщиков, Он допускает такие ситуации, чтобы я упал и испачкался, общаясь с разными людьми. Я узнаю, что мои друзья сплетничают обо мне, и не понимаю, как дальше жить, но желаю учиться и прошу дать мне любовь.</w:t>
      </w:r>
    </w:p>
    <w:p>
      <w:r>
        <w:t>И вдруг приходит осознание того, что я очень грязный, и в таком виде моя любовь к ближнему будет его отталкивать и вызывать отвращение и насмешку. И я прошу чистое сердце, воду жизни, неосквернённый воздух. И Учитель ведёт меня в баню и моет меня, а потом даёт мне чистую одежду и отводит в школу. И я учусь дальше.</w:t>
      </w:r>
    </w:p>
    <w:p>
      <w:r>
        <w:t>Наблюдаю за людьми, наблюдаю за собой, и снова приходят злые люди, и все хотят, чтобы я показал им Иисуса. Я говорю, что Он на Небе, а они желают Его видеть во мне. И снова падаю, и снова пачкаюсь, и иду в баню. А Учитель берет меня за правую руку и говорит о Своей любви, о том, как я Ему дорог, и о том, что Он помогает мне и наставляет. И я сам замечаю, что со временем я становлюсь более спокойным, меньше раздражаюсь и замечаю в ближних что-то такое, что выглядит прекрасно.</w:t>
      </w:r>
    </w:p>
    <w:p>
      <w:r>
        <w:t>И уже злые люди не такие и опасные, как раньше, а просто несчастные. Они страстно желают найти друга, который их полюбит просто так. Я и сам ищу такого друга, и, найдя его среди старшеклассников, иду с ним до первого перекрёстка мнений, а затем продолжаю путь один, направляясь в свою сторону, а друг ждёт и улыбается.</w:t>
      </w:r>
    </w:p>
    <w:p>
      <w:r>
        <w:t>Падаю, но уже знаю, что делать дальше. Бегу к Учителю, и Он меня наставляет и утешает, а затем снова ведёт в баню. После этого Он отводит меня в школу, и снова я вижу злых людей с недобрыми сердцами, но они меня уже не смущают. Я понимаю, что они так защищаются, ведь я сам был таким. Они уже выглядят в моих глазах довольно-таки жалко, потому что не учатся в моей школе, а ходят рядом с ней. Они лишь бьют учеников и кричат, чтобы мы показали им Иисуса. Но старшеклассники побуждают нас молиться за этих несчастных людей и думать о том, как помочь им узнать Учителя в моей жизни, как показать им путь спасения на своём примере. И я вижу, что многие ученики очень похожи на моего Учителя, их характер и манеры поведения одинаковы. И меня всё сильнее и сильнее тянет к моему Наставнику, и я всё больше и больше провожу с Ним времени и в любой ситуации чувствую Его поддержку.</w:t>
      </w:r>
    </w:p>
    <w:p>
      <w:r>
        <w:t>И я замечаю, что в нашей школе появляется много новых учеников, которые постоянно падают и пачкаются, и мне так хочется им помочь, а они смотрят на меня и видят во мне лицемера. А я, глядя на них, узнаю себя. И я понимаю, что я люблю. Я это уже раньше осознал, но не умел это объяснить и поэтому тихонько радовался внутри, думая, что это пройдёт, а оно становится всё больше и глубже. И уже не я живу, а живёт во мне Христос. Чудеса, да и только! Смотрю на выпускников нашей школы. У них у всех на челе стоит печать нашего Учителя, и они имеют какую-то особую весть для всего мира. Как и мне хочется быть среди них! И я начинаю молиться о большей любви, и вроде ничего не происходит, но я знаю, что Учитель уже что-то для меня придумал, и прошу Его дать силы, чтобы устоять. Я вижу, что моя одежда уже не пачкается, и ноги окрепли, но понимаю, что очень вокруг скользко, и поэтому крепче хватаюсь за руку своего Наставника и так продолжаю путь, мечтая о большей любви. А Учитель крепко держит меня, и за всё время моего обучения Он не оставлял меня без присмотра. И я уже не разочаровываюсь, потому что знаю Того, в Кого я верю. И все перекрёстки мнений меня больше не сбивают. Я вижу цель и уверенно иду к ней. А Учитель приводит меня в школу и окружает злыми людьми, которых я уже просто люблю. А затем Он предлагает мне стать наставником тех учеников, которые приходят в школу, чтобы и мне иметь радость передачи Божьих сокровищ от сердца к сердцу. И это такое счастье! Я учу других!</w:t>
      </w:r>
    </w:p>
    <w:p>
      <w:r>
        <w:t>Ещё один кирпичик в нашем домике счастья называется: «Я учу». И он является родным братом-близнецом кирпичика «Я учусь». Они представляют собой одно целое и не могут жить друг без друга.</w:t>
      </w:r>
    </w:p>
    <w:p>
      <w:r>
        <w:t>Если я буду только принимать знания о вечном и не стану делиться ими с другими, то моя речка превратится в застойное болото и засмердит. Если я стану учить других, при этом не учась сам, то мой родник иссякнет. Я сгорю эмоционально, и моё сердце опустеет, а я превращусь в «выжатый лимон».</w:t>
      </w:r>
    </w:p>
    <w:p>
      <w:r>
        <w:t>Но у Бога есть план. И этот план таков. Если я желаю что-то лучше понять, то мне необходимо это рассказать, начиная объяснять другим. Не стоит при этом присваивать себе титул учителя. Но можно, учась, передавать свои знания. Когда я их обретаю, тогда я прохожу процесс обучения, а когда я начинаю отвечать на вопросы или задания, тогда я наставляю тех, кто меня слушает, и это оказывает взаимное влияние.</w:t>
      </w:r>
    </w:p>
    <w:p>
      <w:r>
        <w:t>Я благовествую. Это своего рода наставничество. В это время я делюсь полученным светом, учу других тому, что сам только что познал. И самое прекрасное постижение истины происходит именно тогда, когда я начинаю делиться ею с другими.</w:t>
      </w:r>
    </w:p>
    <w:p>
      <w:r>
        <w:t>Иметь свидетельство Иисуса — это получать от Него знания и свет, передавая их дальше. Невозможно свидетельствовать о том, чего ты не знаешь, или чему ты не научен, или что не соответствует истине.</w:t>
      </w:r>
    </w:p>
    <w:p>
      <w:r>
        <w:t>Вечная Школа Любви Агапэ никогда не закончится, и мы имеем доброе начало, чтобы непрестанно развиваться в таком познании Бога. Ученик не может стать выше учителя, но если они оба изучают вечную науку, то они будут постоянно расти и никогда не постигнут всю полноту знаний. Однако они будут непрестанно открывать для себя что-то новое о Божьей любви, чтобы вечно делиться этим с другими.</w:t>
      </w:r>
    </w:p>
    <w:p>
      <w:r>
        <w:t>Я учу. Это вечная зависимость от моего Небесного Учителя, Который приготовил для нас несметные богатства знаний, чтобы постепенно давать их нам, наделяя нас радостью передачи этой информации другим ученикам.</w:t>
      </w:r>
    </w:p>
    <w:p>
      <w:r>
        <w:t>Вас не пугает вечная перспектива вечного ученичества и учительства? А если учесть, что вечной темой нашего исследования и открытий будет вечная Божья Любовь Агапэ, то думаю, что и самой Вечности не хватит, чтобы вместить все полученные знания.</w:t>
      </w:r>
    </w:p>
    <w:p>
      <w:r>
        <w:t>А мы только-только начинаем, чтобы постоянно продолжать эту учёбу и всегда быть свидетелями Божьей любви. Но дорога в миллиарды лет школьной жизни начинается с первого урока, с одного маленького шага и решения стать учеником Христа. А Он научит и утвердит.</w:t>
      </w:r>
    </w:p>
    <w:p>
      <w:pPr>
        <w:pStyle w:val="Heading2"/>
      </w:pPr>
      <w:r>
        <w:t>Библейские стихи к этой главе:</w:t>
      </w:r>
    </w:p>
    <w:p>
      <w:r>
        <w:t>Мф.5:1-2; 9:14; 10:1; 23:7-8; Мар.2:18; 4:34; Лк.6:20-21; 14:26-27; Ин.8:31-32; 13:13-14,34-35; Ис.8:16; 50:4; Прит.30:2-3; Гал.1:11-12; Флп.4:12</w:t>
      </w:r>
    </w:p>
    <w:p>
      <w:pPr>
        <w:pStyle w:val="Heading2"/>
        <w:pageBreakBefore/>
      </w:pPr>
      <w:r>
        <w:t>Глава 59</w:t>
      </w:r>
    </w:p>
    <w:p>
      <w:pPr>
        <w:pStyle w:val="Heading1"/>
      </w:pPr>
      <w:r>
        <w:t>Красота учёбы</w:t>
      </w:r>
    </w:p>
    <w:p>
      <w:r>
        <w:t>Когда мне кто-то говорит об учёбе, у меня возникает образ школьной комнаты со строгим учителем, где необходимо отбыть 45 минут и получить какие-то знания. И мой интерес к уроку или изучаемому предмету больше зависит от того, кто и как его будет преподносить, чем от содержания. А когда начинается контрольная работа или экзамен, то я больше думаю о том, как бы не сделать ошибку, чтобы получить хорошую оценку, чем о том, как бы поделиться ответами на полученные знания и ещё более в них утвердиться. И этот стереотип мне очень мешает учиться в школе Христа. Когда я слышу слово «учёба», мне хочется быть от этого подальше и ничего общего не иметь с этим, ведь даже мысль о том, что мне надо будет провести без движения какое-то количество времени, сильно напрягает</w:t>
      </w:r>
    </w:p>
    <w:p>
      <w:r>
        <w:t>Хотя если у меня есть интерес к какой-либо науке, и мне хочется больше узнать о чём-то, и получить необходимые знания, и если я могу выбрать для себя способ обучения или преподавателя по сердцу, то во мне загорается огонёк тяги к знаниям, и я готов внимать всему и в большом объёме, пока мой разум способен воспринимать и обрабатывать информацию.</w:t>
      </w:r>
    </w:p>
    <w:p>
      <w:r>
        <w:t>Но подобное мышление может сыграть со мной роковую шутку, и я просто отвергну что-то очень важное и крайне нужное для своей души лишь потому, что это ассоциируется у меня с чем-то скучным и заунывным.</w:t>
      </w:r>
    </w:p>
    <w:p>
      <w:r>
        <w:t>Наука Спасения, наука о любви и счастье, наука о вечных ценностях имеет особую красоту, и она легко меняет мой разум и очень просто принимается сердцем, если её открывает Святой Дух, используя посвящённого человека. Я слышу обращение от сердца к сердцу, и мои стены неприязни рушатся, мой разум настраивается на волну говорящего. А во время экзамена Господь мне напоминает те простые истины, которые помогут правильно пройти испытание и выйти победителем, или получить максимум удовольствия от того, что я сделал что-то правильно. И никакая моя ошибка не вызывает у Учителя негодования, а показывает мне, что в моём сердце есть ещё что-то такое, что надлежит исправить. И никаких оценок, никаких упрёков, никакого насилия воли.</w:t>
      </w:r>
    </w:p>
    <w:p>
      <w:r>
        <w:t>А порою я сам желаю получать нужные знания и набираю книги, и выделяю время, чтобы их изучить. В наши дни можно учиться даже тогда, когда руки заняты, а ты в наушниках слушаешь полезную информацию или интересные опыты.</w:t>
      </w:r>
    </w:p>
    <w:p>
      <w:r>
        <w:t>И если в настоящее время Школа Христа довольно разнообразна и касается многих сторон нашей жизни, открывая прекрасные перспективы счастья, любви и дружбы, то представляете, какой она будет в Вечности?</w:t>
      </w:r>
    </w:p>
    <w:p>
      <w:r>
        <w:t>И даже чтобы просто представить Вечность своим ограниченным разумом, мне не хватает на это фантазии, и я использую своё воображение в рамках своих земных познаний и стереотипов.</w:t>
      </w:r>
    </w:p>
    <w:p>
      <w:r>
        <w:t>И даже сейчас, когда мне открываются бесконечные просторы Божьей любви, я ограничиваю эти познания размерами своей скорлупы, из которой так не хочется вылезать. А ведь Вечность гораздо больше и интереснее, чем может представить даже самый смелый разум и самое обширное воображение.</w:t>
      </w:r>
    </w:p>
    <w:p>
      <w:r>
        <w:t>К примеру, как мы будем там общаться? Думаю, что даже сейчас наши ангелы-хранители улыбаются, слушая наши ограниченные предположения, но при этом и удивляются тому, как мы, не видя обещанного, верим в него и изо всех сил стремимся этого достичь, познать и получить.</w:t>
      </w:r>
    </w:p>
    <w:p>
      <w:r>
        <w:t>Нас будет очень много. И вечных друзей станет ещё больше. С ними будет ещё интереснее. И каждый новый друг будет представлять собой уникальную планету, которую захочется узнать, открыть и изучить, познавая душу с особой любовью и интересом. А при этом останутся и старые земные друзья, с которыми тоже необходимо будет развивать отношения. И как вместить в свой земной разум весь этот объём информации? И где на всё это найти время?</w:t>
      </w:r>
    </w:p>
    <w:p>
      <w:r>
        <w:t>При этом в Вечности будет живой и видимый Иисус, Который будет затмевать Собою всё и всех, и личное познание Которого будет доставлять неимоверное наслаждение и радость.</w:t>
      </w:r>
    </w:p>
    <w:p>
      <w:r>
        <w:t>И Бог Отец будет всегда доступен для общения, чтобы подарить мне новое откровение или благословение, и Его большое и доброе Сердце будет всегда открыто для меня, чтобы я в Нём постоянно находил новые сокровища и вечно радовался глубине познания Вечной любви.</w:t>
      </w:r>
    </w:p>
    <w:p>
      <w:r>
        <w:t>А Сам Дух Святой будет моим Вечным Учителем, голос Которого я буду слышать ушами и сердцем, и Он станет постоянно рассказывать о Своей любви, открывать широту Божьих откровений, показывать мне во всех моих вечных друзьях новые особенности. Он даст мне уникальную память, чтобы удержать все эти знания в голове и воспроизводить их в нужное время во всей своей чистоте и красоте.</w:t>
      </w:r>
    </w:p>
    <w:p>
      <w:r>
        <w:t>При этом будет очень интересно узнать всю историю Творения, начиная с первой пылинки во Вселенной, переходя к созданию ангелов, новых галактик, нашей Земли. И очень познавательно будет услышать из личных свидетельств о том, как жили до потопа, да и после него, как они верили, как боролись с грехом и побеждали соблазны, и почему другие не попали в Вечность.</w:t>
      </w:r>
    </w:p>
    <w:p>
      <w:r>
        <w:t>И чтобы одновременно вместить всё это, мне понадобится обширный разум, который будет способен пребывать везде, анализировать всё, учиться всему и не уставать, но жаждать новых познаний, учений и откровений. И я думаю, что Господь наделит нас всех такими способностями мышления и общения, чтобы мы могли, даже будучи на расстоянии, поддерживать связь друг с другом и делать новые открытия в сердцах тех, кто тебе очень дорог, при этом имея общение с Вечным Богом, познавая Его характер из личных отношений.</w:t>
      </w:r>
    </w:p>
    <w:p>
      <w:r>
        <w:t>А наши добрые и верные ангелы, которые всю жизнь нам служили, тоже будут мечтать о нашем личном знакомстве, чтобы рассказать о нашей жизни с позиции их служения и показать, от скольких опасностей они нас избавляли и сколько благословений приносили в нашу жизнь. И как они скромно ждут моего желания с ними дружить, чтобы в этих отношениях открыть и свои сердца, и показать мне, как устроены ангелы, как они живут, что едят, как думают, и как выглядит их личная жизнь. И на это всё нужно время и проникновенный ум, который будет дарован мне Богом, чтобы вечно наполняться новыми открытиями и благословениями.</w:t>
      </w:r>
    </w:p>
    <w:p>
      <w:r>
        <w:t>Нам будут дарованы другие виды коммуникации и передвижения, и большие земные и космические расстояния уже не станут нас смущать, и в какой бы части Вселенной мы ни оказались, мы всегда будем оставаться на связи друг с другом и нашим дорогим Иисусом, чтобы продолжать открываться и познавать что-то новое в жизни тех, кого ты любишь.</w:t>
      </w:r>
    </w:p>
    <w:p>
      <w:r>
        <w:t>И стоит ещё немножко сказать о любви. Она будет присутствовать везде и, подобно воздуху, связывать нас в одном вселенском единстве, чтобы, проходя через наши сердца, радовать всех тех, с кем мы будем иметь общение и отношения.</w:t>
      </w:r>
    </w:p>
    <w:p>
      <w:r>
        <w:t>Следует также отметить всех тех небожителей из непавших миров, которые терпеливо ждут знакомства с каждым из нас, чтобы поделиться своими радостями и знаниями и познать нас лично, чтобы уже никогда не расставаться. И они расскажут нам о своём понимании Бога и о том, что они переживали, наблюдая за нами.</w:t>
      </w:r>
    </w:p>
    <w:p>
      <w:r>
        <w:t>И все эти знания называются Вечной школой Христа, в которой мы непрестанно будем познавать, что Бог есть Любовь. И она началась уже здесь.</w:t>
      </w:r>
    </w:p>
    <w:p>
      <w:pPr>
        <w:pStyle w:val="Heading2"/>
      </w:pPr>
      <w:r>
        <w:t>Библейские стихи к этой главе:</w:t>
      </w:r>
    </w:p>
    <w:p>
      <w:r>
        <w:t>Ин.14:1-6; 1Кор.2:9; 2Кор.12:1-9; Откр.21:1-27; 22:1-7; Ис.11:6-9; Иов.38:3-41; 39:1-35</w:t>
      </w:r>
    </w:p>
    <w:p>
      <w:pPr>
        <w:pStyle w:val="Heading2"/>
        <w:pageBreakBefore/>
      </w:pPr>
      <w:r>
        <w:t>Глава 60</w:t>
      </w:r>
    </w:p>
    <w:p>
      <w:pPr>
        <w:pStyle w:val="Heading1"/>
      </w:pPr>
      <w:r>
        <w:t>Счастье в каждый дом</w:t>
      </w:r>
    </w:p>
    <w:p>
      <w:r>
        <w:t>Расскажу вам необычный опыт.</w:t>
      </w:r>
    </w:p>
    <w:p>
      <w:r>
        <w:t>Летом 2019 мне в голову пришла идея попробовать сделать кого-то из моих друзей очень счастливым. И мне сильно понравилась такая задумка. Но нужно было выбрать кого-то на эту роль, и это была самая сложная задача, потому что все мои другие друзья оставались в таком случае несчастными. В конце концов, мой выбор пал на двух человек, на брата и сестру. Я выбрал этих людей так, чтобы понять, что переживает женщина, и что происходит с мужчиной, если кто-то начинает думать об их счастье и что-то для этого делать.</w:t>
      </w:r>
    </w:p>
    <w:p>
      <w:r>
        <w:t>Потом, прежде чем начать этот процесс, я решил совершать этот опыт не в одиночку, и предложил своим друзьям, Артуру и Арсену, поддержать меня в этом деле. И они согласились.</w:t>
      </w:r>
    </w:p>
    <w:p>
      <w:r>
        <w:t>В результате мы открыли коалицию по осчастливливанию людей и назвали её: «ААА. Счастье в каждый дом».</w:t>
      </w:r>
    </w:p>
    <w:p>
      <w:r>
        <w:t>Итак, команда собралась, и мы стали обсуждать стратегию нападения и начали придумывать разные методы того, что можно сделать для счастья своего избранного ближнего извне, чтобы ему это было интересно, нужно и радостно. Это был совсем новый период нашей жизни, и мы искали лучшие пути. Сложность ещё была и в том, что избранного брата знал лично только я. И было непонятно, как он отреагирует на подобные действия.</w:t>
      </w:r>
    </w:p>
    <w:p>
      <w:r>
        <w:t>Мы решили ежедневно и усердно молиться за этих людей, выйти с ними на связь и сообщить им о нашем предприятии, спросив их разрешения, а затем начать искать в них то прекрасное и делать для них что-то необычное, что могло бы порадовать их сердца.</w:t>
      </w:r>
    </w:p>
    <w:p>
      <w:r>
        <w:t>Мы были первооткрывателями в этом деле и не знали, к чему мы придём, и что из этого получится.</w:t>
      </w:r>
    </w:p>
    <w:p>
      <w:r>
        <w:t>Но мы встали и пошли.</w:t>
      </w:r>
    </w:p>
    <w:p>
      <w:r>
        <w:t>Вначале мы вышли на связь с нашими друзьями и сообщили им о том, что мы решили с ними сделать, и попросили их не пугаться, но быть к нам снисходительными и внимательными. Наших счастливчиков звали Сергей и Виолетта. Они были очень удивлены, но дали согласие. И поезд счастья тронулся.</w:t>
      </w:r>
    </w:p>
    <w:p>
      <w:r>
        <w:t>Ежедневно мы молились за наших избранников, выходили с ними на связь и рассказывали им то доброе, что приходило нам в голову, а затем собирались нашей командой и делились пережитыми опытами.</w:t>
      </w:r>
    </w:p>
    <w:p>
      <w:r>
        <w:t>После этого я решил обратиться к друзьям от наших счастливчиков с просьбой, которая звучала примерно так: «Мир тебе, друг Виолетты. Можешь мне написать или надиктовать что-то хорошее про Виолетту? Что это за человек? Что ей больше всего нравится в жизни? И ещё напиши, пожалуйста, что тебе в ней нравится. И ещё напиши что-то очень хорошее. Я потом расскажу, зачем это надо.</w:t>
      </w:r>
    </w:p>
    <w:p>
      <w:r>
        <w:t>Заранее спасибо. Нам очень нужна эта информация. Спасибо».</w:t>
      </w:r>
    </w:p>
    <w:p>
      <w:r>
        <w:t>И друзья наших друзей стали нам отвечать, присылая письма и голосовые сообщения. А мы всем этим делились друг с другом в своей команде, в своём общем чате, внимательно изучали полученные ответы и, исходя из этой информации, продолжали строить личное общение с нашими подопечными, рассказывая им о всех тех новых открытиях, которые мы сделали в результате нашего исследования.</w:t>
      </w:r>
    </w:p>
    <w:p>
      <w:r>
        <w:t>Результат не заставил себя долго ждать. Удивление и непонимание наших счастливчиков переросло в восторг и ожидание новых наших сообщений. А мы собирали все наши послания и все ответы в наш общий чат и делились друг с другом в нашей команде новыми открытиями. И когда я обратился к родной сестре Виолетты с подобной просьбой, она решила подробнее узнать, зачем нам это нужно, и для кого мы собираем эту информацию. И, узнав, что мы затеяли, Виталина решила вступить в нашу команду. И мы стали называться «АВАА». Дело стало набирать обороты.</w:t>
      </w:r>
    </w:p>
    <w:p>
      <w:r>
        <w:t>И уже было непонятно, кто из нас становился счастливее, мы сами или те люди, о счастье которых мы думали ежедневно и составляли планы на то, как сделать жизнь этих людей лучше. И это было очень вдохновенное предприятие, которое приносило очень много радости всем.</w:t>
      </w:r>
    </w:p>
    <w:p>
      <w:r>
        <w:t>Что характерно, когда просишь друга от твоего подопечного рассказать что-то очень хорошее о своём друге, то у всех возникает сразу много вопросов: «Почему? Зачем тебе это надо? Для кого это нужно?» И когда начинаешь говорить о своих планах, тогда людям становится совсем непонятно, как такое может быть? А вот у нас это получилось.</w:t>
      </w:r>
    </w:p>
    <w:p>
      <w:r>
        <w:t>Наиболее интересно слушать переживания избранных счастливчиков о том, как они всё это видят, как они это понимают, и что с ними происходит. А происходит что-то прекрасное, что они раньше никогда не переживали.</w:t>
      </w:r>
    </w:p>
    <w:p>
      <w:r>
        <w:t>Ответьте, к примеру, на такой вопрос: «Кто из ваших ближних постоянно думает о вашем счастье и делает для этого всё возможное, используя всякую идею, которая приходит в голову?» Думаю, что ответ не стоит озвучивать.</w:t>
      </w:r>
    </w:p>
    <w:p>
      <w:r>
        <w:t>А мы пережили этот опыт и вкусили кусочек Вечности, представляя то, как мы непрестанно будем придумывать что-то, чтобы всем нашим друзьям было хорошо, как мы будем вечно этим заниматься, изобретая новые планы нападения.</w:t>
      </w:r>
    </w:p>
    <w:p>
      <w:r>
        <w:t>И когда затем слушаешь отзывы самих счастливчиков, сердце наполняется радостью от того, что ты сделал что-то очень-очень хорошее и доброе, и это наполнило сердце ближнего радостью, светом, каким-то новым необычным переживанием. И тебе тоже от этого стало очень хорошо. А когда тебе хорошо, ты знаешь, как и другим сделать хорошо.</w:t>
      </w:r>
    </w:p>
    <w:p>
      <w:r>
        <w:t>После некоторого времени Артур предложил ещё двух кандидатов для осчастливливания, а затем ещё два человека были добавлены на роль подопечных, и мы поддержали эту идею и обрушили лавину добрых слов и пожеланий в жизнь и этих людей. И было так интересно наблюдать, как простые слова дружелюбия, любви, счастья, восхищения и искреннего восторга радуют сердца твоих друзей и наполняют их жизнь светом. И тебе тоже становится очень тепло и приятно от того, что кто-то благодаря тебе стал счастливее.</w:t>
      </w:r>
    </w:p>
    <w:p>
      <w:r>
        <w:t>Но для полного счастья я делился в своих сообщениях теми законами блаженства, которые мы сейчас изучаем и открываем, понимая, что эмоции не могут быть прочным основанием счастья, и нужен более твёрдый фундамент.</w:t>
      </w:r>
    </w:p>
    <w:p>
      <w:r>
        <w:t>Но радость наших отношений никуда не делась, а только прекрасно окрашивала наше общее дело и побуждала нас изобретать новые методы нападения и завоевания сердец.</w:t>
      </w:r>
    </w:p>
    <w:p>
      <w:r>
        <w:t>И подобный опыт не проходит бесследно. Все эти люди отмечены в моём сердце как особые друзья, к которым у меня особенное отношение, да и сами отношения изменились, и мы стали ещё ближе и роднее. И это так радостно!</w:t>
      </w:r>
    </w:p>
    <w:p>
      <w:r>
        <w:t>Но о подобных опытах я могу только рассказать и доказать то, что это возможно осуществить, и результат превзойдёт все ожидания. Но это всё должно быть в рамках любви и дружбы во Христе и не переходить к плотским утехам. Если подобных границ не будет, то сатана может обратить все благословения в проклятие, особенно когда речь идёт об отношениях между представителями разных полов. Но Господь защищает и даёт чистым сердцам чистые мысли и идеи.</w:t>
      </w:r>
    </w:p>
    <w:p>
      <w:r>
        <w:t>Подобные опыты стоит пережить в своей семье, в кругу своих друзей, они прибавят много радости и счастья.</w:t>
      </w:r>
    </w:p>
    <w:p>
      <w:r>
        <w:t>О себе скажу, что очень приятно с утра до вечера думать о счастье своих друзей, придумывая новые способы и молясь о благословении для тех, кого ты любишь. И любовь к этим людям приходит самопроизвольно, и тебе уже хочется, чтобы их жизнь стала ещё лучше. И я просто люблю.</w:t>
      </w:r>
    </w:p>
    <w:p>
      <w:pPr>
        <w:pStyle w:val="Heading2"/>
      </w:pPr>
      <w:r>
        <w:t>Библейские стихи к этой главе:</w:t>
      </w:r>
    </w:p>
    <w:p>
      <w:r>
        <w:t>Прит.17:17; 27:9; Еккл.3:12; Гал. 6:10; Иак.4:17; Рим.12:10; Ис.65:13,18-19; Ин.13:34-35; 15:12-13; Еф.5:25-28; 1Пет.1:22; 2Кор.8:6; Флп.4:8; 1Ин.3:11,18</w:t>
      </w:r>
    </w:p>
    <w:p>
      <w:pPr>
        <w:pStyle w:val="Heading2"/>
        <w:pageBreakBefore/>
      </w:pPr>
      <w:r>
        <w:t>Глава 61</w:t>
      </w:r>
    </w:p>
    <w:p>
      <w:pPr>
        <w:pStyle w:val="Heading1"/>
      </w:pPr>
      <w:r>
        <w:t>Счастье в каждое сердце</w:t>
      </w:r>
    </w:p>
    <w:p>
      <w:r>
        <w:t>Чтобы осознать глубину и важность того земного счастья, которое мы переживаем в своей жизни, необходимо понять, во что оно обошлось Небу, какой ценой оно нам досталось.</w:t>
      </w:r>
    </w:p>
    <w:p>
      <w:r>
        <w:t>Если поразмышлять о жизни и учении Иисуса, то можно сделать вывод, что Господь был очень счастливым Человеком, Который постоянно думал о счастье Своих ближних и делал для этого всё возможное и невозможное, всё, что было в Его власти. И каждое утро Он выпрашивал особую Силу свыше для того, чтобы Она могла Его руками и словами делать людям добро, исцелять тела и души, давать им Хлеб жизни.</w:t>
      </w:r>
    </w:p>
    <w:p>
      <w:r>
        <w:t>Хоть Иисус и был активным тружеником на протяжении всей Своей жизни, но нам больше известно о Его заключительных годах, когда Он был помазан Святым Духом для особого служения миру. И мир был потрясён. Своею жизнью Христос показал всем, как Бог относится к людям, как Он их любит, и какой Он на самом деле. И в свете жизни Иисуса мы видим, что Он приносил счастье везде, где появлялся. Но не все желали быть счастливыми.</w:t>
      </w:r>
    </w:p>
    <w:p>
      <w:r>
        <w:t>Если разрушить все стереотипы и ложные представления о счастливой жизни и попытаться разобраться, что на самом деле нужно человеку для счастья, то мы удивимся тому, что не так уж и много нам надо. В простоте существования заключается особое преимущество, а учение Христа отвечает всем потребностям человека и нуждам души.</w:t>
      </w:r>
    </w:p>
    <w:p>
      <w:r>
        <w:t>Иисус начал Своё служение с проповеди о блаженстве, и Он закончит историю нашего мира событиями, которые покажут, насколько это счастье необходимо, чтобы перенести времена тяжкие и период скорби. Чтобы пережить великую скорбь, нужно будет иметь великое счастье. То самое счастье, которое основано на Скале, которое состоит из вечных и прочных материалов, не имеющих в себе трещин и дыр для проникновения соблазнов и ересей.</w:t>
      </w:r>
    </w:p>
    <w:p>
      <w:r>
        <w:t>Божьи пророки предупреждают нас о том, что в последнее время всем будет очень тяжело, и для Божьего народа будут приготовлены страшные испытания, которые перенесут все те, чьи имена записаны в Книгу Жизни, кто будет иметь Печать Божью, кто приобретёт Небесные товары у Свидетеля Истинного и Верного, и у кого будет масло в светильниках. И всё это мы понимаем символически, но стоит разобраться в том, что означают эти образы, и имеет ли моя жизнь отношение к перечисленному.</w:t>
      </w:r>
    </w:p>
    <w:p>
      <w:r>
        <w:t>В третьей главе книги Даниила описывается опыт, который прошли три юноши, решившие быть верными Богу до смерти и не побоявшиеся умереть, сохранив эту преданность. И я думаю, что они были спокойны в своём выборе. Когда юношей бросили в огненную печь, они были счастливы, ибо встретились в этом испытании с Тем, Кого, не видя, любили, на Кого уповали и Кому остались верными до смерти. Я представляю, какая радость сошла на этих троих человек, когда они попрощались друг с другом и с жизнью, но не погибли, а ходили в жарком пламени, удивляясь тому, что они не горят. И их глаза увидели своего Спасителя, Который был Сыном Божьим. Счастью этих людей не было предела. И когда царь Навуходоносор позвал их вновь к себе, они вышли победителями. Их лица светились ликованием, и они не скрывали своей радости, никого не боясь. Но все присутствующие затрепетали от страха и увиденного чуда избавления.</w:t>
      </w:r>
    </w:p>
    <w:p>
      <w:r>
        <w:t>Что-то подобное будет происходить и во время великой скорби. Масло счастья будет поддерживать огонь в светильнике души даже в самое тёмное время земной истории, и этот огонь не погаснет, и это масло не иссякнет, ибо все перечисленные символы указывают на Вечную связь с вечным Источником.</w:t>
      </w:r>
    </w:p>
    <w:p>
      <w:r>
        <w:t>Что же будут переживать те, кто познал законы блаженства, принял их в своё сердце, испытал их в своей жизни, сделал свой выбор быть счастливым в любых испытаниях, которые не заставят себя ждать? Эти люди сохранят своё бесценное сокровище счастливого духа в целости, чтобы питать этим маслом свои мысли и чувства во время кризиса.</w:t>
      </w:r>
    </w:p>
    <w:p>
      <w:r>
        <w:t>И подготовка к предстоящим событиям происходит сейчас, в это время, когда вы читаете эти уроки.</w:t>
      </w:r>
    </w:p>
    <w:p>
      <w:r>
        <w:t>Почему Бог избрал именно истину, счастье и любовь для борьбы последнего времени? Ответ прост. Это как раз то состояние верующей души, к которому придёт каждый человек, изучающий и принимающий волю Божью. Невозможно быть несчастным в присутствии Бога. Разве что только грешное сердце будет издыхать от страха и ужаса.</w:t>
      </w:r>
    </w:p>
    <w:p>
      <w:r>
        <w:t>Счастье в Господе — это самый лучший показатель того, что у тебя с Богом всё хорошо, что ты на рельсах правды, что ты Божья собственность по имени Невеста Христа.</w:t>
      </w:r>
    </w:p>
    <w:p>
      <w:r>
        <w:t>И само слово «счастье» звучит очень привлекательно и желанно для человеческого уха. Оно притягивает к себе внимание и убеждает слушающего в истине.</w:t>
      </w:r>
    </w:p>
    <w:p>
      <w:r>
        <w:t>Как вы думаете, что в наше время вызовет больший интерес: приглашение на встречи с непонятным названием или предложение людям обрести счастье, любовь и дружбу? К сожалению, враг души уже везде внёс свои поправки и извращения, но всё же счастье — это когда душе хорошо. Такое определение пока остаётся стабильным. Но вот только каким будет это «хорошо», вечным или временным, определяется тем, из какого источника оно исходит.</w:t>
      </w:r>
    </w:p>
    <w:p>
      <w:r>
        <w:t>Опасность последнего времени состоит ещё и в том, что, зная из пророчеств, что кризис наступит, понимая хронологию событий и знамения времени, хорошо владея теорией, мы не всегда правильно представляем, как это выглядит изнутри в моей жизни, в моём сердце.</w:t>
      </w:r>
    </w:p>
    <w:p>
      <w:r>
        <w:t>Я много лет изучал последовательность последних событий истории, и вижу, как всё исполняется, знаю, чего ждать дальше, но вот состояние моего сердца меня настораживает. А с Богом ли оно? А есть ли во мне масло? Понимаю ли я Божий план для своего Спасения в это время? Что лично я должен делать? И просто сказать: «Я буду только верить, и спасусь», — это звучит для меня довольно самонадеянно, ведь я понимаю, что должно быть во мне ещё что-то такое, что даст мне твёрдую уверенность в спасении и принесёт душе мир.</w:t>
      </w:r>
    </w:p>
    <w:p>
      <w:r>
        <w:t>Наука о любви и счастье, владение этими знаниями и навыками, понимание значения символов Спасения и их принятие приводят моё сердце в гармонию с Богом и дают мне уверенность в том, что я строю на Скале, и мой домик счастья устоит в любом испытании.</w:t>
      </w:r>
    </w:p>
    <w:p>
      <w:r>
        <w:t>Когда Бог повелел Ною строить ковчег, это было самое нелепое сооружение того времени, и оно вызывало насмешки и злоречие. Но именно такая конструкция и выдержала все испытания тех дней. Сейчас Господь повелевает строить свой дом на камне, ибо придёт испытание, как и во дни Ноя, и всё хлипкое или не имеющее основания рухнет. И это будет впечатляющим крушением веры и надежды. Время же скорби станет великой скорбью для всех поверхностных христиан. И я понимаю это, и моя миссия Спасения направлена в первую очередь на моё сердце. А счастливо ли оно в Боге? На чём оно основывается и как прочно связано с Основанием? И Бог даёт свет ищущей душе, и она получает нужные знания, и приводит сердце в гармонию с Богом. Тогда наступает мир. И в мирное время можно очень легко строить то, что прочно и вечно.</w:t>
      </w:r>
    </w:p>
    <w:p>
      <w:r>
        <w:t>Любовь не вводит душу в обман и не предлагает заблуждения, но предупреждает об опасности, открывает свет и несёт истину для настоящего времени. Она заботится о чистоте души, в которой поселилась, и она не даст места ничему недоброму. И блаженны чистые сердцем, ибо они Бога увидят.</w:t>
      </w:r>
    </w:p>
    <w:p>
      <w:pPr>
        <w:pStyle w:val="Heading2"/>
      </w:pPr>
      <w:r>
        <w:t>Библейские стихи к этой главе:</w:t>
      </w:r>
    </w:p>
    <w:p>
      <w:r>
        <w:t>Дан.3:23-26; 12:1-3; Лк.21:25; Флп.2:12; 4:19; Ин.14:1; Мф.24:9-10,21-22; 28:18-20; Ис.42:13-16; 46:3-4; Быт.28:15; Нав.1:5; Пс.50:10; 90; Евр.4:15-16; Откр.16:15</w:t>
      </w:r>
    </w:p>
    <w:p>
      <w:pPr>
        <w:pStyle w:val="Heading2"/>
        <w:pageBreakBefore/>
      </w:pPr>
      <w:r>
        <w:t>Глава 62</w:t>
      </w:r>
    </w:p>
    <w:p>
      <w:pPr>
        <w:pStyle w:val="Heading1"/>
      </w:pPr>
      <w:r>
        <w:t>Сила стойкости</w:t>
      </w:r>
    </w:p>
    <w:p>
      <w:r>
        <w:t>Когда я строю дома или какое-то сооружение, которое должно нести статическую нагрузку, тогда я обычно делаю это в хорошую погоду, чтобы не было морозов, чтобы не шёл дождик или снег. Потому что все подобные явления доставляют определённый дискомфорт и способны повлиять на качество строения. Но в уме я просчитываю, насколько прочной будет моя конструкция, даже если имею на руках её планы. В хорошую и тихую погоду очень сложно понять, как поведёт себя строение, если вдруг случится землетрясение или придёт ураган. Но существуют определённые законы, зная которые, я могу заранее просчитать предполагаемую нагрузку и давление, и я учитываю эти расчёты при возведении здания. Когда я заказываю материал для строительства, я не прошу привезти хоть что-то, лишь бы оно было, а называю именно тот товар и марку, которые указаны в плане, или которые уже проверены временем и подходят для возведения зданий.</w:t>
      </w:r>
    </w:p>
    <w:p>
      <w:r>
        <w:t>Когда я только начинал работать на стройке, тогда мы клали стены на раствор, как и 1000 лет назад, но пришла новая технология, и мы стали класть кирпичи на клей, что меня очень удивляло и радовало. Для этого нужно было очень ровно выложить первый ряд, а затем обмакивать кирпич в готовый клей и ставить его в стену, и он сам прилипал. И такая технология очень быстро стала популярной везде.</w:t>
      </w:r>
    </w:p>
    <w:p>
      <w:r>
        <w:t>Но когда я начал строить дом у одного инженера, он решил всё делать по старинке, объясняя, что всё новое должно пройти испытание временем, не менее 15 лет, и потом это можно использовать.</w:t>
      </w:r>
    </w:p>
    <w:p>
      <w:r>
        <w:t>Мой сосед по даче построил себе красивую теплицу и высадил в неё помидоры. Но пришёл маленький ураган, и вся эта теплица оказалась в разобранном виде на моём участке. Я принял это к сведению и внёс коррективы в своё строительство, заботясь о правильном основании и связке конструкции. За прошедшее время пришлось пережить много ураганов, дождей и снегопадов. И всё то, что я когда-то возводил, очень хорошо держится. Меня радовал сам процесс строительства, а сейчас радует прочность и красота построенного.</w:t>
      </w:r>
    </w:p>
    <w:p>
      <w:r>
        <w:t>Следующий кирпичик для нашего домика счастья называется: «Я стойкий».</w:t>
      </w:r>
    </w:p>
    <w:p>
      <w:r>
        <w:t>Стойкость — это способность достойно переносить всевозможные испытания, не подвергая своё сердце разрушению. Трудности не делают моё строение лучше, но показывают сильные и слабые стороны, выявляя упущенные недостатки и утверждая меня в правильном выборе.</w:t>
      </w:r>
    </w:p>
    <w:p>
      <w:r>
        <w:t>Иисус учил, что соблазны придут, что испытания обрушатся, что враг души не ослаб, а будет постоянно преследовать тех, кто решит встать на истинный путь, ведущий душу к спасению. И Господь обещает нам, что мы будем счастливы в период подобных испытаний. В Мф.5:10-12 читаем: «Блаженны изгнанные за правду, ибо их есть Царство Небесное. Блаженны вы, когда будут поносить вас и гнать, и всячески неправедно злословить за Меня. Радуйтесь и веселитесь, ибо велика ваша награда на небесах: так гнали и пророков, бывших прежде вас».</w:t>
      </w:r>
    </w:p>
    <w:p>
      <w:r>
        <w:t>Когда приходит подобное испытание в первый раз, тогда ты в растерянности теряешься и не знаешь, что делать. Кажется, я собираюсь начать новую жизнь, быть праведным, добрым, любящим, а меня начинают за это ненавидеть. И бывает так, что ответ по плоти может очень быстро всё уладить, но я выбираю узкий путь и встаю на тропу долголетних нападок и обвинений в свой адрес, на которые я не могу отвечать с тем же духом.</w:t>
      </w:r>
    </w:p>
    <w:p>
      <w:r>
        <w:t>Не каждое испытание приносит мне удовольствие и радость, но боль присутствует всегда, особенно если её причиняют самые близкие люди. Но Иисус в повелительном тоне учит меня радоваться в подобных ситуациях и взирать на невидимое. Я стал пробовать, и получилось. И это такое блаженство — быть счастливым, когда у тебя всё плохо, зная, что в этом сокрыто особое благословение для тебя.</w:t>
      </w:r>
    </w:p>
    <w:p>
      <w:r>
        <w:t>И я, пройдя все эти испытания, знаю, что они не закончились, и что впереди нас ждёт сюрприз, который не все выдержат, но этого столкновения не избежать никому, кто будет жить с Иисусом в сердце, и поэтому стоит к нему готовиться прямо сейчас и сегодня. А как?</w:t>
      </w:r>
    </w:p>
    <w:p>
      <w:r>
        <w:t>Если я знаю, с чем я встречусь, то я начинаю изучать то, что мне поможет устоять. И Господь наставляет меня сначала в малом, а затем усложняет задания, чтобы я имел личный опыт борьбы и мог умело пользоваться духовным оружием.</w:t>
      </w:r>
    </w:p>
    <w:p>
      <w:r>
        <w:t>А наша война не против плоти и крови, а против духов злобы поднебесной и против мироправителей тьмы века сего. И для подобной борьбы мне необходимо соответствующее оружие и тактика ведения боя. Чтобы изгнать темноту из своего сердца, мне не помогут электроинструменты или полезные таблетки, но присутствие Божьего света очень быстро избавит меня от всякой тьмы.</w:t>
      </w:r>
    </w:p>
    <w:p>
      <w:r>
        <w:t>Чем определяется моя стойкость? Если я не знаю, чего ожидает от меня Господь, то я, скорее всего, буду вести себя так, как я привык, или как принято в том обществе, где я живу. Но познание Истины открывает, что меня ожидает, и как мне правильно реагировать на те или иные испытания. А Святой Дух напоминает мне в нужное время все те советы, которые я узнал, изучая Божью волю. А благодать Господа даёт мне силу преодолеть всякое испытание в правильном духе. И совокупность всех этих факторов приносит мне победу, и я радуюсь.</w:t>
      </w:r>
    </w:p>
    <w:p>
      <w:r>
        <w:t>В любой трудности очень важна моя связь с Небесным Отцом. И моя победа больше зависит от моих отношений с Богом, чем от моих знаний теории истины или того, Кем является Бог. Ведь подобная связь с Всевышним формируется внутри меня и меняет моё сердце. В этой войне более важен мой выбор быть верным Богу, чем моя сила и мудрость.</w:t>
      </w:r>
    </w:p>
    <w:p>
      <w:r>
        <w:t>Иисус предупреждал нас, что все верующие в Него будут гонимы и ненавидимы. И так оно и есть. Но именно это нас и укрепляет.</w:t>
      </w:r>
    </w:p>
    <w:p>
      <w:r>
        <w:t>Помню, как в детстве я собирал олово и любил плавить его на газовой горелке. И меня удивляло, что после переплавки из мягкого материала олово становилось очень жёстким. И мы знаем, что калёное железо намного твёрже обычного, но при этом становится хрупким.</w:t>
      </w:r>
    </w:p>
    <w:p>
      <w:r>
        <w:t>Пользу от огненной закалки можно увидеть на примере кувшина. Пока он в процессе производства, то ему можно придать любую форму, можно его размочить и переделать. Но когда кувшин попадает в огонь, тогда в нём происходят необратимые процессы, которые делают его прочным, влагостойким, пригодным для употребления. После этого сосуд можно раскрасить и пользоваться им по назначению.</w:t>
      </w:r>
    </w:p>
    <w:p>
      <w:r>
        <w:t>Такие же законы действуют и в моей жизни. Все полученные знания формируют мой характер и моё поведение, а различные испытания показывают, насколько я прочный. Они закрепляют мои знания, формируя мою волю.</w:t>
      </w:r>
    </w:p>
    <w:p>
      <w:r>
        <w:t>Никто из Божьих детей не избежит огненных испытаний. И их не стоит бояться. Они не разрушат нашу жизнь. Они придут и в жизнь неверующих людей, но сделают их ещё несчастнее. Но на моём пути всякая духовная победа приносит мне радость от осознания того, что я устоял, и это укрепило мою веру и связь с Богом.</w:t>
      </w:r>
    </w:p>
    <w:p>
      <w:r>
        <w:t>Гонения лишают меня привычной обстановки и образа жизни, но открывают мне новые возможности и пути поиска более близких отношений с Иисусом. И Он не оставляет меня, а даёт душе мир.</w:t>
      </w:r>
    </w:p>
    <w:p>
      <w:r>
        <w:t>Я стойкий. Этот материал придаёт особую прочность всему строению моего счастья и держит всю конструкцию в заданной форме, показывая слабые места, которые стоит укрепить. И это приносит особое блаженство.</w:t>
      </w:r>
    </w:p>
    <w:p>
      <w:pPr>
        <w:pStyle w:val="Heading2"/>
      </w:pPr>
      <w:r>
        <w:t>Библейские стихи к этой главе:</w:t>
      </w:r>
    </w:p>
    <w:p>
      <w:r>
        <w:t>Еф.6:10-18; 2Тим.3:12; Лк.21:12-19; Мф.5:39-41; 24:13; Ин.15:17-23; Рим.5:4; 15:4-5; 2Кор.4:5-12; Евр.12:1; Откр.2:3,10, 3:10; 14:12</w:t>
      </w:r>
    </w:p>
    <w:p>
      <w:pPr>
        <w:pStyle w:val="Heading2"/>
        <w:pageBreakBefore/>
      </w:pPr>
      <w:r>
        <w:t>Глава 63</w:t>
      </w:r>
    </w:p>
    <w:p>
      <w:pPr>
        <w:pStyle w:val="Heading1"/>
      </w:pPr>
      <w:r>
        <w:t>Красота стойкости</w:t>
      </w:r>
    </w:p>
    <w:p>
      <w:r>
        <w:t>Лучший пример стойкости мы находим в жизни Иисуса. Он есть именно тот Учитель праведности, Который Своей жизнью дал нам образец мужества и терпения во всех житейских ситуациях, а Своей смертью утвердил навечно все Свои законы и правила, которые были даны нам во благо.</w:t>
      </w:r>
    </w:p>
    <w:p>
      <w:r>
        <w:t>Особенность учения Христа заключается в том, что Он вначале пережил на собственном опыте действие всех законов счастья и с самого детства перенёс все испытания Своей веры, которые постоянно на Него обрушивались.</w:t>
      </w:r>
    </w:p>
    <w:p>
      <w:r>
        <w:t>Стойкость Иисуса определялась Его глубоким знанием воли Божьей через изучение Писаний и неуклонным послушанием полученному свету. Живя среди нравственной тьмы и невежества, наш Господь сохранял Свою верность Божьим принципам и никогда не шёл на уступки, когда дело касалось требований закона.</w:t>
      </w:r>
    </w:p>
    <w:p>
      <w:r>
        <w:t>Книги Ветхого Завета приводят много примеров того, как вознаграждается стойкость верных Божьих людей, и что происходит с теми, кто решает идти своим путём.</w:t>
      </w:r>
    </w:p>
    <w:p>
      <w:r>
        <w:t>И эти примеры укрепляли Иисуса во время испытаний, и они также могут быть и для нас поддержкой и утешением в трудное время.</w:t>
      </w:r>
    </w:p>
    <w:p>
      <w:r>
        <w:t>Пример стойкости пленников из книги Даниила удивляет и вдохновляет нас на то, чтобы проявлять подобный дух, когда и к нам придут испытания. Но дальнейшая жизнь и образец стойкости Христа дают ещё больше поводов для глубоких знаний и размышлений.</w:t>
      </w:r>
    </w:p>
    <w:p>
      <w:r>
        <w:t>Иисус не просто дал пример верности всем Божьим требованиям, но и стал Спасителем человечества от неминуемой смерти и власти греха.</w:t>
      </w:r>
    </w:p>
    <w:p>
      <w:r>
        <w:t>Своим примером Сын Божий показал нам, как можно жить, не согрешая, как побеждать соблазны этого мира и как доверять Богу в сложные периоды своей жизни. Иисус открыл истинный Божий характер, являя в Своей жизни то, как Бог любит грешника, как Он желает спасти каждого, как Божья сила может действовать в любом верном человеке.</w:t>
      </w:r>
    </w:p>
    <w:p>
      <w:r>
        <w:t>Враг души трепетал в присутствии Иисуса, но искал всякие способы, чтобы поколебать Его веру. Но стойкость Христа определялась Его ежедневным посвящением Себя в Божьи руки.</w:t>
      </w:r>
    </w:p>
    <w:p>
      <w:r>
        <w:t>Я стойкий. Это не что-то новое в духовном мире, а следствие моих тесных отношений с Богом, Который становится настолько дорогим и близким, что мне легче умереть, чем согрешить и предать Его святое доверие.</w:t>
      </w:r>
    </w:p>
    <w:p>
      <w:r>
        <w:t>Но принцип стойкости не приходит в мою жизнь за один день и сразу. К сожалению, путь к такому состоянию моего сердца лежит через множество проб, падений, ошибок и различных испытаний. И всем победам в Иисусе предшествует изучение Божьей воли, изложенной в Библии. Большую роль в моём возрастании сыграли духовные книги, повествующие о жизни верующих людей, о глубоком понимании Божьей воли, о толковании Его планов для последнего времени. И это всё укрепляло меня в истине.</w:t>
      </w:r>
    </w:p>
    <w:p>
      <w:r>
        <w:t>Стойко переносить испытания несложно, когда твоё сердце с Богом. Ты просто уже не можешь жить иначе, и препятствия на пути веры не выбивают тебя из колеи, а являются нормой жизни. Проблемы будущих событий уже не страшат, но побуждают устанавливать самые близкие отношения со Христом. А Христос ведёт меня дальше.</w:t>
      </w:r>
    </w:p>
    <w:p>
      <w:r>
        <w:t>Мой путь к Богу пролегает через гору Голгофу, придя на которую, я осознал свою нужду в Спасителе, покаялся и принял прощение грехов. И Господь повёл меня дальше, открывая новые горизонты Божьей любви и перспективы счастливой жизни со Христом и во Христе. И, пребывая в этом благословении, я начинаю понимать, что самая великая награда для моей души — смотреть на мир с высоты креста, переживая ту любовь, которую имеет Иисус к падшему человечеству. Вера в стойкости возносит меня над этим миром, и смерть не страшит. Но пугает лишь одно. Вдруг моё человеческое сердце не выдержит грядущих испытаний и подведёт меня в самую ответственную минуту. Однако Бог, зная мою падшую природу, даёт мне Свою благодать, Своего Духа и хранит меня в этой борьбе от всякого зла. Когда приходят испытания, я только заявляю о своём решении быть верным Богу, любить, несмотря ни на что, и настраиваюсь на это направление. И помощь свыше приходит, и я выхожу победителем, хотя в глазах мира я выгляжу жалким и наивным человеком, который не может за себя постоять и дать сдачи.</w:t>
      </w:r>
    </w:p>
    <w:p>
      <w:r>
        <w:t>А я смотрю, как вёл Себя Господь, когда Его вели на смерть, и удивляюсь Его мужеству и стойкости. Имея силу и власть, зная, что легионы ангелов придут на помощь, если Он только этого попросит, Иисус решил не отступать от намеченного плана моего Спасения и твёрдо стоял в этом решении. Он не поколебался и был верным до смерти, невзирая ни на что.</w:t>
      </w:r>
    </w:p>
    <w:p>
      <w:r>
        <w:t>Ожидает ли Господь от Своих детей подобного мужества? Да. И Он готовит каждого Своего сына и дочь к грядущим испытаниям веры, но не в страхе и ужасе от предстоящих событий, а в любви и счастье опыта предварительной подготовки, в ожидании очередного экзамена, который будет чуть сложнее прошедшего.</w:t>
      </w:r>
    </w:p>
    <w:p>
      <w:r>
        <w:t>И Господь повелевает радоваться. Он убеждает меня в том, что это особое блаженство — быть гонимым и страдать за свою веру и любовь к Спасителю. И, возможно, многие не переживут этой Небесной радости во время самих испытаний и расстанутся с жизнью, так и не вкусив земного блаженства, но Вечность сполна восполнит этот недостаток и непрестанно будет радовать сердца тех, кто решил быть верным до смерти, и получил Венец Жизни.</w:t>
      </w:r>
    </w:p>
    <w:p>
      <w:r>
        <w:t>Радуйтесь и веселитесь — вот та цель, которую необходимо поставить себе во время скорби и гонений. И если Сам Господь это повелевает, то надлежит Его и попросить о том, чтобы Он этому научил. На примере испытаний апостолов мы видим, что это возможно.</w:t>
      </w:r>
    </w:p>
    <w:p>
      <w:r>
        <w:t>Быть стойким — это значит сохранять при этом и счастливый дух, что несложно, когда сердце обучено и любит тех, кто доставляет тебе боль и проблемы. Во время испытаний я много раз ловил себя на мысли о том, что, когда я спрашиваю сам себя, счастлив ли я в этом, и видя, что мотив любви и верности доминирует в моём разуме, я постоянно испытывал особую радость от того, что победил. И моя любовь помогала мне в любом испытании, хотя лицо могло и не выражать особой радости и веселья, но и это приходило позже.</w:t>
      </w:r>
    </w:p>
    <w:p>
      <w:r>
        <w:t>Очень легко радоваться, когда ты знаешь, что есть на это Божья воля, и эти законы вписаны в твоё сердце Божьей рукой. И любое испытание ты видишь как новую возможность победы и грядущей радости.</w:t>
      </w:r>
    </w:p>
    <w:p>
      <w:r>
        <w:t>Я замечал и то, что неверующие люди тоже не избегнут огня испытаний. Но они очень страдают от этого и порою сходят с ума, вспоминая пережитый ужас. Но для многих из них именно трудности их жизни могут послужить причиной возрождения их интереса к духовным ценностям. Мне очень их жаль, но если хоть так их можно спасти, то да будет на это Божья воля. Стоит и этому радоваться, имея надежду на то, что Господь спасёт и эти заблудшие души.</w:t>
      </w:r>
    </w:p>
    <w:p>
      <w:r>
        <w:t>И пока сейчас мирное время, необходимо заняться строительством своего домика счастья, чтобы в ближайшем будущем оставаться в тепле и уюте крепких стен, уповая на Бога и ожидая радостной встречи с Ним.</w:t>
      </w:r>
    </w:p>
    <w:p>
      <w:r>
        <w:t>А Господь обещает стойким людям великую награду на Небесах. Думаю, что это будет чем-то очень хорошим и интересным. А сейчас я имею выбор: быть стойким, радоваться и веселиться, или падать, быть унылым и несчастным. Выбираю счастье.</w:t>
      </w:r>
    </w:p>
    <w:p>
      <w:pPr>
        <w:pStyle w:val="Heading2"/>
      </w:pPr>
      <w:r>
        <w:t>Библейские стихи к этой главе:</w:t>
      </w:r>
    </w:p>
    <w:p>
      <w:r>
        <w:t>Мф.5:10-12; Ис.53:7-8; Мф.26:62-68; Лк.23:8-9,27-34,46; Ин.18:36-37; 1Пет.3:17-17; 4:12-16; 1Кор.10:10-13; Флп.2:5-16; Дан.12:10; Лк.8:13; Деян.5:40-42; Евр.2:17-18; Иак.1:2-4,12; Откр.3:10</w:t>
      </w:r>
    </w:p>
    <w:p>
      <w:pPr>
        <w:pStyle w:val="Heading2"/>
        <w:pageBreakBefore/>
      </w:pPr>
      <w:r>
        <w:t>Глава 64</w:t>
      </w:r>
    </w:p>
    <w:p>
      <w:pPr>
        <w:pStyle w:val="Heading1"/>
      </w:pPr>
      <w:r>
        <w:t>Я</w:t>
      </w:r>
    </w:p>
    <w:p>
      <w:r>
        <w:t>Что вы чувствуете, когда слышите слово «я»? Смотря кем, в какой ситуации, в каком тоне и из каких уст оно произносится. Одно и то же слово может иметь разный смысл в зависимости от того, с каким духом оно высказано. Но так или иначе оно принадлежит мне и указывает на меня.</w:t>
      </w:r>
    </w:p>
    <w:p>
      <w:r>
        <w:t>Я — это я, какой есть, без всяких лишних окрасок. И то, что вы видите во мне своими глазами, — это лишь внешний фасад, который я могу показать так, как мне захочется. Моё «я» может представлять мою плотскую сущность или мою жаждущую и ищущую душу.</w:t>
      </w:r>
    </w:p>
    <w:p>
      <w:r>
        <w:t>И стоит об этом поговорить, потому что именно моё «я» — это нечто весьма ценное для Неба, и настолько оно важное, что Сам Господь Иисус решил отдать Своё «Я Есмь», чтобы спасти моё «я ничто». И не стоит недооценивать то, за что уплачена такая высокая цена.</w:t>
      </w:r>
    </w:p>
    <w:p>
      <w:r>
        <w:t>Моё «я» называется душой, волей, человеком, личностью, сердцем, и это на самом деле то и есть. Это центр моего существа, который очень тесно связан с моим телом, с моим выбором, с моей эмоциональной и духовной особенностью. Это то, к чему привязывается мой характер путём соединения с моими мыслями и чувствами.</w:t>
      </w:r>
    </w:p>
    <w:p>
      <w:r>
        <w:t>Я представляю в Божьих глазах особый интерес, и это настолько привлекательно для Господа, что Он называет Себя моим Супругом, а моё «я» — Своей невестой, и делает всё возможное со Своей стороны, чтобы довести наши отношения до свадьбы. И в этом стремлении достичь желанного Господь в лице Сына отдал всё Небо, чтобы приобрести нечто, что порою я не ценю и не придаю этому значения.</w:t>
      </w:r>
    </w:p>
    <w:p>
      <w:r>
        <w:t>Враг души подарил человечеству теорию эволюции, чтобы разочаровать умы многих и лишить их смысла жизни. Он объявил моё «я» случайным процессом каких-то видоизменений в природе, а саму природу назвал результатом какого-то вселенского взрыва. Но отсутствие высшего разума приводит всю Вселенную к хаосу, а мы существа разумные и высокоорганизованные, и такая организация просто не может появиться, быть и существовать сама по себе, без Силы свыше.</w:t>
      </w:r>
    </w:p>
    <w:p>
      <w:r>
        <w:t>Но, к сожалению, многие верят теории эволюции, которую так никто и не доказал.</w:t>
      </w:r>
    </w:p>
    <w:p>
      <w:r>
        <w:t>Однако Бог даёт познание о Себе и открывается во всём Своём величии и простоте всякому, кто захочет Его лично узнать. Он мой Творец, Он мой Небесный Отец, мой Спаситель и Господин моего тела и души. Что бы я о себе ни думал, но я являюсь Божьей собственностью. Во-первых, по праву творения, и во-вторых, если получится, по праву искупления и второго рождения свыше для духовной жизни.</w:t>
      </w:r>
    </w:p>
    <w:p>
      <w:r>
        <w:t>И как бы я ни пытался принизить и умалить своё «я», но именно этот центр моего естества и является целью Божьего интереса и моего Спасения. Именно эту личность Бог называет Своей и любит её от всего Своего сердца. Именно её Он наделяет в случае моего согласия Своими качествами души, считаясь с моим выбором и моими желаниями.</w:t>
      </w:r>
    </w:p>
    <w:p>
      <w:r>
        <w:t>Господь даёт людям возможность пережить Его отношение к душе человека, вкладывая в их сердца влечение друг к другу, чтобы зажечь в ищущих душах любовь и соединить два противоположных «я» в одно «мы». И самым большим желанием Бога в этом союзе под названием «семья» является слияние сердец, двух одиноких душ, двух различных характеров, чтобы в этом единении они стали одним целым человеком, постоянно радуя друг друга новыми открытиями в своей половинке.</w:t>
      </w:r>
    </w:p>
    <w:p>
      <w:r>
        <w:t>Но враг души желает убедить людей в ценности поверхностных отношений, в наслаждении телом партнёра, а затем, когда они пресытятся, предлагает другие тела для разнообразия, чтобы разбить сердца, внести боль разлуки и разрыв отношений. И моё я начинает страдать от боли предательства, когда подобное происходит.</w:t>
      </w:r>
    </w:p>
    <w:p>
      <w:r>
        <w:t>И если поговорить о сути духовной борьбы, которая ведётся между добром и злом, между Богом и сатаной, то она сконцентрирована на обладании именно моим «я». И упомянутые духовные силы не успокаиваются, если теряют надо мной власть. В этом случае они ищут пути моего возвращения.</w:t>
      </w:r>
    </w:p>
    <w:p>
      <w:r>
        <w:t>Но стороны в этой борьбе отличаются друг от друга. Бог уважает мой выбор и предлагает мне наилучшее, ожидая моего решения. Он даёт мне свободу выбора, а сатана врывается в мой разум и навязывает свои ценности, не считаясь с моим мнением. Но моя воля при этом всё же свободна принимать то решение, какое она посчитает нужным. И если враг души получает власть над моим «я» через моё согласие быть с ним, то моя воля лишается силы бороться и сама уже не может вырваться из этой власти греха. И вот из такого состояния души и спасает Господь, спрашивая меня о том, хочу ли я быть здоров.</w:t>
      </w:r>
    </w:p>
    <w:p>
      <w:r>
        <w:t>Даже когда я нахожусь в самом жестоком рабстве, на самом дне человеческого падения, я остаюсь доступным для Божьей благодати, и она в любой момент может меня поднять, как бы низко я ни пал. И единственным препятствием в моём спасении от власти греха может быть решение моего «я» отвергнуть призыв Святого Духа, Который желает помочь мне осознать моё плачевное состояние. Меня нельзя спасти, если я отказываюсь получить силы свыше, чтобы что-то изменить в своей жизни. Этим самым я хулю Духа благодати, выбирая тьму, и Бог уважает моё решение и оставляет меня навсегда.</w:t>
      </w:r>
    </w:p>
    <w:p>
      <w:r>
        <w:t>Любовь-агапэ — это лучший подарок Бога для моего «я». Это залог того, что я с момента получения этого дара становлюсь Божьим, желанным, самым дорогим. Ведь любовь — это сердце Бога в моём «я», и я через это начинаю понимать и видеть Невидимого, учусь быть похожим на Него в любви и готовлюсь к Небесной свадьбе.</w:t>
      </w:r>
    </w:p>
    <w:p>
      <w:r>
        <w:t>В любви мне открывается вся глубина Божьего сердца, и, изучая эти тайны, я настолько глубоко погружаюсь в присутствие Всевышнего, что понимаю свою неспособность что-либо делать без Него, да я и не хочу.</w:t>
      </w:r>
    </w:p>
    <w:p>
      <w:r>
        <w:t>Но мне ещё необходимо пройти испытание под названием «земная жизнь», чтобы оставить всё, что я не смогу взять на Небо, и чтобы приготовить моё «я» к встрече с Иисусом, при которой я вручу Ему это сокровище на вечное владение. И мои новые глаза увидят Его, не глаза другого, а мои собственные. И моё новое тело ощутит Его объятия, не чужая плоть, а моя, подаренная мне на вечное пользование. Моё новое сердце, данное мне рукой Бога, будет трепетать и радостно биться от счастья нашей близости с Иисусом. Не сердце другого, а моё вечное. И я сам стану навеки Божьим, чтобы всегда Ему принадлежать и непрестанно иметь с Ним наиболее близкие и непреходящие отношения.</w:t>
      </w:r>
    </w:p>
    <w:p>
      <w:r>
        <w:t>Тайна сия велика, но моё «я» стоит того, чтобы быть Божьим, вечно Божьим.</w:t>
      </w:r>
    </w:p>
    <w:p>
      <w:r>
        <w:t>И чтобы моё «я» было готово к чудесной небесной Встрече с моим дорогим Иисусом, уже сейчас оно начинает преобразовываться, изучая Небесную конституцию, познавая вечные законы счастья и утверждаясь в непреходящих принципах любви. И Сам Господь учит меня этому, и радуется тому, когда моё счастливое и святое «я» будет вознесено к Великому Белому Божьему Престолу, чтобы представить меня как Свою невесту и получить вечное Отцовское благословение, дабы я мог стать Вечной спутницей жизни Иисуса.</w:t>
      </w:r>
    </w:p>
    <w:p>
      <w:r>
        <w:t>Это сложно представить человеческим умом, но это — Божий план для счастливых в Иисусе людей. И за осуществление этого плана в моей жизни стоит бороться. Тогда моё «я» займёт то самое место, которое уготовано мне Богом.</w:t>
      </w:r>
    </w:p>
    <w:p>
      <w:r>
        <w:t>И это станет самым великим счастьем, которое будет вечно моим, чтобы непрестанно радовать моё сердце.</w:t>
      </w:r>
    </w:p>
    <w:p>
      <w:r>
        <w:t>Но я не один такой, и ваше «я» тоже желает быть Божьим навеки.</w:t>
      </w:r>
    </w:p>
    <w:p>
      <w:pPr>
        <w:pStyle w:val="Heading2"/>
      </w:pPr>
      <w:r>
        <w:t>Библейские стихи к этой главе:</w:t>
      </w:r>
    </w:p>
    <w:p>
      <w:r>
        <w:t>Иов.19:25-27; Мф.16:26; Ис.54:5; Еф.5:29; 1Кор.6:19-20; 15:50-54; Рим.7:24; Прит.4:20-23; Ин.17:25</w:t>
      </w:r>
    </w:p>
    <w:p>
      <w:pPr>
        <w:pStyle w:val="Heading2"/>
        <w:pageBreakBefore/>
      </w:pPr>
      <w:r>
        <w:t>Глава 65</w:t>
      </w:r>
    </w:p>
    <w:p>
      <w:pPr>
        <w:pStyle w:val="Heading1"/>
      </w:pPr>
      <w:r>
        <w:t>Радость служения</w:t>
      </w:r>
    </w:p>
    <w:p>
      <w:r>
        <w:t>Особенность нашего времени заключается в том, что всё человечество живёт от урожая до урожая, и все мы привязаны к продуктовым магазинам, в которых еда не выдаётся бесплатно, но её необходимо покупать, и на это нужны деньги. А деньги приходится зарабатывать, для чего мы отдаём свои силы и знания в аренду работодателю или заказчику и верим, что получим за это установленную плату. За тепло и свет тоже необходимо платить. И приходится ещё больше работать. Жизнь проходит, а ты вертишься, как белка в колесе.</w:t>
      </w:r>
    </w:p>
    <w:p>
      <w:r>
        <w:t>Но было время, когда еда росла по всей земле в виде фруктовых и ореховых деревьев, везде стояла тёплая погода, не существовало денег и магазинов. Но грех внёс свои коррективы в жизнеобеспечение человека.</w:t>
      </w:r>
    </w:p>
    <w:p>
      <w:r>
        <w:t>Многие люди желают и сейчас вернуться к простоте жизни, чтобы быть независимыми от этого мира, и для этого покидают города, и устраиваются в сельской местности, где можно иметь свой огород и питаться от земли. И она даёт свой плод, и кормит тех, кто начинает с ней дружить, заботясь о посеянном семени.</w:t>
      </w:r>
    </w:p>
    <w:p>
      <w:r>
        <w:t>Но если для нормальной жизни всем нам необходимо что-то зарабатывать, то как жить тем, кто решает посвятить себя на служение Богу? Есть виды служения, которые оплачиваются, и порою сложно понять, делаю ли я это от сердца или за зарплату. Но есть служение, которое требует много сил и времени, но не приносит материальной прибыли, однако человек его совершает и получает от этого истинное блаженство, особенно когда видит плод труда или одобрение Неба. Правда, иногда я выполняю что-то по необходимости, ведь кроме меня некому это сделать.</w:t>
      </w:r>
    </w:p>
    <w:p>
      <w:r>
        <w:t>Ещё один кирпичик для нашего домика счастья называется: «Я служу». Существует много разных видов служения, но среди них есть особенное, самое долгосрочное и непревзойдённое, которое никем никогда не оплачивается и требует высокой самоотдачи в течение 24 часов в сутки. Оно стоит здоровья, формирует терпение и стойкость к непредвиденным обстоятельствам. Оно побуждает искать силу свыше, когда человеческие силы заканчиваются. И при всём этом почти все обычные люди с детства мечтают о таком служении, и они очень рады, когда Господь возлагает на них эту ответственность. Люди готовы проводить бессонные ночи, лишать себя многих радостей и бытового комфорта, жить для этого служения, забыть про своё образование и про свою работу, видя в подобной деятельности особый смысл и получая постоянную награду в виде радости и любви. И, конечно, многие из вас догадались, о чём идёт речь. Да, это служение называется материнством. Сказать, что такой труд не приносит счастья — значит ничего не понимать в жизни. Но вместе со счастьем приходят и заботы, и всевозможные испытания. Безусловно, есть и те, кто осознанно избегает этого служения, но такое скорее является исключением из правил. Самая непревзойдённая работа, о которой даже не мечтают ангелы, ибо им это не под силу, — это быть мамой и формировать характер человека по своему усмотрению и пониманию. И благо тем детям, которые имеют богобоязненных матерей.</w:t>
      </w:r>
    </w:p>
    <w:p>
      <w:r>
        <w:t>Но помимо этого важного служения есть очень много и других видов деятельности для блага ближним и Богу. И они доставляют душе истинное наслаждение и удовлетворение.</w:t>
      </w:r>
    </w:p>
    <w:p>
      <w:r>
        <w:t>Служение — это то, чему я добровольно уделяю своё время, силы, знания, чтобы принести пользу или внести свой вклад в общественное или личное дело.</w:t>
      </w:r>
    </w:p>
    <w:p>
      <w:r>
        <w:t>Иисус определил два вида служения, которые невозможно совместить, ибо они требуют полной самоотдачи — служение Богу и служение маммоне, то есть богатству. И то и другое требует моих времени и сил и доставляет счастье. Но вот только счастье разное бывает.</w:t>
      </w:r>
    </w:p>
    <w:p>
      <w:r>
        <w:t>Учитывая структуру и принципы своего служения, я сразу определяю, что относится к временному, земному, мирскому, и не может быть использовано как добрый материал, ибо не выдержит испытаний и разрушит моё здание.</w:t>
      </w:r>
    </w:p>
    <w:p>
      <w:r>
        <w:t>Но главный мой критерий, по которому я могу определить чистоту и святость своих строительных материалов — это насколько в них прославляется мой Небесный Отец, и смогу ли я это взять с собой в Вечность.</w:t>
      </w:r>
    </w:p>
    <w:p>
      <w:r>
        <w:t>В Библии существует такое понятие, как «раб Божий». Раньше я думал, что оно относится ко всем детям Бога, но, изучая места Писания, я заметил, что такой титул принадлежит только тем людям, которые полностью посвятили себя на служение Богу и живут от проповеди Евангелия, находясь на полном Божьем обеспечении. И это скорее всего призвание и посвящение себя на такую жизнь, чем общее достояние обычных христиан.</w:t>
      </w:r>
    </w:p>
    <w:p>
      <w:r>
        <w:t>Как же мне тогда не служить маммоне, если я живу в материальном мире, где за всё нужно платить, а я не представляю, как мне зарабатывать своим служением, ведь я его совершаю от всей души даром и получаю от этого радость? Есть ли в этом какое-то несоответствие?</w:t>
      </w:r>
    </w:p>
    <w:p>
      <w:r>
        <w:t>Бог не запрещает мне работать на мир и зарабатывать этим на жизнь, но при этом Он призывает меня помнить о Нём, помнить о времени для Него и делать послушание Его воле приоритетным в своей жизни. Моё служение Богу привлекает всё моё внимание и притягивает к себе все мои интересы, что даже во время обычной работы я постоянно думаю о том, как угодить Богу, как улучшить своё служение, как довести до конца то, что начал.</w:t>
      </w:r>
    </w:p>
    <w:p>
      <w:r>
        <w:t>Но и служение служению — рознь. То, что могу делать я, и у меня получается, и приносит мне радость, другому может быть не по силам или вне его компетенции. И многие виды служений распределяются Богом как дары Святого Духа для созидания тела Христова.</w:t>
      </w:r>
    </w:p>
    <w:p>
      <w:r>
        <w:t>И, будучи Божьим, я понимаю, что Господь ожидает от меня предприимчивости в Его деле, чтобы оно росло, а я развивался.</w:t>
      </w:r>
    </w:p>
    <w:p>
      <w:r>
        <w:t>А мир наравне с этим предлагает свои ценности, которые стоят денег и требуют вложения моих сил и времени. Заманчивые рекламы, счастливые лица, новые вещи и удивительные изобретения — всё это манит меня и просит служить себе. И мир не против моей веры в Бога, лишь бы я её имел где-то в душе и твёрдо держался традиций, а также брал побольше кредитов, приобретая нужные вещи.</w:t>
      </w:r>
    </w:p>
    <w:p>
      <w:r>
        <w:t>А время благодати для мира заканчивается. Но все живут так, как будто никогда не умрут. И никто не думает о том, что Второе Пришествие Христа приближается, и оно состоится, и придёт конец всему земному, и настанет Вечность. Вот тогда я пойму истинную ценность своего служения и то, как крепко через него я держался за руку Бога, давая Ему возможность учить меня счастью и любви.</w:t>
      </w:r>
    </w:p>
    <w:p>
      <w:r>
        <w:t>Тогда вдруг все осознают, что такое истинное счастье. Они поймут, что Бог есть, и Он живой, и Он — Царь царей и Господь господствующих. И все деньги, и накопленные богатства окажутся мусором этого мира, который не нужен даже кротам и мышам.</w:t>
      </w:r>
    </w:p>
    <w:p>
      <w:r>
        <w:t>Но почему так сложно многим людям уже сейчас понять эти простые истины, и строить что-то прочное на Вечном Основании?</w:t>
      </w:r>
    </w:p>
    <w:p>
      <w:r>
        <w:t>Я служу. Это то направление моих мыслей, которое помогает мне во всём видеть Бога и использовать любую возможность, чтобы сделать жизнь моих ближних лучше, привлечь их внимание к Вечному и нетленному, сохранить меня от морального разложения. И этот кирпичик даже в Вечности будет украшать мой домик счастья и непрестанно радовать тех, кому я буду вечно служить.</w:t>
      </w:r>
    </w:p>
    <w:p>
      <w:r>
        <w:t>А любовь делает моё служение правильным и очень вкусным для всех. И я становлюсь нужным Богу и очень востребованным, неся ближним любовь, счастье и дружбу.</w:t>
      </w:r>
    </w:p>
    <w:p>
      <w:pPr>
        <w:pStyle w:val="Heading2"/>
      </w:pPr>
      <w:r>
        <w:t>Библейские стихи к этой главе:</w:t>
      </w:r>
    </w:p>
    <w:p>
      <w:r>
        <w:t>Мф.6:24; 10:24-25; 20:25-28; 23:11-12; Втор.6:13; 13:4; 10:20; Нав.24:14; Лк.17:7-10; Рим.12:1-2,11; Пс.2:11; 99:2; Откр.14:13; 22:12; 1Пет.2:18; 4:10; 1Кор.12:4-11; 15:58</w:t>
      </w:r>
    </w:p>
    <w:p>
      <w:pPr>
        <w:pStyle w:val="Heading2"/>
        <w:pageBreakBefore/>
      </w:pPr>
      <w:r>
        <w:t>Глава 66</w:t>
      </w:r>
    </w:p>
    <w:p>
      <w:pPr>
        <w:pStyle w:val="Heading1"/>
      </w:pPr>
      <w:r>
        <w:t>Красота служения</w:t>
      </w:r>
    </w:p>
    <w:p>
      <w:r>
        <w:t>Чтобы понять всю важность духа служения в последнее время земной истории, стоит задуматься о том, как он действовал в жизни Иисуса. Он был рождён в наш мир, чтобы послужить человечеству и на Своём примере показать отношение Бога к людям. Мы мало знаем о жизни Христа до Его водного крещения, но, когда Он был представлен миру как долгожданный Мессия, Его жизнь стала нескончаемым служением. И до сих пор наш Спаситель служит человечеству день и ночь, желая всех привлечь к Себе.</w:t>
      </w:r>
    </w:p>
    <w:p>
      <w:r>
        <w:t>Когда в пустыне искушения сатана предложил себя в качестве объекта поклонения, тогда ответом Христа было: «Написано: Господу Богу твоему поклоняйся и Ему Одному служи». И враг души не мог противостоять такому отпору.</w:t>
      </w:r>
    </w:p>
    <w:p>
      <w:r>
        <w:t>В служении и поклонении Богу заключена особая защита от власти дьявола. И сам процесс такой деятельности помогает мне взирать на невидимого Бога, в Которого верю и Которому отдаю своё лучшее время и силы. А Бог возвращает мне Свои благословения, чтобы я имел особую радость в служении Ему и ближним.</w:t>
      </w:r>
    </w:p>
    <w:p>
      <w:r>
        <w:t>И на примере поведения Иисуса мы видим, как Он желал добра людям и делал всё возможное, чтобы их жизнь стала лучше, интереснее, радостнее. Спаситель исцелял всякие болезни, воскрешал мёртвых, возвращал к радости жизни опечаленных и утомлённых, черпая силы на всё это из Небесных источников. Он дал нам пример истинного служения. И, удовлетворяя физические потребности людей, Иисус заботился также и о духовном хлебе для жаждущих душ.</w:t>
      </w:r>
    </w:p>
    <w:p>
      <w:r>
        <w:t>Меня всегда удивляет то, что Он избрал немного учеников и никогда их не покидал, служа им словом и делом, оставляя при этом всех других. Придя в какое-то место, Иисус совершал там Своё служение и шёл дальше. Семя сеялось и давало свои плоды. И никто не знал, где Господь появится в следующий раз. Но Своих избранных учеников Христос никогда не оставлял.</w:t>
      </w:r>
    </w:p>
    <w:p>
      <w:r>
        <w:t>Размышляя о своём служении и о том, что я могу сделать для Бога в своей жизни, я много наблюдал и за происходящим в церкви, чтобы понять, какой результат приносит тот или иной вид деятельности, что лучше, а что не всегда удачно. И я заметил, что наибольшую радость мне приносит служение тем, кто уже встал на путь истины, посвятил свою жизнь Богу, но ещё ничего не знает, хотя уже носит имя Христа. И эти люди больше нуждаются в том, чтобы для них служили, ибо они уже Божьи, и желают есть, жаждут вкушать вкусную и полезную пищу. И мне всегда больно видеть, как все силы направляются для блага людей, которым спасение не нужно или неинтересно, а свои остаются не у дел, затухают и погибают, уходя с печалью туда, откуда их вытащил Господь.</w:t>
      </w:r>
    </w:p>
    <w:p>
      <w:r>
        <w:t>Я не отвечаю за выбор другого человека, но я могу ему помочь, дав ему что- то такое, что поддержит в нём тлеющий огонёк или зажжёт в нём неугасимый костёр любви и счастья.</w:t>
      </w:r>
    </w:p>
    <w:p>
      <w:r>
        <w:t>И наша школа любви направлена и на служение тем, кто уже со Христом, но не знает, что делать дальше, или запутался в своих заботах и теряет руку Божью. Любовь очень просто представляет людям план Спасения и открывает прекрасные перспективы духовного роста и возрождения. Она доступна и интересна всем слоям общества, но разум Божьего человека уже настроен на эту волну, и он желает постичь глубины Божьего сердца, чтобы возрасти, и чтобы подняться в этом познании ещё выше.</w:t>
      </w:r>
    </w:p>
    <w:p>
      <w:r>
        <w:t>Иисус вкладывал всю Свою любовь и все Свои знания в Своих учеников. А они ходили и спорили, кто из них больше. И Господь дал им ответ, что большим будет тот, кто станет всем слугой. Я представляю удивление и разочарование амбициозных притязаний и ожиданий. Но пример жизни Христа именно об этом и говорил. И когда Господь умер, воскрес и взошёл к Отцу, ученики очень ясно осознали, в чём заключалась миссия Христа, и что от них ожидается. И, получив дар Святого Духа, они принялись за служение, и в короткие сроки совершили колоссальную работу среди населения той эпохи.</w:t>
      </w:r>
    </w:p>
    <w:p>
      <w:r>
        <w:t>Служители Евангелия всегда были предметом особой Божьей заботы и целью для нападок сатаны. Жизнь этих людей постоянно находится в смертельной опасности, но благодаря Божьей защите и служению ангелов эти служители до сих пор совершают то, что свидетельствует миру о любви Бога и о плане Спасения. Христианство проникло во все сферы жизни общества и оказало своё прекрасное влияние на мировоззрение и культуру многих народов.</w:t>
      </w:r>
    </w:p>
    <w:p>
      <w:r>
        <w:t>Красота служения состоит в том, что любовь Божья открывается миру именно в моих делах на благо людям. Это может быть простое общение или что-то привычное, но когда оно содержит в себе мотив любви и желание сделать жизнь других лучше и прекраснее, тогда сердце ближнего слышит этот голос и тянется к нему. Любовь проявляет себя в действии, когда я начинаю движение и направляю свои силы на служение.</w:t>
      </w:r>
    </w:p>
    <w:p>
      <w:r>
        <w:t>Разновидность служений очевидна и разнообразна. Речь может идти о личной встрече или виртуальной реальности, но дух любви, вложенный в каждое дело, передаётся Богом и другим людям.</w:t>
      </w:r>
    </w:p>
    <w:p>
      <w:r>
        <w:t>Я иногда замечал, что те эмоции и мотивы, которые я вкладываю в обычные письма, переживаются в точности теми, кому я отсылаю свои послания, хотя я остаюсь невидимым.</w:t>
      </w:r>
    </w:p>
    <w:p>
      <w:r>
        <w:t>Посмотрите на Библию. Её авторы не знали, что их письма будет изучать весь мир и почитать эти послания Словом Божьим. Но мы их имеем, и Господь Своим Духом открывает нам глубину Священного Писания, которую, возможно, не до конца понимали его авторы.</w:t>
      </w:r>
    </w:p>
    <w:p>
      <w:r>
        <w:t>Любое наше служение поддерживается Святым Духом и оказывает огромное влияние как на тех, кому мы служим, так и на тех, кто служит.</w:t>
      </w:r>
    </w:p>
    <w:p>
      <w:r>
        <w:t>Вспоминаю случай, когда на одном из лагерных собраний сотрудники столовой разошлись после трудового дня, а одна сестра осталась и доделывала маленькие детали, которые можно было и не делать. Она протёрла влажную посуду, подмела пол, всё аккуратно сложила, несколько раз осматривала помещение, чтобы убедиться, всё ли в порядке, и после этого, удовлетворённая своей работой, пошла отдыхать. А я сидел в сторонке и любовался отношением этого человечка к Божьему делу. Никто этого не видел, кроме меня, и, думаю, эта сестра и меня не видела, но я был впечатлён таким посвящением, и после мы с ней подружились. И я заметил, что этот человек прилежен во всяком деле, и не успокоится, пока не сделает всё точно и правильно без лишней огласки. И даже сейчас она тихо трудится для Бога, совершая ту работу, которую никто никогда не заметит и не оценит, редактируя аудиокниги Духа Пророчества. И я вспоминаю фразу о том, что верный в малом верен и во многом. И я постоянно убеждаюсь, что это так.</w:t>
      </w:r>
    </w:p>
    <w:p>
      <w:r>
        <w:t>И если по-человечески мы что-то и не замечаем в служении ближних или в своём собственном, то Бог видит всё, и от Него не ускользнёт ни одна даже самая маленькая деталь. И наши мелочи для Него значат больше, чем многие великие дела. Хотя бы вспомните историю о бедной вдове с двумя лептами. Какая мелочь, но какое огромное влияние оказал её поступок на Божье дело, и сколько сердец открылось Богу благодаря тому, что она, несмотря на свои нужды, решила отдать всё, что имела. А мы даже не знаем её имени.</w:t>
      </w:r>
    </w:p>
    <w:p>
      <w:r>
        <w:t>Не бойтесь вкладывать свою любовь во всё, что вы делаете для Бога, даже если вас никто не видит. За нами следят ангелы, и они умиляются, замечая наше посвящение, и с особой нежностью они служат нам.</w:t>
      </w:r>
    </w:p>
    <w:p>
      <w:pPr>
        <w:pStyle w:val="Heading2"/>
      </w:pPr>
      <w:r>
        <w:t>Библейские стихи к этой главе:</w:t>
      </w:r>
    </w:p>
    <w:p>
      <w:r>
        <w:t>1Пет.4:8-11; Гал.6:3-10; Евр.1:7,13-14; Мф.23:11; 24:44-51; Ин.12:26; 13:12-17; Мк.9:35; Втор.28:45-47; Лк.16:10-12; Ис.61:6</w:t>
      </w:r>
    </w:p>
    <w:p>
      <w:pPr>
        <w:pStyle w:val="Heading2"/>
        <w:pageBreakBefore/>
      </w:pPr>
      <w:r>
        <w:t>Глава 67</w:t>
      </w:r>
    </w:p>
    <w:p>
      <w:pPr>
        <w:pStyle w:val="Heading1"/>
      </w:pPr>
      <w:r>
        <w:t>Чистота сердца</w:t>
      </w:r>
    </w:p>
    <w:p>
      <w:r>
        <w:t>«Блаженны чистые сердцем, ибо они Бога узрят» Мф.5:8.</w:t>
      </w:r>
    </w:p>
    <w:p>
      <w:r>
        <w:t>Строительство домика счастья и моё личное усердие в этом процессе приводят меня к тому, что мне вручается кирпичик под названием: «Я чист». И я уже сам знаю, что это так, потому что всем своим сердцем жажду такой сердечной чистоты и делаю всё возможное, чтобы не оскверняться от мира и в страхе Божьем совершать своё спасение.</w:t>
      </w:r>
    </w:p>
    <w:p>
      <w:r>
        <w:t>Чистота сердца — это совокупность всех моих добродетелей, света, знаний, желаний, мыслей и чувств в гармонии с Божьей волей, открытой мне Святым Духом благодаря моим личным отношениям с Иисусом.</w:t>
      </w:r>
    </w:p>
    <w:p>
      <w:r>
        <w:t>Бог видит моё желание иметь чистое сердце и хранить его от разлагающего влияния мира, и Он даёт мне Своё благословение и силу свыше, привлекая мой разум к истинному Источнику Света — Своему возлюбленному Сыну.</w:t>
      </w:r>
    </w:p>
    <w:p>
      <w:r>
        <w:t>Есть от природы добрые люди, которые с молоком матери впитали в себя всё прекрасное, вынесли из родительского дома прилежные навыки, живут в чистоте мыслей и чувств и очень любят творить добро, делая что-то хорошее и приятное своим ближним. Я часто встречал подобных людей, и мне казалось, что они глубоко верующие, что они имеют тесное общение с Иисусом, ибо их чистота поведения была видна невооружённым глазом, и мне хотелось вместе с ними порадоваться красоте Спасения, которое они обрели в Иисусе. Но, к своему удивлению, я слышал скромный отказ в беседе на эту тему и твёрдое нежелание вступать в разговор с размышлениями о Божьей любви. И мне давали понять, что они очень хороши и добры, и не нуждаются в Боге, зная многих людей со злыми манерами, которые называются верующими. И мне всегда становилось грустно за таких людей.</w:t>
      </w:r>
    </w:p>
    <w:p>
      <w:r>
        <w:t>И приходит на память следующая притча. В моём доме живут непослушные дети, которые постоянно ломают и портят вещи, иногда восстают против всех моих наставлений, не любят наводить порядок. И есть собака, которая всех любит, всегда послушна и с радостью выполняет все команды, и чувствует моё настроение. И как вы думаете, кто из них будет моим наследником? Уж точно не собака, хотя в мире всякое бывает.</w:t>
      </w:r>
    </w:p>
    <w:p>
      <w:r>
        <w:t>Бог любит добрых людей с чистыми руками и помыслами, но Он подарил миру Своего Сына, веруя в Которого, я получаю новое сердце и дар Вечной жизни. И та святая кровь Христа, которая была пролита за мои грехи, даёт мне право на спасение, и я получаю этот дар по своей вере, даже если я буду при этом самым испорченным человеком. Бог принимает меня в Своём возлюбленном Сыне таким, какой я есть, но не оставляет меня таким навсегда, а начинает процесс моего очищения.</w:t>
      </w:r>
    </w:p>
    <w:p>
      <w:r>
        <w:t>Сказать, что чистое сердце — это моё личное достояние, значит оскорбить Бога и присвоить себе всю славу, умаляя участие Всевышнего в этом деле. Именно Бог даёт мне новое сердце, и именно Он вписывает в него Свои законы, даруя мне образ мысли праведника. Но всё это становится возможным при моём согласии, личном участии и сотрудничестве с Творцом. Больше всего Господь желает преобразить моё сердце, ибо из него берут начало все источники чистой и счастливой жизни. Моё же поведение отражает всё, что находится в моей душе.</w:t>
      </w:r>
    </w:p>
    <w:p>
      <w:r>
        <w:t>Иметь чистое сердце — это особое счастье для каждого человека. Особенно это радостно, когда ты обладаешь миром с Богом и живёшь в дружеском общении с Иисусом, прося у Него особых благословений на новый день; когда ты сразу реагируешь на любые соблазны, которые пытаются войти в твою жизнь, твёрдым отпором и молитвой о помощи свыше.</w:t>
      </w:r>
    </w:p>
    <w:p>
      <w:r>
        <w:t>Чистота сердца напрямую зависит от прочности и целостности всей моей конструкции «домика счастья». Любое повреждение или недостаток, или отсутствие хотя бы одного из кирпичиков приносят душе беспокойство и оскверняют мою совесть. И мой дом становится уязвимым для нападок сил тьмы. Но меня радует и то, что не я один контролирую процесс моего строительства. Сам Господь подсказывает мне, на что стоит обратить внимание.</w:t>
      </w:r>
    </w:p>
    <w:p>
      <w:r>
        <w:t>С самого начала моей деятельности Он возвёл надо мной чудесную крышу, которая держится на четырёх столбах, связанных с Основанием, и, подобно покрывалу, защищает меня от непогоды извне, пока я занимаюсь сбором материала и установкой стен.</w:t>
      </w:r>
    </w:p>
    <w:p>
      <w:r>
        <w:t>И когда я вижу, что в моём строении чего-то не хватает, тогда я начинаю просить Главного Конструктора, чтобы Он даровал мне необходимые материалы и сотворил мне чистое сердце, обновив во мне правый дух. И ответ приходит.</w:t>
      </w:r>
    </w:p>
    <w:p>
      <w:r>
        <w:t>Имея чистоту сердца, я понимаю, что она есть, так как моё восприятие обострено, и я быстро реагирую на всё чуждое Богу. И там, где чисто и светло, не очень хочется сорить, и любая грязь становится заметной. Непорочность сердца привлекает добрые мысли и производит чистые чувства. И это невозможно в себе скрыть.</w:t>
      </w:r>
    </w:p>
    <w:p>
      <w:r>
        <w:t>Меня иногда называют святошей, праведником, ангелочком без крыльев или фанатиком в виде сарказма. Но я вижу в этом комплименты и скромно радуюсь тому, что хоть так люди определяют моё отличие от мира.</w:t>
      </w:r>
    </w:p>
    <w:p>
      <w:r>
        <w:t>Я становлюсь чист перед Богом, когда я открываю своё сердце для любви Агапэ и прошу, чтобы этот дар Неба жил во мне. И любовь умеет наводить чистоту. Она очень быстро заполняет собою всё пространство моего домика, растворяя и удаляя все нечистоты, не впуская в сердце ничего скверного или опасного. Она учит меня добрым делам и очень любит их совершать.</w:t>
      </w:r>
    </w:p>
    <w:p>
      <w:r>
        <w:t>Моя чистота сердца перед ближними исходит из души, переполненной любовью. Она не мыслит зла, но постоянно думает о счастье других, придумывая что-то интересное, что мне по силам. И есть такие дела добра, о которых мои ближние никогда не догадаются. Это молитвы за них. Я упрашиваю Бога об особом благословении какого-либо друга и об особом участии в жизни этого человека, а Господь слушает и отвечает, и я потом вижу ответ и радуюсь. Зачастую я даже не говорю, что молюсь за него. А молитва от чистого сердца имеет великую силу, ибо про Бога сказано у Ис.44:26: «Который утверждает слово раба Своего и приводит в исполнение изречение Своих посланников...» А чистое сердце приятно Господу в ходатайственных молитвах за нужды друзей и ближних. И я не представляю, что было бы с миром, если бы Божьи дети перестали о нём и о тех, кто в нём, молиться.</w:t>
      </w:r>
    </w:p>
    <w:p>
      <w:r>
        <w:t>И самый главный секрет моего чистого сердца состоит в том, что оно очень тесно связано с чистым сердцем Иисуса и питается из Его источников живой воды, и вкушает Его как Хлеб жизни. Моя любовь знает голос Христа и чувствует Его близость. Она не даёт мне с Ним расстаться. И уже не я живу, а живёт во мне Христос. Но я и живу верою в Него.</w:t>
      </w:r>
    </w:p>
    <w:p>
      <w:r>
        <w:t>И так хочется делиться этой чистотой. И как бы хотелось, чтобы чистота сердца Иисуса отражалась от моего сердца и становилась непорочностью сердца моего ближнего. Но это можно, к сожалению, только показать, а вот выбрать такой путь должен сам человек.</w:t>
      </w:r>
    </w:p>
    <w:p>
      <w:r>
        <w:t>Мои глаза веры видят невидимого Бога, Который участвует в моей жизни, Который хранит меня от зла, Который со всех сторон защищает меня и готовит меня к личной очной встрече с Собой, чтобы я мог вечно взирать на Его Лицо и непрестанно отражать Его чистоту и славу. И непорочному сердцу этот путь открыт, потому что так сказано Иисусом, и это правда.</w:t>
      </w:r>
    </w:p>
    <w:p>
      <w:pPr>
        <w:pStyle w:val="Heading2"/>
      </w:pPr>
      <w:r>
        <w:t>Библейские стихи к этой главе:</w:t>
      </w:r>
    </w:p>
    <w:p>
      <w:r>
        <w:t>Мф.5:8; 1Тим.1:5-6; Прит.20:9; 22:11; Иез.36:22-31; Иер.31:33; Пс.50:12; 72:1- 3; 1Пар.29:17-19; Лк.8:15; 1Пет.1:22-23</w:t>
      </w:r>
    </w:p>
    <w:p>
      <w:pPr>
        <w:pStyle w:val="Heading2"/>
        <w:pageBreakBefore/>
      </w:pPr>
      <w:r>
        <w:t>Глава 68</w:t>
      </w:r>
    </w:p>
    <w:p>
      <w:pPr>
        <w:pStyle w:val="Heading1"/>
      </w:pPr>
      <w:r>
        <w:t>Сила молитвы</w:t>
      </w:r>
    </w:p>
    <w:p>
      <w:r>
        <w:t>Вы когда-нибудь переживали радость от услышанной молитвы? А вы знаете, что наш Небесный Отец отвечает на все просьбы Своих возлюбленных детей к Нему? Но в отличие от наших ожиданий, Он даёт нам именно то, что посчитает правильным и полезным.</w:t>
      </w:r>
    </w:p>
    <w:p>
      <w:r>
        <w:t>Приведём пример. Когда моя маленькая дочь просила у меня конфеты на завтрак, потому что считала эту пищу очень вкусной, как вы думаете, как я отвечал на её просьбу? Я давал ей то, что на самом деле полезно. Сейчас у моей дочери есть уже своя дочь, которая даже не знает, что в мире существуют конфеты. Но когда этот маленький человечек начинает что-то просить, тогда я очень внимательно выслушиваю её просьбы и по возможности делаю то, что она хочет от меня получить. И мне приятно видеть счастье ребёнка в ответ на удовлетворённые просьбы.</w:t>
      </w:r>
    </w:p>
    <w:p>
      <w:r>
        <w:t>А вы часто просите Бога о том, чтобы Он сделал для вас что-то или что-то вам подарил, или что-то изменил в вашей жизни? Я думаю, что эти уроки читают те, кто уже имеет отношения с Богом и был свидетелем многих ответов на молитвы других людей. И Бог совершает чудеса, которые невозможно объяснить или как-то доказать, но они постоянно происходят. И это является Божьим подарком для Его детей.</w:t>
      </w:r>
    </w:p>
    <w:p>
      <w:r>
        <w:t>Следующий кирпичик для нашего домика счастья называется: «Я молюсь». Думаю, что этот чудесный материал и эта особенность нашего строения совершают гораздо больший вклад в Божье дело, чем мы себе представляем.</w:t>
      </w:r>
    </w:p>
    <w:p>
      <w:r>
        <w:t>И когда я молюсь, тогда получаю по своей вере то, о чём я прошу, чего так желаю.</w:t>
      </w:r>
    </w:p>
    <w:p>
      <w:r>
        <w:t>Путь к моему Спасению начинается с маленькой молитвы о покаянии или о желании узнать Бога ближе. Он берёт начало в том событии, которое побуждает меня лично обращаться к Невидимому Господу и начинать излагать свои мысли и чувства, желания и вопросы. И Господь отвечает.</w:t>
      </w:r>
    </w:p>
    <w:p>
      <w:r>
        <w:t>Важно понимать и то, что форма молитвы бывает разная. Молитва может быть представлена как прошение, благодарность, хвала, прославление, выражение радости, разговор с Богом, задавание вопросов, покаяние в грехах, желание узнать Бога ближе, выяснение отношений или даже мысленное обращение к Тому, Кто знает всё. И всё это создаёт общую картину под названием: «моя жизнь с Богом».</w:t>
      </w:r>
    </w:p>
    <w:p>
      <w:r>
        <w:t>А если учесть, что Бог — это Дух, живущий во мне, а я при этом пребываю в Нём, то наши отношения настолько переплетены во всех сферах жизни, что я везде, при любой ситуации, могу с Ним общаться и быть услышанным. И хоть Господь и не говорит со мной голосом, но Он очень умело вкладывает мне Свои мысли и открывает Свою волю. И при всём этом Бог уважает мою свободу и очень нежно ко мне относится, не навязывая Свои принципы, а предлагая их как лучший путь и лучшее решение.</w:t>
      </w:r>
    </w:p>
    <w:p>
      <w:r>
        <w:t>Молитва к Богу приносит в мою жизнь утешение, ободрение, блаженство, наслаждение от осознания Божьего участия в моей жизни. А полученные ответы дают такую радость, что порою не хватает слов благодарности, чтобы выразить всю признательность.</w:t>
      </w:r>
    </w:p>
    <w:p>
      <w:r>
        <w:t>Христианская жизнь начинается с первой молитвы веры и никогда не заканчивается до тех пор, пока эти молитвы продолжают звучать.</w:t>
      </w:r>
    </w:p>
    <w:p>
      <w:r>
        <w:t>Повелитель Неба — Господь Иисус, став человеком, показал нам пример того, как необходима молитва в жизни каждого человека. Он постоянно молился за всех и за всё и выходил Победителем из любой ситуации благодаря Своей постоянной связи с Отцом.</w:t>
      </w:r>
    </w:p>
    <w:p>
      <w:r>
        <w:t>И в молитве Христа решалась судьба нашего мира, когда Он, борясь с силами тьмы в Гефсиманском саду, делал выбор о том, испить Ему таинственную чашу наших грехов и беззаконий или нет. И в этой молитве Он одержал самую большую победу, благодаря которой мы сейчас живы и имеем надежду на Вечность.</w:t>
      </w:r>
    </w:p>
    <w:p>
      <w:r>
        <w:t>И вся Вечность будет наполнена молитвами хвалы, радости и благодарности Богу за тот подвиг души, который совершил Иисус в этой страшной борьбе, избирая путь жертвы за наши грехи.</w:t>
      </w:r>
    </w:p>
    <w:p>
      <w:r>
        <w:t>Я молюсь. Это образ мысли праведника. В таком общении с Богом я имею очень тесные отношения с Небом. Я могу говорить с Небесным Отцом, могу советоваться с Иисусом, могу просить Святого Духа открыть мне понимание разных вопросов. И такие отношения вполне реальны, ибо я общаюсь с живыми Личностями Божества благодаря пролитой крови моего дорогого Спасителя.</w:t>
      </w:r>
    </w:p>
    <w:p>
      <w:r>
        <w:t>И это общение в молитве к Небу приносит с собой счастье в мою жизнь, вечное счастье. Ведь я имею отношения с Вечными Твердынями Вселенной, от чего моя вера только крепнет.</w:t>
      </w:r>
    </w:p>
    <w:p>
      <w:r>
        <w:t>По-человечески мне очень многое хочется иметь, и очень многое мне просто недоступно в этом мире. И если я почитаю что-то невозможным, то я даже не буду пробовать или пытаться этого достичь. Но молитва веры умеет находить иные пути к решению невыполнимых задач.</w:t>
      </w:r>
    </w:p>
    <w:p>
      <w:r>
        <w:t>Например, перед входом в мой дом припарковался гружёный грузовик, и водитель пошёл в гости к соседу, а я не могу выехать из гаража. Моих физических сил недостаточно, чтобы поднять и перенести этот грузовик в сторону, и я даже не буду пытаться это делать. А почему бы не попробовать? Решаюсь. Подхожу с верою, что мне всё возможно, берусь за борт грузовика и тяну его вверх, но ничего не происходит. Надо мной смеются соседи. А я не сдаюсь. А моя жена даже не пытается мне помочь, потому что знает, что с этим нельзя справиться своими силами. Но она идёт к соседу и молит водителя грузовика отъехать в сторону, имея веру в то, что она услышана. И водитель отвечает на её просьбу и очень быстро решает все мои проблемы иным способом.</w:t>
      </w:r>
    </w:p>
    <w:p>
      <w:r>
        <w:t>Вера делает мои молитвы удивительными и действенными. И сила слова способна совершать великое. Я иногда показываю слушателям, как простые слова производят поразительные действия в жизни людей. Я прошу их встать, и все встают, прошу посмотреть всех вверх, все смотрят, прошу сесть на место, садятся. Я ничего не делал, а просто молил людей сделать то, о чём я их прошу, не прилагая физических усилий. И мои слова произвели в их жизни конкретные действия, о которых я просил. Не стоит недооценивать силу наших просьб к Небу. Наши молитвы двигают Божью руку, и Ему приятно делать то, что Он желает совершить, когда мы начинаем Его об этом просить, ведь Он нам обещал.</w:t>
      </w:r>
    </w:p>
    <w:p>
      <w:r>
        <w:t>Например, я знаю о том, что Бог желает, чтобы мы любили друг друга, и даже дал нам такую заповедь. И если я начинаю просить у Него эту любовь, то как вы думаете, что Он мне даст? Или если Он мне советует купить у Него что-то очень важное, и я к Нему прихожу за этим в молитве, то даст ли Он мне то, что приготовил для меня? Да, и Библия содержит много обещаний для меня, и они мои, и я всегда могу это получить и получаю, потому что верен Обещавший.</w:t>
      </w:r>
    </w:p>
    <w:p>
      <w:r>
        <w:t>А почему я не прошу? Возможно, я не знаю, что мне обещано. А, может, я не верю, что мне дадут? Но, скорее всего, мне это не нужно. А ещё точнее сказать, мне это неинтересно и безразлично. И на что можно рассчитывать такому человеку? Он точно ничего не получит. Бог не даёт святыню тем, кто в ней не нуждается. Бог любит нас и уважает нашу свободу. Он не станет нам навязывать то, что нам отвратительно.</w:t>
      </w:r>
    </w:p>
    <w:p>
      <w:r>
        <w:t>А я хочу любить. Я желаю быть счастливым в Иисусе. Я жажду иметь все Божьи благословения и прошу о большем. Я молю Самого Бога стать моим Богом. И я верю, и получаю ответы, и я люблю, и я счастлив.</w:t>
      </w:r>
    </w:p>
    <w:p>
      <w:pPr>
        <w:pStyle w:val="Heading2"/>
      </w:pPr>
      <w:r>
        <w:t>Библейские стихи к этой главе:</w:t>
      </w:r>
    </w:p>
    <w:p>
      <w:r>
        <w:t>1Фес.5:17-18,25; Иер.29:11-13; Мф.5:44; 6:9-13; 21:13,22; 26:41; Мар.9:29; 11:24; 13:32-33; Лк.6:12; Евр.13:18; Иак.5:13-18; Пс.38:13; 41:9; 53:4-5; Прит.15:8,29; 28:9; Рим.12:12; Откр.8:3-4</w:t>
      </w:r>
    </w:p>
    <w:p>
      <w:pPr>
        <w:pStyle w:val="Heading2"/>
        <w:pageBreakBefore/>
      </w:pPr>
      <w:r>
        <w:t>Глава 69</w:t>
      </w:r>
    </w:p>
    <w:p>
      <w:pPr>
        <w:pStyle w:val="Heading1"/>
      </w:pPr>
      <w:r>
        <w:t>Золотое масло</w:t>
      </w:r>
    </w:p>
    <w:p>
      <w:r>
        <w:t>Домик счастья должен быть прочным. Думаю, никто из вас не захочет жить в здании, которое выглядит привлекательно, но не рассчитано на непогоду и не защитит вас от бедствия, но рухнет на вас и раздавит всех, кто в нём будет находиться. Если дело касается обычного строения, то здесь люди проявляют мудрость и готовы вкладывать любые средства, лишь бы всё было надёжно. А вот относительно своей души почему-то они проявляют удивительную небрежность, считая, что можно строить кое-как или кое-что, или вообще ничего не созидать. Но стоит и на это обратить внимание.</w:t>
      </w:r>
    </w:p>
    <w:p>
      <w:r>
        <w:t>Иисус начал Своё служение с Нагорной проповеди. С первых слов Он открыл законы счастья, объяснил детали блаженной жизни и закончил Своё повествование строительством домика счастья. Возможно, в прежние века было не так важно обращать внимание на качество стен, главное, чтобы дом строился на Скале. Но в последнее время Бог желает обратить наше внимание на то, что и на чём мы строим, как и из чего. И Его цель — не просто научить нас счастью, а показать всему видимому и невидимому миру, какую роль играет любовь и законы блаженства даже в критическое время, и как они защищают душу, которая принадлежит Христу.</w:t>
      </w:r>
    </w:p>
    <w:p>
      <w:r>
        <w:t>Господь Сам избрал средства и орудия ведения последней битвы между добром и злом. Не кровью святых и не их смертью в муках за веру будет одержана последняя победа, чего так бы хотелось сатане. Это произойдёт с помощью тех средств, которые в Своём послании к Лаодикии Господь советует нам приобрести.</w:t>
      </w:r>
    </w:p>
    <w:p>
      <w:r>
        <w:t>И в этом послании Он уверяет нас, что Он Сам придёт, дабы Своим личным присутствием освятить наш дом и в уютной атмосфере иметь с нами общение.</w:t>
      </w:r>
    </w:p>
    <w:p>
      <w:r>
        <w:t>Господь убеждает меня в Своей любви, призывает к покаянию, нежно стучит и зовёт, желая, чтобы я открыл. И Он предлагает мне золото, огнём очищенное, которое, когда расплавлено, очень похоже на золотое масло, отражающее Небесный свет яркими переливами. А если учесть, что стены моего домика прочные, но пустотелые, то я понимаю, что это золото стоит залить внутрь стен, чтобы все их элементы были заполнены золотым материалом, который при застывании придаст им особую прочность. И это настолько важный процесс, что Иисус пришёл лично, чтобы его контролировать. И как нежно Он просится в мой домик! Как ненавязчиво, но целеустремлённо! Открою ли я?</w:t>
      </w:r>
    </w:p>
    <w:p>
      <w:r>
        <w:t>Я понимаю, что если я проигнорирую этот голос Христа, то у меня будут проблемы. Но меня очень смущает, что товары, которые мне предлагаются, необходимо покупать. Ведь в обмен на них Господь ожидает получить то, что делает меня несчастным, жалким, нищим, слепым и нагим. Он желает при этом забрать всё моё время, чтобы научить меня этими товарами владеть, а я очень ценю своё время и стремлюсь тратить его на всё, что угодно, кроме изучения предложенного мне. Кроме того, я очень привык к несчастной жизни, и мне не хочется в ней что-то и менять.</w:t>
      </w:r>
    </w:p>
    <w:p>
      <w:r>
        <w:t>Но Господь не оставляет меня в покое и рассказывает мне историю про 10 девочек, пять из которых были мудрыми, а другие — похожими на меня. Я стал наблюдать за поведением мудрых. Они начали запасаться маслом из лаодикийского магазинчика и тратили на это очень много времени. А я смотрел и не понимал, для чего такая трата средств? Вроде всё идёт, как всегда, и зачем им такие прочные дома для хранения этого масла? А стук и голос в мою дверь постоянно меня призывали присоединиться к мудрым девочкам. И я знаю, что они делают что-то интересное, и вижу, у Кого они покупают для себя масло, но не имею времени, чтобы к ним присоединиться, ведь нужно служить и совершать дела, а они постоянно что- то изучают и радуются каким-то новым открытиям и откровениям. Они постоянно зовут меня к себе. Но я решаю подождать.</w:t>
      </w:r>
    </w:p>
    <w:p>
      <w:r>
        <w:t>И вообще я очень устал от своей нагрузки. Стоит отдохнуть. Да и мудрые не против поспать. Знаю, что Господь предупредит меня о событиях, если они будут приближаться, поэтому не следует переживать о будущем. Если что случится, я знаю, где можно будет купить всё необходимое, да и мои неразумные подружки поддерживают меня в моём понимании. Смотрю, а мудрые уже задремали, и нас тоже клонит в сон, и мы в результате все уснули.</w:t>
      </w:r>
    </w:p>
    <w:p>
      <w:r>
        <w:t>Господь не оставит нас, ведь Он обещал, что будет с нами до конца века. Тем более, Он уже пришёл, и стоит у двери, но желает войти, правда, только после моей покупки.</w:t>
      </w:r>
    </w:p>
    <w:p>
      <w:r>
        <w:t>Ох уж это золото, эта белая одежда, эта глазная мазь! Ну сколько можно предлагать? Мне всё это даже снится постоянно.</w:t>
      </w:r>
    </w:p>
    <w:p>
      <w:r>
        <w:t>А как приятно поспать! Говорят, что во время сна происходит перезагрузка мозга, и он может с новыми силами трудиться дальше.</w:t>
      </w:r>
    </w:p>
    <w:p>
      <w:r>
        <w:t>Ох, отдохну! А если что опасное, то Господь меня предупредит заранее. Он любит предостерегать.</w:t>
      </w:r>
    </w:p>
    <w:p>
      <w:r>
        <w:t>Но вот полночный крик будит нас. Как темно! И Жених идёт. Где там мой светильник? Всё на месте. Но что-то он не зажигается. Да, без масла никак не обойтись. А без светильника не пустят на брачный пир. И мудрые девочки не могут мне ничего дать, а советуют идти к продающим и купить у них. А Продающий-то ушёл! И как быть? Такого поворота я не ожидал. А мудрые были мудрыми на самом-то деле, а мы над ними смеялись и крутили пальцем у виска. А они уже на торжестве. Ну вот, что-то я купил, и вроде горит мой светильник, надо быстрее, чтобы успеть. Но двери, ведущие на торжество, закрылись. Стойте!!! Ещё я!!! Подождите!!! Мы тоже хотим!!! О, Иисус, это мы, открой, пожалуйста! Мы уже тут. Не знаешь нас? Да хватит издеваться, Ты же звал меня столько лет по имени и держал за правую руку, а теперь говоришь, что не знаешь? А не от Твоего ли имени мы пророчествовали? и не Твоим ли именем бесов изгоняли? и не Твоим ли именем многие чудеса творили?</w:t>
      </w:r>
    </w:p>
    <w:p>
      <w:r>
        <w:t>Почему Ты не знаешь нас? Нам надо отойти от Тебя? Мы делаем беззаконие? С чего Ты это взял? Ну открой, я прошу Тебя, Господи!!!</w:t>
      </w:r>
    </w:p>
    <w:p>
      <w:r>
        <w:t>Как страшно оказаться за дверью! А ведь я столько лет слышал этот голос и эти предостережения. Я видел, как готовились мудрые, и знал, что у них есть что-то ценное, но был невеждой, ожидая, что Господь вновь меня нежно обличит и предложит что-то другое, не ожидая от меня ничего. Ведь я привык всё получать просто так и даром. А Он не стал меня предупреждать, а просто отошёл от меня, когда я наконец-то уснул. А я так верил, что время благодати никогда не закончится, и я могу в это время улучшать своё финансовое состояние и строить большие склады для своего добра. О, как у меня всего много, и как я разбогател! И кому это всё достанется? И теперь я несчастен, и кругом меня все несчастные. И вдруг мы осознали, что мы потеряли что-то очень важное и ценное, что уже никогда не станет нашим. А ведь оно было так близко! Так доступно!</w:t>
      </w:r>
    </w:p>
    <w:p>
      <w:r>
        <w:t>А мой домик не выдержал давления воды, которые суть страсти нечестивых, и он рухнул. А с ним рухнули и все мои планы. Для чего я жил? Для чего верил? Почему я не интересовался главным и не прислушивался к тем, кто столько говорил о любви и счастье в Иисусе?</w:t>
      </w:r>
    </w:p>
    <w:p>
      <w:r>
        <w:t>Их и сейчас можно посмотреть на ютубе, почитать их книги. Но стать такими, какими они стали, уже невозможно. И я не представлял, что так быстро всё закончится. Как темно! Как больно! Ох, если бы всё вернуть, я бы всё своё время посвятил поиску!</w:t>
      </w:r>
    </w:p>
    <w:p>
      <w:pPr>
        <w:pStyle w:val="Heading2"/>
      </w:pPr>
      <w:r>
        <w:t>Библейские стихи к этой главе:</w:t>
      </w:r>
    </w:p>
    <w:p>
      <w:r>
        <w:t>Мф.25:1-13; Откр.3:14-22; и особенно Откр.3:18; Мф.7:21-27; Авв.2:9-14; Пс.126:1-2; Иер.29:5-7; 1Кор.3:10-17; 4:1-5; 1Пет.4:10</w:t>
      </w:r>
    </w:p>
    <w:p>
      <w:pPr>
        <w:pStyle w:val="Heading2"/>
        <w:pageBreakBefore/>
      </w:pPr>
      <w:r>
        <w:t>Глава 70</w:t>
      </w:r>
    </w:p>
    <w:p>
      <w:pPr>
        <w:pStyle w:val="Heading1"/>
      </w:pPr>
      <w:r>
        <w:t>Красота молитвы</w:t>
      </w:r>
    </w:p>
    <w:p>
      <w:r>
        <w:t>Молитва — это тот канал, через который мне открываются великие перспективы развития, возрастания, возрождения. Это целая наука, которую можно познавать интуитивно, и когда-то прийти к пониманию её силы, или можно найти людей молитвы, которые откроют её тайну и научат правильно ею пользоваться.</w:t>
      </w:r>
    </w:p>
    <w:p>
      <w:r>
        <w:t>У меня иногда создаётся такое впечатление, что темы о совместном изучении Библии или об общей молитве не очень популярны в среде Божьего народа. Об этом не любят говорить, а тем более это практиковать, и только благодаря личной инициативе некоторых людей это как-то движется. Я не утверждаю, что так и обстоят дела, и это повсеместно, но из своих наблюдений я делаю вывод о том, что вижу вокруг себя.</w:t>
      </w:r>
    </w:p>
    <w:p>
      <w:r>
        <w:t>Когда мы проводим после богослужения молитвенные группы, я всегда приглашаю всех тех, кто ещё остался в церкви, присоединиться к нам. Но, к удивлению, многие воспринимают моё приглашение как просьбу покинуть помещение, и быстро уходят или выходят за дверь. Эти люди готовы просто сидеть и ничего не делать, но только не быть с нами в молитве. А мы обращаемся к Небесному Отцу и просим Его благословения и участия в жизни всей нашей общины. Мы просим ответить и на другие нужды, а потом расходимся до другой встречи.</w:t>
      </w:r>
    </w:p>
    <w:p>
      <w:r>
        <w:t>И в своей жизни я заметил следующую особенность. Сложно молиться вместе с теми, кому ты неинтересен как друг, кто не желает иметь с тобой близких отношений и избегает тебя. Поэтому и не тянет ни в какое общество, потому что совместные молитвы получаются формальными и пустыми, хотя мы обращаемся к Богу, и Он слышит.</w:t>
      </w:r>
    </w:p>
    <w:p>
      <w:r>
        <w:t>А молиться вместе необходимо. В этом заключена особая сила. Но остаёмся мы с Иисусом вдвоём, и сердце изливает все свои нужды и переживания, и приходит радость.</w:t>
      </w:r>
    </w:p>
    <w:p>
      <w:r>
        <w:t>Вспоминаю свою первую молитву Богу. Когда я, будучи мальчиком лет семи, шёл в комнату, где меня ждали родители, чтобы побить меня ремнём за мои преступления, а мне было очень страшно, и я помолился: «Бог, если Ты есть, то защити меня от побоев». Эта молитва была один раз, и я даже не помню, чем она закончилась.</w:t>
      </w:r>
    </w:p>
    <w:p>
      <w:r>
        <w:t>А сейчас я прошу Господа помогать мне в каждом деле и беспокою Его по всяким мелочам в любое время, и я верю, что Он слышит и участвует в моей жизни.</w:t>
      </w:r>
    </w:p>
    <w:p>
      <w:r>
        <w:t>Красота молитвы зависит от того, какие отношения имеют между собой молящиеся люди, и в каких я отношениях с Богом, насколько мы верим в силу молитвы. И самые лучшие и самые прекрасные Божьи благословения мы можем получить только в ответ на молитву веры. У Господа есть очень много ценных сокровищ, которые мы не обретём просто так, без жажды и без прошения, так как Он уважает нашу свободу и не будет нам ничего навязывать против нашей воли. Поэтому Он с радостью ждёт тех, кто будет понимать, что Он очень богат всем, кто станет просить Его дать то, что нужно.</w:t>
      </w:r>
    </w:p>
    <w:p>
      <w:r>
        <w:t>Если я, имея много лишних денег, выйду на улицу и начну приставать к каждому встречному с предложением: «А могу ли я вам подарить миллион?», то меня сочтут за мошенника и будут избегать. Не принято у нас дарить миллионы.</w:t>
      </w:r>
    </w:p>
    <w:p>
      <w:r>
        <w:t>Однажды мои друзья попали в аварию, и их машина превратилась в кучу металлолома. Они стали просить у Бога другую машину. И Господь интересно ответил. Им подарили что-то похожее на автомобиль, а они стали мне жаловаться на то, что это что-то еле ездит. В результате мы выяснили, что это всё-таки машина, которая была им подарена в ответ на их молитву об автомобиле, и так как в молитве не было уточнений о том, каким должен был быть этот подарок, то Господь вручил им то, что называлось автомобилем и даже ездило. Мы пришли к выводу, что в подобных просьбах к Богу необходимо уточнять все детали вплоть до желаемого цвета.</w:t>
      </w:r>
    </w:p>
    <w:p>
      <w:r>
        <w:t>Знаю таких людей, которые считают, что Бога можно просить только о глобальных проблемах, но из личного опыта понимаю, что наш Господь — Бог мелочей и деталей. Создавая нас, Он тщательно продумал каждую нашу клеточку, чтобы она прекрасно вписывалась в общую картину всего тела. И, разглядывая любой цветок или любое живое существо, даже муху, я удивляюсь той гармонии и тому совершенству, всем продуманным штрихам, которые Господь вложил в Своё творение.</w:t>
      </w:r>
    </w:p>
    <w:p>
      <w:r>
        <w:t>И неужели Тому, Кто с такой мудростью позаботился о каждой детали моего тела и дал ему разум и душу, нет никакого дела до моих мелочей? Не поверю.</w:t>
      </w:r>
    </w:p>
    <w:p>
      <w:r>
        <w:t>Молитвы чуждых по духу и отношениям людей кардинально отличаются от молитв тех, кто любит друг друга и делает всё возможное, чтобы порадовать своих ближних. И в союзе душ есть особая прелесть, которая объединяет единомышленников в команды, и Бог очень успешно осуществляет через них Свои планы, позволяя этим людям самим выбирать себе род занятий.</w:t>
      </w:r>
    </w:p>
    <w:p>
      <w:r>
        <w:t>И в общественной молитве заключается особая сила и секрет, который почему-то не все знают.</w:t>
      </w:r>
    </w:p>
    <w:p>
      <w:r>
        <w:t>В Мат 18:20 читаем: «Ибо, где двое или трое собраны во имя Моё, там Я посреди них». Раньше, читая эти строки, я думал о том, что Бог среди нас, если нас двое или больше, и верил в это. И это так и есть, но предыдущий стих говорит о другом значении этого обещания. Мат 18:19: «Истинно также говорю вам, что если двое из вас согласятся на земле просить о всяком деле, то, чего бы ни попросили, будет им от Отца Моего Небесного». И урок Христа состоит в том, что если мы решили просить у Него новую машину, то мы, все молящиеся, должны детально обсудить этот вопрос, а затем молиться только о новой машине, не упоминая своих друзей, родственников, всевозможные нужды и глобальные мировые проблемы. Бог желает научить нас концентрироваться на том, что нам нужно, и просить конкретно об этом, будучи вместе. А затем и в личных молитвах упоминать эти общие нужды. И будет нам.</w:t>
      </w:r>
    </w:p>
    <w:p>
      <w:r>
        <w:t>Я иногда провожу эксперимент и прошу своих друзей помолиться за меня, потому что мне тоже очень нужна поддержка извне. А потом внимательно наблюдаю и слушаю, о чём будут их молитвы, и где-то в глубине души скромно мечтаю услышать и своё имя. Но обычно звучат привычные просьбы обо всём, в чём мы нуждаемся ежедневно, и я тогда сам за себя молюсь, оставаясь с Иисусом. А ведь общая конкретная молитва совершает чудеса, и мы получаем то, о чём мы просим.</w:t>
      </w:r>
    </w:p>
    <w:p>
      <w:r>
        <w:t>И если мы решаем просить о чём-то общем, то стоит всем молящимся понять и запомнить, что мы молимся именно об этом, и просить только об этом, но с разных сторон нашего понимания. И во время такой молитвы необходимо вспоминать и обещание Иисуса отвечать на подобные молитвы.</w:t>
      </w:r>
    </w:p>
    <w:p>
      <w:r>
        <w:t>Это простой урок, но почему-то мы не знаем этот секрет нашего успеха в молитвенной жизни.</w:t>
      </w:r>
    </w:p>
    <w:p>
      <w:r>
        <w:t>Если у меня в пальце сидит заноза, которая причиняет мне общее неудобство, и я хочу от неё избавиться, то мне не так важно, что происходит в мире, и какой курс доллара. И если я направлю все свои силы на решение своей проблемы и привлеку к этому специалистов, то думаю, что выход будет именно таким, каким и подразумевался.</w:t>
      </w:r>
    </w:p>
    <w:p>
      <w:r>
        <w:t>В самой молитве я получаю удовлетворение, умиротворение и утешение от того, что я общаюсь с Богом. И часто приходит покой на сердце, как только я начинаю говорить с Господом. Но красота молитвы содержится в ответе. Я понимаю, что мой Небесный Отец жив и участвует в моей жизни. И я люблю.</w:t>
      </w:r>
    </w:p>
    <w:p>
      <w:pPr>
        <w:pStyle w:val="Heading2"/>
      </w:pPr>
      <w:r>
        <w:t>Библейские стихи к этой главе:</w:t>
      </w:r>
    </w:p>
    <w:p>
      <w:r>
        <w:t>Мф.18:19-20; Пс.138:2-10; Ис.65:23-24; 66:1-2; Иак.1:5-8; Деян.4:24-31; 7:59; 8:14-17; 9:40; 12:5-8,12; Неем.4:8-9; Ин.17:1-26; Мар.1:35; Лк.5:16; 9:28-29; 24:44</w:t>
      </w:r>
    </w:p>
    <w:p>
      <w:pPr>
        <w:pStyle w:val="Heading2"/>
        <w:pageBreakBefore/>
      </w:pPr>
      <w:r>
        <w:t>Глава 71</w:t>
      </w:r>
    </w:p>
    <w:p>
      <w:pPr>
        <w:pStyle w:val="Heading1"/>
      </w:pPr>
      <w:r>
        <w:t>Я строю счастье</w:t>
      </w:r>
    </w:p>
    <w:p>
      <w:r>
        <w:t>Было время, когда я снимал квартиру в подвальном помещении, и спросил разрешения у владельца дома о расширении нашей жилплощади. Он согласился. Я составил план. Сделал в граничащей с подвалом стене дверь. Заготовил материал для перегородок и стал их возводить, захватывая часть подвального помещения для своей новой квартиры. Моя четырёхлетняя дочь вызвалась быть моей помощницей, и я выделил для неё инструмент, дал ей материал и краем глаза наблюдал за тем, что она построит. Её энтузиазму не было предела. Она старалась от всей души, созидая нечто, ни на что не похожее. Мне даже сложно было придумать название её сооружению, но это был её шедевр, который очень радовал её сердце. И как любящий отец я хвалил её, и мы вместе получали удовольствие от нашего занятия. В результате у нас получилась новая комната и что-то очень странное посреди неё. Но мы решили стены оставить на месте, а странный шедевр моей дочери разобрать. Нашей радости не было предела, когда мы поняли, что у нас теперь стала большая квартира за ту же плату. Но через несколько лет хозяин дома умер, и нам пришлось переехать в другое место.</w:t>
      </w:r>
    </w:p>
    <w:p>
      <w:r>
        <w:t>Занимаясь строительством и ремонтом чужих домов, я часто замечал, что их хозяева всегда радуются тому, что я делаю. Я же думал о том, как бы я радовался, если бы строил для себя. Но по определённым обстоятельствам я так и не решился на этот шаг.</w:t>
      </w:r>
    </w:p>
    <w:p>
      <w:r>
        <w:t>Наконец-то, моя мечта сбылась. Я возвожу свой личный домик счастья, в котором буду вечно жить и вечно радоваться крепким стенам и прочному Основанию.</w:t>
      </w:r>
    </w:p>
    <w:p>
      <w:r>
        <w:t>Очередной кирпичик для домика моего счастья носит название: «Я строю счастье». Думаю, что процесс строительства моего счастья приносит в мою жизнь то самое счастье. Если же этого не происходит, значит, я делаю что-то не то или не так, или не из того. Имея планы Бога и ставя перед собой цель, к которой начинаю идти, я обретаю все шансы построить то, что называется счастьем. Знание теории помогает мне выбирать наиболее правильный материал для моего домика и созидать на самом прочном Основании.</w:t>
      </w:r>
    </w:p>
    <w:p>
      <w:r>
        <w:t>Не имея плана или не зная законов строительства, или не разбираясь в материалах, я тоже что-то построю, и это будет радовать моё сердце, пока не придут испытания. А затем я сяду в сырости своих слёз и стану дрожать от холода своих страхов, не понимая, почему всё так плохо, ведь я же верующий человек, который всю жизнь читает Библию и посещает духовные собрания.</w:t>
      </w:r>
    </w:p>
    <w:p>
      <w:r>
        <w:t>А любое строительство имеет свои законы и держится именно на них, а не на моей фантазии. И если стены и все несущие конструкции возведены правильно, то этот дом можно заполнять, чем нравится, крася его в любой цвет.</w:t>
      </w:r>
    </w:p>
    <w:p>
      <w:r>
        <w:t>Но, построив счастье, мне приходится постоянно его проверять и хранить от повреждений и расхищения, так как мир, в котором я пока ещё живу, очень опасен и непредсказуем.</w:t>
      </w:r>
    </w:p>
    <w:p>
      <w:r>
        <w:t>Я строю счастье. Это, пожалуй, самое занимательное занятие в моей жизни, и маленькое слово «я» придаёт протекающему процессу особый смысл и открывает увлекательную перспективу вечного строительства. Моё личное участие в возведении моего домика счастья приносит моему сердцу удивительное удовлетворение. Я понимаю, что если я начну строить и буду придерживаться всех замыслов Бога и законов строительства, то я возведу именно то, что называется счастьем. А вот буду ли я в этом счастливым или нет, решать тоже мне. И я выбираю первое.</w:t>
      </w:r>
    </w:p>
    <w:p>
      <w:r>
        <w:t>И у многих возникают вопросы:</w:t>
      </w:r>
    </w:p>
    <w:p>
      <w:r>
        <w:t>А что же мы строим? Счастье.</w:t>
      </w:r>
    </w:p>
    <w:p>
      <w:r>
        <w:t>А вы уверены, что оно у нас получится? Да, ибо этому учит Библия.</w:t>
      </w:r>
    </w:p>
    <w:p>
      <w:r>
        <w:t>А оно выдержит грядущие испытания? Да, если в нём будут присутствовать все сопутствующие материалы, и не окажется проломов.</w:t>
      </w:r>
    </w:p>
    <w:p>
      <w:r>
        <w:t>А вы уверены, что именно этот домик нужен для последнего времени? Да, этот, ведь нам не дано указания для другого строения, поэтому не стоит изобретать то, что не имеет Библейского основания.</w:t>
      </w:r>
    </w:p>
    <w:p>
      <w:r>
        <w:t>Но ведь не все хотят строить, неужели для других не будет дано какой-либо альтернативы? Бог даст Свой свет всем, кто имеет с Ним отношения, и убедит каждого в том, что необходимо строить, на Ком нужно это делать, и из какого материала производить работы.</w:t>
      </w:r>
    </w:p>
    <w:p>
      <w:r>
        <w:t>Я не верю в ваше строительство, ведь это как-то нелепо и по-детски звучит! Это ваше право и ваш выбор. Вы можете назвать это другим именем, но законы строительства останутся теми же, и стройматериал не изменится.</w:t>
      </w:r>
    </w:p>
    <w:p>
      <w:r>
        <w:t>Не очень ли вы самоуверенны в своих предприятиях? Если я строю по Божьим законам, то это называется упованием на Того, Кто никогда не ошибается, и уверенностью в Спасении, которое даётся всем, кто выбирает узкий путь.</w:t>
      </w:r>
    </w:p>
    <w:p>
      <w:r>
        <w:t>А если я откажусь Вам верить и изберу лучший путь? Не надо верить мне, верьте Богу и следуйте за Ним, и мы обязательно встретимся. Наши пути пересекутся. Если мы будем идти на юг, но каждый станет выбирать себе свою дорогу по своему компасу, то мы все в конце пути встретимся на Южном полюсе. Так что в добрый путь, друзья.</w:t>
      </w:r>
    </w:p>
    <w:p>
      <w:r>
        <w:t>А если получится так, что Вы нас обманываете и вводите в заблуждение своими рассказами, и мы все погибнем, если поверим вашим публикациям? Если в моих словах есть лукавство, то Божий Дух вам это обязательно покажет и на основании Библии даст правильное понимание того, с кем вы имеете дело.</w:t>
      </w:r>
    </w:p>
    <w:p>
      <w:r>
        <w:t>Вы, скорее всего, артист, желающий обрести себе больше подписчиков! Если мои подписчики попадут в Вечность благодаря моим публикациям, то я согласен играть эту роль до самого Второго Пришествия.</w:t>
      </w:r>
    </w:p>
    <w:p>
      <w:r>
        <w:t>Но вы строите вне Церкви, и у вас нет официального разрешения на строительство от руководящего органа Божьей Организации! Наши работы не противоречат требованиям Бога, но основываются на Его советах и законах, и они направлены на созидание тела Церкви и на укрепление любви её членов друг к другу в этой Божьей Организации. Они не являются независимым каналом для спасения узкого круга избранных.</w:t>
      </w:r>
    </w:p>
    <w:p>
      <w:r>
        <w:t>Всё, что мы строим, делается не в углу, и мы открыты для всякой проверки, и будем рады любым предложениям и рекомендациям. А ещё мы очень счастливы, занимаясь этим важным делом.</w:t>
      </w:r>
    </w:p>
    <w:p>
      <w:r>
        <w:t>А как вы относитесь к политике? Мы не от мира сего. У нас есть дела поважнее, и нам некогда отвлекаться на то, что временно и переменчиво.</w:t>
      </w:r>
    </w:p>
    <w:p>
      <w:r>
        <w:t>Мне скучно с вами. У вас всего очень много, и на всё это нужно посвящать много времени, а его у меня нет! У нас тоже нет времени на преходящее, но мы его находим и выделяем для Вечного. И если я расставил свои приоритеты, то я не буду делать то, что считаю для себя неважным и необязательным. А любое строительство требует времени, которое необходимо находить, выделять и инвестировать в обмен на товары для Лаодикии. А сам дом без моих усилий не построится, и без моих знаний он не будет прочным, а без Бога он не будет защищён.</w:t>
      </w:r>
    </w:p>
    <w:p>
      <w:r>
        <w:t>Вы меня раздражаете! Как попугай, только и говорите о любви, счастье и дружбе!!! В нашем мире много попугаев, выберите себе того, кто вам по сердцу. А мы строим счастье, и очень счастливы. И мы любим друг друга и становимся друзьями навсегда. И мы не устанем об этом рассказывать остальным. И с нами Бог, Который учит нас этой любви, и у нас получается. И это так радостно!</w:t>
      </w:r>
    </w:p>
    <w:p>
      <w:r>
        <w:t>И было бы странно строить счастье и быть при этом несчастным.</w:t>
      </w:r>
    </w:p>
    <w:p>
      <w:pPr>
        <w:pStyle w:val="Heading2"/>
      </w:pPr>
      <w:r>
        <w:t>Библейские стихи к этой главе:</w:t>
      </w:r>
    </w:p>
    <w:p>
      <w:r>
        <w:t>Быт.6:11-17; Лк.17:26-30; Лк.6:46-49; Исх.36:1-2; 38:32; 40:16,34-35; Пс.117:21- 26; 1Кор.3:9-17; 4:1-5; Еф.3:2-21; Тит.1:7; Кол.1:25-27; 1Пет.4:10</w:t>
      </w:r>
    </w:p>
    <w:p>
      <w:pPr>
        <w:pStyle w:val="Heading2"/>
        <w:pageBreakBefore/>
      </w:pPr>
      <w:r>
        <w:t>Глава 72</w:t>
      </w:r>
    </w:p>
    <w:p>
      <w:pPr>
        <w:pStyle w:val="Heading1"/>
      </w:pPr>
      <w:r>
        <w:t>Окна души</w:t>
      </w:r>
    </w:p>
    <w:p>
      <w:r>
        <w:t>Окно — это задуманный при строительстве проём в стене или крыше дома для поступления в помещение света и свежего воздуха. Такой проём является самым быстрым способом теплопотери внутреннего помещения, и поэтому для удержания тепла в доме было решено вставлять в стены застеклённые рамы, которые мы и называем окнами.</w:t>
      </w:r>
    </w:p>
    <w:p>
      <w:r>
        <w:t>В нашем домике счастья тоже есть окна, задуманные Богом. Все строительные материалы, из которых возводится мой домик, находятся внутри меня и надёжно защищены от механических воздействий, но так как я живу в физическом мире, окна души соединяют мой внутренний мир с внешним посредством моих органов чувств. Их у меня пять: зрение, слух, обоняние, осязание, вкус. Но есть и такие понятия, как интуиция, проницательность, любовь, которые связывают моё сердце с духовным миром.</w:t>
      </w:r>
    </w:p>
    <w:p>
      <w:r>
        <w:t>Мы, люди, — очень сложные существа, в которых есть высшие и низшие силы самоуправления. К высшим силам относятся: воля, разум и интеллект, а к низшим: чувства, эмоции, аппетит и инстинкты. Низшие — это не значит плохие или греховные. Такое название говорит о том, что они должны быть в подчинении у высших, должны быть послушными всем решениям свыше. Но грех изменил духовную иерархию, и теперь стало нормой, когда низшие силы управляют разумом и волей человека и убивают в людях интеллект, делая их животными.</w:t>
      </w:r>
    </w:p>
    <w:p>
      <w:r>
        <w:t>Окна души в моём домике счастья являются самой атакуемой частью конструкции. Всевозможные ветра учений пытаются проникнуть внутрь дома, тьма желает поглотить все мои внутренности и заполнить меня всяким мусором.</w:t>
      </w:r>
    </w:p>
    <w:p>
      <w:r>
        <w:t>Враг души ищет всякую возможность именно через окна пробраться внутрь дома. Стены очень прочны, и стыки кирпичей между собой не имеют просвета, а любовь придаёт всей конструкции особую крепость. И если врагу не удаётся найти пролом в стене или заменить истинные кирпичики на ложные, то он лезет в окна души, предлагая посмотреть, послушать, попробовать то, что воскресит во мне похоть плоти, похоть очей, гордость житейскую и откроет мои двери сердца для всевозможных соблазнов. Идёт постоянная борьба за мой разум, который садится у окошка, чтобы погреться на солнышке правды, а ему предлагают что-то мрачное и тёмное. Но и тут я могу выбирать.</w:t>
      </w:r>
    </w:p>
    <w:p>
      <w:r>
        <w:t>Мой разум советуется с интеллектом, читает закон, записанный в сердце, сообщает воле об опасности и блокирует чувства, чтобы они не вступали в контакт с тёмными силами.</w:t>
      </w:r>
    </w:p>
    <w:p>
      <w:r>
        <w:t>Иисус часто предупреждал меня о том, что имеющий ухо, да слышит, и не простые звуки, а смысл сказанного Богом.</w:t>
      </w:r>
    </w:p>
    <w:p>
      <w:r>
        <w:t>Мои уши настроены на то, чтобы слушать всё подряд, но благодаря моей дружбе со Христом моё сердце получает Небесный фильтр, который очень чётко ориентируется в Библейской истине и сразу даёт сигнал моему разуму о надвигающейся опасности или об особых благословениях. Когда в эти окна льётся чистый Божий свет, тогда воля открывает двери сердца, чтобы впустить вместе с этим светом и Самого Автора, и Он, придя в дом, наводит в нём порядок и вписывает в сердце Свои законы и уставы, которые учат меня отличать истину от лжи и предупреждают мою совесть об опасности.</w:t>
      </w:r>
    </w:p>
    <w:p>
      <w:r>
        <w:t>К примеру, если вы услышите повествование о том, что Моисей ввёл в ковчег чистых и нечистых животных по паре, то сразу включается Божий фильтр, который немедленно напомнит мне, как на самом деле написано в Библии, и если я слышал эту историю Священного Писания, то я сразу отличу истину, но могу пропустить детали.</w:t>
      </w:r>
    </w:p>
    <w:p>
      <w:r>
        <w:t>Есть люди, которые могут неправильно трактовать библейские стихи, при этом не искажая их смысл и верно передавая дух истины, и мой фильтр пропускает это, но враг души может чётко цитировать слова Божии, но в ложном свете, и тогда моё сердце слышит опасность и закрывается.</w:t>
      </w:r>
    </w:p>
    <w:p>
      <w:r>
        <w:t>Например, если я понимаю притчу о Богаче и Лазаре буквально и строю на этом целое учение о вечных муках и огненном аде, то сердце может впустить это в себя и убедить волю, что так оно и есть, ибо соответствует написанному. Но таким образом искажается Божий характер, и я начинаю впускать внутрь дома врага души, который к этому повествованию приписывает уже свои доктрины о бессмертии души, о вечном аде, где вечно мучаются грешные души, о жестокости Бога, Который даёт Вечную жизнь грешникам, чтобы они никогда не умирали. И в результате моё счастье рушится изнутри, сердце теряет мир. Оно начинает служить такому Творцу как Тирану, Который способен в любой момент и меня наказать, если я предам веру предков. И как помочь таким людям? Их окна души закрыты для истины, так как сердце не впускает ничего другого.</w:t>
      </w:r>
    </w:p>
    <w:p>
      <w:r>
        <w:t>Мои глаза напрямую связаны с сердцем, они очень любят смотреть и не могут насытиться зрением. И они видят всё. Но моё сердце руководит глазами и сообщает о непотребных и опасных вещах, которые не стоит класть перед собой.</w:t>
      </w:r>
    </w:p>
    <w:p>
      <w:r>
        <w:t>К примеру, если я вижу женщину в неприличной одежде, то глаза сразу замечают все обнажённые прелести этого тела и манеру поведения. Моя плотская природа оживает и желает ввести меня в состояние вожделения, но разум, очищенный любовью, сообщает об опасности, напоминая слова Христа о чистоте мыслей. Воля включает защиту, и я уже вижу перед собой обманутую душу, которая, возможно, и не понимает, что стала орудием сатаны, чтобы хотя бы своим видом сеять соблазны. А мой разум начинает искать возможность помочь этой обманутой душе понять, что она является нечистым источником низменных искушений. Но так как внешний вид не является доктринальным критерием, приходится защищать только свою совесть от соблазнов.</w:t>
      </w:r>
    </w:p>
    <w:p>
      <w:r>
        <w:t>Но мои глаза желают видеть всё. И если сердце ставит фильтры в одном, то враг пытается соблазнить душу в другом, предлагая всевозможные разновидности греха. Большие города переполнены многими искушениями, к которым сердце привыкает и перестаёт на них реагировать. Но выезд за город показывает душе значимый контраст между Божьей красотой и достижениями цивилизации, и сердце успокаивается на лоне природы, соединяясь через мои глаза с Божественным творением.</w:t>
      </w:r>
    </w:p>
    <w:p>
      <w:r>
        <w:t>Различные запахи привлекают моё внимание и дают сигналы, вызывая здоровый или извращённый аппетит. И снова разум анализирует ситуацию и даёт указания моей воле. Я пробовал с закрытыми глазами нюхать лук и есть яблоко. И было такое впечатление, что я ем лук.</w:t>
      </w:r>
    </w:p>
    <w:p>
      <w:r>
        <w:t>Мои вкусовые рецепторы, если не находятся под Божьим контролем разума, могут наполнить мой организм чем попало. И воля слабеет, позволяя аппетиту управлять моими желаниями.</w:t>
      </w:r>
    </w:p>
    <w:p>
      <w:r>
        <w:t>Моё тело реагирует на температуру, на прикосновения, на физическую боль, и враг души может использовать эти окна души и для своих соблазнов, и многие люди отдают свою плоть во власть чувственных наслаждений, лишая свои души Божественной защиты, думая при этом, что они счастливы.</w:t>
      </w:r>
    </w:p>
    <w:p>
      <w:r>
        <w:t>Мой интеллект желает развиваться, но вот какое направление задаст ему воля, зависит от того, какой свет я впускаю в свои окна души.</w:t>
      </w:r>
    </w:p>
    <w:p>
      <w:r>
        <w:t>Любовь-агапэ — это самый лучший фильтр для моего сердца. Она является Божьим голосом и моментально реагирует на все опасности для души. Она даёт моей воле команду к принятию мер предосторожности. И окна закрываются, пропуская свет, но защищая мой домик от ненастья и греховных соблазнов.</w:t>
      </w:r>
    </w:p>
    <w:p>
      <w:pPr>
        <w:pStyle w:val="Heading2"/>
      </w:pPr>
      <w:r>
        <w:t>Библейские стихи к этой главе:</w:t>
      </w:r>
    </w:p>
    <w:p>
      <w:r>
        <w:t>Лк.11:34; Пс.100:2-8; Мф.5:27-30; 6:22-23; 11:6; 16:22-23; 18:6-9; Мар.4:9-20; Рим.14:20; 16:17; 1Ин.2:10; Песн.2:9; Ис.54:11-15; Иер.9:21; Ин.10:1-2,10</w:t>
      </w:r>
    </w:p>
    <w:p>
      <w:pPr>
        <w:pStyle w:val="Heading2"/>
        <w:pageBreakBefore/>
      </w:pPr>
      <w:r>
        <w:t>Глава 73</w:t>
      </w:r>
    </w:p>
    <w:p>
      <w:pPr>
        <w:pStyle w:val="Heading1"/>
      </w:pPr>
      <w:r>
        <w:t>Дверь души</w:t>
      </w:r>
    </w:p>
    <w:p>
      <w:r>
        <w:t>Дверь — это проём в стене здания, предназначенный для входа внутрь и выхода из него, который открывается или закрывается одной или несколькими створками. Они и называются дверьми или воротами. Также можно говорить и о межкомнатных проёмах для перемещения из одного внутреннего отделения дома в другое. Обычно дверь планируется на самом видном, доступном, удобном месте.</w:t>
      </w:r>
    </w:p>
    <w:p>
      <w:r>
        <w:t>В моём домике счастья дверь представляет собой вход в мою душу, в самое моё сердце, которое может открываться и закрываться лишь по моему личному согласию.</w:t>
      </w:r>
    </w:p>
    <w:p>
      <w:r>
        <w:t>И моё сердце — это самый важный орган домика счастья, который и определяет то, каким будет моё счастье, будет ли оно вообще, из чего оно будет строиться, и как его сохранить. Это и есть моё я, которое является объектом особой любви Бога и Его желанной целью, а также – особой целью для нападок сатаны и его воинства. Но мне дано право выбора и принятия решения о том, кого и что я могу впускать в своё сердце, и чем мне кормить моего духовного человечка под названием душа.</w:t>
      </w:r>
    </w:p>
    <w:p>
      <w:r>
        <w:t>И дверь души является тем самым важным проёмом, через который могут входить и выходить только те, кого я посчитаю нужным впустить. Моя свобода даёт мне право выбирать своих гостей и те нормы поведения, которые приняты в моём домике.</w:t>
      </w:r>
    </w:p>
    <w:p>
      <w:r>
        <w:t>Иисус очень желает иметь меня Своим другом, Своим родным человечком, и Он от всего Своего сердца предлагает Себя, давая определение о Себе, что Он — истинный вход в мой домик.</w:t>
      </w:r>
    </w:p>
    <w:p>
      <w:r>
        <w:t>Читая в Евангелии от Иоанна главу 10, мы видим заявление Христа о том, что Он и есть Дверь. Ин.10:6: «Сию притчу сказал им Иисус; но они не поняли, что такое Он говорил им». А вы, друзья, понимаете значение этих символов? И Господь даёт прямой ответ. Читаем Ин.10:9: «Я есмь дверь: кто войдёт Мною, тот спасётся, и войдёт, и выйдет, и пажить найдёт».</w:t>
      </w:r>
    </w:p>
    <w:p>
      <w:r>
        <w:t>Понятно ли вам это определение? При чём здесь дверь? Что за пажить или пастбище? И можно очень долго догадываться. А если вспомнить послание к Лаодикии, что Иисус пришёл, и стоит у двери, и стучит в неё, то становится совсем интересно и запутанно. Как Кто-то, будучи Кем-то, может Сам в Себя стучать?</w:t>
      </w:r>
    </w:p>
    <w:p>
      <w:r>
        <w:t>Но Господь, объясняясь притчами, преследовал особую цель. Он желал сохранить Свою миссию от поверхностных слушателей. По сути, любая притча или иносказание является закрытой дверью для всякого, кто желает войти из любопытства или имеет недобрые намерения. Господь мог бы очень подробно объяснить все детали плана Спасения, тщательно и пошагово расписать все инструкции, открыть все опасности, что Он и делал в общении с учениками. Но самые важные вещи скрыты в таинственных символах.</w:t>
      </w:r>
    </w:p>
    <w:p>
      <w:r>
        <w:t>Поговорим, например, о том, что является наиболее жизненно важным имением для последнего времени: моё имя в Книге Жизни, масло для светильника, Божья печать, товары для Лаодикии, принадлежность к 144.000, строительство прочного дома. Если вы слышите это впервые, то что вы понимаете? Лишь то, что написано. А в чём смысл? А смысл открывается тем, кто имеет личные дружеские отношения с Иисусом и желает вникнуть в Его учение, чтобы найти для себя ценное сокровище и обрести в этом радость и спасение.</w:t>
      </w:r>
    </w:p>
    <w:p>
      <w:r>
        <w:t>Дверь — это учение Христа, которое позволяет моему сознанию войти в Божьи хранилища любви и счастья и делать постоянные открытия красоты характера Господа, наполняя ими свою душу и радуя своё сердце. И Иисус желает, чтобы именно Его учение стало дверью моего сердца и открылось для Его личного присутствия как Толкователя и Вдохновителя. И в этом заключается смысл и мудрость Божьего плана для моего счастья. Ведь лучше Иисуса никто не знает законов блаженства, и так, как Он, не любит никто. Поэтому, выбирая Его учение дверью своей души, я рискую тем, что стану самым счастливым и любящим человеком.</w:t>
      </w:r>
    </w:p>
    <w:p>
      <w:r>
        <w:t>Но в притче Иисуса о двери содержится следующее повествование. В Ин. 10:2-3 читаем: «А входящий дверью есть Пастырь овцам. Ему придверник отворяет, и овцы слушаются голоса Его...», и встречаем название «придверник». Кто это? Это моя воля, привязанная к моему интеллекту, которая вникает в полученную информацию, советуется с моим разумом и является именно тем составляющим моего сердца, которое Христос желает иметь Своей невестой. И моя воля знает голос Небесного Друга и отличает его от тысячи других голосов, которые желают ворваться в мой домик через окна и двери или найти в стенах щели. А Господь, зная все мои особенности и слабости, всё же предпочитает входить ко мне только дверью, которой является Его учение, и которую только я могу Ему открыть решением своей воли. Всё так просто и удивительно загадочно. Всё во мне — Божье, я сам — Божий, я в Боге, а Он во мне, и при этом Он всегда ждёт моего решения, даже когда я Его впускаю в своё сердце. Иисус наводит в душе порядок, создаёт чистоту, и Он готов по первому намёку остановить Свою деятельность и уйти.</w:t>
      </w:r>
    </w:p>
    <w:p>
      <w:r>
        <w:t>Но особая защита моего строения состоит в том, что не я держу Бога в своей руке и решаю, что мне с Ним делать, а Он крепко держит меня в Своей огромной и сильной руке, не давая никому похитить мою любовь или разрушить моё счастье.</w:t>
      </w:r>
    </w:p>
    <w:p>
      <w:r>
        <w:t>Враг души тоже желает стать дверью, и он готов называться любым именем или даже выдавать себя за бога, и горе мне, если я установлю эту дверь. Учение сатаны имеет очень много общего с Божьей истиной. Оно логично и находится в гармонии с моей плотской природой. Но эта дверь ведёт к смерти, и через неё в мою жизнь приходит несчастье.</w:t>
      </w:r>
    </w:p>
    <w:p>
      <w:r>
        <w:t>Заявляя мне о том, что я несчастен, Господь даёт понять, что в моей жизни нет порядка, и моя дверь в сердце очень хлипкая, а окна души впускают в домик много лишнего. Но, став моей дверью, Иисус сможет дать мне истинное сокровище для души и радость для сердца. И Он будет проводить со мной время, и учить меня всему, что я захочу открыть и постигнуть. Моя жажда распечатает новые источники удивительных открытий.</w:t>
      </w:r>
    </w:p>
    <w:p>
      <w:r>
        <w:t>Учение Христа уникально тем, что оно содержит кристальную чистоту без опасных примесей и открывает новые особенности Божьей любви и мудрости, которые становятся моими, когда я их выкапываю и приобретаю.</w:t>
      </w:r>
    </w:p>
    <w:p>
      <w:r>
        <w:t>Мой домик счастья — это жилище для моего я. Это обитель моего сердца и пространство для моей души. И лично я решаю, куда мне помещать свою душу. Выбираю счастье, и счастье в Иисусе. Ставлю правильные двери, проверяю окна и начинаю жить. И замечаю, что мой путь становится прекрасным в таком чистом окружении. И жизнь моя с избытком, и ей не видно конца. Где-то в завершении земного пути я вижу место своего покоя, но затем наступает прекрасное утро славного Воскресения, чтобы я мог продолжить свои открытия всю непрекращающуюся Вечность. И если меня уже здесь радует моё счастье, то я представляю, что будет там, где не будет несчастья. Если я уже здесь люблю, то как прекрасно будет любить там, где всё это будет вечным!</w:t>
      </w:r>
    </w:p>
    <w:p>
      <w:r>
        <w:t>И любовь — это ключик к двери моего домика счастья, имея который, каждый из вас может приходить ко мне в гости, чтобы ещё больше порадовать нас с Иисусом. Мы очень любим помогать несчастным построить что-то прекрасное в своей жизни и быть благословением для своих ближних. И это у нас хорошо получается.</w:t>
      </w:r>
    </w:p>
    <w:p>
      <w:pPr>
        <w:pStyle w:val="Heading2"/>
      </w:pPr>
      <w:r>
        <w:t>Библейские стихи к этой главе:</w:t>
      </w:r>
    </w:p>
    <w:p>
      <w:r>
        <w:t>Прит.3:5; 4:23; Иак.5:8-9; Ин.10:1-10; Исх.12:22-23; Пс.23:7-10; Ис.26:20-21; Иер.49:31-32; Мих.7:5-7; Мал.1:7-10; Мф.6:6; 25:10; Кол.4:3; Откр.3:7-8,20</w:t>
      </w:r>
    </w:p>
    <w:p>
      <w:pPr>
        <w:pStyle w:val="Heading2"/>
        <w:pageBreakBefore/>
      </w:pPr>
      <w:r>
        <w:t>Глава 74</w:t>
      </w:r>
    </w:p>
    <w:p>
      <w:pPr>
        <w:pStyle w:val="Heading1"/>
      </w:pPr>
      <w:r>
        <w:t>Под крышей счастья моего</w:t>
      </w:r>
    </w:p>
    <w:p>
      <w:r>
        <w:t>Крыша — это самая верхняя часть дома, которая придаёт внешнему виду строения законченный вид и защищает его от всевозможных осадков, ветров, холода и жары.</w:t>
      </w:r>
    </w:p>
    <w:p>
      <w:r>
        <w:t>Когда я начинал строить дома, меня всегда интересовала железная связка разных деталей, и я понимал, что она должна быть, потому что придаёт особую прочность. И большинство домов мы строили так, что фундамент был накрепко связан с крышей благодаря той арматуре, которая проходила через все стены дома, от низа до самого верха. И, размышляя о такой конструкции, я понял, что подобная связка придаёт особую прочность самому зданию на случай землетрясения и крепко держит крышу во время урагана.</w:t>
      </w:r>
    </w:p>
    <w:p>
      <w:r>
        <w:t>Однажды я был на лагерном собрании в другой стране, и, посещая дома своих друзей, я был удивлён тому, что в их регионе крыши просто кладут на кирпичную кладку и слегка крепят обычными шурупами. И когда я спросил о том, были ли проблемы с крышами в их селе, то человек рассказал мне, как и где при последнем урагане сдуло крыши. Я принял эту информацию к сведению.</w:t>
      </w:r>
    </w:p>
    <w:p>
      <w:r>
        <w:t>Вы слышали такое выражение: «У него крышу снесло» или «крыша поехала»? Я думаю, что русскоговорящий человек понимает, о чём речь, а вот если иностранец захочет уловить смысл этих фраз, то ему придётся объяснить, что «у человека не все дома» или «в голове свои тараканы». Немцы это понимают следующим образом. У кого-то «птица в голове», «человек паучит» или «наелся пауков». И вот так мы обогащаем свой словарный запас.</w:t>
      </w:r>
    </w:p>
    <w:p>
      <w:r>
        <w:t>И, строя свой домик счастья, я учёл все эти особенности и решил возводить свою конструкцию так, чтобы моя крыша всегда была на месте, и чтобы она покрывала всё моё строение, будучи прочной, красивой, надёжной. И эта конструкция носит название: «Вменяемая и наделяемая праведность». И я сначала не понимал, почему это так сложно звучит, но при строительстве домика я увидел, что эта уникальная конструкция даётся мне Самим Главным Инженером, когда я выбираю в Основание своего строения Скалу. Она покрывает меня во время всего процесса возведения здания, подобно облаку днём, и освещает, подобно огненному столпу, ночью, чем защищает меня от разных непогод, делая всё светлым и видимым.</w:t>
      </w:r>
    </w:p>
    <w:p>
      <w:r>
        <w:t>И эта крыша вменяется мне как моя собственность уже в самом начале строительства просто потому, что я решил встать на этот узкий путь, когда я не прикладывал ещё никаких усилий по её приобретению и не имел знаний о её устройстве. И в процессе возведения домика счастья я открываю новые особенности своей крыши, изучаю законы её прочности, ближе знакомлюсь с её Конструктором, проверяю все её характеристики выдерживать нагрузку, смотрю, как она выглядит извне, утепляю и украшаю её изнутри. И со временем я понимаю, что было бы очень хорошо, если бы моя крыша была крепко связана с Основанием, и для этого подвожу углы здания «я люблю», «я верю», «я верен», «я жажду» под самый верх и делаю армированный пояс под названием «я постоянен» по всей окружности. Я прочно закрепляю крышу болтами «света и истины». А посредине домика я решил подпереть свою кровлю двумя столбами: «я молюсь» и «я пощусь», дополнительно связав их с фундаментом «крючками доверия», залив их внутри «золотым маслом любви», также соединив с крышей болтами «света и истины».</w:t>
      </w:r>
    </w:p>
    <w:p>
      <w:r>
        <w:t>Во время жарких солнечных дней или в зимнюю стужу я поднимаюсь под самую крышу своего домика счастья и проверяю, насколько она нагревается или охладевает. И чтобы сохранить убранство своего домика от перегрева или холода, я утепляю внутреннюю часть крыши восьмислойным утеплителем, который называется: «законы здоровья». А чтобы через эту теплоизоляцию не пробралась никакая зараза и болезнь, я решаю изучить состав утеплителя и держать под постоянным контролем его качество. Хоть этот материал не может быть Основанием счастья, но его отсутствие приносит много страданий и преждевременную смерть, поэтому я решил, что крышу стоит утеплить.</w:t>
      </w:r>
    </w:p>
    <w:p>
      <w:r>
        <w:t>И пока я занимаюсь строительством домика счастья, закреплением и утеплением крыши, я замечаю, что из «вменяемой» моя крыша становится «наделяемой праведностью». И это название придумано не мной, а входит в планы Главного Инженера. И я вижу, как гармонично устроен мой домик, как мудро его Архитектор продумал все детали и компоненты, и каким заметным становится он для всех других людей. Он, как город, стоящий на вершине горы, и даже в ночи он особенно светится.</w:t>
      </w:r>
    </w:p>
    <w:p>
      <w:r>
        <w:t>Во время процесса строительства любовь постоянно суетится у меня под ногами и проверяет каждую деталь на прочность, каждый кирпичик на качество. Она не допускает никакого брака и контролирует всё. В нужное время она открывает окна души, чтобы впустить свет и свежий воздух, а также поприветствовать моих друзей и ближних. Любовь бежит к двери при первом же стуке и затаскивает в мой домик Доброго Пастыря, Который подаёт Свой голос, когда подходит к двери и стучит. Любовь знает этот голос и всегда отзывается на него. Она не путает его с чужими голосами и не впускает посторонних, моментально закрывая в случае опасности все окна и двери.</w:t>
      </w:r>
    </w:p>
    <w:p>
      <w:r>
        <w:t>А когда я приглашаю Доброго Пастыря на ужин, тогда мы садимся за стол, и любовь начинает нам служить. Она смело достаёт из корзинки Дорогого Гостя все Его гостинцы и запасы и угощает меня, а я делюсь своими заготовками и деликатесами. И мы проводим приятное общение за богатым столом, и наша любовь служит нам и радует наши сердца.</w:t>
      </w:r>
    </w:p>
    <w:p>
      <w:r>
        <w:t>Мой Добрый Друг обещает в скором будущем посадить меня рядом с Собой на Своём престоле, если я останусь верным в любви, дружбе и счастье и буду этими орудиями побеждать все соблазны. А я слушаю всё это и понимаю, что ещё многое не совсем ясно, но решаю любить и быть счастливым при любой ситуации и погоде. Мой Пастырь рассказывает мне о прекрасном будущем и о том, что законы Вечного счастья уже доступны и сейчас, и мой домик отвечает этим нормам. Мы вместе радуемся жизни и поём небесные мелодии, касаясь струн души друг друга.</w:t>
      </w:r>
    </w:p>
    <w:p>
      <w:r>
        <w:t>Но меня постоянно тянет поговорить о видимом, о том, что актуально в моей жизни, и мне очень хочется узнать особенности утеплителя крыши. И мой Добрый Друг начинает открывать мне тайны здоровья, которые, оказывается, настолько просты и уникальны, что их могут понять даже дети.</w:t>
      </w:r>
    </w:p>
    <w:p>
      <w:r>
        <w:t>Он учит меня, что утеплитель «законы здоровья» даётся всем людям при их рождении как дар Неба, и его нужно бережно хранить, не нарушая общую структуру. И тогда он будет оберегать тебя от холода болезней и зноя бактерий до тех пор, пока ты его не расточишь или не потеряешь. А если утратишь, то твой домик счастья наполнится сложными испытаниями изнутри, которые не лишат тебя Вечной надежды, но принесут много забот и ненужных страданий.</w:t>
      </w:r>
    </w:p>
    <w:p>
      <w:r>
        <w:t>Как всё это интересно, просто и таинственно! Господь всё уже продумал за меня. Дал мне всё необходимое для счастья, строит вместе со мной, исправляет все неполадки, нежно заботится о прочности и целостности здания и наполняет это всё любовью-агапэ. А я иногда смотрю и сомневаюсь в том, нужно ли мне всё это, хочу ли я быть по-настоящему счастлив? Следует ли мне всё это изучать и тратить своё драгоценное время?</w:t>
      </w:r>
    </w:p>
    <w:p>
      <w:pPr>
        <w:pStyle w:val="Heading2"/>
      </w:pPr>
      <w:r>
        <w:t>Библейские стихи к этой главе:</w:t>
      </w:r>
    </w:p>
    <w:p>
      <w:r>
        <w:t>Мф.5:19-20; Быт.15:6; Рим.4:1-8; Иак.2:23; Втор.6:25; 9:3-6; Прит.11:19; 14:34; Ис.64:6; Иез.33:12-13; Рим.5:1-2,19-21; 14:17; Гал.3:21; Откр.19:8</w:t>
      </w:r>
    </w:p>
    <w:p>
      <w:pPr>
        <w:pStyle w:val="Heading2"/>
        <w:pageBreakBefore/>
      </w:pPr>
      <w:r>
        <w:t>Глава 75</w:t>
      </w:r>
    </w:p>
    <w:p>
      <w:pPr>
        <w:pStyle w:val="Heading1"/>
      </w:pPr>
      <w:r>
        <w:t>Улыбайтесь</w:t>
      </w:r>
    </w:p>
    <w:p>
      <w:r>
        <w:t>Был ли у вас следующий опыт? Сердце ликует, но забывает об этом сообщить лицу? Со мной это часто происходит. И как объяснить такой феномен? Очень сложная загадка. Иногда мне напоминают о том, что улыбка мне очень к лицу. И я быстро её достаю, надеваю и улыбаюсь. И улыбка очень хорошо передаёт моё настроение. Она может показывать тем, кому я её демонстрирую, состояние моего сердца.</w:t>
      </w:r>
    </w:p>
    <w:p>
      <w:r>
        <w:t>Улыбка — это сокращение боковых мышц лица, которые растягивают рот до ушей, чтобы передать другим ваше настроение или внутреннее состояние.</w:t>
      </w:r>
    </w:p>
    <w:p>
      <w:r>
        <w:t>Кто-то насчитал около 20 видов улыбки, 6 из которых имеют отношение к счастью.</w:t>
      </w:r>
    </w:p>
    <w:p>
      <w:r>
        <w:t>И искренняя улыбка радости и удовольствия очень привлекательна своей чистотой и красотой. Она оказывает обворожительное воздействие на того, кому она предназначена. Улыбающиеся люди привлекают к себе внимание, располагают к общению, имеют силу убеждения, да и просто приятны на вид.</w:t>
      </w:r>
    </w:p>
    <w:p>
      <w:r>
        <w:t>Психологи взяли себе на заметку силу влияния улыбки и удачно внедрили её в шоу-бизнес и бизнес-культуру. Если вы хотите что-то продать, то вам необходимо украсить ваш товар счастливой улыбкой того, кто им владеет.</w:t>
      </w:r>
    </w:p>
    <w:p>
      <w:r>
        <w:t>Если вы захотите, чтобы вас кто-то куда-то избрал, то вам нужно широко улыбаться на ваших предвыборных рекламных афишах.</w:t>
      </w:r>
    </w:p>
    <w:p>
      <w:r>
        <w:t>Улыбка является визитной карточкой и моего счастья. Сложно представить себе счастье без улыбки. Если я буду рассказывать о нём с жутким выражением боли и страдания, то думаю, мои слова не будут настолько убедительными, как хотелось бы.</w:t>
      </w:r>
    </w:p>
    <w:p>
      <w:r>
        <w:t>Улыбка умеет говорить, и она повествует нам о многом. Когда я общаюсь с кем-то по телефону, то по звучанию голоса я могу быстро догадаться об улыбке человека. Даже простое натяжение губ в улыбке сразу меняет голос и придаёт ему особую красоту.</w:t>
      </w:r>
    </w:p>
    <w:p>
      <w:r>
        <w:t>А как вы представляете себе радость? Думаю, там обязательно присутствует улыбающееся лицо, и причём оно очень искреннее в выражении своих чувств.</w:t>
      </w:r>
    </w:p>
    <w:p>
      <w:r>
        <w:t>Когда я лицом к лицу встречаю тех, кого люблю, кто радует моё сердце, кто очень мне дорог, тогда я не могу скрыть свою улыбку, и она автоматически выдаёт мои переживания. Она представляет меня людям в истинном свете. И в этом есть что-то очень ценное, что украшает наши будни.</w:t>
      </w:r>
    </w:p>
    <w:p>
      <w:r>
        <w:t>Враг души тоже взял себе на заметку особенности улыбки. Улыбающийся сатана и его весёлые посредники, и представители более приятны миру и смогут обольстить большее количество людей, чем злая гримаса рогатого существа. К сожалению, многие клюют на подобную приманку и решают идти на поводу улыбающегося лидера, не желая понять разумом, кем является человек с улыбкой, и что он предлагает.</w:t>
      </w:r>
    </w:p>
    <w:p>
      <w:r>
        <w:t>Но мы строим счастье. И истинное счастье имеет подлинную любовь, которая естественно выражается в искренней улыбке. Сложно поверить в счастье человека, который выглядит очень хмуро. Хоть наш домик строится из самых серьёзных материалов и проводит нас через огонь испытаний, но всё же стоит улыбаться. Или хотя бы всегда помнить, что улыбка — это хорошая реклама моего счастья.</w:t>
      </w:r>
    </w:p>
    <w:p>
      <w:r>
        <w:t>Когда я читаю о том, что Иисус будет смотреть на подвиг Своей души с довольством, тогда почему-то я представляю себе, как Он радостно улыбается. А рядом с Ним такой же улыбающийся Небесный Отец и ангелы. Как-то по-другому мне очень сложно представить себе довольство Бога. И думаю, что счастливая улыбка Иисуса развеет все наши опасения, ответит нам на многие сложные вопросы, решит многие задачи, даст нам мир и уверенность в нашем принятии. Обычная улыбка Христа без слов покажет нам то, насколько мы ценны для Него, и как Он сильно нас любит. Когда мои глаза встретятся со взглядом моего Спасителя, думаю, моё сердце затрепещет от неимоверной радости, которую я не смогу сдержать внутри себя, и я расплывусь в счастливой улыбке и без лишних слов дам понять своему Господу, что я Его люблю и очень благодарен Ему за всё, что Он для меня сделал. А Он улыбнётся мне в ответ, и это будет улыбка Его бесконечной любви, которая привела Его на Голгофу. И когда-то эта встреча состоится.</w:t>
      </w:r>
    </w:p>
    <w:p>
      <w:r>
        <w:t>Мне сложно представить сурового Иисуса, Который обращается к искупленным без улыбки довольства: «Ну что, грешники, войдите в радость Господина своего!» Думаю, что среди спасённых начнётся паника: «А туда ли мы попали?»</w:t>
      </w:r>
    </w:p>
    <w:p>
      <w:r>
        <w:t>Радость — это и радостная улыбка.</w:t>
      </w:r>
    </w:p>
    <w:p>
      <w:r>
        <w:t>Если я живу во грехе, то моя улыбка не сможет этого скрыть, и любая нечистота придаёт фальшь моему счастью.</w:t>
      </w:r>
    </w:p>
    <w:p>
      <w:r>
        <w:t>Вы наблюдали за тем, как улыбаются маленькие дети? Насколько они настоящие в выражении своих эмоций, насколько чисты и искренни их улыбки. И в этом есть урок и для нас. Мы в своём счастье и искренности становимся детьми, и это очень ярко выражается на наших лицах.</w:t>
      </w:r>
    </w:p>
    <w:p>
      <w:r>
        <w:t>Попробуйте прямо сейчас при любом настроении растянуть свои губы в улыбке и продержать их в этом положении. Само сокращение мышц сразу даёт сигнал мозгу, что что-то хорошее происходит в жизни, и из натянутой улыбки она превращается в настоящую и счастливую. Это закон нашего эмоционального мира. Так что улыбайтесь, друзья, и ваша улыбка поможет вам стать тем, кем делает нас счастье.</w:t>
      </w:r>
    </w:p>
    <w:p>
      <w:r>
        <w:t>Хмурое лицо тоже посылает сигналы в мозг и нагнетает в сердце тоску. Но это не про нас.</w:t>
      </w:r>
    </w:p>
    <w:p>
      <w:r>
        <w:t>Любовь умеет улыбаться и делает это всегда с радостью и от чистого сердца.</w:t>
      </w:r>
    </w:p>
    <w:p>
      <w:r>
        <w:t>Однажды мы с женой поехали послушать одного проповедника. Я сидел и вникал в смысл сказанного и не замечал детали, но в конце проповеди моя жена возмущённо мне сказала, что этот человек — сухарь, потому что ни разу не улыбнулся.</w:t>
      </w:r>
    </w:p>
    <w:p>
      <w:r>
        <w:t>Хотите быть сухариком в глазах ваших ближних? Тогда забудьте про улыбку, и вы станете именно тем. Самый лучший способ остаться без друзей — перестать улыбаться. Даже самые близкие люди подсознательно предпочитают соблюдать дистанцию с неулыбчивыми друзьями. А те, кто посмелее, спрашивают: «Чего грустишь?»</w:t>
      </w:r>
    </w:p>
    <w:p>
      <w:r>
        <w:t>Но улыбка — это духовный магнит, который притягивает к себе всех и всё. Даже зная всю пустоту рекламы, я останавливаю свой взгляд на улыбающемся лице, внимательно рассматриваю его и пытаюсь понять, насколько этот человек по-настоящему счастлив.</w:t>
      </w:r>
    </w:p>
    <w:p>
      <w:r>
        <w:t>Улыбка украшает. И даже самая непривлекательная внешность благодаря счастливой улыбке преображается в нечто прекрасное и доброе.</w:t>
      </w:r>
    </w:p>
    <w:p>
      <w:r>
        <w:t>Улыбка счастья радует не только меня, но и тех, кому я улыбаюсь. Она является самым эффективным семенем, которое моментально приносит много плода. Улыбнитесь любому человеку, и он тут же ответит вам тем же.</w:t>
      </w:r>
    </w:p>
    <w:p>
      <w:r>
        <w:t>Однажды я был в Москве, и рано утром поехал на встречу с моей сестрой. Мы встретились, улыбнулись и отправились к ней на работу. Я был счастлив, широко улыбался и делился своим чувством с родным человеком. А она рассказывала о том, как она устала, и как ей хочется спать, и иногда улыбалась. И я обратил внимание на людей, которые в 7 утра куда-то ехали. Ни одной улыбки, серая масса озабоченных лиц, и на этом фоне моя радость была очень вызывающей. Но я предпочитаю счастливую жизнь и делюсь этим с людьми.</w:t>
      </w:r>
    </w:p>
    <w:p>
      <w:r>
        <w:t>И я представляю, как опасно будет улыбаться во время скорби, когда кругом будет царить хаос. Думаю, что сердце, имеющее мир с Богом и живущее в домике счастья, будет расплываться в улыбке, даже когда вокруг всё будет плохо. А подготовка к этому идёт сейчас. Улыбайтесь)))</w:t>
      </w:r>
    </w:p>
    <w:p>
      <w:pPr>
        <w:pStyle w:val="Heading2"/>
      </w:pPr>
      <w:r>
        <w:t>Библейские стихи к этой главе:</w:t>
      </w:r>
    </w:p>
    <w:p>
      <w:r>
        <w:t>Ис.53:11; Соф.3:17; 1Тим.6:6-8; Еккл.8:15; 9:7-9; Ис.35:10; Есф.8:16-17; 2Кор.9:8; Пс.30:8; 34:9; 88:14; Иак.1:1; 3Ин.1:3-4; Иов.38:6-7; Авв.3:17-18</w:t>
      </w:r>
    </w:p>
    <w:p>
      <w:pPr>
        <w:pStyle w:val="Heading2"/>
        <w:pageBreakBefore/>
      </w:pPr>
      <w:r>
        <w:t>Глава 76</w:t>
      </w:r>
    </w:p>
    <w:p>
      <w:pPr>
        <w:pStyle w:val="Heading1"/>
      </w:pPr>
      <w:r>
        <w:t>Утепление счастья</w:t>
      </w:r>
    </w:p>
    <w:p>
      <w:r>
        <w:t>Если спросить любого молодого человека о том, что такое счастье, он, скорее всего, расскажет вам о перспективе своего развития, о тех целях и планах, достигнув которых, он будет иметь радость блаженства, или же молодой человек скажет вам о том, что счастье — это когда тебя любят и ценят, или когда родители не ссорятся.</w:t>
      </w:r>
    </w:p>
    <w:p>
      <w:r>
        <w:t>Но если я задам этот же вопрос людям пенсионного возраста, то они все однозначно и обязательно заявят, что счастье — это когда ты здоров, и у тебя ничего не болит.</w:t>
      </w:r>
    </w:p>
    <w:p>
      <w:r>
        <w:t>Хоть здоровье и не является основанием счастья или одним из кирпичиков нашего домика, но его присутствие создаёт уют и комфорт и позволяет спокойно думать о других вещах, планируя счастливую жизнь.</w:t>
      </w:r>
    </w:p>
    <w:p>
      <w:r>
        <w:t>Почему здоровье не может быть составляющим моего счастья? Потому что это тот материал, который можно потерять в любое время, независимо от своих планов на жизнь. Причиной утраты здоровья может стать вирусное заболевание, травма, авария, инвалидность, психическое расстройство, нездоровый образ жизни, греховные зависимости, членовредительство и многое другое. И всегда мы начинаем вдруг ценить то, что безвозвратно потеряно. И если моё счастье основывалось на здоровье или на здоровье моих родных и домашних, то, когда оно утрачивается, вместе с ним рушится и блаженство.</w:t>
      </w:r>
    </w:p>
    <w:p>
      <w:r>
        <w:t>Здоровье и семья — это дополнительные источники радости и наслаждения, которые украшают жизнь и несут в себе много смысла и удовлетворения, но причиняют неимоверную боль сердцу и тоску разуму, когда теряются. А если мой домик основывается на таком временном основании, то я рискую потерпеть его крушение, после которого мне будет невозможно или очень нелегко оправиться.</w:t>
      </w:r>
    </w:p>
    <w:p>
      <w:r>
        <w:t>Здоровье даётся мне в подарок моим Творцом при появлении на свет, и если я не имею врождённых пороков или наследственных заболеваний, то моё тело развивается по обычным законам здоровья. И тот аванс, данный мне с детства, поддерживает меня до среднего возраста, сохраняя от различных недугов и формируя мой иммунитет к всевозможным заболеваниям. Но если я не понимаю необходимости оберегать здоровье, то однажды я осознаю, что оно вдруг закончилось, и началась пора недугов и болезней, которые со всех сторон теперь прилипают ко мне и портят мою жизнь. Если же я ускоряю этот процесс своим невежеством и неправильным образом жизни, то очень рано можно сделать так, что хронические заболевания станут моими лучшими и верными спутниками жизни, не желающими со мной расставаться ни в какое время.</w:t>
      </w:r>
    </w:p>
    <w:p>
      <w:r>
        <w:t>Чтобы предотвратить подобную перспективу развития, мне предлагается восьмислойный утеплитель для моего домика счастья под названием: «Законы здоровья».</w:t>
      </w:r>
    </w:p>
    <w:p>
      <w:r>
        <w:t>Физическое благополучие каждого из нас подчиняется общим законам, которые охраняют нас от повреждения и случайностей. Стоит знать эти законы и строить свою жизнь в их рамках. Если в моём теле начинаются проблемы, то обычно предлагается лечение и продукты для исцеления или терапии. Но было бы мудро вначале узнать причину своей болезни и проверить свой образ жизни по всем пунктам законов здоровья.</w:t>
      </w:r>
    </w:p>
    <w:p>
      <w:r>
        <w:t>В наши дни здоровый образ жизни (ЗОЖ) стал трендом, и об этом говорят все, кому не лень, но многие народные целители даже не знают, что существуют законы этого ЗОЖа, которые действуют в жизни любого зожника и наказывают тех, кто начинает их нарушать.</w:t>
      </w:r>
    </w:p>
    <w:p>
      <w:r>
        <w:t>Я думаю, что каждый здравомыслящий человек понимает, что он заболевает не от дефицита таблеток или медикаментов в организме, но, к сожалению, очень многие желают именно этими средствами быстро восстановить здоровье или устранить возникающие недуги. И они даже не интересуются тем, почему заболели. А враг души погружает мир в невежество относительно законов здоровья и заменяет их человеческими открытиями и достижениями.</w:t>
      </w:r>
    </w:p>
    <w:p>
      <w:r>
        <w:t>Болит сустав? Заменим на протез.</w:t>
      </w:r>
    </w:p>
    <w:p>
      <w:r>
        <w:t>У вас температура? Собьём её таблетками?</w:t>
      </w:r>
    </w:p>
    <w:p>
      <w:r>
        <w:t>Болит горло? Вырежем вам гланды.</w:t>
      </w:r>
    </w:p>
    <w:p>
      <w:r>
        <w:t>У вас онкология? Проведём вам химиотерапию.</w:t>
      </w:r>
    </w:p>
    <w:p>
      <w:r>
        <w:t>А, может, стоит вначале подумать о том, что в моей жизни не так. И, установив причину нарушения здоровья, вернуться к Божьим стандартам.</w:t>
      </w:r>
    </w:p>
    <w:p>
      <w:r>
        <w:t>Часто происходит следующее. Если я, проверяя себя на соответствие законам здоровья, нахожу неполадки и устраняю их, то восстанавливается и моё самочувствие, организм включает естественные природные механизмы, и болезнь уходит.</w:t>
      </w:r>
    </w:p>
    <w:p>
      <w:r>
        <w:t>Стоит заметить и то, что природа и здоровье — это не слепые факторы, которые наполнены случайными закономерностями, а это Божьи инструменты, через которые наш Творец управляет нашими телами, давая им то, что Он посчитает нужным. Бывает, что больной человек, желая вернуться к законам природы и жить в гармонии с её Создателем, получает Божественное исцеление как подарок от Господа и понимает, что в его жизни произошло чудо. Поэтому он начинает более бережно относиться к своему телу и нежно заботиться о нём.</w:t>
      </w:r>
    </w:p>
    <w:p>
      <w:r>
        <w:t>Восемь слоёв утеплителя, которые в совокупности и всей целостности являются законами здоровья, называются так:</w:t>
      </w:r>
    </w:p>
    <w:p>
      <w:r>
        <w:t>1. Свежий воздух.</w:t>
      </w:r>
    </w:p>
    <w:p>
      <w:r>
        <w:t>2. Чистая вода.</w:t>
      </w:r>
    </w:p>
    <w:p>
      <w:r>
        <w:t>3. Солнечный свет.</w:t>
      </w:r>
    </w:p>
    <w:p>
      <w:r>
        <w:t>4. Правильное питание.</w:t>
      </w:r>
    </w:p>
    <w:p>
      <w:r>
        <w:t>5. Умеренность и отказ от вредного.</w:t>
      </w:r>
    </w:p>
    <w:p>
      <w:r>
        <w:t>6. Отдых.</w:t>
      </w:r>
    </w:p>
    <w:p>
      <w:r>
        <w:t>7. Физическая активность.</w:t>
      </w:r>
    </w:p>
    <w:p>
      <w:r>
        <w:t>8. Вера в Бога.</w:t>
      </w:r>
    </w:p>
    <w:p>
      <w:r>
        <w:t>И если я хочу быть здоровым, то все эти компоненты должны присутствовать в моей жизни, находясь в полной гармонии друг с другом. Если убрать хоть одну составляющую или заменить её какой-то подделкой, болезнь не заставит себя долго ждать и прилепится к телу, как званый гость, который начнёт диктовать, как мне подавлять симптомы и обострения.</w:t>
      </w:r>
    </w:p>
    <w:p>
      <w:r>
        <w:t>Цель этого урока не принизить медицину, а повернуть сознание к естественным, первоначальным, Божественным законам, которые одинаково действуют в жизни любого человека и дают здоровье.</w:t>
      </w:r>
    </w:p>
    <w:p>
      <w:r>
        <w:t>Если я начинаю пить чистую воду вместо отравленной, то такая вода обновляет мой организм, и Господь содействует этому процессу, совершая великие преобразования в моём теле. И так с каждым законом. А закон действует независимо от моего статуса в мире, и он одинаков по отношению ко всем людям. Он хранит от болезни тех, кто его соблюдает.</w:t>
      </w:r>
    </w:p>
    <w:p>
      <w:r>
        <w:t>Если я, к примеру, чётко соблюдаю все семь законов здоровья, но при этом не верю в Бога и не доверяю Ему свою жизнь, тогда восьмой закон будет звучать в моей жизни так:</w:t>
      </w:r>
    </w:p>
    <w:p>
      <w:r>
        <w:t>8. Вера дьяволу.</w:t>
      </w:r>
    </w:p>
    <w:p>
      <w:r>
        <w:t>А уж он позаботится о том, чтобы разрушить мою жизнь и сделать меня очень несчастным по своему усмотрению, хотя при этом может и не трогать моё здоровье.</w:t>
      </w:r>
    </w:p>
    <w:p>
      <w:r>
        <w:t>Творец имеет в моём сердце особое место величиной с Бога, которое Он предназначил для Себя. И если это пространство не занято Господом, то враг души тут же наполняет его чем угодно и начинает царствовать в моей жизни, давая мне право на смерть и душевные мучения.</w:t>
      </w:r>
    </w:p>
    <w:p>
      <w:r>
        <w:t>Вера в Бога является основанием и моего здоровья. И Сам Господь руководит всеми остальными процессами жизни, совершая чудеса благодати и исцеления.</w:t>
      </w:r>
    </w:p>
    <w:p>
      <w:r>
        <w:t>И здоровье стоит того, чтобы его иметь и чтобы его сохранить. И когда придёт пора старости и заката этой временной жизни, лучше встречать этот период в здоровом и счастливом теле, нежели в больничной койке и с зависимостью от врачей и медикаментов.</w:t>
      </w:r>
    </w:p>
    <w:p>
      <w:r>
        <w:t>А любовь вносит во все законы здоровья особый смысл, записывая их в мой разум и сердце.</w:t>
      </w:r>
    </w:p>
    <w:p>
      <w:pPr>
        <w:pStyle w:val="Heading2"/>
      </w:pPr>
      <w:r>
        <w:t>Библейские стихи к этой главе:</w:t>
      </w:r>
    </w:p>
    <w:p>
      <w:r>
        <w:t>Исх.16:26; Ос.6:1-2; Иак.5:15-16; Мф.12:15; Ин.5:6; Рим.12:1-2; 1Кор.6:19-20; Ис.58:6-8; Мал.4:1-2; Деян.3:1-8,12,16</w:t>
      </w:r>
    </w:p>
    <w:p>
      <w:pPr>
        <w:pStyle w:val="Heading2"/>
        <w:pageBreakBefore/>
      </w:pPr>
      <w:r>
        <w:t>Глава 77</w:t>
      </w:r>
    </w:p>
    <w:p>
      <w:pPr>
        <w:pStyle w:val="Heading1"/>
      </w:pPr>
      <w:r>
        <w:t>Сила здоровья</w:t>
      </w:r>
    </w:p>
    <w:p>
      <w:r>
        <w:t>Создавая людей, Бог не планировал, чтобы мы болели, имели психические расстройства или сходили с ума. Нам подарены чудесные тела, которые сами знают, что им делать и как поддерживать наше здоровье в гармонии с природой и с Божьей волей.</w:t>
      </w:r>
    </w:p>
    <w:p>
      <w:r>
        <w:t>Как дивно, Боже, я устроен! Мой организм, начиная с рождения и до самой старости, занимается лишь тем, что поддерживает моё здоровье и делает всё возможное, чтобы достичь этой цели. И если на него идут нападки, то он концентрирует все силы, чтобы противостоять различным издевательствам и недугам.</w:t>
      </w:r>
    </w:p>
    <w:p>
      <w:r>
        <w:t>Грех внёс свои коррективы в наше здоровье. Мы стали смертными существами, и тела наши подверглись увяданию, болезням и смерти. Но, несмотря на всё это, мой организм продолжает упорно бороться за моё благополучие, желая, чтобы в этом состоянии я чувствовал себя уютно и в ответ на его труды с нежностью заботился о нём, грея его и питая всем необходимым. Моё тело не может дать себе то, что будет поддерживать его нормальную работу и жизнедеятельность. Оно зависит от моей милости и от моего выбора. Оно жаждет, чтобы я изучил законы здоровья и жил по ним, давая организму всё необходимое для эффективного функционирования.</w:t>
      </w:r>
    </w:p>
    <w:p>
      <w:r>
        <w:t>И если я начинаю что-то делать не так, то моё тело подаёт мне сигналы бедствия и предупреждает о том, что что-то его разрушает. Болезнь — это не случайность, а реакция моего организма на мой образ жизни и мысли.</w:t>
      </w:r>
    </w:p>
    <w:p>
      <w:r>
        <w:t>И если учесть то, что мой домик счастья находится внутри меня, и поэтому он должен быть очень прочным и находиться в гармонии со всем моим телом, то становится важным и его утепление изучением законов здоровья. Знание этих правил поможет мне избежать многих проблем и научит меня давать своему телу то, в чём оно постоянно нуждается.</w:t>
      </w:r>
    </w:p>
    <w:p>
      <w:r>
        <w:t>Если я, имея автомобиль, начну заливать в него всё, что попало, лишь бы это было жидким, то думаю, что он очень быстро выйдет из строя. И я не знаю таких водителей, которые вместо положенного топлива заправляют бак водой. Вода, хоть и хороша сама по себе, но она предусмотрена в машине только для охлаждения и отмывки стёкол.</w:t>
      </w:r>
    </w:p>
    <w:p>
      <w:r>
        <w:t>Но если посмотреть на то, что люди заливают в свой организм, то удивляешься человеческой глупости и невежеству. Ведь они так издеваются над самими собой.</w:t>
      </w:r>
    </w:p>
    <w:p>
      <w:r>
        <w:t>А моё тело просит кушать, просит света, просит отдыха и всего, в чём очень нуждается.</w:t>
      </w:r>
    </w:p>
    <w:p>
      <w:r>
        <w:t>Закон первый. Свежий воздух.</w:t>
      </w:r>
    </w:p>
    <w:p>
      <w:r>
        <w:t>Воздух — это основная пища для моего тела, и он очень необходим мне, потому что всё моё существо приспособлено к постоянному дыханию. Я вдыхаю и выдыхаю, и даже не задумываюсь об этом. Но если меня лишить этой возможности, то через пару минут я потеряю сознание, а через 10 минут мой мозг умрёт, и его уже будет невозможно спасти. И я дышу, чтобы это не случилось, и дышу всю жизнь. Но дышать — это хорошо, но важно и то, чем я дышу, и как.</w:t>
      </w:r>
    </w:p>
    <w:p>
      <w:r>
        <w:t>Господь наполнил наш мир воздухом. В самом начале творения Он отделил воду, которая покрывала землю, и создал атмосферу – сферу для дыхания жизни. И Бог смешал различные газы в особой концентрации, до сих пор поддерживая этот состав в строгом процентном соотношении, чтобы я мог безопасно дышать.</w:t>
      </w:r>
    </w:p>
    <w:p>
      <w:r>
        <w:t>И моё тело требует свежего воздуха. Оно никак им не надышится. Мой организм готов вдыхать его с утра до вечера, и никогда не устаёт это делать, даже когда я сплю. Но что происходит, когда я захожу в закрытое помещение? Я вдыхаю в себя то, что в нём есть, и выдыхаю из себя то, что организм желает из меня вывести. И если помещение не проветривается, то я наполняю свои лёгкие лишь тем, что имею, постепенно отравляя воздух отходами жизнедеятельности своего организма. А если при этом ещё кто-то курит в закрытом пространстве, то это, подобно бомбе замедленного действия, уничтожает моё здоровье.</w:t>
      </w:r>
    </w:p>
    <w:p>
      <w:r>
        <w:t>Имея всё это в виду, я должен выбрать, чем мне кормить свои лёгкие. Холодный свежий воздух приносит больше пользы, чем тепло закрытого пространства, и моё тело нуждается в свежести того, чем оно дышит.</w:t>
      </w:r>
    </w:p>
    <w:p>
      <w:r>
        <w:t>Атмосфера больших городов — это не самое лучшее питание для моего организма. Выхлопные газы, отходы производств, различные химические выбросы в воздух отравляют большие города и делают их разрушителями здоровья, но они предлагают людям занятость и материальное благополучие, комфорт и развлечения. И это похоже на вкусный сыр в мышеловке, вкусив который, ты уже не представляешь себе жизни вне города.</w:t>
      </w:r>
    </w:p>
    <w:p>
      <w:r>
        <w:t>Природа дышит чистотой. Она проста в своей красоте и радует моё тело своей гармонией. Но я не всегда задумываюсь о дыхании, а ищу себе занятия и работу, и порою нахожу это не в самых благоприятных условиях.</w:t>
      </w:r>
    </w:p>
    <w:p>
      <w:r>
        <w:t>Но в этом законе содержится и дыхание души. Она нуждается в Боге, чтобы Им дышать.</w:t>
      </w:r>
    </w:p>
    <w:p>
      <w:r>
        <w:t>В Пс. 150:6 читаем: «Всё дышащее да хвалит Господа! Аллилуйя». Благодаря дыханию жизни я могу говорить, могу петь, могу иметь общение со своим Творцом. Ведь это Он вдохнул в меня жизнь, и это Им я живу и двигаюсь, и существую. Без Него моё тело станет бездыханным и мёртвым. Дух дышит, где хочет, и голос Его слышишь. В Иов 33:4 читаем: «Дух Божий создал меня, и дыхание Вседержителя дало мне жизнь».</w:t>
      </w:r>
    </w:p>
    <w:p>
      <w:r>
        <w:t>Закон второй. Чистая вода.</w:t>
      </w:r>
    </w:p>
    <w:p>
      <w:r>
        <w:t>Кто-то подсчитал, что моё тело состоит на 70 процентов из воды. И именно она и питает мои клеточки, придаёт эластичность моему телу, сохраняет организм от сотрясения, даёт необходимое всем органам, растворяет всё, что в меня попадает, и делает очень многое, о чём я даже не задумываюсь. И как говорится: «без воды, и ни туды, и ни сюды». Я ежедневно нуждаюсь в воде. Без неё я могу прожить чуть дольше, чем без дыхания. Но обезвоживание организма также приведёт меня к быстрой смерти. К счастью, наш мир полон воды. Наш воздух насыщен ею. Она в небе, в реках, в подземных источниках. Всё это в изобилии дано нам. А что мы пьём? Моё тело нуждается в чистой воде. Ему не требуются вкусные напитки, хотя и в них содержится жидкость. Ему нужна простая вода. Я беру лимонад, и чтобы извлечь из него воду, моё тело должно отфильтровать его, выделив необходимое и питательное для всего организма. Я могу помочь телу и облегчить эту задачу, употребляя чистую воду. Но плоть требует вкуса, и я поддаюсь на этот зов и порою трачу свои деньги на то, что меня разрушает, особенно если подобные напитки содержат яды или алкоголь. И невозможно насытиться водою. Я всегда буду испытывать в ней потребность. И кто будет меня учить правильно пить, мой разум или моя плоть, выбираю я сам.</w:t>
      </w:r>
    </w:p>
    <w:p>
      <w:r>
        <w:t>Иисус говорил о том, что есть и Живая вода. И это Он Сам и Его учение, которые также важны для всего тела и души. Господь даёт эту Воду Жизни всем, кто жаждет. Приходи и пей. Он – самый чистый Источник, Который никогда не иссякнет, и Который утоляет духовную жажду, насыщает душу, растворяет все знания и доносит их до каждой клеточки моего естества, делая учение Христа частью меня. Вода Жизни выводит из меня всю грязь и сохраняет мой дух от сотрясения.</w:t>
      </w:r>
    </w:p>
    <w:p>
      <w:r>
        <w:t>И всё это даётся мне с любовью, чтобы я мог в этом жить и быть здоровым.</w:t>
      </w:r>
    </w:p>
    <w:p>
      <w:r>
        <w:t>Большие города предлагают воду, но это не самое лучшее питьё для моего тела и души. Божья природа дарит мне всё в чистом и прекрасном виде, получая эти щедроты из рук Творца. И важно понимать, что и из Кого я пью.</w:t>
      </w:r>
    </w:p>
    <w:p>
      <w:pPr>
        <w:pStyle w:val="Heading2"/>
      </w:pPr>
      <w:r>
        <w:t>Библейские стихи к этой главе:</w:t>
      </w:r>
    </w:p>
    <w:p>
      <w:r>
        <w:t>Прит.30:1-2; Ис.32:6; Быт.2:7; Иов 33:4; Ис.42:5; Деян.17:24-25,28; Пс.150:1-6; Ин.3:8; 4:13-14; 7:37-38; Пс.22:2; 62:2; Прит.25:25; Иов.14:19; Ис.33:14-16; 55:1; Иак.3:11</w:t>
      </w:r>
    </w:p>
    <w:p>
      <w:pPr>
        <w:pStyle w:val="Heading2"/>
        <w:pageBreakBefore/>
      </w:pPr>
      <w:r>
        <w:t>Глава 78</w:t>
      </w:r>
    </w:p>
    <w:p>
      <w:pPr>
        <w:pStyle w:val="Heading1"/>
      </w:pPr>
      <w:r>
        <w:t>Солнце счастья</w:t>
      </w:r>
    </w:p>
    <w:p>
      <w:r>
        <w:t>Когда я решаюсь изучить законы, которые управляют моим здоровьем и влияют на него, тогда я окунаюсь в безграничный мир микрокосмоса, из которого я состою. Если посмотреть на меня обычным взглядом, то будет видно лишь тело, и обо мне сложится поверхностное представление. Но глаза веры и медицинской науки проникают сквозь меня и помогают понять, как дивно я устроен изнутри, и как мои органы гармонично взаимодействуют друг с другом.</w:t>
      </w:r>
    </w:p>
    <w:p>
      <w:r>
        <w:t>А если взять микроскоп и начать разглядывать через него все мои составляющие, то явится удивительная картина мироздания, сокрытая в обычном человеке.</w:t>
      </w:r>
    </w:p>
    <w:p>
      <w:r>
        <w:t>Если же мы возьмём более мощный микроскоп, который позволяет видеть всё, из чего я устроен, то нам откроется целая галактика сложных структур и соединений. Всё это живёт и непрерывно движется, и существует. И Автором такого удивительного шедевра под названием «человек» является наш Небесный Бог, Который создал меня по Своему образу, и Который наделяет меня Своим подобием по вере в Него.</w:t>
      </w:r>
    </w:p>
    <w:p>
      <w:r>
        <w:t>У всего этого микрокосмоса внутри меня действуют свои строгие, полные нелицеприятия, правила и законы, которые охраняют моё тело.</w:t>
      </w:r>
    </w:p>
    <w:p>
      <w:r>
        <w:t>И Бог желает, чтобы моё счастье, которое я строю на Его принципах поведения и взаимоотношений, не омрачалось моими личными недугами или преждевременной смертью. Мой Конструктор желает, чтобы я был счастлив, живя в здоровом теле, и чтобы мой домик счастья был уютным, тёплым, гостеприимным. Он жаждет, чтобы все добрые мысли и чудесные откровения находили своё место и отклик в моём сердце, которое было бы всегда открыто для обильных Божьих благословений.</w:t>
      </w:r>
    </w:p>
    <w:p>
      <w:r>
        <w:t>Всякая любящая мама заботится о том, чтобы её дети были здоровы и счастливы рядом с ней, и она готова для достижения этой цели жертвовать всем и самой собой, лишь бы её чадам было хорошо. И этот пример открывает нам истину о том, как нежно Бог заботится о Своих детях, и как мудро Он открывает Свою волю тем, кто желает знать её.</w:t>
      </w:r>
    </w:p>
    <w:p>
      <w:r>
        <w:t>Но у Бога есть враг, который предлагает свои законы, чтобы дать людям временное наслаждение и забрать их счастье и здоровье.</w:t>
      </w:r>
    </w:p>
    <w:p>
      <w:r>
        <w:t>Быть здоровым — это подвиг нашего времени и вызов всему миру. Хоть люди и много говорят о здоровье, но цель подобных разговоров сводится к тому, чтобы побольше грешить.</w:t>
      </w:r>
    </w:p>
    <w:p>
      <w:r>
        <w:t>И особенности законов здоровья состоят в том, что они нелицеприятны и действуют независимо от веры человека, неся сами в себе благословения здоровья. Бог даёт дождь и солнце праведным и неправедным, и злые люди порою имеют прекрасное самочувствие и живут долго. Но благословение здоровья не даёт душе спасения, но делает жизнь лёгкой и интересной, открывая много возможностей для развития.</w:t>
      </w:r>
    </w:p>
    <w:p>
      <w:r>
        <w:t>Человек, который идёт в больницу на обследование, имеет тысячи планов и готов их осуществлять по мере сил, а тот, кто попал в лечебное заведение, имеет только одно желание – поскорее из него выйти, и причём здоровым.</w:t>
      </w:r>
    </w:p>
    <w:p>
      <w:r>
        <w:t>Третий закон здоровья. Солнечный свет.</w:t>
      </w:r>
    </w:p>
    <w:p>
      <w:r>
        <w:t>Мы уже чуть раньше говорили о солнце и даже решили его посетить вместе с Иисусом в какой-то период Вечности. Но стоит обратить на него внимание как на источник питания для нашего тела.</w:t>
      </w:r>
    </w:p>
    <w:p>
      <w:r>
        <w:t>Солнечные лучи — это потоки света, которые имеют особое свойство давать и поддерживать жизнь во всём живом мире, населяющем поверхность Земли. И благодаря этому свету мы можем видеть всё, что нас окружает, любоваться обилием красок и разнообразием мироздания, иметь тепло и уют.</w:t>
      </w:r>
    </w:p>
    <w:p>
      <w:r>
        <w:t>Солнечный свет обладает множеством полезных свойств, которые благотворно влияют на здоровье человека. Научный мир изучает особенности солнечного света и делает постоянные открытия в этой области. Общая тенденция подобных новых знаний говорит о том, что этот свет приносит незаменимую пользу человеку и всему живому. Он уникален и неповторим в своём роде. Он радует сердце и глаза.</w:t>
      </w:r>
    </w:p>
    <w:p>
      <w:r>
        <w:t>Интересно и то, что солнечный свет содержит в себе семь цветов, которые могут нарисовать на небе радугу. А пропорциональное сочетание этих цветов вносит в наш мир разнообразие красок и пейзажей.</w:t>
      </w:r>
    </w:p>
    <w:p>
      <w:r>
        <w:t>Мы видим цвет благодаря тому, что его лучи, отражаясь от поверхности, передают спектр предмета, который посредством световых импульсов попадает на сетчатку нашего глаза и, проходя в виде электромагнитных колебаний, передаёт мозгу всю информацию об увиденном, а мозг рисует нашему взору картину происходящего. И это происходит гораздо быстрее, чем я попытался описать.</w:t>
      </w:r>
    </w:p>
    <w:p>
      <w:r>
        <w:t>Солнечный свет способствует хорошему кроветворению, укреплению иммунитета организма. Он улучшает пищеварение, убивает болезнетворные микробы, нормализует обмен веществ, открывает в моём теле целое производство по формированию необходимых витаминов и минералов, преобразует и меняет химический состав многих компонентов моего организма, предупреждает депрессию, способствует здоровому сну и просто радует сердце. Жители северных регионов планеты очень ценят солнышко и его тепло и готовы тратить любые деньги, чтобы погреться в его лучах на каком-нибудь южном курорте. Но двух недель в году мало, чтобы восстановить потребность организма в солнечном свете.</w:t>
      </w:r>
    </w:p>
    <w:p>
      <w:r>
        <w:t>Что будет с вами, если поместить вас в закрытое пространство с искусственным освещением и давать вам всё необходимое? Вы очень скоро заметите, что ваше тело даёт сигналы бедствия, а нервы сдают. Приходит болезнь и приносит с собой много проблем. А причина — недостаток Солнца.</w:t>
      </w:r>
    </w:p>
    <w:p>
      <w:r>
        <w:t>Но в последнее время, в связи с развитием цивилизации и изменением климата, появились странные заболевания, например, рак кожи или аллергия на солнечный свет, которые доставляют много неудобств. Поэтому мы слышим рекомендации врачей о том, чтобы хранить себя от перегрева и ожогов кожи и не смотреть на дневное светило, дабы не подвергать свои глаза попаданию прямых лучей во избежание глазных ожогов.</w:t>
      </w:r>
    </w:p>
    <w:p>
      <w:r>
        <w:t>И всё же солнышко нам нужно, нам необходим его свет. Глазу приятно видеть солнце, и сердце радуется этому чуду Божьему.</w:t>
      </w:r>
    </w:p>
    <w:p>
      <w:r>
        <w:t>И на новой Земле наше солнце будет светить ещё в семь раз ярче, а Луна станет светить как Солнце. И мы будем жить в изобилии света.</w:t>
      </w:r>
    </w:p>
    <w:p>
      <w:r>
        <w:t>Но у нашей души есть нужда и в Солнце Правды — Иисусе. И Его отсутствие приносит смерть. Библия очень часто сравнивает величие и силу Бога с Небесным светилом, давая понять, что присутствие этого Света так же необходимо человеку, как и наличие солнечного тепла.</w:t>
      </w:r>
    </w:p>
    <w:p>
      <w:r>
        <w:t>Бог есть Свет, и нет в Нём никакой тьмы. Иисус представлен нам как вечный Источник истинного света.</w:t>
      </w:r>
    </w:p>
    <w:p>
      <w:r>
        <w:t>В Ин. 1:4-5 читаем: «В Нём была жизнь, и жизнь была свет человеков. И свет во тьме светит, и тьма не объяла его».</w:t>
      </w:r>
    </w:p>
    <w:p>
      <w:r>
        <w:t>И этот свет жизненно необходим каждому из нас. И если я не позволяю Божьему свету постоянно светить в моём домике счастья, то придёт мгла, в которой всё станет серым и мрачным. И чтобы войти в состояние тьмы, достаточно удалить от себя Источник света. Тьма не продаётся, и её не предлагают в подарок. Она естественным образом приходит туда, откуда уходит свет. А ходящий во тьме не знает, куда идёт, и не понимает, что его окружает.</w:t>
      </w:r>
    </w:p>
    <w:p>
      <w:r>
        <w:t>И для полноты счастья и уюта моего домика мне нужны два Небесных Светила: мой Бог и моё солнышко, чтобы в их лучах мои любовь, счастье и дружба были видны всем моим ближним и доступны по первому требованию.</w:t>
      </w:r>
    </w:p>
    <w:p>
      <w:pPr>
        <w:pStyle w:val="Heading2"/>
      </w:pPr>
      <w:r>
        <w:t>Библейские стихи к этой главе:</w:t>
      </w:r>
    </w:p>
    <w:p>
      <w:r>
        <w:t>Быт.1:14-19; Еккл.11:7; Ис.30:26; 60:19-21; Пс.18:5-7; 73:16; 83:12; 88:37; Еккл.7:11-12; Песн.6:10; Ин.1:1-10; Мал.4:2; Мф.5:45; Откр.21:23; 22:5</w:t>
      </w:r>
    </w:p>
    <w:p>
      <w:pPr>
        <w:pStyle w:val="Heading2"/>
        <w:pageBreakBefore/>
      </w:pPr>
      <w:r>
        <w:t>Глава 79</w:t>
      </w:r>
    </w:p>
    <w:p>
      <w:pPr>
        <w:pStyle w:val="Heading1"/>
      </w:pPr>
      <w:r>
        <w:t>Счастье в питании</w:t>
      </w:r>
    </w:p>
    <w:p>
      <w:r>
        <w:t>Наше время уникально тем, что жители городов привязаны к продуктовым магазинам и зависят от предлагаемого в них товара. И если вдруг эти торговые точки закроются, то всех ожидает неприятное испытание под названием: «что поесть?»</w:t>
      </w:r>
    </w:p>
    <w:p>
      <w:r>
        <w:t>Еда — это неотъемлемая часть нашего бытия. Без неё жизнь человека теряет смысл, и наступает голодная смерть.</w:t>
      </w:r>
    </w:p>
    <w:p>
      <w:r>
        <w:t>Но многие из нас никогда не переживали голод и даже не задумывались о том, почему вокруг так много еды. Однако, по сути, мы все живём от урожая до урожая и зависим в этом вопросе от Божьей заботы и милости.</w:t>
      </w:r>
    </w:p>
    <w:p>
      <w:r>
        <w:t>Еда стала культурным наследием во всех странах и народах, и в каждом регионе существуют свои традиции в питании и своя кухня.</w:t>
      </w:r>
    </w:p>
    <w:p>
      <w:r>
        <w:t>Современная логистика позволяет иметь на своём столе продукты со всего света. И магазины удивляют нас своим ассортиментом.</w:t>
      </w:r>
    </w:p>
    <w:p>
      <w:r>
        <w:t>Я вспоминаю время, когда моя мама посылала меня в магазин купить молока, хлеба, колбасу и сметану, и это было для нас обычным питанием и нормой жизни. Я выстаивал длинные очереди, чтобы купить упомянутые продукты. А сейчас, когда мы заходим в супермаркет, наши глаза разбегаются от изобилия и разнообразия всего. Но много или мало — это ещё не значит, что полезно.</w:t>
      </w:r>
    </w:p>
    <w:p>
      <w:r>
        <w:t>Четвёртый закон здоровья. Правильное питание.</w:t>
      </w:r>
    </w:p>
    <w:p>
      <w:r>
        <w:t>У каждого человека есть своё представление о правильном питании, и всякий вправе сам решать, что ему есть, чем и как кормить свою семью. Наш организм способен приспосабливаться к любому образу жизни и забирать максимум полезного из того, что попадает в желудок.</w:t>
      </w:r>
    </w:p>
    <w:p>
      <w:r>
        <w:t>Несмотря на то, что воздух и вода являются необходимым питанием для моего тела и крови, всё-таки самым важным поставщиком энергии и жизненных сил является правильный выбор еды.</w:t>
      </w:r>
    </w:p>
    <w:p>
      <w:r>
        <w:t>Правильное — значит соответствующее определённым правилам и законам здоровья. Мы состоим из того, что мы пьём и едим. И нам дан вкус и обоняние для того, чтобы приём пищи доставлял удовольствие, а глаза сообщают нам о внешнем виде блюда и посылают сигнал желудку, дабы тот приготовился к очередной порции съестного, которая будет радовать тело. И если у нас есть выбор, то мы не едим, что попало, а покупаем и готовим то, что хотим, и что приносит наслаждение.</w:t>
      </w:r>
    </w:p>
    <w:p>
      <w:r>
        <w:t>Если я буду строить своё счастье на том, что я ем, то я обречён на неминуемую катастрофу, так как мой аппетит может меняться или начать диктовать разуму свои потребности. Возможно, я попаду в такие условия, что буду вынужден есть то, что не хочу, или просто не станет денег, чтобы купить себе еду. И моё счастье быстро улетит в ожидании прежних времён.</w:t>
      </w:r>
    </w:p>
    <w:p>
      <w:r>
        <w:t>Полезное питание — это то, что приносит пользу и не разрушает мой организм. И, как правило, полезность не определяется вкусом или внешним видом, а составом, способом приготовления и совместимостью с другими продуктами, которые я употребляю во время одного приёма пищи.</w:t>
      </w:r>
    </w:p>
    <w:p>
      <w:r>
        <w:t>Творя наш мир, Бог дал человеку растительную еду, которая была в изобилии на Земле. И людям не нужно было тяжело трудиться, чтобы её купить. Сорвал и съел, и никаких забот. А сейчас такая пища тоже растёт, но в чужих огородах и на чужих полях. И чтобы что-то съесть, необходимо это вначале вырастить или купить.</w:t>
      </w:r>
    </w:p>
    <w:p>
      <w:r>
        <w:t>Моё тело знает, что мне нужно и полезно, но оно не может мне об этом сообщить, поэтому мечтает, чтобы я проявил мудрость и изучил законы здоровья и правильного питания, чтобы я начал заботиться о своём организме, став кормить его тем, что не будет меня разрушать или убивать.</w:t>
      </w:r>
    </w:p>
    <w:p>
      <w:r>
        <w:t>Неправильное питание приводит моё тело к потере защитных свойств и вызывает всевозможные заболевания, которые начинают проявляться в моей жизни как следствие моего невежества в вопросах здоровья.</w:t>
      </w:r>
    </w:p>
    <w:p>
      <w:r>
        <w:t>Правильное питание подразумевает:</w:t>
      </w:r>
    </w:p>
    <w:p>
      <w:r>
        <w:t>- особенности усвоения и принятия той или иной пищи моим организмом; - режим в приёме пищи. Двух или трёхразовое питание в определённое время;</w:t>
      </w:r>
    </w:p>
    <w:p>
      <w:r>
        <w:t>- количество употребляемой пищи;</w:t>
      </w:r>
    </w:p>
    <w:p>
      <w:r>
        <w:t>- качество и свежесть продуктов и приготовленного блюда;</w:t>
      </w:r>
    </w:p>
    <w:p>
      <w:r>
        <w:t>- совместимость продуктов между собой;</w:t>
      </w:r>
    </w:p>
    <w:p>
      <w:r>
        <w:t>- время приёма пищи и интервалы между этими приёмами;</w:t>
      </w:r>
    </w:p>
    <w:p>
      <w:r>
        <w:t>- моё эмоциональное настроение;</w:t>
      </w:r>
    </w:p>
    <w:p>
      <w:r>
        <w:t>- сосредоточенность на еде;</w:t>
      </w:r>
    </w:p>
    <w:p>
      <w:r>
        <w:t>- вкус принимаемой пищи;</w:t>
      </w:r>
    </w:p>
    <w:p>
      <w:r>
        <w:t>- регулярность приёма пищи;</w:t>
      </w:r>
    </w:p>
    <w:p>
      <w:r>
        <w:t>- благодарный дух;</w:t>
      </w:r>
    </w:p>
    <w:p>
      <w:r>
        <w:t>- способ приготовления;</w:t>
      </w:r>
    </w:p>
    <w:p>
      <w:r>
        <w:t>- потребность организма;</w:t>
      </w:r>
    </w:p>
    <w:p>
      <w:r>
        <w:t>- соответствие пищи Библейским критериям, чтобы это был продукт, не запрещённый Богом к употреблению. К примеру, мясо нечистых животных или содержание в продукте крови животных;</w:t>
      </w:r>
    </w:p>
    <w:p>
      <w:r>
        <w:t>- генетически безопасная;</w:t>
      </w:r>
    </w:p>
    <w:p>
      <w:r>
        <w:t>- питательная;</w:t>
      </w:r>
    </w:p>
    <w:p>
      <w:r>
        <w:t>- богатая витаминами и минералами;</w:t>
      </w:r>
    </w:p>
    <w:p>
      <w:r>
        <w:t>- отсутствие болезнетворных организмов;</w:t>
      </w:r>
    </w:p>
    <w:p>
      <w:r>
        <w:t>- соответствующая здравому смыслу и этическим нормам;</w:t>
      </w:r>
    </w:p>
    <w:p>
      <w:r>
        <w:t>- присутствие любви.</w:t>
      </w:r>
    </w:p>
    <w:p>
      <w:r>
        <w:t>Эти правила универсальны для всех, но каждому человеку необходим личный подход.</w:t>
      </w:r>
    </w:p>
    <w:p>
      <w:r>
        <w:t>Законы здоровья также отдают предпочтение растительной пище, которая выращена без специальной химической обработки.</w:t>
      </w:r>
    </w:p>
    <w:p>
      <w:r>
        <w:t>Мясо не является в настоящее время лучшим продуктом питания, так как почти все животные болеют, и чтобы они дожили до бойни и быстро выросли, им могут колоть различные медикаменты, а при убиении животные переживают стресс, и их кровь не сливается, а остаётся внутри тела, заражая мясо. Нам продают в магазинах удавленину с кровью. И всё это противоречит учению Библии. А если это мясо нечистого животного, то Бог запрещает к нему даже прикасаться, не говоря уже о его приготовлении. Если же я сам это не ем, но кормлю этим своих домашних, зная, что это запрещено, то моя совесть оскверняется, и я становлюсь нечистым и ответственным перед Богом, даже если от меня этого требуют.</w:t>
      </w:r>
    </w:p>
    <w:p>
      <w:r>
        <w:t>Я не могу навязывать другим людям свои вкусы и принципы. Но я способен выразить свою твёрдую позицию и сказать, что я хочу, а что не буду есть или делать.</w:t>
      </w:r>
    </w:p>
    <w:p>
      <w:r>
        <w:t>В приготовлении и приёме пищи очень важно, с каким духом это делается и подаётся. Если еда вкусная и полезная, но при этом присутствуют стресс и проклятья, то будет мало пользы от подобных блюд.</w:t>
      </w:r>
    </w:p>
    <w:p>
      <w:r>
        <w:t>Если вы думаете, что Богу всё равно, что у вас в тарелке, и какое у вас настроение, то вы заблуждаетесь.</w:t>
      </w:r>
    </w:p>
    <w:p>
      <w:r>
        <w:t>В любом приёме пищи больше религии, чем вам кажется. И то изобилие, что мы имеем, доступно нам благодаря тому, что однажды Божий Сын оставил Небо и умер за наши грехи, чтобы дать нам надежду на лучшую жизнь.</w:t>
      </w:r>
    </w:p>
    <w:p>
      <w:r>
        <w:t>Иисус называет Себя Хлебом жизни и истинным Питьём. Он сравнивает Себя с Небесной манной. И Он желает, чтобы мы питались Им ежедневно. Это всё символично, но стоит это понять и делать так, как Он заповедал.</w:t>
      </w:r>
    </w:p>
    <w:p>
      <w:r>
        <w:t>Его учение напитает любую жаждущую и ищущую душу и даст долгую и интересную жизнь, которая будет длиться вечно.</w:t>
      </w:r>
    </w:p>
    <w:p>
      <w:r>
        <w:t>Правильное и полезное питание — это гармоничное сочетание духовной и физической пищи, которая не оскверняет совесть и организм, а даёт жизнь и силы моему духу, душе и телу.</w:t>
      </w:r>
    </w:p>
    <w:p>
      <w:r>
        <w:t>И Бог заботится о тех, кто думает, кто ищет, кто изучает, кто верит и доверяет Ему.</w:t>
      </w:r>
    </w:p>
    <w:p>
      <w:r>
        <w:t>Мы не рождены, чтобы только есть. Но пища необходима для поддержания нашей жизни, и это приятный процесс, который требует времени, таланта, мудрости и сноровки. И мы будем кушать всю Вечность. Мы будем вечно дышать чистым воздухом и вечно наслаждаться водою жизни и ярким светом. И наша любовь будет с нами, и всё между нами будет с любовью и благодарением.</w:t>
      </w:r>
    </w:p>
    <w:p>
      <w:pPr>
        <w:pStyle w:val="Heading2"/>
      </w:pPr>
      <w:r>
        <w:t>Библейские стихи к этой главе:</w:t>
      </w:r>
    </w:p>
    <w:p>
      <w:r>
        <w:t>Ин.6:48-58; Рим.14:17, Мф.6:31-33; Быт.1:29; Лев.11:1-47; 17:14; 22:7; Иез.4:14; 44:31; Деян.15:19-20; Прит.23:1-3; 1Кор.8:8,13; Ин.4:31-34; Евр.5:14; Лк.24:41-43; Ин.21:12-13; Прит.3:7-8; 1Тим.6:6-8</w:t>
      </w:r>
    </w:p>
    <w:p>
      <w:pPr>
        <w:pStyle w:val="Heading2"/>
        <w:pageBreakBefore/>
      </w:pPr>
      <w:r>
        <w:t>Глава 80</w:t>
      </w:r>
    </w:p>
    <w:p>
      <w:pPr>
        <w:pStyle w:val="Heading1"/>
      </w:pPr>
      <w:r>
        <w:t>Плод Духа — воздержание</w:t>
      </w:r>
    </w:p>
    <w:p>
      <w:r>
        <w:t>Когда я проходил воинскую службу, я заметил, что у всех солдат были две любимые команды: «Приступить к приёму пищи!» и «Отбой!», которые все с нетерпением ждали, чтобы тут же исполнить.</w:t>
      </w:r>
    </w:p>
    <w:p>
      <w:r>
        <w:t>Питание и отдых — это что-то очень интересное в жизни каждого человека, и многие живут и трудятся для того, чтобы есть и отдыхать. И для большинства людей это стало культом последнего времени. Но в связи с пандемией отдых у многих затянулся на весьма продолжительное время и потерял свою прелесть.</w:t>
      </w:r>
    </w:p>
    <w:p>
      <w:r>
        <w:t>Вспоминаю торжественные застолья прошлой жизни. Когда объявлялось о подобном событии, тогда вся жизнь начинала сводиться к подготовке к грядущему мероприятию. И всегда радовало предвкушение торжества. А Новый год был праздником живота. И что происходило в такие дни? Мы собирались с друзьями и наедались, как поросята. А если в каких-то домах присутствовал алкоголь, то последствия подобного торжества превращались в нечто непонятное с очень серьёзными последствиями и головными болями. И, придя в себя после тяжёлых перееданий и отравлений, мы решали больше так не поступать. Но подобные желания очень быстро испарялись, когда намечался следующий праздник. И за всё платило серебро и здоровье.</w:t>
      </w:r>
    </w:p>
    <w:p>
      <w:r>
        <w:t>А сколько различных удовольствий предлагает мир! Ешь и пей, что хочешь, гуляй и веселись, сколько можешь, езди и смотри, насколько хватит денег.</w:t>
      </w:r>
    </w:p>
    <w:p>
      <w:r>
        <w:t>Один император прошлого сказал известную ныне фразу: «Народу надо дать хлеба и зрелищ, и управляй им, как хочешь».</w:t>
      </w:r>
    </w:p>
    <w:p>
      <w:r>
        <w:t>Закон пятый. Умеренность и отказ от вредного.</w:t>
      </w:r>
    </w:p>
    <w:p>
      <w:r>
        <w:t>Написано, что плод Духа — воздержание. И во всей Библии есть множество советов, от чего стоит воздерживаться.</w:t>
      </w:r>
    </w:p>
    <w:p>
      <w:r>
        <w:t>Воздержание — это умеренное потребление того, что полезно, и полный отказ от всего, что разрушает и приносит вред.</w:t>
      </w:r>
    </w:p>
    <w:p>
      <w:r>
        <w:t>Вы когда-нибудь переедали пищу, от которой вас тошнило и к которой было отвращение? Думаю, до такого никто не доходил. Обычно переедают то, что очень вкусно и очень полезно. Вкусовые рецепторы получили удовольствие, мозг пережил наслаждение, а бедное тело занялось разгрузкой желудка, нейтрализацией и выведением ядов, образующихся в результате гниения и брожения преизбыточной пищи.</w:t>
      </w:r>
    </w:p>
    <w:p>
      <w:r>
        <w:t>Но если я знаю меру в питании, однако ем то, что опасно для здоровья, мой организм также подвергается смертельной опасности, стараясь как можно скорее меня очистить от всех токсинов и ядов, которые я, не задумываясь, принимаю внутрь. А если я переедаю, да ещё при этом и отравляю своё тело, то все силы моего внутреннего мира только и трудятся для того, чтобы спасти мою жизнь от такого насилия.</w:t>
      </w:r>
    </w:p>
    <w:p>
      <w:r>
        <w:t>Но проходит время, и моё невежество в вопросе воздержания приводит к тому, что организм перестаёт сопротивляться и выходит из строя, давая власть болезням устанавливать свои порядки. И я иду к врачу или к другим специалистам, чтобы получить от них волшебное лекарство, которое позволило бы впоследствии и дальше жить, как нравится, не задумываясь о будущем.</w:t>
      </w:r>
    </w:p>
    <w:p>
      <w:r>
        <w:t>Существует очень странный девиз нашего времени: «Гулять, так гулять!», который до срока сводит в могилу глупых людей.</w:t>
      </w:r>
    </w:p>
    <w:p>
      <w:r>
        <w:t>Воздержание и умеренность сохраняют душу и тело от многих ненужных страданий, от искушений и от греха.</w:t>
      </w:r>
    </w:p>
    <w:p>
      <w:r>
        <w:t>Если умеренность больше всего нужна в отношении полезных вещей, то воздержание защищает меня от влияния вредных и ядовитых соблазнов, которые предлагаются повсеместно.</w:t>
      </w:r>
    </w:p>
    <w:p>
      <w:r>
        <w:t>Пища — это ещё не всё, через что могут прийти соблазны невоздержания и пресыщения. Есть такие продукты, которые разрушают и убивают моё тело и мою духовность. Это алкоголь, табак, наркотики, кофе, медицинские и химические препараты и прочее. Есть также и духовная пища, которой я должен избегать и не вкушать. К ней относится всё, что приносит болезни и смерть моей душе. Например, порнография, сплетни, худые сообщества, колдовство, сатанизм, идолопоклонство, воровство и прочие вещи, которые называются грехом.</w:t>
      </w:r>
    </w:p>
    <w:p>
      <w:r>
        <w:t>Враг души кругом расставил свои ловушки, чтобы в них попадали глупые и любопытные люди, чтобы они становились зависимыми. А через эти зависимости сатана может управлять их разумом, чтобы они соблазняли себе подобных. И сатана достиг удивительного успеха в своих планах.</w:t>
      </w:r>
    </w:p>
    <w:p>
      <w:r>
        <w:t>Но Божьи законы и правила остаются непреложными, и всякий, кто желает познать Бога и Его план Спасения, получает освобождение от любого рабства и зависимостей и обретает силу к воздержанию. Бог начинает учить тех, кто верит в Иисуса как своего личного Спасителя. И эти люди получают избавление и могут выбирать свой дальнейший путь, исходя из Божьей воли, из законов счастья, любви и здоровья.</w:t>
      </w:r>
    </w:p>
    <w:p>
      <w:r>
        <w:t>И Святой Дух действует в сердцах тех, кто был пленником сатаны и томился в темнице греха, не зная выхода, но поверил Богу и взмолился о помощи свыше, познал Иисуса как Истинного Освободителя.</w:t>
      </w:r>
    </w:p>
    <w:p>
      <w:r>
        <w:t>Я был одним из таких рабов греха и получал временное наслаждение от того, что делал, но не имел мира в сердце и жил в постоянных угрызениях совести. Если кто-то и считал себя хорошим и добрым человеком, то только не я. Аппетит, похоть плоти, похоть очей и гордость житейская диктовали мне свои правила, и я исполнял их волю, получая мимолётное удовольствие, а душа жила в страхе. Как сладок грех для тех, кто хочет его попробовать из любопытства, и как крепко впоследствии он держит свои жертвы.</w:t>
      </w:r>
    </w:p>
    <w:p>
      <w:r>
        <w:t>Но, к счастью, в мою темницу пришёл Иисус и предложил мне Себя и Свою дружбу, давая понять, что Он готов мне всё простить и предоставить новое начало с прекрасными перспективами. Я Ему поверил, отозвался и пошёл туда, куда Он меня повёл. Я даже не мог себе представить, что существует целый мир Небесного Царства, который мне откроется уже в этой жизни, но я вкусил это и узнал, как благ Господь.</w:t>
      </w:r>
    </w:p>
    <w:p>
      <w:r>
        <w:t>Можно придумать много правил для воздержания и написать много запретов. И они не будут действовать так, чтобы освобождать. Например, как будет звучать лозунг: «Наркоманы против наркотиков»? Глупо. Или, когда человеку прямым текстом пишут на пачке сигарет, что «Курение убивает» и печатают фотографии болезней и смерти, а он покупает это и не видит или уже не может избавиться от этого и курит. Или, когда табачная компания проводит акцию о вреде курения среди молодёжи, говоря, что детям нельзя это делать, это позволительно только взрослым, что слышит подросток? Вы сами догадываетесь.</w:t>
      </w:r>
    </w:p>
    <w:p>
      <w:r>
        <w:t>А Иисус разрушает всё это, не запрещая ничего, но даруя Себя. И глаза открываются, воля освобождается, разум оживает, и появляется сила говорить беззаконию «нет». И послушание Богу становится настолько естественным, что ты смотришь на грех с отвращением, и тебя не манят чарующие удовольствия и красивые пейзажи греховных наслаждений. Всё это становится мусором этого мира, и не хочется питаться с помойки. А душа ищет Небесный Хлеб и находит Его в изобилии.</w:t>
      </w:r>
    </w:p>
    <w:p>
      <w:r>
        <w:t>Враг души пытается напомнить чувственные переживания, но получает решительный отпор. Но бывает, что забудешься и съешь что-то полезное и лишнее, обременяя своё тело или разум, и тут же теряешь мир и ищешь решение этой проблемы, вспоминаешь законы счастья и здоровья и просишь простить и исцелить. И дух воздержания доводит тебя до того, что ты просто знаешь меру всему и можешь вовремя остановиться, дать вежливый отказ всем, кто пытается тебя соблазнить. И это написано Богом в сердце.</w:t>
      </w:r>
    </w:p>
    <w:p>
      <w:pPr>
        <w:pStyle w:val="Heading2"/>
      </w:pPr>
      <w:r>
        <w:t>Библейские стихи к этой главе:</w:t>
      </w:r>
    </w:p>
    <w:p>
      <w:r>
        <w:t>Исх.20:1-3; Гал.5:22-23; Иез.16:49; Еккл.5:11; 10:17; 2Пет.1:5-7; Лк.6:25; Прит.17:27; 23:27-35; 1Цар.21:4; Исх.19:14-15; Деян.15:19-20,28-29; 24:24-25; 1Кор.7:5-9; 1Кор.9:24-27; 1Фес.4:3-7; 2Тим.3:1-5; Тит.1:7-9</w:t>
      </w:r>
    </w:p>
    <w:p>
      <w:pPr>
        <w:pStyle w:val="Heading2"/>
        <w:pageBreakBefore/>
      </w:pPr>
      <w:r>
        <w:t>Глава 81</w:t>
      </w:r>
    </w:p>
    <w:p>
      <w:pPr>
        <w:pStyle w:val="Heading1"/>
      </w:pPr>
      <w:r>
        <w:t>Красота отдыха</w:t>
      </w:r>
    </w:p>
    <w:p>
      <w:r>
        <w:t>В последнее время люди стали много путешествовать, посещать разные страны и отдыхать на различных курортах. В какой-то период жизни и я решил это попробовать, и понял для себя очень интересную вещь. Уж больно это дорогое удовольствие, особенно когда живёшь на одну зарплату. Я знаю такие семьи, которые брали кредит, чтобы съездить на отдых в экзотическую страну, а потом целый год отрабатывали этот долг, и на следующий год делали то же самое. Мне известны люди, которые покупают туры «Всё включено», едят и пьют во всякое время без меры и ограничений, а потом всем рассказывают, как они объедались, и как это было здорово.</w:t>
      </w:r>
    </w:p>
    <w:p>
      <w:r>
        <w:t>А ещё есть такой вид отдыха, когда человек пришёл с работы домой, упал на диван, включил телевизор и отключился от всего мира. В наши дни телевизор сменили смартфоны и планшеты. И если раньше люди сидели в интернете, то сейчас они в нём лежат.</w:t>
      </w:r>
    </w:p>
    <w:p>
      <w:r>
        <w:t>А моё тело, которое любит трудиться, нуждается в отдыхе от всего.</w:t>
      </w:r>
    </w:p>
    <w:p>
      <w:r>
        <w:t>Шестой закон здоровья. Отдых.</w:t>
      </w:r>
    </w:p>
    <w:p>
      <w:r>
        <w:t>Мы не были созданы для работы или для учёбы, или для путешествий. Всё это и прочая деятельность даны нам, чтобы украсить нашу жизнь, чтобы разнообразить наши будни, чтобы сделать нас счастливыми, но не стать смыслом. И мы выбираем для себя то, что приносит душе удовлетворение. Но во всём этом наш Творец предусмотрел остановки во времени. Бог дал человеку ежедневный и еженедельный отдых и даже заповедал, чтобы мы отдыхали в день субботний от захода до захода. И в этом выражается особая любовь и мудрость нашего Господа, чтобы мы всегда помнили, чьи мы создания, и что мы не роботы, трудящиеся день и ночь.</w:t>
      </w:r>
    </w:p>
    <w:p>
      <w:r>
        <w:t>Сон — это время, в которое я ухожу на отдых от ежедневных забот, отключаясь от внешнего и внутреннего мира, впадаю в небытие и позволяю своему организму произвести перезагрузку своего сознания, восстановить различные повреждения, очистить моё тело, обновить различные внутренние процессы жизнедеятельности, дать отдых моим мышцам и произвести многое другое, что поддержит меня в новом дне. Сон является неотъемлемой частью жизни каждого человека, и весь наш быт и дела устроены так, чтобы все мы отдыхали в определённое время суток. И это никого не удивляет.</w:t>
      </w:r>
    </w:p>
    <w:p>
      <w:r>
        <w:t>Сон — это удивительный процесс нашей жизнедеятельности, который таит в себе очень много загадок, и до сих пор полностью не изучен. Но то, что он нужен всем людям, знает каждый.</w:t>
      </w:r>
    </w:p>
    <w:p>
      <w:r>
        <w:t>Мой домик счастья тоже устроен так, чтобы, действуя по своим правилам, я находил время и для отдыха тела и души. И это приносит особое удовольствие моему сердцу, когда находится в гармоничном взаимодействии с другими особенностями моего строения.</w:t>
      </w:r>
    </w:p>
    <w:p>
      <w:r>
        <w:t>Моё здоровье напрямую связано и с моим сном. И если эта функция нарушена или отсутствует, то мир болезней открывает для меня широкие двери, и я погружаюсь в страну стресса и страданий.</w:t>
      </w:r>
    </w:p>
    <w:p>
      <w:r>
        <w:t>Мои внутренние биоритмы настроены на то, чтобы спать в ночное время, когда солнце не светит. Мы устроены так, чтобы наш отдых происходил тогда, когда вокруг темно. И это стоит учитывать.</w:t>
      </w:r>
    </w:p>
    <w:p>
      <w:r>
        <w:t>Я знаю много историй о людях, которые работали в ночную смену, а днём отсыпались. И все они, в конце концов, имели очень большие проблемы со сном, и стресс стал одним из подарков этого мира, который не щадит нарушителей законов здоровья, а использует человеческие ресурсы, чтобы добиться намеченной цели.</w:t>
      </w:r>
    </w:p>
    <w:p>
      <w:r>
        <w:t>Изучено, что нормальный сон должен длиться от 7 до 8 часов, и наш организм успевает за это время восстановиться и обновиться. И желательно, чтобы сон начинался с 22:00 вечера. Но если я сознательно сокращаю это время, то вскоре я пойму, что моё тело приспосабливается к такому образу жизни и уже не может спать положенное ему Богом время, а решает проводить его в бодрствовании, в бессоннице.</w:t>
      </w:r>
    </w:p>
    <w:p>
      <w:r>
        <w:t>Конечно, есть исключения из всех этих правил. Но желательно, чтобы они были исключениями, а не правилами.</w:t>
      </w:r>
    </w:p>
    <w:p>
      <w:r>
        <w:t>Следующий вид отдыха привязан к земной неделе и очень важен для духовного и физического здоровья каждого человека.</w:t>
      </w:r>
    </w:p>
    <w:p>
      <w:r>
        <w:t>Бог повелел нам шесть дней работать и делать все дела свои, а день седьмой, субботу, посвящать Ему, ничего не делая самому и не заставляя никого из людей и животных трудиться в этот день. И чтобы человек об этом всегда помнил, Бог дал это повеление людям в виде одной из десяти заповедей, собственноручно написав её на камне.</w:t>
      </w:r>
    </w:p>
    <w:p>
      <w:r>
        <w:t>И наш мир имеет традицию раз в неделю делать остановку, но вот не всегда и не у всех это получается делать в субботу. Бог не просто сказал нам, чтобы мы отдыхали раз в неделю, а очень чётко пояснил, в какое время это необходимо делать. И послушание Всевышнему в этом вопросе приносит в мою жизнь и благословение этой заповеди.</w:t>
      </w:r>
    </w:p>
    <w:p>
      <w:r>
        <w:t>Соблюдение субботы не спасает меня от власти греха или от наказания за другие беззакония, но оно показывает всему видимому и невидимому миру, что я принадлежу Тому, Кто меня спас ценою Своей жизни, и в подобном послушании я выражаю своё уважение своему Спасителю и Создателю. И Бог особенно благословляет всех, кто чтит Его, оставаясь верным при любых условиях и обстоятельствах.</w:t>
      </w:r>
    </w:p>
    <w:p>
      <w:r>
        <w:t>Кто-то желает посвящать Богу другой день или все дни, но как бы эти желания ни были хороши, они не имеют библейского основания и являются человеческими правилами или традициями, которых люди стараются придерживаться, желая этим угодить Богу. А Иисус сказал, цитируя слова Исайи, что тщетно чтут Его, уча учениям и заповедям человеческим. Мк.7:7.</w:t>
      </w:r>
    </w:p>
    <w:p>
      <w:r>
        <w:t>В покое в день субботний содержится что-то уникальное, что не получишь в другие дни. Тело отдыхает, а душа невидимо соединяется со своим Конструктором, Который встречается в это время со Своим творением, а когда проходит богослужение, Иисус подкрепляет верующих, приходящих на поклонение. Я ничего этого не вижу своими глазами, но глаза веры замечают невидимое, а моё тело чувствует своего Создателя и повинуется Ему в долгожданном отдыхе, давая восстановить в духе, душе и теле то, что организму не по силам.</w:t>
      </w:r>
    </w:p>
    <w:p>
      <w:r>
        <w:t>Работая в этом мире, даже в духовной сфере, я устаю физически и морально. И мой ночной сон, мои остановки в субботу восстанавливают меня. Но Иисус советует нам иногда удаляться в пустынные места и отдыхать там немного. А ещё Господь предлагает нам три раза в году посещать лагерные собрания, которые организуют те, кто любит Бога и желает делиться с другими этой любовью. И на подобных собраниях происходят удивительные перемены в сердце и жизни, и Сам Бог благословляет эти встречи. Это лучшее время, когда тело и дух восстанавливаются всесторонне.</w:t>
      </w:r>
    </w:p>
    <w:p>
      <w:r>
        <w:t>У правильного отдыха есть свои законы, которые мы рассмотрели. Любовь учит послушанию, и она ведёт меня к здоровому образу жизни, потому что ей нравится обитать в крепком теле, сосредотачивая своё внимание на благополучии тех, кому она служит. Любовь любит отдыхать, потому что в это время она может очень успешно убеждать меня в своей власти и утверждать меня в ней, чтобы, восстановившись, я мог с новыми силами любить и строить своё счастье, давая этим пример своим ближним, любя их от чистого сердца и неся в их жизни особый свет. А моё здоровье в счастливом духе правильно свидетельствует о Божьей любви, которая становится доступной и желанной.</w:t>
      </w:r>
    </w:p>
    <w:p>
      <w:pPr>
        <w:pStyle w:val="Heading2"/>
      </w:pPr>
      <w:r>
        <w:t>Библейские стихи к этой главе:</w:t>
      </w:r>
    </w:p>
    <w:p>
      <w:r>
        <w:t>Быт.2:2-3; Исх.20:8-11; Втор.5:12-15; Исх.16:23; Евр.4:9-11; Мф.11:28-30; Мк.6:30-32; Быт.31:40; Пс.126:1-2; Прит.3:24; 4:14-18; 6:6-11; 20:13; Еккл.5:11; Иер.31:26; Плач.5:4-6; Иез.34:25; 1Фес.5:5-7; Дан.6:18; Деян.20:9; Рим.13:11</w:t>
      </w:r>
    </w:p>
    <w:p>
      <w:pPr>
        <w:pStyle w:val="Heading2"/>
        <w:pageBreakBefore/>
      </w:pPr>
      <w:r>
        <w:t>Глава 82</w:t>
      </w:r>
    </w:p>
    <w:p>
      <w:pPr>
        <w:pStyle w:val="Heading1"/>
      </w:pPr>
      <w:r>
        <w:t>Красота движения</w:t>
      </w:r>
    </w:p>
    <w:p>
      <w:r>
        <w:t>Если какому-то человеку привязать руку к телу и попросить его походить в таком положении несколько месяцев, то после этого срока мы увидим, что привязанная рука ослабла, и не имеет той силы, что раньше. Наш организм очень хорошо понимает, что ему делать с теми мышцами, которые не задействованы в работе, и он просто даёт им возможность ослабнуть или атрофироваться.</w:t>
      </w:r>
    </w:p>
    <w:p>
      <w:r>
        <w:t>Седьмой закон здоровья. Физическая активность.</w:t>
      </w:r>
    </w:p>
    <w:p>
      <w:r>
        <w:t>В наш век транспорта, комфорта и скоростей многие люди отучились двигаться. И если мои ежедневные физические нагрузки ограничиваются прогулками от дивана до кухни и туалета, то можно смело сказать, что начнутся серьёзные проблемы со здоровьем.</w:t>
      </w:r>
    </w:p>
    <w:p>
      <w:r>
        <w:t>Но Бог позаботился о том, чтобы мы, люди, были активными существами. Он так мудро устроил наше тело и вписал в него законы здоровья и счастья, переплетая их в гармоничном союзе, что, когда я живу по этим правилам, моё тело радует моё сердце, вырабатывая гормоны счастья. И физическая активность очень хорошо способствует моему хорошему настроению и осознанию значимости.</w:t>
      </w:r>
    </w:p>
    <w:p>
      <w:r>
        <w:t>Хоть и не стоит строить своё счастье на своей физической активности, ибо болезни и несчастные случаи способны очень быстро всё изменить, но и без движения моя жизнь превратится в бессмысленное существование и принесёт много проблем в мой прекрасный домик счастья.</w:t>
      </w:r>
    </w:p>
    <w:p>
      <w:r>
        <w:t>Одним из кирпичиков счастья является материал «Я тружусь», и физический труд подразумевает активность тела и духовную занятость.</w:t>
      </w:r>
    </w:p>
    <w:p>
      <w:r>
        <w:t>В современном мире есть такое выражение «Тупо работать» или что-то делать. И подобная фраза очень смачно звучит, когда пытаются описать физический труд как нечто, не требующее особого интеллекта. Я стараюсь избегать подобных выражений, потому что думающий человек не перестаёт размышлять и во время труда руками. Порою необходимо быть крайне внимательным и аккуратным, чтобы выполнить работу точно и правильно.</w:t>
      </w:r>
    </w:p>
    <w:p>
      <w:r>
        <w:t>Я заметил, что, когда я тружусь своими руками, мой разум в это время также способен получать необходимую информацию или делать что-то полезное. Поэтому, когда нет нужды с кем-то из коллег общаться в рабочее время, я благодаря телефону могу говорить с друзьями или слушать то, что приносит мне пользу. И это вошло в мою привычку. Однако многие люди не понимают, как можно одновременно работать и решать важные вопросы. Но Господь учит и этому. Для того, чтобы что-то написать или прочитать, приходится останавливаться и отвлекаться от работы.</w:t>
      </w:r>
    </w:p>
    <w:p>
      <w:r>
        <w:t>Не могу сказать за всех, но мой разум также очень хорошо воспринимает информацию, когда я физически занят. А затем во время покоя голова продолжает трудиться и искать себе очередное занятие для мозгов.</w:t>
      </w:r>
    </w:p>
    <w:p>
      <w:r>
        <w:t>Создавая человека, Бог соединил умственные, душевные, духовные и физические силы в одном теле и предусмотрел, чтобы наш организм был гармонично задействован во всех этих сферах жизнедеятельности.</w:t>
      </w:r>
    </w:p>
    <w:p>
      <w:r>
        <w:t>В наше время физическая активность понимается многими как занятия в спортивном зале на тренажёрах по специальной программе. Но это не так. Физическая деятельность начинается с того момента, как я встал с дивана или стула и начал двигаться. И мои движения могут быть разными, но они активны.</w:t>
      </w:r>
    </w:p>
    <w:p>
      <w:r>
        <w:t>Комфорт и удобства цивилизации принесли с собой и специфические заболевания, которых могло бы и не быть. Боли в спине, несварения в желудке, депрессия, стресс и прочие вещи, подобно лавине, накрыли наше цивилизованное общество. Если я в любой ситуации вместо прогулки пешком предпочитаю автомобиль, то это, возможно, отразится на моём здоровье. А если вся моя работа сосредоточена на компьютере, или мне приходится проводить время сидя, по другим причинам, то мне стоит поискать дополнительное занятие, чтобы дать своему телу физическую нагрузку и разогнать кровь.</w:t>
      </w:r>
    </w:p>
    <w:p>
      <w:r>
        <w:t>Когда человек перестаёт двигаться и долгое время находится в одной позе, тогда кровь в его организме начинает течь по своим сосудам уж не с той скоростью, и замедляются все процессы очистки и снабжения клеток. Если же мозг занят решением важных или интересных вопросов, то вся кровь стремится к этому органу, а тело не нуждается в дополнительном кровяном питании. Если подобное происходит на постоянной основе, то организм подстраивается под такой режим и решает ослабить ненужные мышцы и органы, чтобы не тратить на них свои ресурсы. А весёлые болячки только этого и ждут, чтобы наполнить собою всё пространство, которое им позволяют.</w:t>
      </w:r>
    </w:p>
    <w:p>
      <w:r>
        <w:t>Физическая активность способствует предупреждению и снижению многих заболеваний. А целенаправленная тренировка тела и мышц очень эффективно разгоняет нашу кровь, которая радостно питает весь организм полезными веществами, очищая наши сосуды и тело от вредного и застойного мусора.</w:t>
      </w:r>
    </w:p>
    <w:p>
      <w:r>
        <w:t>Спортзалы не всегда были в мире, и поэтому не стоит отчаиваться, если их нет вблизи. Можно просто ходить быстрым шагом и придумать множество упражнений для тела без специального оборудования.</w:t>
      </w:r>
    </w:p>
    <w:p>
      <w:r>
        <w:t>Утренняя зарядка помогает организму быть в тонусе и входить в бодрый режим нового дня.</w:t>
      </w:r>
    </w:p>
    <w:p>
      <w:r>
        <w:t>Различные станки в тренажёрном зале могут помочь в развитии некоторых групп мышц, которые иначе никак не натренируешь, но тут нужна особая мудрость и осторожность, чтобы не переусердствовать и не создавать чрезмерную нагрузку на сердце и организм. Ведь это может привести к травмам или специфическим болезням, ускорив вашу смерть.</w:t>
      </w:r>
    </w:p>
    <w:p>
      <w:r>
        <w:t>Умеренность должна присутствовать во всех сферах, подвластных законам здоровья.</w:t>
      </w:r>
    </w:p>
    <w:p>
      <w:r>
        <w:t>Без меры можно только безопасно любить и думать о счастье своих друзей, а в остальном необходимо мудрое воздержание.</w:t>
      </w:r>
    </w:p>
    <w:p>
      <w:r>
        <w:t>Физические упражнения придают особую красоту, изящность и гибкость телу. И ты понимаешь, что твой организм прекрасен, когда развивается по законам здоровья.</w:t>
      </w:r>
    </w:p>
    <w:p>
      <w:r>
        <w:t>Враг души взял эту особенность на заметку и решил сделать из тела культ, чтобы люди более всего обращали внимание на свою внешность, нежели на духовное состояние. И если посмотреть на обложки журналов, то с них вам улыбаются счастливые люди, чьи тела соответствуют всем нормам нашего времени. Они настолько идеальны, что, кажется, стоит им подражать, делая всё возможное, чтобы достичь эталона путём длинных тренировок и капиталовложений. Интересен также тот факт, что некоторые люди готовы только платить, чтобы их сделали красивыми, и при этом не проявлять личной активности и физической нагрузки. А реклама учит, что для достижения идеала вам нужно что-то особенное съесть или выпить, или купить.</w:t>
      </w:r>
    </w:p>
    <w:p>
      <w:r>
        <w:t>Но если у тебя шикарная машина или много денег, то ты можешь выглядеть, как хочешь. Ты в любом виде будешь прекрасен. И мир этому верит, и ставит на пьедестал. Если я, например, миллиардер, то не важно, какое у меня здоровье или внешний вид, власть денег делает каждое моё слово авторитетным и убедительным, а меня красивым.</w:t>
      </w:r>
    </w:p>
    <w:p>
      <w:r>
        <w:t>А моё тело нуждается в гармоничной физической нагрузке в сочетании с умственной и духовной деятельностью. И его не интересует мой кошелёк. Оно подчиняется своим законам, которые не привязаны к деньгам и обычаям этого мира.</w:t>
      </w:r>
    </w:p>
    <w:p>
      <w:r>
        <w:t>Любовь учит меня тому, что я жизнеспособный человек, и создан не для чего-то модного и востребованного, а для активного служения и развития.</w:t>
      </w:r>
    </w:p>
    <w:p>
      <w:r>
        <w:t>Все мы знаем, что стоячая вода тухнет, и те же законы действуют и в моём теле.</w:t>
      </w:r>
    </w:p>
    <w:p>
      <w:pPr>
        <w:pStyle w:val="Heading2"/>
      </w:pPr>
      <w:r>
        <w:t>Библейские стихи к этой главе:</w:t>
      </w:r>
    </w:p>
    <w:p>
      <w:r>
        <w:t>Прит.6:6-11; 10:4-6,26; 12:24,27; 13:4; 19:24; 22:29; 24:30-34; Мф.16:26; 25:26; Еккл.9:10; 10:7</w:t>
      </w:r>
    </w:p>
    <w:p>
      <w:pPr>
        <w:pStyle w:val="Heading2"/>
        <w:pageBreakBefore/>
      </w:pPr>
      <w:r>
        <w:t>Глава 83</w:t>
      </w:r>
    </w:p>
    <w:p>
      <w:pPr>
        <w:pStyle w:val="Heading1"/>
      </w:pPr>
      <w:r>
        <w:t>А при чём здесь Бог?</w:t>
      </w:r>
    </w:p>
    <w:p>
      <w:r>
        <w:t>Когда я рассказываю людям о законах здоровья, я вижу, что у них есть неподдельный интерес к этой теме, и меня внимательно слушают. Но когда я дохожу до восьмого закона, тогда почему-то некоторые люди начинают нервничать и называть меня сектантом, пытаясь перевести разговор на другую тему или закончить его. А те, кто посмелее, спрашивают: «А при чём здесь Бог? Какое Он имеет отношение к моему здоровью?»</w:t>
      </w:r>
    </w:p>
    <w:p>
      <w:r>
        <w:t>К сожалению, для многих Бог стал некой субстанцией, которая должна находиться где-то в особой церкви и не выходить за её пределы. И кто-то удивляется, что Бог имеет какое-то отношение к здоровью человека. Есть и такие люди, которые считают, что они являются плодом какой-то случайности, приведшей мир к эволюции, и в результате неё появились сложнейшие организмы, которые вдруг решили обрести разум и стать мыслящими людьми с полным набором чувств и эмоций.</w:t>
      </w:r>
    </w:p>
    <w:p>
      <w:r>
        <w:t>И даже само перечисление качеств души человека, и его удивительное и продуманное устройство говорят нам о том, что такое существо не может быть продуктом случайности.</w:t>
      </w:r>
    </w:p>
    <w:p>
      <w:r>
        <w:t>Например, если я возьму любую книгу и заявлю о том, что её случайно написала обезьяна, когда ей дали поиграть на печатной машинке, то думаю, вы сочтёте меня странным. А если я скажу, что эта книга появилась в результате взрыва на одной типографии, то вы покрутите пальцем у виска и дадите мне знать, что в моей голове что-то не так. Но когда говоришь о том, что Создателем и Конструктором нашего мира и нас самих является Бог, люди не желают это слушать. А ведь именно Всевышний и правит этим миром, устанавливая Свои законы, общие для всех.</w:t>
      </w:r>
    </w:p>
    <w:p>
      <w:r>
        <w:t>Восьмой закон здоровья. Доверие Богу.</w:t>
      </w:r>
    </w:p>
    <w:p>
      <w:r>
        <w:t>Моё здоровье напрямую зависит от того, насколько я послушен всем его законам, и как я практикую их в своей жизни. Когда я нарушаю какое-то правило или пренебрегаю им, моё тело начинает подавать мне сигналы о том, что что-то идёт не так. А если я не прислушиваюсь к его голосу, то мой организм предлагает увлекательное путешествие в страну недугов и болезней.</w:t>
      </w:r>
    </w:p>
    <w:p>
      <w:r>
        <w:t>Сказать, что болезни пришли случайно, потому что они являются частью человеческого бытия, — это значит предположить, что мы играем в лотерею здоровья, где есть счастливчики, которым просто повезло, и неудачники, которых можно смело списать на свалку. К сожалению, подобное невежество очень популярно в нашем мире, и многие говорят так: «Будем есть и пить, ибо завтра умрём». Ис.22:13</w:t>
      </w:r>
    </w:p>
    <w:p>
      <w:r>
        <w:t>Библия называет людей, отвергающих Бога, безумными. Мы читаем об этом в Псалмах 13 и 52.</w:t>
      </w:r>
    </w:p>
    <w:p>
      <w:r>
        <w:t>В мире есть только одна книга, которая начинается со слов: «В начале сотворил Бог Небо и Землю».</w:t>
      </w:r>
    </w:p>
    <w:p>
      <w:r>
        <w:t>Бог есть, и Он живой. Он делает то, что считает правильным и нужным. Все физические и духовные законы находятся в Его руке и действуют одинаково по отношению к каждому. И Господь следит за тем, чтобы всё в нашем мире протекало в рамках Его законов.</w:t>
      </w:r>
    </w:p>
    <w:p>
      <w:r>
        <w:t>Доверие Богу — это не слепая вера во что-то, а наличие отношений с Творческой Личностью. И такие отношения формируют во мне правильное понимание того, кто я, откуда взялся этот мир, что нас ждёт в будущем, как жить и что делать в настоящем. Все вопросы сводятся к ответу, что Господь знает, что происходит, и Он руководит всеми процессами этого разнообразного мира и тем, что случается в моей жизни.</w:t>
      </w:r>
    </w:p>
    <w:p>
      <w:r>
        <w:t>Когда я начинаю верить в Иисуса как своего Спасителя от власти греха, тогда мне очень хочется узнать Бога ближе, и я нахожу подробное повествование о Нём в Библии.</w:t>
      </w:r>
    </w:p>
    <w:p>
      <w:r>
        <w:t>Читая эту книгу, я вижу в ней много предупреждений о том, что нарушителей Божьего закона ожидают болезни, страхи и страдания. Такая перспектива жизни не очень вдохновляет, но Библия учит именно тому, что болезнь — это не случайность, а закономерность.</w:t>
      </w:r>
    </w:p>
    <w:p>
      <w:r>
        <w:t>Болезнь, хоть и является проклятием нашего времени, для многих людей становится благословением, потому что человек приходит в себя и задумывается о том, почему он заболел. Он начинает искать Бога и находит Его.</w:t>
      </w:r>
    </w:p>
    <w:p>
      <w:r>
        <w:t>Доверие Богу приходит не сразу, а по мере познания Его воли, Его характера. Человек узнаёт о Господе что-то новое, испытывает Его, пробует что-то попросить и получает ответ, начинает что-то рассказывать, и приходит утешение. Имея знания и опыт отношений, человек вверяет свою жизнь в Божьи руки и путём водного крещения заключает с Богом завет личных отношений, становясь полноправным членом Божьей семьи. И Господь призывает всех, кто ищет и принимает Его. В мою жизнь приходит упование. Я не просто верю, что Бог есть, а доверяю Ему все свои тайны, все свои заботы. Я советуюсь с Ним и прошу Его о многом. Между нами завязывается близкая дружба, и я доверяю свою жизнь в Божьи руки, зная, что это самое лучшее место для моей души.</w:t>
      </w:r>
    </w:p>
    <w:p>
      <w:r>
        <w:t>Но со своей стороны я делаю всё возможное, чтобы побольше узнать о своём Небесном Друге, вникнуть в Его закон, понять умом и сердцем, что я должен делать, а от чего стоит воздерживаться. И когда я вижу, что моих сил не хватает, чтобы быть послушным во всём, тогда Господь даёт мне Свою благодать и пишет Свой закон в моём сердце.</w:t>
      </w:r>
    </w:p>
    <w:p>
      <w:r>
        <w:t>Когда законы здоровья написаны где-то там, в телефоне или на бумаге, тогда они просто дают мне полезную информацию и показывают, как лучше жить. Но когда они вписываются рукой Бога в моё сердце, тогда они становятся во мне движущей силой, и я живу по ним, потому что так хочу и считаю правильным. А Господь прикладывает к моим усилиям Свою руку и благословляет там, где другие терпят неудачу.</w:t>
      </w:r>
    </w:p>
    <w:p>
      <w:r>
        <w:t>Возьмём нашу планету. Есть ли на ней чудеса? Логика мира отрицает чудо, а я в это верю и прошу о нём в каждой молитве. Например, знаю ли я устройство всего, что меня окружает? Воздух, которым я дышу, невидим мне, и я не знаю, сколько в нём опасных веществ, но считаю его свежим, а Бог благословляет меня и защищает. Вода, которую я пью, возможно, содержит яды для моего тела, а я с верою считаю её чистой и пью, и Бог хранит меня. Мне неизвестно, откуда продукты на моём столе, правильно ли их выращивали и поливали. Может, это что-то очень вредное, а я молюсь и вкушаю с благодарением, веря в то, что всё под Божьим контролем, и получаю силы. Немощные или зависимые родители рождают здоровых детей, смертельно больные люди получают исцеление по простой молитве, злые люди становятся добрыми и нежными, слушая рассказы о Божьей любви. Да и сама моя жизнь — это чудо, и Автор всех этих чудес — мой Спаситель, через Которого этот мир начал быть.</w:t>
      </w:r>
    </w:p>
    <w:p>
      <w:r>
        <w:t>А как объяснить любовь, которая превосходит всякое разумение и даётся мне для победы и радостной жизни? Такого не может быть, а она есть.</w:t>
      </w:r>
    </w:p>
    <w:p>
      <w:r>
        <w:t>Да и сама моя жизнь — это чудо, а моя жизнь с Богом — это чудо из чудес, а Иисус — самый чудесный Друг.</w:t>
      </w:r>
    </w:p>
    <w:p>
      <w:r>
        <w:t>Доверие Богу даёт мне право на Вечность, которая живёт по Вечным законам, и это право делает все остальные законы здоровья моими вечными принципами. И если здесь Бог хранит меня от зла и опасностей, в окружении которых я живу, то в Вечности всё будет чистым, и здоровье станет вечной наградой за моё доверие Богу.</w:t>
      </w:r>
    </w:p>
    <w:p>
      <w:r>
        <w:t>И Бог является Автором моего здоровья, его Инженером, его Восстановителем, и у Него продумана всякая деталь.</w:t>
      </w:r>
    </w:p>
    <w:p>
      <w:r>
        <w:t>Вам тепло жить с таким материалом? Уютно ли вам быть здоровым?</w:t>
      </w:r>
    </w:p>
    <w:p>
      <w:pPr>
        <w:pStyle w:val="Heading2"/>
      </w:pPr>
      <w:r>
        <w:t>Библейские стихи к этой главе:</w:t>
      </w:r>
    </w:p>
    <w:p>
      <w:r>
        <w:t>Исх.15:26; Втор.28:14,58-61; Быт.20:17; Ин.5:5-6; Мф.10:1; Лк.5:15; 9:1; Пс.6:3; 13:1-4; 29:3; 106:20; Иер.17:14; 51:9-10; Ос.11:3-4; Ис.6:10; 53:5</w:t>
      </w:r>
    </w:p>
    <w:p>
      <w:pPr>
        <w:pStyle w:val="Heading2"/>
        <w:pageBreakBefore/>
      </w:pPr>
      <w:r>
        <w:t>Глава 84</w:t>
      </w:r>
    </w:p>
    <w:p>
      <w:pPr>
        <w:pStyle w:val="Heading1"/>
      </w:pPr>
      <w:r>
        <w:t>Красота тишины</w:t>
      </w:r>
    </w:p>
    <w:p>
      <w:r>
        <w:t>Однажды я работал на экскаваторе, а рядом со мной мои коллеги поставили радио и включили какую-то музыку. Когда я заводил экскаватор и начинал трудиться, тогда я не слышал радиоприёмник, так как шум мотора забивал все звуки. А радио продолжало работать, выдавая свою музыку и стараясь перекричать мои шумы. А я просто его не слышал.</w:t>
      </w:r>
    </w:p>
    <w:p>
      <w:r>
        <w:t>Я знаю таких людей, которые готовы слушать всё подряд, рады любому шуму, кроме тишины.</w:t>
      </w:r>
    </w:p>
    <w:p>
      <w:r>
        <w:t>Звук, подобно свету, имеет свои удивительные законы и оказывает невидимое влияние как на здоровье, так и на психику людей. До сих пор учёные делают удивительные открытия в области звука и не могут сказать, что они знают о нём всё, потому что новые исследования и открытия дают старт другим достижениям в данной области. А я даже не задумываюсь о том, что меня окружает.</w:t>
      </w:r>
    </w:p>
    <w:p>
      <w:r>
        <w:t>В 19 веке жил человек по имени Эрнст Хладни. Он известен тем, что сделал интересное открытие в области звука, доказывая наглядно, что он способен рисовать, и причём рисовать очень сложные симметричные фигуры. И каждое звуковое колебание создаёт новую уникальную картину. Эрнст сделал пластину, на которую высыпал соль, и водил по краю пластины смычком. Издаваемые звуки производили определённые колебания, и соль собиралась на поверхности в пропорциональные геометрические фигуры. Если звук изменялся, то и фигуры преображались. Соль подвергалась влиянию звуковых команд и принимала ту форму, которую определял ей звук. Эрнст решил заменить смычок на громкоговоритель, и новые возможности принесли другие открытия. Любое сыпучее вещество (соль, сахар, песок, мука) слушает приказ звука и тут же собирается в заданные им фигуры. Эрнст назвал это открытие своим именем, и сейчас оно известно как пластины или фигуры Хладни.</w:t>
      </w:r>
    </w:p>
    <w:p>
      <w:r>
        <w:t>Нас окружают тысячи различных звуков и колебаний, которые тем или иным способом влияют на нас, на наше настроение, на наше самочувствие. Наше ухо слышит гораздо больше, чем мы себе представляем. И эти звуки дают духовные или физические импульсы телу, а организм выполняет те команды, которые он услышал. Но в отличие от пластин Хладни, в моём сознании есть командный центр принятия решений по имени воля, который определяет мои конечные действия. И если воля ослаблена влиянием греха, то тогда через мои уши мой организм начинает получать разные сигналы и подчиняться им.</w:t>
      </w:r>
    </w:p>
    <w:p>
      <w:r>
        <w:t>Вы когда-нибудь переживали сердечную радость или тоску от обычной музыки? У меня было такое. Какие-то песни побуждали меня плакать, другие заставляли мой мозг радоваться. Некоторые повергали меня в тоску, в переживания и воспоминания. Бывало, что моё личное пространство наполнялось разными шумами, которые создавали дискомфорт и мешали жить и думать, вызывая раздражение.</w:t>
      </w:r>
    </w:p>
    <w:p>
      <w:r>
        <w:t>Я решаю внутри украсить свой домик счастья тишиной, чтобы в этом состоянии научиться слышать что-то очень важное и очень-очень тихое, что обращается к моему сердцу.</w:t>
      </w:r>
    </w:p>
    <w:p>
      <w:r>
        <w:t>Звуки этого мира заглушают самые важные звуки и голоса, и только тишина помогает мне слышать то, что мне больше всего нужно. Бог желает со мной говорить.</w:t>
      </w:r>
    </w:p>
    <w:p>
      <w:r>
        <w:t>Тишина — это естественное состояние материи и пространства, как тьма и холод, в котором нет источника звука. По-человечески, я не могу слушать абсолютную тишину, потому что звуки моего организма становятся очень громкими, и я слышу звон в ушах. Даже есть такое выражение: «Так тихо, что в ушах звенит».</w:t>
      </w:r>
    </w:p>
    <w:p>
      <w:r>
        <w:t>Кто-то измерил и изучил звук в децибелах, и врачи пришли к выводу, что звук до 60 дБ приятен, до 70 — безопасен, а выше — разрушителен для здоровья и нервов. И эти исследования стоит учитывать и понимать, чтобы не лишать себя благословений здоровья.</w:t>
      </w:r>
    </w:p>
    <w:p>
      <w:r>
        <w:t>Я знаю таких людей, которые не выносят тишину и делают всё возможное, чтобы избежать этого состояния. Я не понимал таких страхов. Но когда тишина приходила в мою жизнь, я заметил, что это лучшая обстановка моего бытия, при которой Господь может со мной разговаривать. И это особый голос, нежный, спокойный, не слышимый ухом. Тишина способствует тому, чтобы меня ничто не отвлекало, а мой организм начинал восстанавливаться, мой слух обострялся, моё восприятие духовного мира приходило в гармонию с природой.</w:t>
      </w:r>
    </w:p>
    <w:p>
      <w:r>
        <w:t>Я не был создан для прослушивания радио, и искусственные шумы не несут покой моей душе, а отвлекают и заполняют мой внутренний мир чем угодно. И в этом шуме я просто не могу слышать тихий голос Бога. А Он желает со мной общаться, Ему есть что мне сказать. Он хочет меня чему-то научить и чем-то порадовать. А я не слышу. И если есть пустые и фоновые звуки, которые создают шум и не несут информации, то есть и такие голоса, которые имеют на меня особые планы, чтобы обокрасть, убить и погубить, вывести из себя.</w:t>
      </w:r>
    </w:p>
    <w:p>
      <w:r>
        <w:t>Мои слова — это тоже звуки, которые обладают смысловым и информационным значением и делают то, для чего были сказаны. Я могу простой просьбой заставить любого человека делать то, о чём прошу. А если в эти слова вложен духовный смысл, то они способны менять сознание и мировоззрение людей.</w:t>
      </w:r>
    </w:p>
    <w:p>
      <w:r>
        <w:t>Тишина не может быть источником счастья, потому что в ней пустота, и нет ничего. Но создание условий для тишины в моём доме способствует тому, чтобы я услышал Бога, Который приходит ко мне на ужин и желает иметь со мной общение и отношения. И в минуты тишины я учусь слушать этот Голос, если моё сердце живёт в гармонии с Божьими законами, а душа желает познания Всевышнего.</w:t>
      </w:r>
    </w:p>
    <w:p>
      <w:r>
        <w:t>И этот Голос обращается ко всем людям. Видимо, поэтому многие боятся оказаться в тишине.</w:t>
      </w:r>
    </w:p>
    <w:p>
      <w:r>
        <w:t>Тишина также подразумевает и мирное сосуществование с ближними в том месте, где я живу. Это могут быть шумные люди, но они не делают зла, и рядом с ними хорошо и спокойно. Это могут быть дружеские отношения на работе и отсутствие конфликтов с окружающими.</w:t>
      </w:r>
    </w:p>
    <w:p>
      <w:r>
        <w:t>Есть слова одной песни: «...Хорошо и спокойно той душе, где царит тишина». Тишина души приносит сердцу радость и мир. Это отсутствие греха, уверенность в спасении, гармония с природой и Богом.</w:t>
      </w:r>
    </w:p>
    <w:p>
      <w:r>
        <w:t>Любовь даётся мне и для того, чтобы навести порядок в моей душе и подвести её к состоянию тишины и душевного равновесия. Тишина души — это самообладание в области чувств и мыслей, спокойствие и внимательность, которые формируют мой характер по подобию Божьему.</w:t>
      </w:r>
    </w:p>
    <w:p>
      <w:r>
        <w:t>Если рассмотреть действия и характер Бога, то можно увидеть, что Он очень спокойно совершает то, что задумает. Он не торопится и не кричит. Иногда Он говорит очень громко, но, в основном, Его Голос тихий и убедительный. Божьи слова понятны чистому сердцу.</w:t>
      </w:r>
    </w:p>
    <w:p>
      <w:r>
        <w:t>Бездушная соль понимает звуки этого мира и повинуется им. Тем более моё тело и мой разум узнают голос своего Создателя и делают то, что Он им говорит.</w:t>
      </w:r>
    </w:p>
    <w:p>
      <w:r>
        <w:t>И когда я сплю, мой организм выполняет то, что ему велит делать Святой Дух. Но во всём этом творении есть самая независимая и свободная субстанция — это моя воля, которая способна выбирать. И по своей природе она не может быть свободной. Она должна принадлежать мужу. Однако у неё есть право выбора, какой именно супруг её устраивает.</w:t>
      </w:r>
    </w:p>
    <w:p>
      <w:r>
        <w:t>Иисус и мой плотской человек — это две силы, которые желают владеть моей волей, и воля, выйдя замуж за одного из них, слышит только голос мужа и выполняет его просьбы.</w:t>
      </w:r>
    </w:p>
    <w:p>
      <w:r>
        <w:t>А моё сердце ищет тишину души.</w:t>
      </w:r>
    </w:p>
    <w:p>
      <w:pPr>
        <w:pStyle w:val="Heading2"/>
      </w:pPr>
      <w:r>
        <w:t>Библейские стихи к этой главе:</w:t>
      </w:r>
    </w:p>
    <w:p>
      <w:r>
        <w:t>Иер.6:16; Ис.26:20-21; 30:7,15; 38:14-15; 57:20; Иов.4:15-16; 34:29; Пс.4:9; 22:2; 90:1; 106:29; Мф.8:24-27; 11:28-30; 3Цар.19:10-12; 1Фес.4:9-11; Исх.33:14-15; Нав.21:44; Прит.1:33; Еккл.9:17; Авв.2:4; Евр.4:9-11</w:t>
      </w:r>
    </w:p>
    <w:p>
      <w:pPr>
        <w:pStyle w:val="Heading2"/>
        <w:pageBreakBefore/>
      </w:pPr>
      <w:r>
        <w:t>Глава 85</w:t>
      </w:r>
    </w:p>
    <w:p>
      <w:pPr>
        <w:pStyle w:val="Heading1"/>
      </w:pPr>
      <w:r>
        <w:t>Преимущества счастья</w:t>
      </w:r>
    </w:p>
    <w:p>
      <w:r>
        <w:t>Тема о счастливой жизни очень древняя. И она постоянно была в мире. Господь же всегда желал иметь счастливый народ. Но есть и другие силы, которые стремятся исказить истину, и они представляют христианство как нечто мрачное, чёрное, строгое. И чем серьёзнее выглядит верующий человек, тем убедительнее он свидетельствует о своей вере. Подобный стереотип настолько убедительно вписался в сознание людей мира, оставив на нём глубокий отпечаток, что повлиял и на мышление тех, кто принадлежит к Божьей церкви.</w:t>
      </w:r>
    </w:p>
    <w:p>
      <w:r>
        <w:t>Существует и другая крайность, когда Божий закон сводят на нет, а Самого Творца делают либеральным и спасающим всех подряд. Все эти представления искажают истинный Божий характер и дают нам очень странное представление о Всевышнем.</w:t>
      </w:r>
    </w:p>
    <w:p>
      <w:r>
        <w:t>Рассказывают случай, когда в один город должен был приехать проповедник, и представители церкви его встречали на вокзале. Они не знали, как выглядит этот человек и интуитивно искали его среди идущих пассажиров. И вот они увидели человека с мрачным лицом в чёрном одеянии и, поприветствовав, взяли его под руки, желая отвести к машине. Оказалось, что это был не проповедник. Этот мужчина ехал на похороны.</w:t>
      </w:r>
    </w:p>
    <w:p>
      <w:r>
        <w:t>Изучая законы счастливой жизни, мы с вами увидели, что у нас очень счастливый Бог, Который желает, чтобы все мы были счастливы. В послании к Лаодикии Верный Свидетель обвиняет нас в том, что мы несчастны, давая понять, что это очень плохое состояние разума при изобилии света. Он предлагает купить то, что является выходом из подобного положения. И Господь в этих символах отдаёт Самого Себя. Иисус Сам лично приходит к каждому из нас, чтобы научить нас счастью, и Он обещает интересное будущее.</w:t>
      </w:r>
    </w:p>
    <w:p>
      <w:r>
        <w:t>При изобилии таких возможностей и света быть несчастным — грех, который погубит очень многих. Но если я решаюсь получить блаженство, то я обречён на него до конца земных дней и на всю Вечность.</w:t>
      </w:r>
    </w:p>
    <w:p>
      <w:r>
        <w:t>Вспоминаю случай, когда я на лагерном собрании познакомился с одной семьёй. Сестра Лилия привезла с собой дочку-подростка в надежде на то, что та найдёт себе на этой встрече друзей или захочет поучаствовать в каком-то миссионерском проекте. Но по дочке было видно, что она очень далека от маминых планов, и у неё свои взгляды на жизнь. Её странная причёска и чёрная одежда говорили о том, что она принадлежит к какому-то движению, где принят подобный стиль. Я попытался найти общие интересы и подход к этой девочке, но что-то мешало, и мы расстались до следующего года.</w:t>
      </w:r>
    </w:p>
    <w:p>
      <w:r>
        <w:t>На другой год на лагерную встречу приехала только мама. Лилия была мрачна, как тучка, и её внешний вид вызывал тоску. Она не хотела ни о чём ни с кем говорить. Было понятно, что человек находится в какой-то депрессии. Я спросил у её подруги, в чём дело, и узнал, что её дочь полгода до этого покончила жизнь самоубийством. Очень тяжело слушать такие опыты. Но у нас есть Иисус, Который может помочь и в такой ситуации. Всё моё сознание сконцентрировалось на этой сестре. Я просил мудрости и силы свыше, чтобы чем-то помочь этой бедной женщине, и я стал с ней общаться. Лилия слушала меня со слезами на глазах, а я рассказывал ей то, что Господь вкладывал в мои уста. Я говорил о Божьей любви, о счастье, о свободе и о многом другом. А потом я стал убеждать Лилию в том, что Иисус желает дать ей счастье и наполнить её жизнь радостью, храня её в таком состоянии до Своего Второго Пришествия. Было так интересно наблюдать за переменами в настроении этой сестры. Она стала улыбаться и задавать вопросы. Её лицо преобразилось, радость в Господе нашла место в сердце. В результате она и её подруга стали очень похожи на два подсолнуха, которые грелись в лучах Божьей любви и радовались жизни, даря миру свои улыбки. И при каждой случайной встрече я слышал слова хвалы и благодарности Господу.</w:t>
      </w:r>
    </w:p>
    <w:p>
      <w:r>
        <w:t>Наука о любви и счастье хороша тем, что всякий, кто решает её познать, находит очень много полезных для души законов и делает удивительные для сердца открытия. Особенность этой науки состоит в том, что Сам Бог прилагает Свою руку и даёт учащимся именно то, что они желают познать. Это процесс духовного роста, и он происходит не в один день, а постепенно и последовательно.</w:t>
      </w:r>
    </w:p>
    <w:p>
      <w:r>
        <w:t>Стоит учесть и то, что быть счастливым — это подвиг даже внутри церкви. И тебя не поймут даже те, кто живёт в общепринятом понимании, что счастья нет, а есть лишь временные радости среди серых будней христианской жизни.</w:t>
      </w:r>
    </w:p>
    <w:p>
      <w:r>
        <w:t>Но мы, идя на богослужение, приходим не хоронить кого-то, а поклониться Тому, Кто желает дать нам счастье, Кто сделал всё, чтобы это было просто и доступно.</w:t>
      </w:r>
    </w:p>
    <w:p>
      <w:r>
        <w:t>Но даже зная о счастье всё и живя в нём, стоит быть очень осторожным в своих эмоциях. Тебя многие просто не поймут и станут относиться к тебе, как к предателю.</w:t>
      </w:r>
    </w:p>
    <w:p>
      <w:r>
        <w:t>Самая лучшая поддержка в это время — это учение Христа и Его жизнь. Иисус говорил, что если Его гнали, то будут гнать и нас. Всё, что происходило с Иисусом, может случиться и в моей жизни, и когда это приходит, я вспоминаю то, что Господь пережил подобное испытание. И мне становится легче. Я просто иду по Его следам.</w:t>
      </w:r>
    </w:p>
    <w:p>
      <w:r>
        <w:t>Враг души стремится меня разочаровать, обмануть, но пример жизни Иисуса всегда даёт мне силы, чтобы правильно понимать, что происходит.</w:t>
      </w:r>
    </w:p>
    <w:p>
      <w:r>
        <w:t>А сатана желает меня убедить в том, что счастья нет, потому что Господь очень страдал, и мы должны страдать вместе с Ним. Страдания были, и была смерть, и это всё было вместо меня. Об этом стоит помнить, но стоит и понимать, что Господь умер, чтобы я был счастлив.</w:t>
      </w:r>
    </w:p>
    <w:p>
      <w:r>
        <w:t>Моё счастье всегда находится со мной, чтобы радовать собой моё сердце и дарить себя моим ближним. Любовь учит меня жить ею и всегда быть на связи с Небом, чтобы вкладывать её в любое дело.</w:t>
      </w:r>
    </w:p>
    <w:p>
      <w:r>
        <w:t>И когда появляются трудные люди или сложные ситуации, тогда Господь напоминает мне всё то, чему я научен и что пережил в общении с Ним. И я выбираю лучшее решение — любить.</w:t>
      </w:r>
    </w:p>
    <w:p>
      <w:r>
        <w:t>Решение любить — это не всегда простой выбор, потому что есть и мой ветхий человек, который всегда желает всё решать по плоти, посылает мне свои предложения о помощи или отвлекает мой разум от святых вещей. И я борюсь сам с собой.</w:t>
      </w:r>
    </w:p>
    <w:p>
      <w:r>
        <w:t>Но если я привык кормить своего духовного человека ежедневно, а плотского морить голодом, то мне становится проще жить по духу и истине, и именно в этом духе любить своих ближних.</w:t>
      </w:r>
    </w:p>
    <w:p>
      <w:r>
        <w:t>Счастливая улыбка привлекает внимание. Она несёт в себе информацию о том, что у меня в сердце есть что-то особенное. А радостный дух выдаёт меня и старается заразить всех вокруг.</w:t>
      </w:r>
    </w:p>
    <w:p>
      <w:r>
        <w:t>Изучая законы счастья, я обращал внимание на то, что относится к счастью, погружался в отдельные библейские стихи и открывал для себя новые глубины. Но я понял и то, что при обычном чтении этих же стихов я даже не замечал, как мои мысли пролетали над ними. Я не отдавал себе отчёта в том, что читаю, и о чём идёт речь. А там такая глубина, что можно погружаться всё больше и больше.</w:t>
      </w:r>
    </w:p>
    <w:p>
      <w:r>
        <w:t>О счастье и любви в Библии написано очень много, но это становится заметно и понятно только тогда и только тем, кто этого жаждет. Вода жизни приносит пользу всем, но она необычайно вкусная для людей, которые желают выпить хотя бы один глоток, чтобы не умереть. И Бог изливает Свой Дух на жаждущее и иссохшее. И я счастлив.</w:t>
      </w:r>
    </w:p>
    <w:p>
      <w:pPr>
        <w:pStyle w:val="Heading2"/>
      </w:pPr>
      <w:r>
        <w:t>Библейские стихи к этой главе:</w:t>
      </w:r>
    </w:p>
    <w:p>
      <w:r>
        <w:t>Ин.15:16-21; Ис.44:2-4; 55:1-6; 60:1-5; Пс.1:1-6; 33:9; 83:5-8; Иов.5:17; Откр.3:18</w:t>
      </w:r>
    </w:p>
    <w:p>
      <w:pPr>
        <w:pStyle w:val="Heading2"/>
        <w:pageBreakBefore/>
      </w:pPr>
      <w:r>
        <w:t>Глава 86</w:t>
      </w:r>
    </w:p>
    <w:p>
      <w:pPr>
        <w:pStyle w:val="Heading1"/>
      </w:pPr>
      <w:r>
        <w:t>Красота святости</w:t>
      </w:r>
    </w:p>
    <w:p>
      <w:r>
        <w:t>Обучаясь в Школе Любви Агапэ, мы стали предметом особой Божьей заботы и привлекли к себе внимание всего Неба. Хоть нам это и не показывают, и мы ничего не чувствуем, но думаю, то, чем мы занимаемся, имеет особое значение в Небесных обителях.</w:t>
      </w:r>
    </w:p>
    <w:p>
      <w:r>
        <w:t>Представьте себе, какую радость испытывают небожители, когда видят нас, постигающих вечные законы и ценности, чтобы жить по ним на этой Земле. Какое счастье переживает Бог, понимая, как Его любовь востребована и безвозвратно берётся из Небесных кладовых, чтобы мощными потоками изливаться на наших ближних. И то, что мы не видим своими глазами, но с верою просим и изучаем, становится нашим навсегда.</w:t>
      </w:r>
    </w:p>
    <w:p>
      <w:r>
        <w:t>Я люблю. Это мой выбор, моё решение подобным образом относиться к людям, моё волеизъявление касательно Бога и Его закона. Это мой стиль жизни и вызов этому миру. Это то направление пути, которое приведёт меня в прекрасную страну Небесных сокровищ, погрузит меня в глубины необычных откровений и удивительных знаний. Это то неземное богатство, которое по-настоящему обогатит мою душу и избавит меня от нищеты. Это то золото, очищенное огнём, которое украсит мой дом, оплатит все мои счета и откроет новые пути к сердцам моих друзей и ближних. Это то, что больше всего желает видеть Господь в моей жизни.</w:t>
      </w:r>
    </w:p>
    <w:p>
      <w:r>
        <w:t>Я счастлив! Как радостно Небу видеть это моё решение и наблюдать за тем, как мой домик счастья уверенно строится и утверждается из непреходящего материала на Вечном Основании!</w:t>
      </w:r>
    </w:p>
    <w:p>
      <w:r>
        <w:t>Любовь Божья нашла своё постоянное место жительства в моём счастье и радует меня новыми благословениями и откровениями своей глубины по отношению к людям.</w:t>
      </w:r>
    </w:p>
    <w:p>
      <w:r>
        <w:t>Наша земная жизнь очень коротка и стремительно мчится к своему завершению, но она призвана показать всему невидимому миру, что может сделать Божья благодать с верующим человеком, или как уродует грех людей, которые не приняли Божью милость для своего спасения.</w:t>
      </w:r>
    </w:p>
    <w:p>
      <w:r>
        <w:t>И, наблюдая за этим миром и за теми, кто не от мира сего, Господь ищет людей, жаждущих больших благословений, больших побед, большей любви и счастья. Божья милость не истощилась, чтобы спасать. И Господь очень внимательно смотрит за тем, что каждый из нас строит, из чего мы строим, и на каком основании. Представьте себе Его радость, когда Он видит что-то очень правильное, прочное, прекрасное. Как вы думаете, будет ли это сооружение объектом особого Божьего внимания? Враг души в своей неописуемой ярости просит разрешения Неба, чтобы испытать наше строение, показать его слабые стороны и найти лазейку внутрь. И Господь иногда позволяет сатане проявить свою силу, чтобы в этих трудностях очистить нас и сделать ещё прекраснее, ещё крепче прилепив нас к Иисусу.</w:t>
      </w:r>
    </w:p>
    <w:p>
      <w:r>
        <w:t>Я слышал историю о том, что в какой-то стране для строительства домов берут каменную руду, содержащую в себе смолу, и, когда дом построен, его поджигают, и он несколько дней горит, пока не кончится вся смола. И после этого очищения идёт дальнейшая отделка здания. Такой дом больше не боится огня и становится очень прочным и устойчивым к пожарам. Что-то подобное происходит и с теми, кто строит своё счастье, возводя его на Скале.</w:t>
      </w:r>
    </w:p>
    <w:p>
      <w:r>
        <w:t>В конце времени придёт самое страшное испытание, и оно будет послано Богом. И всё временное, непрочное, поддельное будет разрушено и сметено. И с чем мы останемся? Не очень приятно говорить об этом и приписывать Богу дух карающего Судьи, но в конце времени Господь произведёт просеивание и соберёт чистую пшеницу в житницу, а плевелы и солому попалит огнём неугасимым. Тогда мы увидим необычное проявление Божьей любви, где милость даст власть действию Божьей справедливости. И кто может устоять?</w:t>
      </w:r>
    </w:p>
    <w:p>
      <w:r>
        <w:t>Библия наполнена предостережениями об этом интересном времени, и все описанные в ней события приближаются, чтобы исполниться. И только то, что строилось правильно и на правильном Фундаменте, устоит.</w:t>
      </w:r>
    </w:p>
    <w:p>
      <w:r>
        <w:t>Мы не просто что-то строим, чтобы нам было хорошо. То, что мы исследуем, желая иметь это в своей жизни, является не человеческим продуктом воображения, а Божьим планом для нас. И поэтому Господь особым образом заинтересован в прочности каждого строения. И, видя, как идёт процесс возведения нашего домика счастья, Он присваивает ему особый статус под названием: «Святыня Господня». Я не могу себя так назвать или применить к себе подобный титул. Моя врождённая греховная природа не даёт мне на это права. Но это могут сделать другие, посвящённые Богу люди или Сам Господь. И даже если кто-то и считает меня святым, то не я. Мои уста никогда не скажут: «Я свят». Но когда настанет Вечность, Сам Бог назовёт Своих искупленных этим именем, и тогда я соглашусь с такой оценкой и с радостью приму все Божьи знаки отличия и венец Вечной славы, чтобы свидетельствовать всей вселенной о победе любви Господа в моей жизни.</w:t>
      </w:r>
    </w:p>
    <w:p>
      <w:r>
        <w:t>И то, что я не могу назвать себя святым, не говорит о том, что я не должен стремиться к этой святости. Святость — это цель моей жизни и конец моего земного пути. Это то, что я больше всего желаю иметь, в чём желаю жить.</w:t>
      </w:r>
    </w:p>
    <w:p>
      <w:r>
        <w:t>Святость — это принадлежность Богу и полное посвящение на служение Ему в рамках, установленных Его правилами и Его законом. Святые люди и вещи являются собственностью Бога и не могут использоваться для других целей.</w:t>
      </w:r>
    </w:p>
    <w:p>
      <w:r>
        <w:t>Домик счастья — это то место, которое избрал Бог для Своего обитания в моём сердце, в котором Он желает иметь со мной личные отношения и учить меня этому самому счастью и любви. И наша дружба становится школой любви и счастья, в которой Сам Иисус является моим личным Наставником, чтобы через Свои откровения непосредственно меня учить тому, что могу понять только я. Все земные друзья, учителя, наставники, являются неотъемлемой частью процесса моего обучения, но я не могу возрасти выше их знаний, поэтому Сам Христос в определённое Им время берётся за моё воспитание, чтобы дальше вести меня. И этот процесс начинается здесь, чтобы продолжаться всю Вечность.</w:t>
      </w:r>
    </w:p>
    <w:p>
      <w:r>
        <w:t>Небесные ангелы с радостью ждут нас, чтобы поделиться своими тайнами и открыть нам секреты Вселенной, но когда-то мы достигнем и их уровня знаний, чтобы, оставив их, вновь сесть у ног Иисуса и учиться тем вечным Небесным откровениям, которые Он приготовил для нас в нескончаемом изобилии, дабы мы могли делиться ими со всеми остальными. И это обучение началось тогда, когда я решил сделать Иисуса Господином своей жизни, Мужем моей воли, и заключил с Ним союз через водное крещение. А Школа Любви Агапэ открыла новые возможности для Христа являть мне глубины Божьего сердца, чтобы я мог извлекать из них несметные богатства непреходящей Божьей Агапэ, делая их своим украшением и смыслом существования. И люди подобного склада ума и направленности жизни попадают под особое Божье наблюдение и становятся объектом непрестанной Божьей заботы и охраны.</w:t>
      </w:r>
    </w:p>
    <w:p>
      <w:r>
        <w:t>У Бога нет любимчиков, но те, кто, прилагая все свои силы, умеют забираться в глубины Великого Любящего Сердца, не будут изгнаны оттуда, но окажутся под особым благословением, оставаясь при этом для нашего мира обычными странными людьми.</w:t>
      </w:r>
    </w:p>
    <w:p>
      <w:r>
        <w:t>Счастье — это то, что невидимым образом соединяет нас с Небесной реальностью и даёт нам право вкушать Хлеб и Воду жизни. И Вечные законы счастья становятся нашими. И мы любим.</w:t>
      </w:r>
    </w:p>
    <w:p>
      <w:pPr>
        <w:pStyle w:val="Heading2"/>
      </w:pPr>
      <w:r>
        <w:t>Библейские стихи к этой главе:</w:t>
      </w:r>
    </w:p>
    <w:p>
      <w:r>
        <w:t>Рим.6:22; Евр.12:14; Исх.15:11; 28:36-38; 29:32-33; 30:10,28-29,31-37; Лев.27:30; Втор.14:2,21; Ис.5:16; Мар.6:20; Евр.7:26; 1Пет.2:9; Иез.28:25-26; 36:22-23; 38:23; Ам.4:2; 1Кор.7:14; Откр.22:11</w:t>
      </w:r>
    </w:p>
    <w:p>
      <w:pPr>
        <w:pStyle w:val="Heading2"/>
        <w:pageBreakBefore/>
      </w:pPr>
      <w:r>
        <w:t>Глава 87</w:t>
      </w:r>
    </w:p>
    <w:p>
      <w:pPr>
        <w:pStyle w:val="Heading1"/>
      </w:pPr>
      <w:r>
        <w:t>Святость в мире информации</w:t>
      </w:r>
    </w:p>
    <w:p>
      <w:r>
        <w:t>Телевидение, радио, интернет, социальные сети, книги, газеты, фильмы, журналы — всё это средства массовой информации (СМИ), которые предлагают миру принять определённую точку зрения. Чистота выдаваемых сведений определяется тем, из каких рук они подаются и какую цель преследуют. Но так или иначе, всякая информация формирует моё мышление и меняет мою жизнь, заполняя пустые полки моего домика счастья.</w:t>
      </w:r>
    </w:p>
    <w:p>
      <w:r>
        <w:t>Особенность нашего времени — быстрая передача информации во все уголки мира. Мы к этому привыкли, и это стало частью бытия. Создаётся ощущение, что человек определяется так: «ты есть то, что ты знаешь», или: «скажи мне, что ты смотришь, и я скажу, кто ты».</w:t>
      </w:r>
    </w:p>
    <w:p>
      <w:r>
        <w:t>Дружба, общение, отношения, любовь перешли из реальности в виртуальный мир. Человек стал зависим от этой второй действительности. В результате стали появляться новые психические заболевания. Большая часть обеспеченного цивилизованного человечества попала в электронное рабство своих носителей информации, и уже не представляет себе жизни без этих средств. Это печальная картина нашего времени. Это пришло и стало частью нашей реальности. С этим приходится жить и мудро поступать.</w:t>
      </w:r>
    </w:p>
    <w:p>
      <w:r>
        <w:t>Мне становится ясно, что это всё дано нам свыше с определённой целью. Нам надлежит дать каждому человеку возможность узнать что-то очень важное для себя и получить дополнительную информацию к своему спасению.</w:t>
      </w:r>
    </w:p>
    <w:p>
      <w:r>
        <w:t>Интернет имеет уникальную особенность. Он никому не принадлежит, и каждый человек на его просторах может публиковать то, что захочет и посчитает нужным, и всякий способен найти для себя то, что пожелает его душа. Это изобретение человечества может быть большим благословением для меня или великим проклятием, в зависимости от того, как я это использую и что публикую.</w:t>
      </w:r>
    </w:p>
    <w:p>
      <w:r>
        <w:t>Святость — это моё полное посвящение Богу и в информационном пространстве. И Бог призывает меня обладать этой чистотой и нести неповреждённое свидетельство о Нём на всех возможных ресурсах, к которым я имею доступ и на которых имею возможность что-либо публиковать. И когда моя жизнь будет взвешиваться, тогда, я думаю, мои социальные страницы и всё, что на них было обнародовано, будет очень ясно свидетельствовать о моей святости или об отсутствии таковой.</w:t>
      </w:r>
    </w:p>
    <w:p>
      <w:r>
        <w:t>Было время, когда я не имел полноты света и публиковал то, что считал для себя правильным. Но истина пришла и в мою жизнь. Она открыла мне мой грех и нечистоту моих прежних взглядов и пониманий. Она призвала меня к покаянию. А моё покаяние подразумевает нежелание больше смотреть и распространять то, что неприлично и нечисто, и удаление, по возможности, того, что было опубликовано ранее по незнанию и глупости.</w:t>
      </w:r>
    </w:p>
    <w:p>
      <w:r>
        <w:t>Абсолютная чистота — это девиз святости. Бог не примет чего-то меньшего и не допустит в Своё Царство то, что имеет семена бунта и восстания, любви к миру или нечистоты.</w:t>
      </w:r>
    </w:p>
    <w:p>
      <w:r>
        <w:t>Но больше всего удивляет то, что Бог, видя, как человечество продаёт себя за бесценок в рабство, очень спокойно и нежно предлагает путь избавления от этого ярма, предлагая всего Себя и зависимость от Его силы как единственный выход и единственную достойную замену. Господь сделал Себя настолько доступным на просторах интернета, что всякий ищущий может Его найти, познать, понять. А враг души, зная это, предложил очень много фальшивой информации, которая неправильно представляет характер Бога и свидетельствует против Него, открывая Его в неправильном свете. И чтобы понять истину, необходимо познать Того, Кто есть Истина. А это возможно только в личном общении с Богом и в личном принятии Иисуса как своего Спасителя от власти греха. И Господь освобождает.</w:t>
      </w:r>
    </w:p>
    <w:p>
      <w:r>
        <w:t>Вся информация, которую мы впускаем в свой разум, меняет нас и наше мышление. Желаем мы того или нет, но, принимая решение что-то посмотреть, мы невольно попадаем под влияние автора представляемой информации и неосознанно соглашаемся с тем, что мы увидели, таким образом делая это частью себя. Если в нас есть чистый духовный фильтр, то мы распознаём нечистое и отвергаем его навсегда, чтобы никогда к этому не прикасаться. А если во мне нет защитных механизмов, то весь предлагаемый мусор беспрепятственно входит в меня и оскверняет мою совесть. Мы преображаемся в то, на что взираем, и становимся тем, во что поверили.</w:t>
      </w:r>
    </w:p>
    <w:p>
      <w:r>
        <w:t>Наш мозг имеет уникальную способность — запоминать всё, что в него попало через глаза и уши, и хранить эту информацию в течение всей жизни. То, чем я наполняю свои ячейки памяти, может быть мне в погибель или в благословение. А враг души знает, как указать моей плоти или воспроизвести в моей памяти то, что я в неё впустил. Сатана понимает, как напомнить мне что-то плохое, чем я когда-то заполнил свой разум. И я не могу это просто взять и стереть из памяти, ведь это я сам впустил в себя. Но подобному злу можно противостоять силою свыше, а получить эту силу я могу только в ответ на своё покаяние, искреннюю молитву о помощи и полное посвящение себя Богу.</w:t>
      </w:r>
    </w:p>
    <w:p>
      <w:r>
        <w:t>Для многих людей было бы большим благословением не иметь в своей жизни смартфонов, планшетов, социальных сетей, интернета, телевидения и радио. Но мы, к сожалению, сами себя за свои деньги окружили этими источниками, и ещё и платим за них. Но даже в таком положении Бог даёт силу выбирать.</w:t>
      </w:r>
    </w:p>
    <w:p>
      <w:r>
        <w:t>Человечество теряет способность самостоятельно мыслить в таком изобилии информации. Люди отказываются думать и принимать решения, давая другим возможность делать это за них. И даже говорят, что тот, кто владеет информацией, владеет миром. А уровень интеллекта падает, и способность анализировать притупляется, и уже ролик больше трёх минут неинтересен, а сообщение длиннее, чем экран, не читается, а пролистывается. И как сказано о людях последнего времени, что они «не думали», так и сбывается. Люди верят в то, что им предлагают, не пытаясь понять, приносит ли это им пользу. Буду ли я спасён, имея эти знания?</w:t>
      </w:r>
    </w:p>
    <w:p>
      <w:r>
        <w:t>Всё перемешано. Истина и ложь искусно соединились, и избранный народ, не думая, пьёт это вино Вавилона полной чашею. Но Вавилон пал, и стоит из него выйти.</w:t>
      </w:r>
    </w:p>
    <w:p>
      <w:r>
        <w:t>Моя победа и святость могут заключаться не только в том, чтобы взять всё это и выкинуть, а, имея это вокруг себя, использовать для наставления, назидания, обучения в любви и праведности, выбирая и предлагая чистое и полезное. И Бог учит и этому.</w:t>
      </w:r>
    </w:p>
    <w:p>
      <w:r>
        <w:t>Любовь умеет различать опасность и делает осознанный выбор, заходя на сомнительную территорию. Она очень осторожна и избирательна в том, что позволить впустить в мой разум. Любовь может случайно оказаться на территории врага, но моментально реагирует и покидает это место, принимая решение никогда его не посещать.</w:t>
      </w:r>
    </w:p>
    <w:p>
      <w:r>
        <w:t>Имейте святость, без которой мы не увидим Господа и не сможем жить в Его присутствии.</w:t>
      </w:r>
    </w:p>
    <w:p>
      <w:r>
        <w:t>Чтобы помочь другим, нужно начать с себя.</w:t>
      </w:r>
    </w:p>
    <w:p>
      <w:r>
        <w:t>Любая информация является наполнителем моего домика счастья. Она создаёт уютную атмосферу для пребывания в нём или приносит с собой тьму и тревогу. И святость по отношению к тому, что я смотрю, читаю и слушаю, хранит моё счастье от разрушения изнутри и создаёт во мне жажду к чистой духовной пище, которая делает мою жизнь ещё прекраснее и интереснее. И любовь всё это принимает и покрывает своим присутствием и гостеприимством.</w:t>
      </w:r>
    </w:p>
    <w:p>
      <w:pPr>
        <w:pStyle w:val="Heading2"/>
      </w:pPr>
      <w:r>
        <w:t>Библейские стихи к этой главе:</w:t>
      </w:r>
    </w:p>
    <w:p>
      <w:r>
        <w:t>Флп.4:8; Рим.6:22; Откр.21:27; 2Кор.3:18; Пс.50:12; 100:2-4; 1Пет.4:3-4,8; Иак.1:27; Мф.6:22-23; Ис.69:1-5; Иез.37:26-28; Евр.2:11; 12:14; 1Ин.2:16</w:t>
      </w:r>
    </w:p>
    <w:p>
      <w:pPr>
        <w:pStyle w:val="Heading2"/>
        <w:pageBreakBefore/>
      </w:pPr>
      <w:r>
        <w:t>Глава 88</w:t>
      </w:r>
    </w:p>
    <w:p>
      <w:pPr>
        <w:pStyle w:val="Heading1"/>
      </w:pPr>
      <w:r>
        <w:t>Святость в политике</w:t>
      </w:r>
    </w:p>
    <w:p>
      <w:r>
        <w:t>Во что бы превратилась наша школа, если бы мы стали обсуждать в ней политику, размышлять о том, какой курс развития общества правильный, к чему приведут те или иные законы и решения? Думаю, между нами не было бы единства и той радости, которую приносят счастье, любовь и дружба.</w:t>
      </w:r>
    </w:p>
    <w:p>
      <w:r>
        <w:t>Я замечаю, что любой мир и дружба в отношениях очень быстро рушатся, если начинаются высказывания политических взглядов или амбиций. У меня всегда есть много вопросов к тем, кто считает себя непобедимым в границах своей страны, находясь в рабстве греха.</w:t>
      </w:r>
    </w:p>
    <w:p>
      <w:r>
        <w:t>«Какая польза человеку, если он обретёт весь мир, а душе своей повредит?»</w:t>
      </w:r>
    </w:p>
    <w:p>
      <w:r>
        <w:t>Если я вывешу над своим домиком счастья национальный флаг той страны, которую считаю своей Родиной или великой державой, то о чём будет свидетельствовать моё строение? О чём угодно, но не о моей святости в этом вопросе.</w:t>
      </w:r>
    </w:p>
    <w:p>
      <w:r>
        <w:t>Политика — это наука о государстве, о государственных органах управления, о государственной власти, об отношениях двух или нескольких государств, о деятельности общественных организаций, влияющих на жизнь в той или иной стране, о торговых отношениях внутри страны и на внешнем рынке. Каждый связан с государством, в котором живёт или работает, или гражданство которого имеет.</w:t>
      </w:r>
    </w:p>
    <w:p>
      <w:r>
        <w:t>Хочу я того или нет, но меня со всех сторон окружает информация о политике, порою очень противоречивая или несогласующаяся с моими убеждениями. И как мне правильно реагировать на те или иные события?</w:t>
      </w:r>
    </w:p>
    <w:p>
      <w:r>
        <w:t>Как верующий человек, я могу в происходящем в мире видеть исполнение Библейских пророчеств и приближение заключительных событий истории человечества. Господь Иисус предсказывал, что будет в конце, и сейчас можно услышать и даже увидеть, как ежедневно сбываются Его пророчества. Если раньше об этом говорили только верующие, то сейчас уже – весь мир, который понимает, что приближается что-то ужасное, готовое постигнуть всё человечество.</w:t>
      </w:r>
    </w:p>
    <w:p>
      <w:r>
        <w:t>Всеобщая напряжённость, страх, неизвестность сковывают сознание людей, которые ищут ответы на свои вопросы, но не находят их. Политики пытаются решить подобные проблемы путём заключения союзов, введения санкций или военными конфликтами. Но ничто не меняется в лучшую сторону, а только усугубляется.</w:t>
      </w:r>
    </w:p>
    <w:p>
      <w:r>
        <w:t>Богатые становятся ещё богаче или теряют свои сбережения, бедные ещё беднеют. Кто-то просто выживает. Сплошной хаос и суета.</w:t>
      </w:r>
    </w:p>
    <w:p>
      <w:r>
        <w:t>Где найти ответ на то, как себя вести?</w:t>
      </w:r>
    </w:p>
    <w:p>
      <w:r>
        <w:t>Жизнь Иисуса даёт мне возможность понять Его отношение к политике того времени. Он знал, что происходит вокруг. Он знал, кто стоял во главе государства, в котором Он жил или куда приходил. Его окружала жестокость, коррупция, беззаконие, растление, национализм, ненависть и дух восстания. Но Иисус ни разу не высказал Своих политических взглядов и никогда не осуждал представителей власти. Когда к Нему приходили с вопросами о событиях в мире и о беззакониях в Его родной стране, тогда Он уходил от обсуждения этих тем и направлял сознание людей к вечным ценностям. Иисус учил, что, если мы не покаемся, то также погибнем. В таком отношении к политике Иисус дал нам пример святости и Своей отдалённости от этого мира с его страстями.</w:t>
      </w:r>
    </w:p>
    <w:p>
      <w:r>
        <w:t>Иисус Своей жизнью показал, какие ценности и интересы должны быть на первом месте, а каких не должно быть вовсе. Он есть истинный Пример для подражания.</w:t>
      </w:r>
    </w:p>
    <w:p>
      <w:r>
        <w:t>Святость в политике подразумевает то, что я, живя в этом мире, видя и понимая, что в нём происходит, не должен публично высказывать своих политических взглядов, не должен участвовать в политических программах, не должен состоять в политических партиях, союзах или движениях, но должен искать Царства Божия и Его правду.</w:t>
      </w:r>
    </w:p>
    <w:p>
      <w:r>
        <w:t>Бог создал этот мир и позволил событиям развиваться, но Он отделил Своё Царство и сказал, что оно не от мира сего. Царство Божие есть, и оно имеет свои законы, и оно духовно. Оно насаждается в сердце и находится внутри человека. Моя вера в это определяет и мои действия.</w:t>
      </w:r>
    </w:p>
    <w:p>
      <w:r>
        <w:t>Богу есть чему научить каждого, и у Него достаточно информации, чтобы занять мой разум чем-то полезным и нужным. Он лучше нас знает, что необходимо человеку для счастья и мира, и даёт это. А я выбираю.</w:t>
      </w:r>
    </w:p>
    <w:p>
      <w:r>
        <w:t>Книга Откровение рассказывает нам в символах о ранних и последних событиях истории. Она описывает смену времён и властей. В созвучии с книгой пророка Даниила она открывает периоды развития государств и их падения. Оба Писания поднимают занавес над будущими событиями, а Бог через пророчества этих книг готовит нас к тому, с чем мы столкнёмся и чего не избежим. Однако Он и предлагает выход и защиту от беды в союзе с Собой. Только Бог может сохранить, уберечь и дать победу. Иисус, открывая мне будущие события, ожидает моего полного и абсолютного посвящения Ему. Он знает, что делать, и знает, чему меня учить. Он очень мудр, поэтому не ошибается. И Он очень добр, поэтому понимает и принимает меня.</w:t>
      </w:r>
    </w:p>
    <w:p>
      <w:r>
        <w:t>Если я приму решение быть вне политики и искать Его Царствие и Его правду, то Он сможет использовать меня как Своего свидетеля в этом мире, который мог бы направлять сознание людей от суеты к вечным ценностям.</w:t>
      </w:r>
    </w:p>
    <w:p>
      <w:r>
        <w:t>Иисус даёт Свою любовь. Он утверждает меня в этой любви и учит применять её для исцеления обманутых душ, для поддержки упавших духом, для утешения страдающих и насыщения жаждущих. Любовь вне политики, и она дана для любви к людям, для их внутреннего преобразования, для их исцеления.</w:t>
      </w:r>
    </w:p>
    <w:p>
      <w:r>
        <w:t>Любовь живёт в этом мире, но она не от мира сего. Это небесное сокровище, которое возносит душу к небесным ценностям, открывая истинный характер своего Творца и Господина.</w:t>
      </w:r>
    </w:p>
    <w:p>
      <w:r>
        <w:t>Любовь вне политики, но она влияет и на них, ведь они тоже люди, которые изначально были созданы для любви и для счастливой жизни в Иисусе.</w:t>
      </w:r>
    </w:p>
    <w:p>
      <w:r>
        <w:t>Политика объединяет только тех, кто имеет такие же политические взгляды, а любовь объединяет всех и устанавливает своё Царство везде, куда приходит. Её знамя может стать безопасным украшением любого дома и привлекать к себе жаждущие души.</w:t>
      </w:r>
    </w:p>
    <w:p>
      <w:r>
        <w:t>Пророческие книги говорят нам о том, что некоторые религиозные и политические власти в конце времени создадут союз, чтобы навязать всем живущим на Земле начертание и образ зверя. И это дело будет иметь успех, но не коснётся тех, кто вне политики и имеет Божью печать.</w:t>
      </w:r>
    </w:p>
    <w:p>
      <w:r>
        <w:t>Любовь направляет мой взор к Иисусу, Который есть Царь царей и является Господином всякой власти. Постигая науку любви и счастья, я удаляюсь от политики и получаю Небесное гражданство. А это гражданство даёт мне право на Вечную жизнь в Божьем Царстве. А печать Божьего одобрения будет моей бессрочной визой, открывающей границы всей Вселенной для беспрепятственного передвижения по её просторам.</w:t>
      </w:r>
    </w:p>
    <w:p>
      <w:r>
        <w:t>Я не могу избежать политических событий, и я должен уважать и соблюдать законы той страны, где я проживаю. Но никакой закон не может диктовать моей совести, как мне служить Богу, как быть послушным Божьим заповедям. Например, если постановления страны приветствуют прелюбодейство, то это не значит, что я должен так жить.</w:t>
      </w:r>
    </w:p>
    <w:p>
      <w:r>
        <w:t>Самая безопасная линия жизни — это вера в Бога, любовь, счастье и дружба. И даже если все земные власти восстанут против такого взгляда на жизнь, то они не способны лишить меня этого состояния моего разума. И никакие силы не смогут завоевать страну, которая имеет на вооружении любовь-агапэ.</w:t>
      </w:r>
    </w:p>
    <w:p>
      <w:pPr>
        <w:pStyle w:val="Heading2"/>
      </w:pPr>
      <w:r>
        <w:t>Библейские стихи к этой главе:</w:t>
      </w:r>
    </w:p>
    <w:p>
      <w:r>
        <w:t>Ин.15:17-20; Иер.29:7,11-13; Лук.13:1-9; 1Ин.2:15-21; Мф.20:20-28; Рим.13:1- 10; 1Фес.4:1-12; 1Пет.2:11-25; Ин.19:8-16; Откр.13:5-8,15-17; 17:12-18; Дан.2:21,28,46-47; 6:13</w:t>
      </w:r>
    </w:p>
    <w:p>
      <w:pPr>
        <w:pStyle w:val="Heading2"/>
        <w:pageBreakBefore/>
      </w:pPr>
      <w:r>
        <w:t>Глава 89</w:t>
      </w:r>
    </w:p>
    <w:p>
      <w:pPr>
        <w:pStyle w:val="Heading1"/>
      </w:pPr>
      <w:r>
        <w:t>Святость в одежде</w:t>
      </w:r>
    </w:p>
    <w:p>
      <w:r>
        <w:t>Можно ли определить полицейского по лицу? Чем отличаются работники ресторанов от обычных посетителей или военные от мирных граждан?</w:t>
      </w:r>
    </w:p>
    <w:p>
      <w:r>
        <w:t>Одежда человека говорит нам о многом, и она иногда больше свидетельствует о состоянии сердца и разума, чем мы себе представляем.</w:t>
      </w:r>
    </w:p>
    <w:p>
      <w:r>
        <w:t>Чем ближе конец, тем активнее и свирепее становится враг души вместе со своими духами злобы поднебесной и теми, кто их поддерживает. Один из видов их соблазна для людей последнего времени называется растление.</w:t>
      </w:r>
    </w:p>
    <w:p>
      <w:r>
        <w:t>Если раньше это было далеко и только на слуху, то сейчас этот грех имеет наступательную позицию, и навязывается всем сплошь и рядом, вплоть до административного взыскания для всех, кто будет пытаться противостоять его влиянию.</w:t>
      </w:r>
    </w:p>
    <w:p>
      <w:r>
        <w:t>Грех раздел первых людей, и они увидели, что они наги. Бог одел человека. Он дал людям одежду и понимание приличия. Он научил человека святости в одежде.</w:t>
      </w:r>
    </w:p>
    <w:p>
      <w:r>
        <w:t>Нагота человеческого тела может привлечь внимание людей с низменными страстями, которые, вырвавшись из-под контроля разума и воли, приведут душу ко греху, а грех приведёт к смерти.</w:t>
      </w:r>
    </w:p>
    <w:p>
      <w:r>
        <w:t>Почему в нашем обществе так много наркоманов и алкоголиков? По одной причине. Есть те, кто им продаёт этот яд. Если убрать всех продавцов наркотиков, то и проблема быстро решится.</w:t>
      </w:r>
    </w:p>
    <w:p>
      <w:r>
        <w:t>Нет соблазна, не будет и соблазнённых, хотя семя зла останется в сердце.</w:t>
      </w:r>
    </w:p>
    <w:p>
      <w:r>
        <w:t>Бог ожидает от Своего народа святости во внешнем виде и чистоты поведения от тех, кто может стать соблазном для посвящённых душ.</w:t>
      </w:r>
    </w:p>
    <w:p>
      <w:r>
        <w:t>Влияние растления пришло и в среду Божьего народа. Верующие стали уподобляться миру, раздеваясь и обнажаясь, не думая о том, что хочет видеть Бог. А Свидетель Истинный говорит: «... ты наг...»</w:t>
      </w:r>
    </w:p>
    <w:p>
      <w:r>
        <w:t>Иисус допустил, чтобы Его раздели догола, прибили ко кресту и вознесли над землёй в таком виде как одно из проклятий человечества. Он взял это на Себя вместе с другими грехами и болезнями мира, чтобы ранами Его мы исцелились. И Он искупил человечество от этого влияния.</w:t>
      </w:r>
    </w:p>
    <w:p>
      <w:r>
        <w:t>А что делает Божий народ в последнее время? Раздевается, обнажается и демонстрирует то, что Бог в Своей любви и мудрости решил прикрыть и спрятать.</w:t>
      </w:r>
    </w:p>
    <w:p>
      <w:r>
        <w:t>Не всё, что модно в мире, полезно и прилично для детей Божьих. И Бог ожидает от Своих избранных ясного понимания вопроса приличного одеяния и противостояния тем соблазнам, которые нас окружают.</w:t>
      </w:r>
    </w:p>
    <w:p>
      <w:r>
        <w:t>Бог желает видеть святой народ, царственное священство, которое своим посвящением, внешним видом, привычками и навыками в жизни, в еде и питье отличается от мира и несёт ясное свидетельство о том, что они Божья собственность.</w:t>
      </w:r>
    </w:p>
    <w:p>
      <w:r>
        <w:t>Когда я выбираю себе одежду, которую я буду носить, я принимаю осознанное решение. Я не надеваю первую вещь, чтобы ходить в ней. Я её рассматриваю, мерю, смотрюсь в зеркало, откладываю, если не подходит, размышляю о соответствии её погоде, ситуации и месту, где я в ней покажусь, а потом решаю её приобрести, покупаю, надеваю и выхожу в люди. Выбор сделан, и он был осознанный. Осталось ещё подумать о том, соответствует ли мой внешний вид Божьим стандартам приличия, не будет ли он для кого-либо соблазном? Влияние растления очень велико, и если я становлюсь его орудием, то я несу ответственность за тех, кому я принесу искушение. Если я кого-то соблазняю, то в глазах Божьих я приобретаю статус торговца наркотиками, и Он попросит меня на суде дать отчёт.</w:t>
      </w:r>
    </w:p>
    <w:p>
      <w:r>
        <w:t>Есть два царства: Царство святости и Царство греха, и я являюсь представителем одного из них.</w:t>
      </w:r>
    </w:p>
    <w:p>
      <w:r>
        <w:t>Моё публичное полное или частичное обнажение тела или ношение неприличной одежды свидетельствует миру о том, что я сознательно выбрал этот стиль жизни. Мир почитает меня своим, даже если я ношу святое имя. А Бог принимает мой выбор и уважает его.</w:t>
      </w:r>
    </w:p>
    <w:p>
      <w:r>
        <w:t>В холодное время года я вынужден прилично одеваться, иначе замёрзну, но иногда я удивляюсь тому, что в угоду моде многие люди готовы мёрзнуть, лишь бы показать свои открытые части тела всему миру.</w:t>
      </w:r>
    </w:p>
    <w:p>
      <w:r>
        <w:t>А когда наступает жара или тёплая погода, то раздевание становится обычным и привычным делом среди христиан. За это ныне уже не наказывают, не делают выговор и даже не предостерегают. А соблазн для многих немощных душ становится настолько невыносимым, что они падают и согрешают, сначала в мыслях, а потом и в жизни, уходя от Бога навсегда. А «торговцы наркотиками» лишь посмеиваются, считая, что у слабых людей есть проблемы, которые они сами должны решать.</w:t>
      </w:r>
    </w:p>
    <w:p>
      <w:r>
        <w:t>К сожалению, многие сёстры не понимают разницу в мышлении мужчин и женщин и не придают большого значения тому, как они выглядят, и что они демонстрируют, и какое влияние оказывает неприличный внешний вид на их братьев. А на просьбы о скромности и приличии озлобляются и обижаются, и ничего не меняют. А Бог ожидает святости и внимания к Своему свету. И Он обязательно спросит с меня, что я делал с тем откровением и теми истинами, которые Он мне посылал для моего освящения.</w:t>
      </w:r>
    </w:p>
    <w:p>
      <w:r>
        <w:t>Горе миру от растления, ибо сему надлежит прийти, но горе тому, через кого это приходит.</w:t>
      </w:r>
    </w:p>
    <w:p>
      <w:r>
        <w:t>Врачи, пожарные, военнослужащие, полицейские имеют особую одежду, которая отличает их от мира и других людей. И эта одежда тщательно продумана. Она говорит нам о власти, которую имеют эти представители. А должны ли представители Бога отличаться от мира? Учит ли Библия тому, что одежда священников должна быть особой? Да, учит. А являемся ли мы царственным священством для этого мира? Да.</w:t>
      </w:r>
    </w:p>
    <w:p>
      <w:r>
        <w:t>Однажды я поздно вечером встречал жену и дочь на вокзале, и когда мы поехали домой, то на одной из привокзальных улиц стояли женщины, на которых моя дочь-подросток обратила внимание, уверив меня в том, что это проститутки. Я поинтересовался, как она это определила. На что дочь ответила, что их одежда говорит об этом. Я с грустью подумал о том, что знаю многих верующих, чья одежда ничуть не отличается от одежды блудниц. А должно ли быть это отличие? Если в жаркую погоду богослужение похоже на пляжное собрание, то можно ли назвать это собранием святых?</w:t>
      </w:r>
    </w:p>
    <w:p>
      <w:r>
        <w:t>Доктрины и руководство церкви не учат тому, что одежда должна стать критерием принадлежности к братству, поэтому этому вопросу не уделяется должное внимание, и попытки повлиять на это зачастую пресекаются.</w:t>
      </w:r>
    </w:p>
    <w:p>
      <w:r>
        <w:t>Но очень важно понять, как относится Бог к моему внешнему виду. Я изучал этот вопрос очень тщательно. И для себя сделал много открытий в том, какой должна быть моя одежда, что означает приличие, и что может быть соблазном для других. И в какой-то момент жизни я пересмотрел весь свой гардероб, удалил из него всё неприличное и решил никогда это не надевать.</w:t>
      </w:r>
    </w:p>
    <w:p>
      <w:r>
        <w:t>Моим решением также стало и то, что я, даже будучи один в помещении, никогда не буду преклонять свои колени в молитве к Богу, если какие-то части моего тела обнажены до неприличия. Я не требую этого от других, но решаю для себя быть особым человеком в своём внешнем виде.</w:t>
      </w:r>
    </w:p>
    <w:p>
      <w:r>
        <w:t>Также я решил никогда не посещать пляжи и места, где необходимо публично обнажаться. Я удалил все фотографии, где выглядел неприлично. И сделал много перемен в вопросе святости. Хоть это и не является основой Спасения, но это говорит Небу о том, что я понимаю этот вопрос правильно и живу согласно полученному свету. А Бог решает, свят я в этом или нет.</w:t>
      </w:r>
    </w:p>
    <w:p>
      <w:pPr>
        <w:pStyle w:val="Heading2"/>
      </w:pPr>
      <w:r>
        <w:t>Библейские стихи к этой главе:</w:t>
      </w:r>
    </w:p>
    <w:p>
      <w:r>
        <w:t>1Пет.2:9; Еккл. 9:8; Втор.8:2-5; 14:2; Исх.19:10,14; 28:2; 29:25-26; 28:36-43; 30:30; 40:13-15; Быт.3:6-11,21; Лев.10:6; 20:7-8,26; 21:10; Мф.26:65; Втор.22:5; Пр.7:10-11; 25:20; 31:21-25; Песн.4:11; Ис.3:16-23; 47:2-3; 64:6; Иез.28:13; Иоил.2:13; Мф.6:25,28-33; 17:2; 22:11-13; 27:35; Лук.12:22-24; 1Тим.2:9-10; 1Пет.3:1-5; Иак.2:1-4; Откр.3:4-5,17-18; 7:9,13-15; 16:15; 19:8,11-</w:t>
      </w:r>
    </w:p>
    <w:p>
      <w:pPr>
        <w:pStyle w:val="Heading2"/>
        <w:pageBreakBefore/>
      </w:pPr>
      <w:r>
        <w:t>Глава 90</w:t>
      </w:r>
    </w:p>
    <w:p>
      <w:pPr>
        <w:pStyle w:val="Heading1"/>
      </w:pPr>
      <w:r>
        <w:t>Святость в музыке</w:t>
      </w:r>
    </w:p>
    <w:p>
      <w:r>
        <w:t>Вопрос святости всегда имел большое значение в среде Божьего народа, и в последнее время он не потерял своей актуальности, и Библейские пророчества говорят нам об этом.</w:t>
      </w:r>
    </w:p>
    <w:p>
      <w:r>
        <w:t>Самое последнее предостережение Библии звучит так: Откр 22:11: «Неправедный пусть ещё делает неправду; нечистый пусть ещё сквернится; праведный да творит правду ещё, и святый да освящается ещё». И совсем скоро этот приговор будет вынесен всему миру, и произойдёт окончательное разделение, которое уже никому невозможно будет изменить.</w:t>
      </w:r>
    </w:p>
    <w:p>
      <w:r>
        <w:t>Но это разделение не будет производиться спонтанно, как в лотерее. Уже сейчас жизни каждого из нас являются объектом особого Небесного наблюдения. Все небожители желают удостовериться в том, что на Небо не попадут люди, имеющие дух восстания, что взятым в вечные обители можно будет доверить Божьи ценности.</w:t>
      </w:r>
    </w:p>
    <w:p>
      <w:r>
        <w:t>Святость человека, который отдал свою жизнь в Божьи руки, становится видной всему Небесному воинству. Ангелы с удовольствием приносят свет в жизнь Божьих детей и внимательно следят за тем, как этот свет принимается или отвергается.</w:t>
      </w:r>
    </w:p>
    <w:p>
      <w:r>
        <w:t>Но любое решение человека может быть продуманным и осознанным или спонтанным, не имеющим внутреннего убеждения. Если я понимаю, о чём идёт речь, и что мне предлагается, то я делаю выбор, который отмечается в Небесных записях напротив моего имени.</w:t>
      </w:r>
    </w:p>
    <w:p>
      <w:r>
        <w:t>Вопрос о приличии и святости музыки является довольно сложным, так как нам не даны конкретные примеры, которые являлись бы для нас критерием и шаблоном. И то, что считалось в 19 веке вульгарным, сегодня выглядит на фоне современной музыки вполне приличным. Да и понятия приличия у нас всех разные. Существуют ясные рекомендации по этому вопросу, но споры среди Божьего народа так и не утихают.</w:t>
      </w:r>
    </w:p>
    <w:p>
      <w:r>
        <w:t>В текстовом формате очень сложно дать примеры приличной музыки, но можно определить те критерии, которых стоит придерживаться.</w:t>
      </w:r>
    </w:p>
    <w:p>
      <w:r>
        <w:t>И не думайте, что музыка не имеет никакого отношения к вашему спасению. Когда Иисус привлекает меня к Себе, Ему не столь важно, что я люблю слушать, Он принимает меня во всех моих грехах, какой я есть, и открывает мне Свою любовь. И если я решаю заключить с Господом завет и делаю этот шаг, то Он начинает меня очищать и учить. Тогда я оставляю многие старые привычки и привязанности и обретаю новые интересы и вкусы. Моя жизнь меняется, моё восприятие мира становится иным, и мне начинает нравиться то, что нравится Небу, а что-то нечистое меня отвращает.</w:t>
      </w:r>
    </w:p>
    <w:p>
      <w:r>
        <w:t>Если кто-то считает, что музыка не оказывает никакого влияния на разум и чувства, и нет никакой разницы, что слушать, то возразить такому человеку сложно. Можно даже с этим согласиться, если музыка звучит для крокодилов. Однако человек имеет особые органы слуха, которые, воспринимая звуковые сигналы, сообщают чувствам о том, что происходит что-то приятное.</w:t>
      </w:r>
    </w:p>
    <w:p>
      <w:r>
        <w:t>Если вы когда-то смотрели фильмы, то, наверное, обратили внимание на то, что в них обязательно присутствует музыка, которая создаёт восприятие происходящего так, как задумал режиссёр. Если должно быть что-то таинственное или злое, то музыка напрягает чувства и нагнетает обстановку. Если необходимо порадовать зрителя, то должна звучать и соответствующая мелодия.</w:t>
      </w:r>
    </w:p>
    <w:p>
      <w:r>
        <w:t>Психологи очень хорошо знают, какое влияние оказывает та или иная мелодия на жизнь человека, и они выявили закономерности подобного влияния. Но Божьи дети зачастую не желают слушать даже научные исследования о законах души, считая, что они сами лучше всех разбираются в таких вопросах. Невежество не будет оправданием на суде, а скорее станет свидетельствовать об истинном духе сердца.</w:t>
      </w:r>
    </w:p>
    <w:p>
      <w:r>
        <w:t>А музыка оказывает влияние и способна проникать в такие глубины сердца, куда ничто другое не имеет доступа.</w:t>
      </w:r>
    </w:p>
    <w:p>
      <w:r>
        <w:t>Когда я уверовал в Иисуса, я не понимал того, что мои вкусы извращены, и я слушал всё подряд, не отличая чистое от святого. Я мог включать в машине рок, потом петь на богослужении псалмы, а затем дальше слушать попсу, лишь бы мне это было приятно. А видеоролики с песнями удивляли меня своим искусством и очень мне нравились своими замысловатыми сюжетами. Но Господь послал мне свет, и я получил кассету с христианской передачей: «Колокола ада». Я просто пришёл в ужас от того, как я живу. Я смотрел и понимал, что я нечист, и ещё как нечист. Я осознал, что служу сатане и прославляю его, слушая низменные песни. И первое, что я сразу сделал, это уничтожил все кассеты с музыкой, которые имел в своём доме. Я решил никогда не слушать мирское радио. Мне стало очень страшно от того, что я могу потерять Вечность, отдавая свой разум сатане в вопросах музыки. И с того времени я всегда внимательно анализирую то, что звучит, что я включаю, что предпочитаю.</w:t>
      </w:r>
    </w:p>
    <w:p>
      <w:r>
        <w:t>Один мой друг поделился со мной своим наблюдением. Он любит смотреть странички друзей в соцсети в Одноклассниках и слушает то, что разместили знакомые в своих музыкальных архивах. Он сказал мне, что только у меня одного в музыке всё чисто и прилично. Было приятно это услышать, и грустно за собратьев.</w:t>
      </w:r>
    </w:p>
    <w:p>
      <w:r>
        <w:t>Чтобы понять, какой является музыка, которую я буду слушать, стоит обратить внимание на её автора и источник её передачи. Ритм музыки и наличие в ней аранжировки иногда могут её украсить или очень быстро превратить её из прекрасной в опасную для души.</w:t>
      </w:r>
    </w:p>
    <w:p>
      <w:r>
        <w:t>Чтобы понять, правильно ли всё у меня в этом вопросе, необходимо посвятить время тому, чтобы самостоятельно, с молитвой изучить эту тему и принять решение.</w:t>
      </w:r>
    </w:p>
    <w:p>
      <w:r>
        <w:t>Слова в песне имеют особое влияние, но если слова хорошие, а мелодия не очень, то это похоже на то, как готовить вкусные блюда в унитазе и кормить этим других. Человек насытится, но источник приготовления осквернит всё содержимое.</w:t>
      </w:r>
    </w:p>
    <w:p>
      <w:r>
        <w:t>Остановите любой автомобиль, и вы услышите музыку. Люди не переносят тишину. Характерно следующее. Если кто-то включает радио с попсой, то ему не делают замечания, а если я включаю духовное пение, то неверующие слушатели начинают нервничать и требовать тишины.</w:t>
      </w:r>
    </w:p>
    <w:p>
      <w:r>
        <w:t>Святость в музыке является следствием личных отношений с Иисусом. И Он обязательно откроет Свою волю. Я не могу навязать другим свои вкусы или убедить кого-то в том, что чисто, а что нет, но для себя я установил определённые критерии, которых придерживаюсь. И мой подход к музыке такой, что я лучше не буду слушать ничего, чем позволять подозрительным вещам влиять на меня.</w:t>
      </w:r>
    </w:p>
    <w:p>
      <w:r>
        <w:t>Работая на стройке, я переживал и то, когда мои коллеги включали радио и слушали его целый день. Когда я просил их выключить музыку, они отказывались или делали радио ещё громче. Для меня это было интересным испытанием. Я заметил, как разные мелодии прилипают к мыслям, а потом враг их проигрывает. И приходилось постоянно день и ночь бороться, чтобы не напевать этот мусор. Но Господь научил меня и этому противостоять. Когда я не могу ничего изменить, тогда я молюсь о защите так долго, как идёт нападение. Или вставляю в уши свои произведения и переключаюсь на них. И Господь, видя моё желание сопротивляться злу, благословляет меня со Своей стороны.</w:t>
      </w:r>
    </w:p>
    <w:p>
      <w:r>
        <w:t>Я слышу всё, что звучит, фильтрую эти звуки и включаю при необходимости защитные силы.</w:t>
      </w:r>
    </w:p>
    <w:p>
      <w:r>
        <w:t>Я не желаю терять Вечность по причине своего невежества и поэтому очень внимательно наблюдаю за всем, с чем соприкасаюсь, впуская только чистое.</w:t>
      </w:r>
    </w:p>
    <w:p>
      <w:pPr>
        <w:pStyle w:val="Heading2"/>
      </w:pPr>
      <w:r>
        <w:t>Библейские стихи к этой главе:</w:t>
      </w:r>
    </w:p>
    <w:p>
      <w:r>
        <w:t>Исх.32:4-8,17-20; Пр.25:20; Еккл.2:8-11; Откр.18:22; Быт.4:21; 1Цар.16:23; 18:6- 7; 4Цар.3:15; 1Пар.13:7-8; Пс.32:1-4; 56:7-12; 86:7; 106:21-22; 80:2-4; 149:1-5; 150:1-6; Ис.12:2; 51:11; Лук.15:25; Откр.14:1-3; 15:2-4</w:t>
      </w:r>
    </w:p>
    <w:p>
      <w:pPr>
        <w:pStyle w:val="Heading2"/>
        <w:pageBreakBefore/>
      </w:pPr>
      <w:r>
        <w:t>Глава 91</w:t>
      </w:r>
    </w:p>
    <w:p>
      <w:pPr>
        <w:pStyle w:val="Heading1"/>
      </w:pPr>
      <w:r>
        <w:t>Святость в питании</w:t>
      </w:r>
    </w:p>
    <w:p>
      <w:r>
        <w:t>Святость — это посвящение жизни Богу во всех сферах своего бытия. Святое место — это место присутствия Всевышнего или поклонения Ему. Святая жизнь подразумевает знание Божьей воли, её понимание и точное выполнение всех требований и ожиданий Творца.</w:t>
      </w:r>
    </w:p>
    <w:p>
      <w:r>
        <w:t>Послушание и воздержание — это две родные сестры святости. А присутствие мудрости и разума просто необходимо.</w:t>
      </w:r>
    </w:p>
    <w:p>
      <w:r>
        <w:t>Бог очень часто говорит нам о Своей святости, приводя в пример Своё отношение к вещам, и Он ожидает от нас подражания Ему в этих вопросах. Господь называет Свой народ святым, давая понять, что этот титул присваивается человеку на определённых условиях, авансом, до того, как он таковым стал. И Господь ожидает от меня, что я Его услышу, задумаюсь, рассмотрю свою жизнь и проявлю послушание.</w:t>
      </w:r>
    </w:p>
    <w:p>
      <w:r>
        <w:t>Изучая Библию, можно увидеть, что вопрос святости относится к внешнему виду, питанию, десятине, поклонению, богослужению и всему, что посвящено Богу. А касается ли это каким-то образом меня и нашего времени? Может, во времена Моисея и апостолов святость и была необходима, но сейчас период благодати и духовного просвещения, и наши знания превосходят всё, что понимали наши предки?</w:t>
      </w:r>
    </w:p>
    <w:p>
      <w:r>
        <w:t>Нам на все века дано предостережение о том, чтобы мы имели святость, без которой никто не сможет увидеть Бога. Нам поставлена высокая цель, и её стоит понять и достигнуть.</w:t>
      </w:r>
    </w:p>
    <w:p>
      <w:r>
        <w:t>В Библии очень часто говорится о святости в питании. Причём Господь подчёркивает, что именно Его народ должен обладать подобной святостью, а прочие люди вольны жить так, как им вздумается. Но послушание Божьей воле несёт в себе обильное благословение для всех народов. И любая заповедь включает в себя добро. Хоть закон и не спасает, и не делает нас святыми, но он открывает проблему, которая гнездится в моём сердце. Любое Божье повеление подобно зеркалу, в котором я могу увидеть свою жизнь в свете Небесных откровений. Однако, если Бог что-то предлагает или советует, то вместе с этим Он даёт и силу благодати для послушания.</w:t>
      </w:r>
    </w:p>
    <w:p>
      <w:r>
        <w:t>Питание — это то, что является жизненно важным процессом каждого человека. Рождаясь, любой ребёнок имеет инстинкт к принятию пищи, и организм знает, сколько её нужно человеку, а мать получает необходимое молоко, чтобы отдать его младенцу. Но младенец не выбирает, а принимает то, что ему дают.</w:t>
      </w:r>
    </w:p>
    <w:p>
      <w:r>
        <w:t>Но человек растёт, и его вкусы и потребности меняются, и он делает уже осознанный выбор. И тогда начинают действовать Божьи требования.</w:t>
      </w:r>
    </w:p>
    <w:p>
      <w:r>
        <w:t>Говоря о святости, Библия много пишет о том, чтобы мы воздерживались от нечистой пищи, от удавленины, мертвечины и мяса с кровью. Да, на самом деле раньше не было такого просвещения в гигиене, а животные продукты было невозможно долго хранить. Мясо очень быстро портилось. Оно протухало, заводились черви, но последующая кулинарная обработка перебивала эти свойства, и блюдо выглядело вкусно и аппетитно. А проблема испорченности оставалась.</w:t>
      </w:r>
    </w:p>
    <w:p>
      <w:r>
        <w:t>В Быт 9:4 читаем: «Только плоти, с душёю её, с кровью её, не ешьте»; Лев 3:17: «...никакого тука и никакой крови не ешьте»; Втор 14:3: «Не ешь никакой мерзости»; Втор 14:21: «Не ешьте никакой мертвечины...»; Лев 11:44: «Ибо Я — Господь Бог ваш: освящайтесь и будьте святы, ибо Я свят; и не оскверняйте душ ваших каким-либо животным, ползающим по земле»; Деян. 15:29: «Воздерживаться от идоложертвенного, и крови, и удавленины, и блуда...».</w:t>
      </w:r>
    </w:p>
    <w:p>
      <w:r>
        <w:t>Читая эти места из Библии, я нахожу их мудрыми. Но когда я захожу в супермаркет, я вижу там красивые упаковки с колбасками и мясными изделиями, и нигде не написано, что это мерзость или мертвечина, или что в этих продуктах содержится кровь. И с чистой совестью я покупаю и ем, и не думаю. И что происходит с моей святостью? Она становится под большим вопросом. Святость же учит меня тому, что думать необходимо, и особенно важно думать тогда, когда есть что-то непонятное.</w:t>
      </w:r>
    </w:p>
    <w:p>
      <w:r>
        <w:t>Давайте возьмём обычную говяжью колбаску и подумаем о том, что это. Не станем придираться, а приведём факты.</w:t>
      </w:r>
    </w:p>
    <w:p>
      <w:r>
        <w:t>Предлагаю рассмотреть немецкий продукт. Выглядит красиво, стоит срок годности, ничем не воняет, приятная на вкус. Остаётся помолиться и съесть, ведь в 1Тим 4:4-5 написано: «Ибо всякое творение Божие хорошо и ничто не предосудительно, если принимается с благодарением, потому что освящается словом Божиим и молитвою». Думаю дальше.</w:t>
      </w:r>
    </w:p>
    <w:p>
      <w:r>
        <w:t>Пищевая индустрия существует за счёт того, чтобы при наименьших затратах и потерях получить большую прибыль. А это значит, что животное не должно болеть, должно быстро расти и набирать вес. Для этого необходимо делать профилактические и лекарственные прививки, давая именно тот корм, который способствует быстрому росту тела. И содержание лекарств в корме никого не волнует, ведь они формируют мышечную массу.</w:t>
      </w:r>
    </w:p>
    <w:p>
      <w:r>
        <w:t>Животное должно меньше двигаться, чтобы не тратить лишнюю энергию.</w:t>
      </w:r>
    </w:p>
    <w:p>
      <w:r>
        <w:t>Бойня обычно находится на фабриках по переработке мяса, и туда животное нужно привести. И живые существа переживают стресс, предчувствуя свою смерть. Их организм выделяет адреналин и прочие гормоны.</w:t>
      </w:r>
    </w:p>
    <w:p>
      <w:r>
        <w:t>В Германии запрещено делать животным больно, поэтому их убивают током или другими способами, так что кровь не вытекает, а остаётся в теле, поэтому получается удавленина с кровью.</w:t>
      </w:r>
    </w:p>
    <w:p>
      <w:r>
        <w:t>Пищевым концернам разрешается не вписывать в состав продукта некоторые безопасные компоненты, чтобы сохранять в тайне свою рецептуру. И во многие колбасы добавляется жир или свиное сало, чтобы придать особый вкус и нежность. И это не всегда указывается в описании ингредиентов.</w:t>
      </w:r>
    </w:p>
    <w:p>
      <w:r>
        <w:t>Чтобы колбаса долго хранилась, в неё необходимо добавить консервирующие вещества, многие из которых опасны для человека.</w:t>
      </w:r>
    </w:p>
    <w:p>
      <w:r>
        <w:t>Я не знаю, чем болело животное до своей смерти. Но это была живая душа, которая радовалась своему существованию и не понимала, для чего её выращивают.</w:t>
      </w:r>
    </w:p>
    <w:p>
      <w:r>
        <w:t>И, подумав, я прихожу к простому выводу. Все мясные изделия, которые продаются в обычных немецких магазинах, — это удавленина с кровью, возможно, с жиром и с нечистыми добавками. Эти продукты в красивой упаковке пропитаны вредными веществами. Поразмыслив немного, решаю не есть их, а учёный мир старается убедить меня в том, что моему организму нужен белок и аминокислоты, которые содержатся только в мясе. Стоит приложить усилие, чтобы удержаться на своей позиции. Но обычно такое решение приходит не у продуктового прилавка, когда от вида изобилия текут слюни, а во время размышления, изучения и молитвы о послушании Божьей воле.</w:t>
      </w:r>
    </w:p>
    <w:p>
      <w:r>
        <w:t>Я думаю, что в последнее время стоит подумать о том, что у меня в тарелке и холодильнике.</w:t>
      </w:r>
    </w:p>
    <w:p>
      <w:r>
        <w:t>И пророчества говорят, что самые последние испытания Божьего народа будут иметь прямое отношение к его святости, поэтому важно уделить время на познание того, чем является святость, и имеет ли она место в моей жизни, даже когда я скрыт от людских глаз.</w:t>
      </w:r>
    </w:p>
    <w:p>
      <w:r>
        <w:t>Демонстрация святости не спасает от греха, а скорее похожа на лицемерие и двоедушие. Поэтому лучше проявлять любовь, будучи при этом святым, то есть особым человеком, строящим свою жизнь на Вечных принципах.</w:t>
      </w:r>
    </w:p>
    <w:p>
      <w:r>
        <w:t>Я не могу сказать, что я свят, но я изучаю этот вопрос и стараюсь таким быть.</w:t>
      </w:r>
    </w:p>
    <w:p>
      <w:r>
        <w:t>Моя молитва не сделает мерзость чем-то полезным, и моя любовь не изменит состав моей пищи. В этом вопросе должны быть строгие «да» и «нет». Но к такому нужно прийти самому, понимая, что происходит, и почему это правильно. А на это осознание необходимо время.</w:t>
      </w:r>
    </w:p>
    <w:p>
      <w:pPr>
        <w:pStyle w:val="Heading2"/>
      </w:pPr>
      <w:r>
        <w:t>Библейские стихи к этой главе:</w:t>
      </w:r>
    </w:p>
    <w:p>
      <w:r>
        <w:t>Рим.6:22; Евр.12:14; 2Кор.6:16-18; Быт.7:1-3; Лев.7:22-27; 11:1-47; 17:10-16; 19:26; Ис.66:15-17; 1Кор.3:16-17; 8:1-13; Откр.21:27; 22:11; Деян.15:19-20</w:t>
      </w:r>
    </w:p>
    <w:p>
      <w:pPr>
        <w:pStyle w:val="Heading2"/>
        <w:pageBreakBefore/>
      </w:pPr>
      <w:r>
        <w:t>Глава 92</w:t>
      </w:r>
    </w:p>
    <w:p>
      <w:pPr>
        <w:pStyle w:val="Heading1"/>
      </w:pPr>
      <w:r>
        <w:t>Святость в поклонении</w:t>
      </w:r>
    </w:p>
    <w:p>
      <w:r>
        <w:t>В возрасте 16 лет я впервые переступил порог церкви. Когда мы шли из училища к метро, мои одноклассники предложили зайти в православный храм и посмотреть на богомолов. Я удивился, потому что считал, что в нашей стране нет верующих, но предложение принял. Мы учились недалеко от Александро-Невской Лавры в Ленинграде. Подойдя к церкви, я почувствовал страх перед чем-то таинственным, но появилось и любопытство. На двери висела табличка о необходимости снимать головные уборы, что мы и сделали. Пока мы шли, мы много шутили, а внутри помещения стали серьёзными. Всё казалось мне очень интересным. Звучало пение хора, горели свечи, некоторые люди крестились перед иконами. Я ходил и с интересом рассматривал убранство церкви, одежды служителей, поведение посетителей. И мне хотелось увидеть Бога, в Которого я на тот момент не верил. Я вглядывался в иконы, пытаясь понять, есть ли Бог на самом деле. После этого случая я иногда заходил в этот храм, наблюдал в нём за людьми и слушал странное пение. Но я оставался атеистом, который ничего не знал о своём Творце.</w:t>
      </w:r>
    </w:p>
    <w:p>
      <w:r>
        <w:t>Пришла перестройка, пришло и духовное потепление. Вернувшись из армии, я решил стать традиционным православным прихожанином. Моя вера заключалась в том, чтобы иногда зайти в церковь, купить свечку, зажечь её и уйти. Я даже не мог креститься. Рука не поднималась. И я абсолютно ничего не понимал, кроме того, что мама крестила меня во младенчестве, и поэтому я верующий от рождения. Однако я не знал, во что верю.</w:t>
      </w:r>
    </w:p>
    <w:p>
      <w:r>
        <w:t>В то время я даже не мог представить себе, что я буду писать уроки для верующих людей и кому-то рассказывать о Любви-Агапэ. Но Божья благодать творит чудеса.</w:t>
      </w:r>
    </w:p>
    <w:p>
      <w:r>
        <w:t>Со временем я научился соблюдать традиции церкви, но не понимал их смысла. Я знал только одно. Я грешник, который будет гореть в огне. Почему-то в это я верил, хотя ничего не слышал об озере огненном. Я поклонялся неведомому Богу, не понимая, что делаю, и какой смысл от такой жизни, если я нахожусь во грехе и получаю от него удовольствие, а душа трепещет от страха. И никто мне ничего не рассказывал.</w:t>
      </w:r>
    </w:p>
    <w:p>
      <w:r>
        <w:t>Но и в мою жизнь пришёл свет истины, и я его принял. Я открыл для себя красоту Библии, которую ранее читал, не понимая. Иисус стал для меня живым Другом, и я начал духовно расти.</w:t>
      </w:r>
    </w:p>
    <w:p>
      <w:r>
        <w:t>С познанием истины стало меняться и моё поклонение Богу. Я стал понимать, что угодно Господу, а что Его огорчает. Мне открылась красота Божьего закона и радость послушания Его заповедям. И я начал осознавать, что чистота моего поклонения напрямую зависит от моего понимания Божьей воли и послушания Его закону. И я всё это изучал и сопоставлял с происходящим в своей жизни.</w:t>
      </w:r>
    </w:p>
    <w:p>
      <w:r>
        <w:t>Читая в Библии о святости Бога и того, что Ему посвящено, я всегда желал также быть особым человеком. Но я не родился от колена Левия, и это меня удручало. Однако Господь мне открыл, что во Христе мы все становимся Божьими священниками и имеем благословение этого избрания. И это меня вдохновило.</w:t>
      </w:r>
    </w:p>
    <w:p>
      <w:r>
        <w:t>Но при всех своих знаниях и духовном росте я осознавал, что мне не хватает любви-агапэ. Я имел со своими единоверцами дружеские отношения, но они были одеты в рамки наших границ, которые нельзя было нарушать. А сердце желало большей близости, такой, какая была у верующих первых столетий. И я стал просить то, чего не имел и что не понимал, этой самой любви-агапэ. И Господь ответил, да так интересно, что я даже не мог представить, что подобное возможно. Скажу честно, вся моя жизнь перевернулась. Моему сознанию явилась неведомая глубина Библейского учения, которая стала доступной и понятной сердцем при её тщательном исследовании.</w:t>
      </w:r>
    </w:p>
    <w:p>
      <w:r>
        <w:t>В свете Божьей любви открылись и события последних дней совершенно в ином свете, и с этим появилось много новых вопросов к Богу. Но стало понятно и то, что вопрос об истинном поклонении Творцу станет решающим фактором последней духовной битвы, в которой уже не будет нейтралитета.</w:t>
      </w:r>
    </w:p>
    <w:p>
      <w:r>
        <w:t>Истинное поклонение покоится на моей личной принадлежности Христу, на понимании Его учения, данного Им для Своего народа, на моём послушании и жизни в этом учении по духу, а не по формальной принадлежности; на моей любви к моим ближним и верующим собратьям. И все эти факторы должны присутствовать в моей жизни.</w:t>
      </w:r>
    </w:p>
    <w:p>
      <w:r>
        <w:t>Членство в Божьем народе даёт мне преимущество быть своим среди святых людей, но не спасает меня от влияния мира и греха и не предоставляет мне права на Вечность. Но членство в духе любви и послушания истине делает меня особым и интересным для Неба человеком. А когда я поклоняюсь Творцу в подобном духе, Он принимает это и начинает служить мне, наделяя меня Своим Духом и Своими дарами для служения другим людям. Я не становлюсь при этом компетентным во всём, но получаю благословение от использования того дара, какой имею от Святого Духа.</w:t>
      </w:r>
    </w:p>
    <w:p>
      <w:r>
        <w:t>Пророчества Библии учат нас тому, что вопрос истинного поклонения Богу представят как опасный для общества, и Божьим детям будет приготовлена смерть. И, подобно трём юношам из Третьей главы книги Даниила, мне предстоит пройти огонь этого испытания и остаться верным.</w:t>
      </w:r>
    </w:p>
    <w:p>
      <w:r>
        <w:t>Но чтобы быть чему-то верным, необходимо понимать волю Божью и иметь Его оружие для последней битвы. Одна слепая вера в то, что Бог меня как-то защитит, не поможет. Уже сейчас Иисус обличает меня в тёплом состоянии и предлагает выход и то, что станет моим оружием и защитой. И если я не попытаюсь понять значение символов из Откр.3:18 и не захочу их приобрести, тогда всё моё христианство потерпит колоссальную катастрофу, и мой дом рухнет.</w:t>
      </w:r>
    </w:p>
    <w:p>
      <w:r>
        <w:t>Если Бог советует мне что-то купить, то мне нужна мудрость, чтобы это сделать уже сейчас, а не ждать, как неразумные девы, которые откладывали всё на будущее и в результате опоздали.</w:t>
      </w:r>
    </w:p>
    <w:p>
      <w:r>
        <w:t>По-человечески я желаю всех ввести в спасительный Ковчег Божьей благодати и всех спасти для Вечности, что я и делаю. Но Библия говорит о том, что перед самым Вторым Пришествием всё перейдёт в заключительную стадию великой борьбы добра и зла, и когда двери благодати закроются, спасутся только избранные. Я не могу себя причислить к этим людям, но я могу сделать всё от себя зависящее и проявить мудрость в изучении Божьего плана для последнего времени, чтобы стать кандидатом в загадочную группу из 144 тысяч.</w:t>
      </w:r>
    </w:p>
    <w:p>
      <w:r>
        <w:t>И когда-то этот набор состоится. Любовь даёт мне огромное преимущество, потому что она позволяет Богу Самому внутри моего сердца подготовить меня к последним испытаниям. И Он, собирая избранных для последней битвы, не пропустит Самого Себя в моём сердце, но утвердит Свою любовь во мне Своей печатью, чтобы потом уже вечно не лишать меня этого особого преимущества глубокого внутреннего посвящения.</w:t>
      </w:r>
    </w:p>
    <w:p>
      <w:r>
        <w:t>Очень несложно служить Тому, Кого любишь, и поклоняться Тому, Кто живёт в твоём сердце, понимая, что ты делаешь, и зная, что от тебя ожидается. Но этого стоит жаждать и просить, и, получив, развивать, храня, как самое ценное сокровище, которое необходимо раздавать.</w:t>
      </w:r>
    </w:p>
    <w:p>
      <w:r>
        <w:t>Мой разум должен осознавать, что происходит, и анализировать, не на опасном ли я пути, обладаю ли я всем тем, что советует мне иметь Господь. И я своим выбором сегодня решаю, с какой стороны двери благодати мне быть, когда она закроется.</w:t>
      </w:r>
    </w:p>
    <w:p>
      <w:pPr>
        <w:pStyle w:val="Heading2"/>
      </w:pPr>
      <w:r>
        <w:t>Библейские стихи к этой главе:</w:t>
      </w:r>
    </w:p>
    <w:p>
      <w:r>
        <w:t>Ин.4:19-24; Рим.6:22; Евр.12:14; Откр.3:14-18; 13:3-4,8,15-18; 14:6-12; 19:9-10; 22:8-9; Дан.3:1-28; Ис.66:23; Пс.28:2; 44:12; 65:4; 94:6-7; 95:9; 131:7; Втор.4:15- 19; 26:8-11</w:t>
      </w:r>
    </w:p>
    <w:p>
      <w:pPr>
        <w:pStyle w:val="Heading2"/>
        <w:pageBreakBefore/>
      </w:pPr>
      <w:r>
        <w:t>Глава 93</w:t>
      </w:r>
    </w:p>
    <w:p>
      <w:pPr>
        <w:pStyle w:val="Heading1"/>
      </w:pPr>
      <w:r>
        <w:t>Святость характера и отношений</w:t>
      </w:r>
    </w:p>
    <w:p>
      <w:r>
        <w:t>Приближаясь издалека к моему домику счастья, что вы видите? Перед вашим взором предстало обычное здание, окружённое забором «Божьего закона», ничем не отличающееся от других строений. И возникает вопрос: «А стоило ли столько трудиться, чтобы в конце иметь такой скромный вид?»</w:t>
      </w:r>
    </w:p>
    <w:p>
      <w:r>
        <w:t>Хоть это здание и стоит на вершине горы и видно отовсюду и всем, но всё-таки оно не выглядит помпезно и не удивляет никого своим внешним видом, разве что только иногда оно имеет прекрасную улыбку.</w:t>
      </w:r>
    </w:p>
    <w:p>
      <w:r>
        <w:t>Но не всякий входит внутрь дома, чтобы увидеть, из чего он построен, и насколько он прочен и уютен.</w:t>
      </w:r>
    </w:p>
    <w:p>
      <w:r>
        <w:t>А весь этот домашний уют радует моё сердце. Этот домик построен также и для того, чтобы радовать сердца моих друзей, моих ближних и всех, с кем я соприкасаюсь в этом мире.</w:t>
      </w:r>
    </w:p>
    <w:p>
      <w:r>
        <w:t>Я посвящаю всё, что имею и чем владею, своему Господу. Я понимаю, что во мне нет ничего хорошего, чем бы я мог перед Ним хвалиться или оправдаться. И то, что я построил, было мне дано свыше как дар в ответ на мои молитвы, жажду и старания. Поэтому всё полученное от руки Божьей я возвращаю Ему, посвящаю своему Господу. Это весь мой дом и всё, что в нём. Я желаю, чтобы то, что я имею, что я сумел накопить и построить, принадлежало по праву истинному Владельцу.</w:t>
      </w:r>
    </w:p>
    <w:p>
      <w:r>
        <w:t>И, склоняясь в молитве, я отдаю и посвящаю всего себя в Божьи руки.</w:t>
      </w:r>
    </w:p>
    <w:p>
      <w:r>
        <w:t>Моя молитва услышана. И моё строение отныне мне не принадлежит, но становится собственностью Неба. Но всё это теперь возвращается мне, чтобы я смог и дальше в этом жить, наполняя свой домик тем, что его украсит и сделает уютным изнутри.</w:t>
      </w:r>
    </w:p>
    <w:p>
      <w:r>
        <w:t>И чтобы мне жилось радостно, я приглашаю в своё предприятие свою вторую половинку, которая уже давно моя или стала ею в процессе строения. И в результате наших отношений в нашем доме появляются живые организмы по имени дети и внуки, которые создают неописуемый уют, любят всё исследовать и проверять на прочность, но при этом очень радуют сердце. И всё это даётся мне свыше, чтобы наполнить мою жизнь суетой и весельем, отшлифовать изнутри стены моего домика счастья. Но главная задача заключается в том, чтобы научить всех этих людей строить свои личные дома на прочном основании из вечных материалов.</w:t>
      </w:r>
    </w:p>
    <w:p>
      <w:r>
        <w:t>Мне очень радостно и легко делиться тем, что я имею в своём домике. Я постоянно демонстрирую прочность связки и крепость материала. Стены дома иногда подвергаются нападкам изнутри, что оставляет на них шрамы и следы, но любовь всё покрывает.</w:t>
      </w:r>
    </w:p>
    <w:p>
      <w:r>
        <w:t>Я вешаю у входа табличку: «Я гостеприимный», чтобы привлекать в свои обители и тех, кто не знает меня лично, и я с радостью служу тем, кто приходит ко мне из любопытства или по дружбе. И каждый из моих посетителей или гостей получает в подарок частичку моего сердца, моей любви и дружелюбия, а потом сам решает, что с этим делать. Я не могу не давать любовь. Я разучился жить по-другому. Хоть меня и учат не предлагать святыню подозрительным людям, всё-таки я постоянно ошибаюсь и дарю любовь всем подряд. И я знаю, что многие отвергнут мои подарки и представят мою сердечную чистоту в ложном свете, но предпочитаю лучше ошибиться в пользу любви и добра к людям, чем закрыться в своём эгоизме и потерять все блага Неба.</w:t>
      </w:r>
    </w:p>
    <w:p>
      <w:r>
        <w:t>Небеса очень внимательно наблюдают за мной и за тем, как я распоряжаюсь духовными богатствами, как управляю доверенным мне имуществом и как отношусь к своим ближним. Моя жизнь взвешивается на Небесных весах, и мой вес определяется лишь наличием в моей жизни Иисуса. С Ним я очень тяжёлый, а без Него моё строение ничего не весит.</w:t>
      </w:r>
    </w:p>
    <w:p>
      <w:r>
        <w:t>Все мои слова и поступки тщательно фиксируются на Небесных камерах. Все мои мотивы и мысли внимательно рассматриваются моим Творцом. Его больше всего интересует не количество моих добрых дел, а то, сколько Его любви было вложено в каждое из них.</w:t>
      </w:r>
    </w:p>
    <w:p>
      <w:r>
        <w:t>Святость моего характера и моих отношений с другими людьми определяется моими личными отношениями с Иисусом и наличием Духа любви в каждой сфере моей жизнедеятельности. Не я, а Божья любовь влечёт меня к добрым делам. И всё, сделанное с любовью и из любви, даёт мне право на получение большей любви. А мои дела уподобляются снежному кому, который при движении становится всё крупнее и крупнее, пока не превращается в снежную лавину, чтобы обрушиться в жизнь моих ближних и порадовать их в серых буднях. И в отличие от снежной лавины, моя любовь ничего не разрушает, а только восстанавливает.</w:t>
      </w:r>
    </w:p>
    <w:p>
      <w:r>
        <w:t>Я учусь святости отношений. Так хочется, чтобы они были чистыми и особенными. Каждый человек даётся мне для испытания моей любви, для изобретения нового подхода, для выявления сильных и слабых сторон моего характера. И пока я учусь в школе Христа, мне не стоит бояться ошибок, ведь ошибки тоже многому учат. Я останавливаюсь, пересматриваю свою жизнь и своё поведение, вижу свои промахи и бегу к своему Иисусу за помощью. И Он наставляет меня, очищая Своей кровью.</w:t>
      </w:r>
    </w:p>
    <w:p>
      <w:r>
        <w:t>И хоть я и стараюсь делать всё лично сам, но всё-таки я понимаю, что я лишь частичка целого Божьего тела, и я спасаюсь не в одиночку. А в этом теле Христа у каждого члена своя задача и функция. И Бог мечтает иметь слаженный механизм, который свят во всех отношениях, чтобы безукоризненно трудиться для славы Божьей.</w:t>
      </w:r>
    </w:p>
    <w:p>
      <w:r>
        <w:t>Моя любовь, хоть и считается моей, но берётся из общего океана Божьей Любви и даётся всем одинаково для любви по мере востребования. И мы становимся едиными в ней, оставаясь при этом уникальными личностями и не теряя своей ответственности перед Богом.</w:t>
      </w:r>
    </w:p>
    <w:p>
      <w:r>
        <w:t>И самый приятный и интересный экзамен любви несёт название: «Моя семья». Моя семья — это пожизненный фактор постоянного влияния. Я родился в этом факторе, я создал свой фактор, и я наблюдаю за факторами своих детей и внуков, и все мы дружно переплетены родственными отношениями, которые имеют прочность только в свете любви и взаимного уважения. И мы продолжаем поддерживать связь.</w:t>
      </w:r>
    </w:p>
    <w:p>
      <w:r>
        <w:t>Святость любых отношений определяется моим осознанным пониманием того, что они должны быть чистыми, дружелюбными и соответствовать Божьим принципам любви.</w:t>
      </w:r>
    </w:p>
    <w:p>
      <w:r>
        <w:t>Святость моего характера должна иметь печать Божьего одобрения, и тогда это отразится и на моём поведении. А одобрить Бог может только то, что Он Своей рукой насадит и взрастит в моём сердце.</w:t>
      </w:r>
    </w:p>
    <w:p>
      <w:r>
        <w:t>Любовь — это растение Небесного происхождения, которое дано мне для ухода за ним и для того, чтобы приносить в моей жизни много плода.</w:t>
      </w:r>
    </w:p>
    <w:p>
      <w:r>
        <w:t>Святость отношений с ближними и со своими по вере будет иметь печать Божьего одобрения, когда плод нашей любви друг к другу будет постоянно радовать сердце Бога. Это возможно, и к этому стоит стремиться.</w:t>
      </w:r>
    </w:p>
    <w:p>
      <w:r>
        <w:t>Если между нами есть трения и разногласия, то это значит, что мы ещё в процессе строения, и нам очень нужна любовь, чтобы приклеить нас сердцами друг к другу.</w:t>
      </w:r>
    </w:p>
    <w:p>
      <w:r>
        <w:t>Мой посвящённый Богу характер в любой ситуации будет зависеть от наличия в моём сердце Божьей любви. И я учусь этому состоянию души, чтобы всегда пребывать в нём, и чтобы моя вера действовала любовью.</w:t>
      </w:r>
    </w:p>
    <w:p>
      <w:r>
        <w:t>Пожалуйста, приходите в гости. Мои двери открыты для всех вас, друзья. Мы с Иисусом ждём ваших нападений, чтобы ответить на всё с любовью. И не забывайте брать с собой Иисуса.</w:t>
      </w:r>
    </w:p>
    <w:p>
      <w:pPr>
        <w:pStyle w:val="Heading2"/>
      </w:pPr>
      <w:r>
        <w:t>Библейские стихи к этой главе:</w:t>
      </w:r>
    </w:p>
    <w:p>
      <w:r>
        <w:t>1Пар.29:14; Рим.6:22; Евр.12:14; Мф.6:1-8,16-18; 2Кор.3:18; Ин.13:34-35; 14:18-21; 15:5-10; 1Кор.7:2; Еккл.9:9; Прит.5:18-19; Пс.126:1-5; Дан.12:3; 1Тим.4:16; 5:8; Еф.4:15-16; Мих.6:8; 1Ин.4:7; 3:23-24</w:t>
      </w:r>
    </w:p>
    <w:p>
      <w:pPr>
        <w:pStyle w:val="Heading2"/>
        <w:pageBreakBefore/>
      </w:pPr>
      <w:r>
        <w:t>Глава 94</w:t>
      </w:r>
    </w:p>
    <w:p>
      <w:pPr>
        <w:pStyle w:val="Heading1"/>
      </w:pPr>
      <w:r>
        <w:t>Святость в финансах</w:t>
      </w:r>
    </w:p>
    <w:p>
      <w:r>
        <w:t>Деньги — это не зло, а платёжное средство, с помощью которого устанавливается и сохраняется стоимость товара. Деньги являются мерой ценности, мерой обращения между людьми или странами, средством накопления, сбережения и влияния на других людей.</w:t>
      </w:r>
    </w:p>
    <w:p>
      <w:r>
        <w:t>Расскажу вам притчу, которой делился ранее.</w:t>
      </w:r>
    </w:p>
    <w:p>
      <w:r>
        <w:t>Встретились однажды две близкие подруги, Любовь (Люба) и Деньга (Моня), и решили провести вечер вместе. Обнялись, сели за стол и стали вести дружеское задушевное общение. Моня решила излить своё сердце подруге и начала первой делиться своими переживаниями.</w:t>
      </w:r>
    </w:p>
    <w:p>
      <w:r>
        <w:t>«Люба, мы хоть и разные, но у нас столько общего. Все путают нас и не понимают, с кем имеют дело».</w:t>
      </w:r>
    </w:p>
    <w:p>
      <w:r>
        <w:t>«В чём, Моня, ты видишь нашу схожесть?»</w:t>
      </w:r>
    </w:p>
    <w:p>
      <w:r>
        <w:t>«Мы имеем одинаковую силу влияния на людей, и оно преобразует разум. Те, кто начинает нас познавать и изучать, меняются. Их сознание постигает законы и глубины нашего бытия. Люди, которые с нами очень близко соприкасаются, становятся другими.</w:t>
      </w:r>
    </w:p>
    <w:p>
      <w:r>
        <w:t>Мы часто пользуемся друг другом, чтобы достичь своих целей.</w:t>
      </w:r>
    </w:p>
    <w:p>
      <w:r>
        <w:t>Те, кто близко с нами незнаком, называют нас злом и боятся нас иметь.</w:t>
      </w:r>
    </w:p>
    <w:p>
      <w:r>
        <w:t>Ты и я никогда не заканчиваемся, но имеем неограниченный потенциал и возможности.</w:t>
      </w:r>
    </w:p>
    <w:p>
      <w:r>
        <w:t>Тебе и мне жители этой Земли служат, но не понимают, что угодить нам обеим сразу невозможно, но всё же пытаются совмещать это служение.</w:t>
      </w:r>
    </w:p>
    <w:p>
      <w:r>
        <w:t>У нас Один Отец. Хоть ты и старше меня, Люба, а я была рождена для этого мира, и в нём и останусь, но всё же у нас есть общее предназначение: оплачивать услуги других людей, быть средством расчёта в человеческих отношениях.</w:t>
      </w:r>
    </w:p>
    <w:p>
      <w:r>
        <w:t>Те, кто изучает законы нашего влияния, начинают духовно расти и приобретают разум богатого нами человека. А, зная нас лично, они могут успешно использовать наше воздействие в своих интересах и в интересах нашего Отца».</w:t>
      </w:r>
    </w:p>
    <w:p>
      <w:r>
        <w:t>«Моня, я заметила, что, когда люди служат нам, они разделяются на два лагеря, хоть это и называется общим словом, но это совершенно другое направление развития».</w:t>
      </w:r>
    </w:p>
    <w:p>
      <w:r>
        <w:t>«Да, Люба, я это тоже вижу. И особенно меня печалит то, что наш брат Люциф извращает наш характер и неверно представляет нас этому миру. Ведь в отличие от тебя, я являюсь только средством оплаты услуг и достижения определённых целей, а он меня представляет как цель и смысл жизни, которым являешься ты. И многие верят ему и начинают мне служить, и используют моё влияние для своей погибели.</w:t>
      </w:r>
    </w:p>
    <w:p>
      <w:r>
        <w:t>В процессе истории развития мира я много раз видоизменялась, а сейчас стала совсем виртуальной, но моя суть остаётся прежней. Я только средство, а меня возвели на пьедестал и поклоняются мне, не понимая, что они не мне кланяются, а Люцифу, который использует моё имя, чтобы достичь своих низменных целей».</w:t>
      </w:r>
    </w:p>
    <w:p>
      <w:r>
        <w:t>«Да, Моня, я знаю способности Люцифа всё извращать. Помнишь, когда я представилась этому миру во всей красоте и чистоте своего влияния и открыла им истинный характер нашего Отца, люди, попав под влияние нашего брата, отвергли меня, распяли, сделав меня посмешищем, и убили. Но именно это событие и раскрыло всю мою сущность и истинный характер Люцифа. Но, несмотря на отвержение, я живу дальше и приобретаю много душ.</w:t>
      </w:r>
    </w:p>
    <w:p>
      <w:r>
        <w:t>Однако сейчас Люциф низвёл меня до уровня страсти и сделал моё имя обыденным и легкомысленным. И бедные люди стали меня бояться. Они перестали верить в мою силу. А я сильна. Для меня нет никаких преград, и там, где я, там победа».</w:t>
      </w:r>
    </w:p>
    <w:p>
      <w:r>
        <w:t>«Да, Люба, я заметила, что в отличие от меня, тобою невозможно пресытиться. Ты хоть и безгранична, но все обладающие тобою становятся мудрыми, сильными, спокойными и очень похожими на нашего Отца.</w:t>
      </w:r>
    </w:p>
    <w:p>
      <w:r>
        <w:t>А те, кто служат мне, очень быстро пресыщаются и так извращают свои пути, что используют меня для уничтожения себя и других. И порою мне кажется, что люди просто обезумели. И даже те, кто имеет тебя, Люба, очень часто попадают под злое влияние моих поклонников и обращаются к ним за помощью, чтобы осуществить свои планы и решить свои проблемы.</w:t>
      </w:r>
    </w:p>
    <w:p>
      <w:r>
        <w:t>Они считают, что мы даём людям свободу. Но моя свобода условна и зависит от стабильности финансовых фондов. Она не имеет прочного основания, а твоя свобода настоящая и вечная, и те, кого ты, Люба, освобождаешь, поистине становятся свободными. И мне так нравится дарить себя этим людям, которые имеют тебя, Люба. Они умеют мною пользоваться, и, вооружаясь моим влиянием, успешно достигают своих целей. При этом они не прилепляются ко мне, но, имея тебя, Люба, любят друг друга, оставаясь верными тебе.</w:t>
      </w:r>
    </w:p>
    <w:p>
      <w:r>
        <w:t>Но, к сожалению, если я перестаю быть средством даже в руках этих людей, а становлюсь целью и смыслом, то эти несчастные очень быстро теряют тебя из виду, хоть и продолжают носить твоё имя.</w:t>
      </w:r>
    </w:p>
    <w:p>
      <w:r>
        <w:t>Какая тонкая грань!»</w:t>
      </w:r>
    </w:p>
    <w:p>
      <w:r>
        <w:t>«Но так будет не всегда, Моня. Я очень скоро положу конец этому миру, а всем, кто имеет меня, дам вечное наследие в вечное пользование. Я стану вечной радостью на их лицах и вечным счастьем в их сердцах. Очень скоро всё это закончится, и я всем, живущим на этой планете, покажу истинную свою ценность и неувядающую красоту».</w:t>
      </w:r>
    </w:p>
    <w:p>
      <w:r>
        <w:t>«Как хорошо с тобою, Люба. Давай почаще встречаться. Может, и мои последователи услышат твой голос и откроют тебе? Как я этого желаю! Тогда и я смогу через них направить всё своё могущество и влияние для достижения твоих планов и целей».</w:t>
      </w:r>
    </w:p>
    <w:p>
      <w:r>
        <w:t>«Как я рада, что ты, Моня, понимаешь меня. Мне тоже приятно использовать тебя в своих проектах, но вот где найти тех менеджеров, которым можно тебя доверить, дабы они стали каналами, а не мешками для изобилия? Надеюсь, что у нашего Отца очень много таких детей. Я их готовлю к этой миссии, и чем больше у них меня, тем больше им я могу доверить тебя, Моня. А сейчас мне нужно идти. Я чувствую жажду тех, кто искал меня и нашёл, и просит меня прийти. До встречи. Не забывай меня, и я подарю тебя, Моня, всем тем, кто жаждет приблизить мой день».</w:t>
      </w:r>
    </w:p>
    <w:p>
      <w:r>
        <w:t>«Пока, Люба, до встречи на следующей неделе».</w:t>
      </w:r>
    </w:p>
    <w:p>
      <w:r>
        <w:t>Святость в финансах — это моё личное понимание того, Кому принадлежат все материальные блага, доверенные в моё пользование, и соответственное отношение к этим средствам как к возможности послужить ими людям.</w:t>
      </w:r>
    </w:p>
    <w:p>
      <w:r>
        <w:t>Бог является Владельцем всех земных богатств, и Он внимательно следит за тем, как я распоряжаюсь всем, что мне доверено.</w:t>
      </w:r>
    </w:p>
    <w:p>
      <w:r>
        <w:t>Моё правильное понимание того, Кто есть истинный Владелец моих финансов и богатств, открывает мне возможности правильно их использовать.</w:t>
      </w:r>
    </w:p>
    <w:p>
      <w:r>
        <w:t>Моя финансовая неграмотность даже при высоком доходе приносит в мою жизнь бедность и постоянную нехватку денег.</w:t>
      </w:r>
    </w:p>
    <w:p>
      <w:r>
        <w:t>Святость в финансах — это умение зарабатывать деньги, понимание того, чьи они, умение мудро тратить их на насущные нужды, умение вкладывать их в добрые дела, умение копить их в Небесных хранилищах, способность умножать их честным путём. Это искренность в посвящении их Богу.</w:t>
      </w:r>
    </w:p>
    <w:p>
      <w:r>
        <w:t>Наличие денег или отсутствие их не говорят о моей духовности и не могут быть основанием моего счастья, но нищета или пресыщение способны стать большим соблазном для моей души, привнести в мою жизнь суету или лишить меня Вечной надежды. А любовь учит меня правильно относиться ко всему, что мне доверено в земном владении, мудро это зарабатывать и тратить, вкладывая в каждое дело всю свою любовь.</w:t>
      </w:r>
    </w:p>
    <w:p>
      <w:pPr>
        <w:pStyle w:val="Heading2"/>
      </w:pPr>
      <w:r>
        <w:t>Библейские стихи к этой главе:</w:t>
      </w:r>
    </w:p>
    <w:p>
      <w:r>
        <w:t>Прит.30:7-9; Мф.6:24; Лк.12:15-21; 18:24-30; 19:8-10; Пс.36:16-17; 51:9-11; 72:1-28; Прит.3:13-18; 11:4,16,28; 13:7-11; 14:24; 19:4; 22:4,16; 23:4-5; 28:22; Еккл.5:9-18; 9:11; Песн.8:7</w:t>
      </w:r>
    </w:p>
    <w:p>
      <w:pPr>
        <w:pStyle w:val="Heading2"/>
        <w:pageBreakBefore/>
      </w:pPr>
      <w:r>
        <w:t>Глава 95</w:t>
      </w:r>
    </w:p>
    <w:p>
      <w:pPr>
        <w:pStyle w:val="Heading1"/>
      </w:pPr>
      <w:r>
        <w:t>Не та святость</w:t>
      </w:r>
    </w:p>
    <w:p>
      <w:r>
        <w:t>Изучая вопрос святости, я понял, что она должна присутствовать абсолютно во всех сферах моей жизнедеятельности и при этом нести чистое и радостное свидетельство о моём Боге окружающему миру. Господь желает быть прославленным в моей жизни, и Он жаждет, чтобы это прославление было верным и всесторонним.</w:t>
      </w:r>
    </w:p>
    <w:p>
      <w:r>
        <w:t>Я многое не умею и не во всём правильно разбираюсь. Есть такие сферы жизни, где я совсем не специалист. Но, когда я понимаю, что Бог ожидает от меня чего-то особого, предлагая при этом мне всему научиться, тогда я становлюсь ответственным за принятие или отвержение предоставленных возможностей.</w:t>
      </w:r>
    </w:p>
    <w:p>
      <w:r>
        <w:t>Зная особенности человеческого мышления, Господь очень нежно и терпеливо к нам относится, когда что-то нам предлагает.</w:t>
      </w:r>
    </w:p>
    <w:p>
      <w:r>
        <w:t>Мне очень важно не забывать тот путь, которым вёл меня Господь. Мне необходимо помнить, как Он меня учил и питал Небесным хлебом, как Он носил меня на Своих руках, когда я падал и не мог идти дальше, как Он ласково меня обличал, и с какой любовью меня наказывал. Иисус вложил в меня всю Свою любовь, чтобы помочь мне подняться над суетой этого мира и обрести разум праведника.</w:t>
      </w:r>
    </w:p>
    <w:p>
      <w:r>
        <w:t>Господь ожидает от меня святости в моём личном посвящении Ему всех вопросов своей жизни, и поэтому Он посылает в окна моей души изобилие Своего света. И чтобы они были чистыми, Он предлагает мне купить у Него глазную мазь, которая смывает всякую грязь с окон души домика счастья и защищает меня от чужого света, от незваных посетителей, которые не желают входить дверью.</w:t>
      </w:r>
    </w:p>
    <w:p>
      <w:r>
        <w:t>Я замечал ранее за собой одну очень неприятную особенность, о которой мне стыдно говорить. Когда Господь посылал мне Свой свет и открывал в этом свете Свою волю, тогда я начинал применять полученные истины к своим ближним или к членам своей церкви. Я даже становился великим в своих глазах, видя, насколько мои друзья не соответствуют Божьим стандартам. И я всегда спешил им об этом рассказать. И я удивлялся тому, что они огорчались из-за меня и затем избегали общения со мной. А если я не видел конкретного человека, к которому бы подходили Божьи критерии, то я придумывал его себе и мог даже публично рассказать о том, что есть такие верующие, которые не живут так, как учит Библия, а ещё называются христианами. И, конечно, на фоне подобных людей я был очень святым в своих глазах. Меня просто распирало от такой святости, и я готов был обличать всех и всё, что меня окружало. Наиболее печально то, что я имел поддержку в таком служении. Я был особенно популярен у тех, кто обладал тем же духом критики, считая его важным даром от Бога.</w:t>
      </w:r>
    </w:p>
    <w:p>
      <w:r>
        <w:t>И я не из воздуха придумывал поддержку своим амбициям, но имел твёрдое Библейское основание. Читая призыв из Ис.58:1: «Взывай громко, не удерживайся; возвысь голос твой, подобно трубе, и укажи народу Моему на беззакония его, и дому Иаковлеву — на грехи его», я буквально это и понимал, поэтому начинал искать эти грехи в чужих судьбах, чтобы указать верующим на их беззакония. Не я один попался в такую ловушку собственной святости. К сожалению, сейчас очень многие занимаются этим делом или поддерживают тех, кто осмелился открыто вести себя подобным образом.</w:t>
      </w:r>
    </w:p>
    <w:p>
      <w:r>
        <w:t>Но это не та святость, которую хочет видеть во мне Господь. Посылая мне свет, Он желает убедить меня пересмотреть свою жизнь, заглянуть в своё сердце, взвесить свои мотивы, изучить свои слова и дела и сделать выводы. Вставая на такой путь самоанализа, я начинаю видеть, какой я бедный человек, ведь я делаю то, что не должно делать, и я не всегда имею правильные мотивы. Печально, однако, что я пытаюсь обмануть Бога в оправдании себя. Я желаю убедить Его в том, что я не такой плохой, и у меня всё чисто, тогда как вся моя душа открыта Ему как на ладони во всей своей нечистоте и греховности. И что Богу делать с таким человеком? Он не может заставить меня покаяться или признать свою нечистоту, но нежно вскрывает эти пороки моему разуму, желая, чтобы я сам их озвучил Ему.</w:t>
      </w:r>
    </w:p>
    <w:p>
      <w:r>
        <w:t>Говоря Господу о своих грехах, я не сообщаю Ему что-то новое или печальное, что рушит наши отношения, но освобождаю своё сердце от этого мусора. Если меня одолевает какая-то порочная страсть или увлечение, то Бог это сразу видит ещё до того, как я это осознаю, а вот моя совесть может притупиться, сгореть или уснуть. А я не придаю греху значения, но пытаюсь убедить Бога в том, что я не такой уж и плохой на фоне других людей.</w:t>
      </w:r>
    </w:p>
    <w:p>
      <w:r>
        <w:t>Например, поговорим о санитарной реформе. Попробуйте публично заявить о том, что вы едите или пьёте нечто такое, от чего Бог предлагает воздерживаться. И вы удивитесь тому, как много цитат написано по этому вопросу. Некоторые люди просто завалят вас всевозможными выдержками из трудов богодухновенных авторов. А если вы не покаетесь, то ваше общественное свидетельство будет расцениваться как публичное отречение от веры, и у вас появятся противники, которые начнут спасать остальных членов церкви от вашего пагубного влияния.</w:t>
      </w:r>
    </w:p>
    <w:p>
      <w:r>
        <w:t>Я не скажу, что кто-то прав в этой ситуации, или кто-то не прав, но это то, что сейчас происходит в среде Божьего народа. Мы так заняты святостью других людей, что забываем о своей. Не про всех нас это сказано. Это я про себя так пишу. Я не понаслышке знаю подобную ситуацию. Я был на разных сторонах этой баррикады. А Бог предлагает нам строить мосты, а не стены в отношениях.</w:t>
      </w:r>
    </w:p>
    <w:p>
      <w:r>
        <w:t>Своими силами невозможно выбраться из этого водоворота, и многие разочаровываются и покидают церкви, и гибнут. Одним надоедают сплетники и судьи, а других не устраивает общество падших грешников. И как решить эту дилемму?</w:t>
      </w:r>
    </w:p>
    <w:p>
      <w:r>
        <w:t>Любовь очень быстро учит совершенно иному взгляду и подходу к вещам. Она даёт наиболее правильный ответ на все мои амбиции, вопросы и притязания. Она открывает мне моё сердце и предлагает навести в нём порядок. А затем любовь вынимает брёвна из моих глаз и учит меня тому, как я могу вынуть сучок из глаза моего друга, или показывает, что сейчас этого не стоит делать.</w:t>
      </w:r>
    </w:p>
    <w:p>
      <w:r>
        <w:t>Любовь ведёт меня к святости во всех вопросах. Она делает это очень мудро и деликатно. Она ждёт, не торопит, но и не оставляет намеченной цели. И если я избираю другой путь, то она, подобно навигатору, сообщает мне самые оптимальные маршруты и руководит моим движением к месту назначения.</w:t>
      </w:r>
    </w:p>
    <w:p>
      <w:r>
        <w:t>Вечность — это то место, куда нам всем стоит обязательно попасть. И любовь является самым прямым и непосредственным представителем Вечности. Она учит меня вечным и правильным законам. Она просто не знает других правил жизни, но только Божьи принципы и стандарты. Но при этом она понимает грешника и нежно учит его праведности и чистоте.</w:t>
      </w:r>
    </w:p>
    <w:p>
      <w:r>
        <w:t>Любовь никогда не перестаёт действовать в сердцах тех, кто её получил, принял, сделал своею и дарит другим людям.</w:t>
      </w:r>
    </w:p>
    <w:p>
      <w:r>
        <w:t>Она сдерживает мои амбиции и разрушает их, предлагая пересмотреть мою жизнь и настроить её на стандарты Вечных ценностей.</w:t>
      </w:r>
    </w:p>
    <w:p>
      <w:r>
        <w:t>Счастье — это осознанная, целенаправленная жизнь по Небесным правилам. Я могу решить быть счастливым, живя во грехе, и у меня даже что-то получится, но ненадолго, потому что не будет иметь печати Божьего одобрения. Но моё соответствие и направленность к Небу дадут Богу право и желание благословлять меня в моём росте и любви.</w:t>
      </w:r>
    </w:p>
    <w:p>
      <w:pPr>
        <w:pStyle w:val="Heading2"/>
      </w:pPr>
      <w:r>
        <w:t>Библейские стихи к этой главе:</w:t>
      </w:r>
    </w:p>
    <w:p>
      <w:r>
        <w:t>1Ин.3:11-18; Мф.5:39-42; 7:1-5; Лк.6:37; Ин.7:24; 12:47-48; Рим.2:17-24; 14:12- 13; 1Кор.2:10-16; 4:1-5; 6:1-8; 3Цар.3:8-14; Пс.7:9; 81:2-3; 95:10-13; Еккл.3:17; Иак.4:7-12; 2Пет.1:5-11</w:t>
      </w:r>
    </w:p>
    <w:p>
      <w:pPr>
        <w:pStyle w:val="Heading2"/>
        <w:pageBreakBefore/>
      </w:pPr>
      <w:r>
        <w:t>Глава 96</w:t>
      </w:r>
    </w:p>
    <w:p>
      <w:pPr>
        <w:pStyle w:val="Heading1"/>
      </w:pPr>
      <w:r>
        <w:t>Второе Пришествие Христа</w:t>
      </w:r>
    </w:p>
    <w:p>
      <w:r>
        <w:t>Занимаясь строительством своего счастья и стремясь к своей святости, я оставляю многие вещи, которые привязывают меня к этому миру и мешают мне жить чистой жизнью. Если посмотреть на мою жизнь и попытаться понять, для чего я лишаю себя многих земных наслаждений и греховных удовольствий, то стоит задуматься, какова конечная цель моего строения. Ради чего я хочу быть святым, и какая польза мне от моего воздержания во всём?</w:t>
      </w:r>
    </w:p>
    <w:p>
      <w:r>
        <w:t>Если судить о моей вере с позиции этого мира, то можно догадаться, что я странно выгляжу, и мне приклеивается ярлык «сектант», который всем сообщает о том, что я не такой «нормальный», как все остальные люди. Для многих сектант — это не человек, а фанатик своей веры, и мало кто пытается разобраться, во что я верю, и как моё упование изменило мою жизнь.</w:t>
      </w:r>
    </w:p>
    <w:p>
      <w:r>
        <w:t>Люди во всём мире ежегодно желают счастья друг другу, даже не понимая основ и принципов счастливой жизни. Да, счастье есть, и оно доступно каждому, кто захочет его иметь, но необходимо изучить его принципы и закономерности, чтобы жить в нём. Дом счастья, построенный на грехе, когда-то обязательно рухнет, а дом, имеющий твёрдое библейское Основание, устоит.</w:t>
      </w:r>
    </w:p>
    <w:p>
      <w:r>
        <w:t>Кульминацией моего строительства будет особое событие, которое изменит всё и положит конец этому миру, всем земным планам и притязаниям. Речь идёт о Втором Пришествии Христа. Его называют ещё «концом света», но я не могу понять, как может быть концом то, что начинается, чтобы никогда не закончиться. Второе Пришествие — это начало всей полноты света. Это конец истории греха и продолжение жизни в Вечности. И если бы данного события не было, то вся наша вера с её основами и притязаниями оказалась бы тщетной. И какая бы нам была польза от всего нашего строительства? Разве что краткое прозябание в этом суетливом мире без особой суеты.</w:t>
      </w:r>
    </w:p>
    <w:p>
      <w:r>
        <w:t>Смерть подводит итог всем нашим планам, и если нет воскресения, то мы становимся несчастнее всех человеков. Однако это не так. Христос придёт, и Его Второе Пришествие состоится. Я в это верю, и это является основанием моего упования. Всё, что я делаю, живя в этом мире, происходит в соответствии с этим моим ожиданием. И это событие очень чётко покажет всем людям, какая огромная разница будет между верующими в Бога и ожидающими Его и теми, кто не думал о своём спасении или ничего не делал, чтобы спастись.</w:t>
      </w:r>
    </w:p>
    <w:p>
      <w:r>
        <w:t>Моя любовь томится в этом мире, живя в окружении греха. Грех дерзко поднимает свою уродливую голову и желает установить своё знамя и в моём сердце, но любовь хранит меня в этой борьбе и даёт мне победу. Я не знаю, как долго мне ещё отведено жить в этом мире, и буду ли я в числе живых встречать своего Господа, но я готовлюсь к Его Пришествию и стараюсь побольше всего узнать о своём Спасителе. Я стремлюсь быть очень похожим на Него по любви и характеру. Мне на самом деле крайне интересно встретиться с Тем, Кто спас меня от власти греха, давал мне свет и силу, чтобы жить чистой жизнью, Кто учил меня любить и производил много перемен в моём сердце. Мои глаза увидят очи моего Господа, мои руки обнимут Его, мои колени преклонятся перед Ним, и мои уста будут славить Его. Я буду взят из этого мира, чтобы вечно жить в присутствии Бога Отца и Сына.</w:t>
      </w:r>
    </w:p>
    <w:p>
      <w:r>
        <w:t>Какая славная картина откроется всему миру! Вдали, на небе, появляется маленькая светящаяся точка величиной с половину человеческой ладони. И по мере приближения свет неописуемой славы озаряет всю Землю.</w:t>
      </w:r>
    </w:p>
    <w:p>
      <w:r>
        <w:t>Внимание всех живущих приковано к этому свету. И вдруг люди начинают понимать, что происходит что-то великое в истории планеты. К Земле приближается её Создатель, через Которого всё начало быть. Все голоса умолкают. А Небесная церемония приближается. И мы видим ангелов и слышим их пение. Небеса сворачиваются в рулон, открывая путь Господу, Который всё ближе и ближе спускается к Земле.</w:t>
      </w:r>
    </w:p>
    <w:p>
      <w:r>
        <w:t>Земля начинает колебаться от Божьего присутствия, и происходит великое землетрясение, которое разрушает всякое строение, кроме моего домика счастья. Я в трепете наблюдаю за этим славным явлением, и мои уста шепчут слова благословений, которые приходят мне на память. О, этот всепроникающий взор Иисуса! Он, подобно острому мечу, входит в самое моё сердце, и я в страхе и трепете смотрю, не зная, что со мной будет. Смогу ли я устоять в Его присутствии? На какое-то время всё смолкает. Христос окидывает Своим всевидящим взглядом всю Землю и произносит слова Вечного благословения для Своего народа. И крик неописуемой радости наполняет всё пространство. Господь произносит приказ пробудиться всем лежащим во мраке. Труба Архангела возвещает о часе пробуждения, земля колеблется и открывает свои недра, чтобы отдать Господу всех покоящихся в её прахе. Мёртвые во Христе воскресают прежде. Их новые тела облечены в одеяния света. Любящие друзья узнают друг друга. Матери получают своих детей. Умершие в муках восклицают от радости освобождения и полученного нового нетленного тела. Боль прошлой смерти сменяется восторгом. И вся эта радостная компания с криками хвалы и восторга взирает на улыбающегося Иисуса, и неведомая Сила поднимает этих людей на облако, на котором восседает Господь.</w:t>
      </w:r>
    </w:p>
    <w:p>
      <w:r>
        <w:t>Затем мы, оставшиеся в живых, во мгновенье ока преображаемся, получая новые тела, и неведомая Сила отрывает нас от поверхности земли, неся нас навстречу Иисусу. Я приближаюсь к своему Небесному Другу, Которого, не видя, любил, Которого, не зная, постиг настолько хорошо, что не мог без Него жить; ради Которого я готов был умереть и оставил всё. Моё сердце трепещет. Я не знаю, что я услышу, и что будет дальше, а просто лечу на эту встречу и предвкушаю что-то хорошее. Мой невидимый Бог стал видимым. Наши глаза встречаются, и я не могу сдержать слёзы радости. Моё сердце говорит мне о том, что все испытания позади, и теперь начинается то, к чему я так долго с верою стремился. Я поклоняюсь своему Спасителю и не отрываю от Него свой взор. Вот Он, мой дорогой Иисус, такой родной и близкий! Какой Он прекрасный! Лучше тысячи тысяч!</w:t>
      </w:r>
    </w:p>
    <w:p>
      <w:r>
        <w:t>Я слышу, как меня зовут по имени до боли знакомые голоса. Оборачиваюсь и вижу сияющие лица моих счастливых друзей, со многими из которых нас разлучила смерть и испытания последних дней. Я приятно удивляюсь, замечая знакомые дорогие лица, и падаю в объятия этих людей. Слёзы радости и возгласы счастья наполняют всё пространство. А затем мы вместе дружно вновь начинаем взирать на Иисуса. Как хочется и Его обнять! А Он даёт нам понять, что это скоро случится.</w:t>
      </w:r>
    </w:p>
    <w:p>
      <w:r>
        <w:t>Краем глаза мы смотрим на Землю и видим, что вся она объята ветрами и огнём, но наш взор вновь обращается к Иисусу, и наши голоса сливаются с ангельским пением, и мы все вместе поём песню победы Тому, Кто восседает на престоле славы и есть Царь царей и Господь господствующих.</w:t>
      </w:r>
    </w:p>
    <w:p>
      <w:r>
        <w:t>Какие прекрасные перспективы открываются нашему воображению!</w:t>
      </w:r>
    </w:p>
    <w:p>
      <w:r>
        <w:t>Наша радостная процессия начинает удаляться от Земли, погружаясь в открытый космос. Мы стремительно летим к Небесному городу, который приготовлен для нас и по праву наш.</w:t>
      </w:r>
    </w:p>
    <w:p>
      <w:r>
        <w:t>Вся Небесная семья объединяется в одно ликующее общество. Бог Отец нежно обнимает каждого из нас и приглашает нас войти в Свою радость, что мы с удовольствием и делаем.</w:t>
      </w:r>
    </w:p>
    <w:p>
      <w:pPr>
        <w:pStyle w:val="Heading2"/>
      </w:pPr>
      <w:r>
        <w:t>Библейские стихи к этой главе:</w:t>
      </w:r>
    </w:p>
    <w:p>
      <w:r>
        <w:t>Пс.49:3-6; Мк.8:38; Мф.24; Мк.13; Лк.21; Ин.14:1-3; Деян.1:9-11; 1 Кор.15:51- 54; 1 Фес.4:13-18; 5:1-6; 2 Фес.1:7-10; 2:8; 2Тим.3:1-5; Тит.2:13; Евр.9:28; Откр.1:7; 14:14-20; 19:11-21</w:t>
      </w:r>
    </w:p>
    <w:p>
      <w:pPr>
        <w:pStyle w:val="Heading2"/>
        <w:pageBreakBefore/>
      </w:pPr>
      <w:r>
        <w:t>Глава 97</w:t>
      </w:r>
    </w:p>
    <w:p>
      <w:pPr>
        <w:pStyle w:val="Heading1"/>
      </w:pPr>
      <w:r>
        <w:t>Старость — это радость</w:t>
      </w:r>
    </w:p>
    <w:p>
      <w:r>
        <w:t>Мы живём накануне великих событий, которые обязательно произойдут, потому что предсказаны в Библии. А одно великое событие происходит у меня на глазах, прямо в моей жизни. Это приближение конца моего пути в этой земной истории. И даже если я в это не верю или не задумываюсь над этим, я никуда не денусь и перешагну и этот рубеж своей истории. Но вначале я войду в заключительную стадию моего роста, чтобы вкусить все прелести жизни.</w:t>
      </w:r>
    </w:p>
    <w:p>
      <w:r>
        <w:t>Вы когда-то впадали в уныние от того, что не умеете летать? Было ли у вас разочарование в жизни от того, что вы не можете жить под водой или в вечной мерзлоте? Странные вопросы, которые вызывают сочувствующую улыбку в отношении того, кто их задаёт.</w:t>
      </w:r>
    </w:p>
    <w:p>
      <w:r>
        <w:t>Есть разные физические способности и особенности, которые мы принимаем как факт и неизбежность и живём с этим, ничуть не переживая, что это не для нас.</w:t>
      </w:r>
    </w:p>
    <w:p>
      <w:r>
        <w:t>Но существует одна неизбежная проблема, которая лишает покоя очень многих людей, держит их в страхе, вводит их в уныние и совершенно не радует. Это приближение старости.</w:t>
      </w:r>
    </w:p>
    <w:p>
      <w:r>
        <w:t>Никто не знает, в каком возрасте она начинается, но так хочется, чтобы её у меня никогда не было. Так хочется быть молодым и энергичным, иметь запас жизненных сил и здоровья, быть красивым и гладким. Но время идёт и не щадит никого. Мы даже знаем примерно, сколько нам ещё жить в этом мире, но порою поступаем так, как будто никогда не умрём.</w:t>
      </w:r>
    </w:p>
    <w:p>
      <w:r>
        <w:t>Каждый год в этот мир рождаются люди, и нас окружают ближние разных возрастных категорий. И мы вместе со всеми идём из года в год, проходя все возрастные рубежи и подходим к пункту под названием могила. У кого-то эта встреча происходит рано и неожиданно, а кто-то ждёт её и желает скорее туда сойти, а не может. И весь смысл жизни сводится к тому, что мы рождаемся, чтобы умереть. И именно наличие смерти лишает смысла всю нашу жизнь и всё, что мы здесь достигаем, если на этом приходит всему конец.</w:t>
      </w:r>
    </w:p>
    <w:p>
      <w:r>
        <w:t>Но Бог даёт надежду, что смерть — это только сон и переходный этап к чему-то новому и прекрасному. Если же я поверю в Него, в своего Спасителя от греха, Иисуса, и буду жить в послушании Его воле и закону, то мне даётся Вечная жизнь уже на этой Земле и в Божьем Царстве.</w:t>
      </w:r>
    </w:p>
    <w:p>
      <w:r>
        <w:t>Мой возраст — это своего рода жизненные стадии, которые я прохожу независимо от моего желания остановить их или ускорить. И каждый этап моей жизни открывает мне новые возможности и перспективы, учит меня чему-то и безвозвратно лишает меня того, что осталось в прошлом.</w:t>
      </w:r>
    </w:p>
    <w:p>
      <w:r>
        <w:t>Важен вопрос: не сколько я проживу, а как? Чем я наполню своё сознание? Зачем мне всё это нужно?</w:t>
      </w:r>
    </w:p>
    <w:p>
      <w:r>
        <w:t>Бог изначально, давая нам жизнь, не планировал её сокращать или заканчивать. Но в мир вошёл грех, а вместе с ним и смерть. И Бог, по Своей милости, сократил нам срок жизни в этом суетном мире, желая дать нам что-то лучшее и вечное. Только с Ним и в Нём жизнь приобретает смысл и значение. А чтобы сделать этот отрезок времени прекрасным, Бог дарует нам различные таланты для служения друг другу, чтобы украсить нашу жизнь счастьем, любовью, дружбой, чтобы сделать наши будни прекрасными и жизнерадостными.</w:t>
      </w:r>
    </w:p>
    <w:p>
      <w:r>
        <w:t>Каждый новый возраст открывает мне новые перспективы развития и познания тайн бытия. Например, мы видим, что ясли, детский сад, школа, училище, институт являются переходными формами жизни, которые развивают личность, дают знания, воспитывают человека и готовят к чему-то лучшему. И житейская мудрость — это не что-то случайное, а то, что складывается по кусочкам в течение всей жизни. С годами ты начинаешь понимать, что и как лучше делать, а чего совершать не стоит. В 20 лет приходит осознание, что ты самостоятельный, в 30 лет, что ты уже взрослый, в 40 лет, что ты уже достаточно прожил, в 50 лет, что жизнь продолжается, а в 60 лет пока не знаю, но потом расскажу.</w:t>
      </w:r>
    </w:p>
    <w:p>
      <w:r>
        <w:t>Я раньше слышал о кризисе среднего возраста и всё ждал, когда он у меня начнётся, но так и не дождался. Видимо, любовь отвлекла меня от этих ожиданий и заглушила все переживания.</w:t>
      </w:r>
    </w:p>
    <w:p>
      <w:r>
        <w:t>Любовь — это чудо жизни и самый лучший её наполнитель. Она придаёт смысл всему в любом возрасте. Она делает все мои дела прекрасными и значимыми не только для меня, но и для окружающих. Она несёт в себе семена радости, мира и счастья и разбрасывает их, где только можно.</w:t>
      </w:r>
    </w:p>
    <w:p>
      <w:r>
        <w:t>Когда ты любишь, тогда проблемы старения уходят на задний план, и остаётся только цель стать похожим на Иисуса в своей любви к людям, открыть ближним характер Бога в своей жизни. А мои года только прибавляют мне практический опыт, чтобы, имея его, я не повторял прошлых ошибок.</w:t>
      </w:r>
    </w:p>
    <w:p>
      <w:r>
        <w:t>Альберт Эйнштейн однажды сказал: «Все мы гении. Но если вы будете судить рыбу по её способности взбираться на дерево, она проживёт всю жизнь, считая себя дурой».</w:t>
      </w:r>
    </w:p>
    <w:p>
      <w:r>
        <w:t>И я замечаю, что я порою себя именно так и считаю, когда начинаю сравнивать себя с теми, кто не такой, как я, кто достиг чего-то, чего я не смог достичь. Я списываю себя со счёта истории, уступая дорогу молодым и перспективным не потому, что я этого хочу, а потому, что этот мир так мне внушил. Я перестаю к чему-то стремиться и что-то познавать, потому что меня убедили, что я старый, и мне осталось только умереть. Даже девиз придумали: «Живи, пока молодой!»</w:t>
      </w:r>
    </w:p>
    <w:p>
      <w:r>
        <w:t>А заявление «Я молодой!» звучит порою так гордо, будто это решение на всю жизнь. А она идёт своим чередом, и время спокойно рушит все эти амбиции.</w:t>
      </w:r>
    </w:p>
    <w:p>
      <w:r>
        <w:t>Любовь и дружба — это лучшая альтернатива любому кризису среднего возраста, любому болезненному восприятию приближения старости, любому осознанию неизбежности смерти.</w:t>
      </w:r>
    </w:p>
    <w:p>
      <w:r>
        <w:t>Любовь — это вечность в моём сердце. И как Вечная жизнь открывает перспективу вечного возрастания, так и любовь даёт мне перспективу бесконечного развития и радость нескончаемых побед в этой земной жизни. Она оставляет после себя неизгладимый след своего влияния. Любящий человек не имеет возраста. Он имеет любовь, которая всё покрывает. Когда я встречаюсь с тем, кто меня любит, и ощущаю на себе это влияние, тогда меня меньше всего волнует вопрос, сколько ему лет. Я наслаждаюсь обществом этого человека и черпаю из его отношения ко мне то самое ценное, чего так жаждет моя душа, — быть любимым и нужным ему. Ведь именно любовь делает всех людей нужными и перспективными. Она принимает всего человека целиком и хранит его в этом принятии всю жизнь, радуясь тому, что он есть, и неважно, сколько ему лет.</w:t>
      </w:r>
    </w:p>
    <w:p>
      <w:r>
        <w:t>Любовь и дружба — это самая востребованная валюта отношений. Никакая подделка не принимается и распознаётся очень быстро. Ценен только оригинал.</w:t>
      </w:r>
    </w:p>
    <w:p>
      <w:r>
        <w:t>Бог дал нам законы здоровья, чтобы сделать нашу жизнь счастливее, чтобы защитить нас от болезней, чтобы не затуманить наше сознание, и любовь влечёт нас к этому знанию, ибо ей нравится развиваться и жить в здоровом теле. Для неё существует бессмертный девиз: «Никогда не поздно начинать, и всегда можно чему-то научиться».</w:t>
      </w:r>
    </w:p>
    <w:p>
      <w:r>
        <w:t>Решайся жить, мой друг! Жить со смыслом. Жить, чтобы любить. Тогда и не заметишь мирского монстра под названием старость. Просто не останется времени, чтобы обращать на него внимание. И каждый возраст будет по-своему прекрасен, и любовь станет лучшим украшением и продолжением твоей жизни.</w:t>
      </w:r>
    </w:p>
    <w:p>
      <w:pPr>
        <w:pStyle w:val="Heading2"/>
      </w:pPr>
      <w:r>
        <w:t>Библейские стихи к этой главе:</w:t>
      </w:r>
    </w:p>
    <w:p>
      <w:r>
        <w:t>Лев.19:32; Иов.12:12; Пс.89:10,12; Пс.23:6; 36:25; 70:9,17-18; 90:16; 91:13-16; Ис.46:3-4; Иов.42:17; Прит.3:1-2,16; 9:10-11; 19:27; 16:31; 20:29; Евр.13:5; Втор.5:33; 6:2; 1Тим.5:1-2</w:t>
      </w:r>
    </w:p>
    <w:sectPr w:rsidR="00FC693F" w:rsidRPr="0006063C" w:rsidSect="00034616">
      <w:pgSz w:w="11906" w:h="16838"/>
      <w:pgMar w:top="1304" w:right="1304" w:bottom="130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Times New Roman" w:hAnsi="Times New Ro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Times New Roman" w:hAnsi="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Немножко о счастье</dc:title>
  <dc:subject/>
  <dc:creator>Андрей Карпекин</dc:creator>
  <cp:keywords/>
  <dc:description>generated by python-docx</dc:description>
  <cp:lastModifiedBy>Андрей Карпекин</cp:lastModifiedBy>
  <cp:revision>1</cp:revision>
  <dcterms:created xsi:type="dcterms:W3CDTF">2013-12-23T23:15:00Z</dcterms:created>
  <dcterms:modified xsi:type="dcterms:W3CDTF">2013-12-23T23:15:00Z</dcterms:modified>
  <cp:category/>
</cp:coreProperties>
</file>