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Школа Любви Агапэ</w:t>
      </w:r>
    </w:p>
    <w:p>
      <w:pPr>
        <w:pStyle w:val="Subtitle"/>
      </w:pPr>
      <w:r>
        <w:t>Уроки 851–900</w:t>
      </w:r>
    </w:p>
    <w:p>
      <w:r>
        <w:t>Андрей Карпекин</w:t>
      </w:r>
    </w:p>
    <w:p>
      <w:r>
        <w:t>https://www.karpekin.de</w:t>
      </w:r>
    </w:p>
    <w:p>
      <w:r>
        <w:br w:type="page"/>
      </w:r>
    </w:p>
    <w:p>
      <w:pPr>
        <w:pStyle w:val="Heading1"/>
      </w:pPr>
      <w:r>
        <w:t>Содержание</w:t>
      </w:r>
    </w:p>
    <w:p>
      <w:r>
        <w:t>Урок 851. Свидетельство Верного Свидетеля</w:t>
      </w:r>
    </w:p>
    <w:p>
      <w:r>
        <w:t>Урок 852. Кем является невеста Христа?</w:t>
      </w:r>
    </w:p>
    <w:p>
      <w:r>
        <w:t>Урок 853. Принципиальный подход</w:t>
      </w:r>
    </w:p>
    <w:p>
      <w:r>
        <w:t>Урок 854. Равнодушие</w:t>
      </w:r>
    </w:p>
    <w:p>
      <w:r>
        <w:t>Урок 855. Супружеская неверность</w:t>
      </w:r>
    </w:p>
    <w:p>
      <w:r>
        <w:t>Урок 856. Духовная неверность</w:t>
      </w:r>
    </w:p>
    <w:p>
      <w:r>
        <w:t>Урок 857. Стадии семейной жизни</w:t>
      </w:r>
    </w:p>
    <w:p>
      <w:r>
        <w:t>Урок 858. Должна ли жена работать?</w:t>
      </w:r>
    </w:p>
    <w:p>
      <w:r>
        <w:t>Урок 859. Любовь в своих буднях</w:t>
      </w:r>
    </w:p>
    <w:p>
      <w:r>
        <w:t>Урок 860. Творческая сила любви</w:t>
      </w:r>
    </w:p>
    <w:p>
      <w:r>
        <w:t>Урок 861. Женская территория</w:t>
      </w:r>
    </w:p>
    <w:p>
      <w:r>
        <w:t>Урок 862. Молитва за семью</w:t>
      </w:r>
    </w:p>
    <w:p>
      <w:r>
        <w:t>Урок 863. Живая вода жизни</w:t>
      </w:r>
    </w:p>
    <w:p>
      <w:r>
        <w:t>Урок 864. Источник воды живой</w:t>
      </w:r>
    </w:p>
    <w:p>
      <w:r>
        <w:t>Урок 865. Здесь начинаюсь я</w:t>
      </w:r>
    </w:p>
    <w:p>
      <w:r>
        <w:t>Урок 866. Возможна ли чистая дружба между мужчиной и женщиной?</w:t>
      </w:r>
    </w:p>
    <w:p>
      <w:r>
        <w:t>Урок 867. Одержимость</w:t>
      </w:r>
    </w:p>
    <w:p>
      <w:r>
        <w:t>Урок 868. Смирение</w:t>
      </w:r>
    </w:p>
    <w:p>
      <w:r>
        <w:t>Урок 869. Гром среди ясного неба</w:t>
      </w:r>
    </w:p>
    <w:p>
      <w:r>
        <w:t>Урок 870. Ответственность перед Богом</w:t>
      </w:r>
    </w:p>
    <w:p>
      <w:r>
        <w:t>Урок 871. Беременность</w:t>
      </w:r>
    </w:p>
    <w:p>
      <w:r>
        <w:t>Урок 872. Сотрудничество</w:t>
      </w:r>
    </w:p>
    <w:p>
      <w:r>
        <w:t>Урок 873. Двойная забота</w:t>
      </w:r>
    </w:p>
    <w:p>
      <w:r>
        <w:t>Урок 874. Подготовка к родам</w:t>
      </w:r>
    </w:p>
    <w:p>
      <w:r>
        <w:t>Урок 875. Время рождаться</w:t>
      </w:r>
    </w:p>
    <w:p>
      <w:r>
        <w:t>Урок 876. А что не суета?</w:t>
      </w:r>
    </w:p>
    <w:p>
      <w:r>
        <w:t>Урок 877. Рождённый, чтобы жить</w:t>
      </w:r>
    </w:p>
    <w:p>
      <w:r>
        <w:t>Урок 878. Чудо Божьего творчества</w:t>
      </w:r>
    </w:p>
    <w:p>
      <w:r>
        <w:t>Урок 879. Самый главный человек</w:t>
      </w:r>
    </w:p>
    <w:p>
      <w:r>
        <w:t>Урок 880. Родителей не выбирают</w:t>
      </w:r>
    </w:p>
    <w:p>
      <w:r>
        <w:t>Урок 881. Первые шаги</w:t>
      </w:r>
    </w:p>
    <w:p>
      <w:r>
        <w:t>Урок 882. Маленькие детки — маленькие бедки</w:t>
      </w:r>
    </w:p>
    <w:p>
      <w:r>
        <w:t>Урок 883. Запрещать или направлять?</w:t>
      </w:r>
    </w:p>
    <w:p>
      <w:r>
        <w:t>Урок 884. Советы друга</w:t>
      </w:r>
    </w:p>
    <w:p>
      <w:r>
        <w:t>Урок 885. Формирование личности</w:t>
      </w:r>
    </w:p>
    <w:p>
      <w:r>
        <w:t>Урок 886. Мама</w:t>
      </w:r>
    </w:p>
    <w:p>
      <w:r>
        <w:t>Урок 887. Постоянство</w:t>
      </w:r>
    </w:p>
    <w:p>
      <w:r>
        <w:t>Урок 888. Постоянство в семье</w:t>
      </w:r>
    </w:p>
    <w:p>
      <w:r>
        <w:t>Урок 889. Воспитание в послушании</w:t>
      </w:r>
    </w:p>
    <w:p>
      <w:r>
        <w:t>Урок 890. Послушание в любви</w:t>
      </w:r>
    </w:p>
    <w:p>
      <w:r>
        <w:t>Урок 891. Границы послушания</w:t>
      </w:r>
    </w:p>
    <w:p>
      <w:r>
        <w:t>Урок 892. Мягкий язык</w:t>
      </w:r>
    </w:p>
    <w:p>
      <w:r>
        <w:t>Урок 893. Послушание в общем</w:t>
      </w:r>
    </w:p>
    <w:p>
      <w:r>
        <w:t>Урок 894. Самообладание</w:t>
      </w:r>
    </w:p>
    <w:p>
      <w:r>
        <w:t>Урок 895. Личный пример самообладания</w:t>
      </w:r>
    </w:p>
    <w:p>
      <w:r>
        <w:t>Урок 896. Крик и плач ребёнка</w:t>
      </w:r>
    </w:p>
    <w:p>
      <w:r>
        <w:t>Урок 897. Самообладание в аппетите</w:t>
      </w:r>
    </w:p>
    <w:p>
      <w:r>
        <w:t>Урок 898. Формирование аппетита</w:t>
      </w:r>
    </w:p>
    <w:p>
      <w:r>
        <w:t>Урок 899. Культура питания</w:t>
      </w:r>
    </w:p>
    <w:p>
      <w:r>
        <w:t>Урок 900. Навык чистоты и гигиены</w:t>
      </w:r>
    </w:p>
    <w:p>
      <w:r>
        <w:br w:type="page"/>
      </w:r>
    </w:p>
    <w:p>
      <w:pPr>
        <w:pStyle w:val="Heading1"/>
      </w:pPr>
      <w:r>
        <w:t>Урок 851. Свидетельство Верного Свидетеля</w:t>
      </w:r>
    </w:p>
    <w:p>
      <w:r>
        <w:t>В книге Откровение 3:14-22 мы находим обращение Христа к ангелу Лаодикийской Церкви. Вся эта книга написана символическим языком, который можно расшифровать и понять путём изучения всей Библии и знания истории христианства.</w:t>
      </w:r>
    </w:p>
    <w:p>
      <w:r>
        <w:t>Принято считать, что лаодикийский период начался в 1844 году, когда исполнилось самое долгое пророчество об очищении Небесного Святилища, в котором Иисус как наш Первосвященник перешёл во Святое Святых и приступил к заключительной фазе Своего служения.</w:t>
      </w:r>
    </w:p>
    <w:p>
      <w:r>
        <w:t>По сути, Господь обращается к Своему народу с самой удивительной вестью, которая очень глубока по своему содержанию и довольно обширна по смыслу для тех, кто решается погрузиться в неё с головой.</w:t>
      </w:r>
    </w:p>
    <w:p>
      <w:r>
        <w:t>Эту весть можно поделить на несколько частей, которые являются одним целым и теряют смысл в отрыве от полноты всего содержания.</w:t>
      </w:r>
    </w:p>
    <w:p>
      <w:r>
        <w:t>Вначале Верный Свидетель представляется Своему народу, называя Себя соответствующими именами. Затем Он, обращаясь лично ко мне, делится Своим свидетельством о том, кто я такой и в каком жалком состоянии нахожусь. После этого Он показывает мне выход из тёплого состояния, предлагая вступить с Ним в союз вечных торговых отношений. В символах Небесных товаров мне предоставляется вся Небесная полнота Божества, без покупки Которой я сам не смогу выйти из своего тёплого состояния и буду извергнут из уст Христа.</w:t>
      </w:r>
    </w:p>
    <w:p>
      <w:r>
        <w:t>Все последующие стихи обращены к тем, кто принял совет из текста 18. В них Иисус заверяет меня в Своей любви и призывает быть ревностным и постоянным в торговых отношениях, покаявшись в своём тёплом состоянии. После этого Он лично приходит ко мне, чтобы открыть мне смысл и глубину покупаемых товаров и научить меня пользоваться этим оружием для победы над силами зла и искушениями.</w:t>
      </w:r>
    </w:p>
    <w:p>
      <w:r>
        <w:t>Затем Господь называет награду победителя, как бы давая понять, что она принадлежит мне, если я приму всю весть и последую Его советам.</w:t>
      </w:r>
    </w:p>
    <w:p>
      <w:r>
        <w:t>Если вы сейчас наберёте в поиске словосочетание «Весть к Лаодикии», «Свидетельство Верного Свидетеля» или другие алгоритмы, относящиеся к этому посланию, то вам представится множество движений и групп, которые занимаются глубоким разбором первых четырёх стихов этой вести, описывающих плачевное состояние Божьего народа и обличающих его. Без понимания этого будет сложно почувствовать свою нужду в покаянии и то, насколько моё положение жалко в Божьих глазах. Хоть я уже и не принадлежу миру, но этот мир во мне ещё имеет место и очень искусно прикрывается маской христианства, что противно Богу.</w:t>
      </w:r>
    </w:p>
    <w:p>
      <w:r>
        <w:t>Но, к сожалению, почему-то все эти вестники не дают нам выхода из этого тёплого состояния, а их послание заключается в том, чтобы побудить меня принять их дух обличителя и в подобном ключе разоблачать тёплых собратьев, указывая на их духовную теплоту. Но это не весть к Лаодикии! Это искажение смысла данного послания. И некоторые из подобных «вестников» даже решаются покинуть ряды церкви или являются исключёнными из церковного братства людьми, считая себя гонимыми за правду.</w:t>
      </w:r>
    </w:p>
    <w:p>
      <w:r>
        <w:t>Бесспорно, что грех будет проявляться в среде Божьего народа до самой последней жатвы. Но Господь не призывает нас отделять плевелы от пшеницы, чтобы мы не повредили добрый урожай.</w:t>
      </w:r>
    </w:p>
    <w:p>
      <w:r>
        <w:t>Самое неправильное толкование Послания к Лаодикии заключается в том, чтобы взять часть этого послания и представить её как весть, не давая выхода, не указывая, как установить истинные отношения с Богом, которые предлагаются, начиная со стиха 18.</w:t>
      </w:r>
    </w:p>
    <w:p>
      <w:r>
        <w:t>Стих 20, в котором говорится о Небесном Госте, Который стоит и стучит в дверь, является любимым стихом многих Евангелистов, чтобы призвать людей из мира ко Христу. В этом стихе подчёркивается уважение Богом моего выбора и Его ожидание моего разрешения войти в мою жизнь. Но стоит заметить, что этот стих относится к Посланию для Лаодикии и является одним целым с этой вестью. Вне этого послания он несёт совершенно другой призыв и смысл. А в свете вести к Лаодикии он имеет силу лишь в том случае, когда я внимаю советам Верного Свидетеля и начинаю покупать у Него то, что Он мне предлагает. Покупать! А не брать без оплаты!</w:t>
      </w:r>
    </w:p>
    <w:p>
      <w:r>
        <w:t>Какой смысл Христу приходить к тёплому христианину, который игнорирует Божий совет и перепрыгивает через Его рекомендации, но не против того, чтобы вместе поужинать со своим Спасителем?</w:t>
      </w:r>
    </w:p>
    <w:p>
      <w:r>
        <w:t>Нельзя безнаказанно менять в вести к Лаодикии смысл написанного, вырывая что-то одно и разбирая лишь то, что нравится.</w:t>
      </w:r>
    </w:p>
    <w:p>
      <w:r>
        <w:t>Сердцем этой вести является стих 18, в котором Господь делает свадебное предложение моей воле в виде символического «обручального кольца». Он желает иметь её Своей невестой на свадебном торжестве, но ей не хватает веры, действующей любовью, и любви Бога Отца, чистой одежды праведности Христа и небесной мудрости Святого Духа. Как вы думаете, выведет ли Господь Свою невесту на обозрение всей Вселенной в голом виде? Не сгорит ли Он от стыда, когда она проявит свой ворчливый и недовольный дух? Как Он будет чувствовать Себя в компании глупой жены? Поэтому Он и предлагает полноту Божества в скромных символах золота, белой одежды и глазной мази.</w:t>
      </w:r>
    </w:p>
    <w:p>
      <w:r>
        <w:t>А после этого Ему будет очень приятно познать Свою будущую невесту в личном общении, чтобы она полюбила Его и открыла своё сердце Тому, с Кем вступила в вечные торговые отношения. Для этого Господь и приходит к моей воле каждый символический вечер, в самое лучшее моё личное время, чтобы мы могли вместе поесть, пообщаться, чтобы Иисус мог чему-то меня научить.</w:t>
      </w:r>
    </w:p>
    <w:p>
      <w:r>
        <w:t>В стихе 21 объявляется символическая награда победителя. Но в то же время она представлена очень скромно в сравнении с той славой Небес, которая откроется всем избранным из лаодикийского периода.</w:t>
      </w:r>
    </w:p>
    <w:p>
      <w:r>
        <w:t>Притча о десяти девах из Мат.25:1-12 является также символическим прообразом вести к Лаодикии, давая шире понять некоторые детали и печальные последствия для тех, кто не примет совета из Вести к Лаодикии.</w:t>
      </w:r>
    </w:p>
    <w:p>
      <w:r>
        <w:t>В этой вести важно каждое слово и полнота, которую эти слова составляют, потому что от правильного толкования и понимания этого послания зависит моя вечная участь.</w:t>
      </w:r>
    </w:p>
    <w:p>
      <w:r>
        <w:t>Купить золото, очищенное огнём, — это вступить в Небесную Школу Любви и учиться этой любви, сидя у ног Небесного Учителя и применяя на практике полученные знания. Любовь воистину обогащает как меня, так и тех, на кого она будет направлена через меня.</w:t>
      </w:r>
    </w:p>
    <w:p>
      <w:r>
        <w:t>Любовь — это не спонтанное чувство умиления и доброго отношения, а осознанный выбор моей воли, решающей идти именно этим путём в отношении любимого человека. И это подкрепляется силою и мудростью Святого Духа и утверждается в праведном характере Христа, которым Он наделяет меня.</w:t>
      </w:r>
    </w:p>
    <w:p>
      <w:r>
        <w:t>Господа не смущает, что многие, читая, не слышали и не понимали написанное в этой вести. Однако, когда она была открыта разуму и донесена до сознания, но не принята сердцем и проигнорирована волей, тогда Господу больше нечего мне предложить. Это последняя весть для последнего времени, в которой предлагается самое эффективное оружие для победы в предстоящих испытаниях.</w:t>
      </w:r>
    </w:p>
    <w:p>
      <w:r>
        <w:t>Когда этот Небесный магазин закроется, будет слишком поздно что-то предпринимать. Он закроется для неразумных навсегда, но продолжит свою вечную работу для вошедших и вступивших в торговые отношения со Христом.</w:t>
      </w:r>
    </w:p>
    <w:p>
      <w:r>
        <w:t>С какой стороны этой загадочной двери вести к Лаодикии вы планируете быть?</w:t>
      </w:r>
    </w:p>
    <w:p>
      <w:pPr>
        <w:pStyle w:val="Heading2"/>
      </w:pPr>
      <w:r>
        <w:t>Домашнее задание 851</w:t>
      </w:r>
    </w:p>
    <w:p>
      <w:r>
        <w:t>1. Прочитайте, пожалуйста, Откр.3:14-22; Мат.25:1-12; Прит.1:23-33; 3:13-18; 14:5,25; 1Кор.10:12; Мат.23:13; Лук.11:42; Пс.91:6-7; Прит.23:23 в свете этого урока.</w:t>
      </w:r>
    </w:p>
    <w:p>
      <w:r>
        <w:t>2. Какие ещё стихи из Библии пришли вам на память?</w:t>
      </w:r>
    </w:p>
    <w:p>
      <w:r>
        <w:t>3. Что вы поняли из этого урока?</w:t>
      </w:r>
    </w:p>
    <w:p>
      <w:r>
        <w:t>4. Можно ли безнаказанно вырывать из Божьих вестей одно и игнорировать другое? Откр.22:18-20.</w:t>
      </w:r>
    </w:p>
    <w:p>
      <w:r>
        <w:t>5. Как вы думаете, откроет ли Господь ищущим суть и смысл Своего послания к Лаодикии?</w:t>
      </w:r>
    </w:p>
    <w:p>
      <w:r>
        <w:t>6. Что делать, если с первого прочтения этой вести мне непонятны все эти символы и значения?</w:t>
      </w:r>
    </w:p>
    <w:p>
      <w:r>
        <w:t>7. Почему эта весть так важна в наше последнее время?</w:t>
      </w:r>
    </w:p>
    <w:p>
      <w:r>
        <w:t>8. Что будет, если я стану искать выход из тёплого состояния в другом месте?</w:t>
      </w:r>
    </w:p>
    <w:p>
      <w:r>
        <w:t>9. Давал ли Господь Свою весть из Откр.3:14-22 для того, чтобы её не изучали и не соблюдали?</w:t>
      </w:r>
    </w:p>
    <w:p>
      <w:r>
        <w:t>10. Стоит ли учитывать то, что с первого раза любому слушателю сложно понять смысл вести к Лаодикии?</w:t>
      </w:r>
    </w:p>
    <w:p>
      <w:r>
        <w:t>11. Как вы думаете, приобретёт ли для себя жаждущий покупатель то, что ему предлагается Верным Свидетелем?</w:t>
      </w:r>
    </w:p>
    <w:p>
      <w:r>
        <w:t>12. Почему в этой вести Иисус не раздаёт Небесные богатства, а продаёт их?</w:t>
      </w:r>
    </w:p>
    <w:p>
      <w:r>
        <w:t>13. Навязывает ли Господь нам Свои благословения, предлагаемые в Послании к Лаодикии?</w:t>
      </w:r>
    </w:p>
    <w:p>
      <w:r>
        <w:t>14. Почему такие важные вещи так скромно предлагаются?</w:t>
      </w:r>
    </w:p>
    <w:p>
      <w:r>
        <w:t>15. Смогу ли я стать победителем, игнорируя весть Верного Свидетеля?</w:t>
      </w:r>
    </w:p>
    <w:p>
      <w:r>
        <w:br w:type="page"/>
      </w:r>
    </w:p>
    <w:p>
      <w:pPr>
        <w:pStyle w:val="Heading1"/>
      </w:pPr>
      <w:r>
        <w:t>Урок 852. Кем является невеста Христа?</w:t>
      </w:r>
    </w:p>
    <w:p>
      <w:r>
        <w:t>Библия даёт понять, что у нашего Спасителя есть невеста, с которой у Него намечено свадебное торжество. На эту тему существует много толкований и предположений, которые и радуют нас своей смелостью, и удивляют своей сложностью. Бог есть Бог порядка, и всё, что Он совершает для нашего спасения, можно понять и принять.</w:t>
      </w:r>
    </w:p>
    <w:p>
      <w:r>
        <w:t>Было время, когда меня спрашивали напрямую, кем является невеста Христа, ожидая услышать конкретное название группы людей, которая удостоится этого статуса. И я считал, что самая подходящая для этого группа — это те, кто войдёт в число 144.000. Я понимаю, что характеристика в описании праведности этих людей соответствует всем Божьим стандартам, и этот народ последнего времени будет уникальным по своей духовной чистоте и принципиальности.</w:t>
      </w:r>
    </w:p>
    <w:p>
      <w:r>
        <w:t>Если учесть, что невеста Христа — это символическое описание нового Небесного статуса, то, прежде чем делать какие-либо заключения по этому поводу, стоит разобраться, что означает этот символ.</w:t>
      </w:r>
    </w:p>
    <w:p>
      <w:r>
        <w:t>Вся структура непадшей Вселенной построена по принципу семьи и семейных отношений, в которых Божество является Творцом всего существующего, хотя в привычном для нас описании разделяется на Отца, Сына и Святого Духа. И это разделение на ранги делает ясным понимание того, что у Каждой Личности Божества есть определённая миссия, и эта Личность осуществляет определённые действия в управлении Вселенной, в творении и в спасении человечества.</w:t>
      </w:r>
    </w:p>
    <w:p>
      <w:r>
        <w:t>Жена или невеста — это довольно серьёзный статус, указывающий на близость отношений, которые не рушатся во время испытаний, но очищаются и становятся ещё крепче.</w:t>
      </w:r>
    </w:p>
    <w:p>
      <w:r>
        <w:t>На Небе нет разводов. То решение быть мужем и женой, которое принимают два близких друг другу человека, становится Вечным союзом и утверждается на Вечные века. Невеста после свадебной церемонии объявляется женою Жениха и становится с Ним одной плотью.</w:t>
      </w:r>
    </w:p>
    <w:p>
      <w:r>
        <w:t>Невеста Христа — это условный статус, в котором окажутся не все желающие быть невестой, а только избранные. Я могу быть ею, но по причине своей неверности лишиться этой чести.</w:t>
      </w:r>
    </w:p>
    <w:p>
      <w:r>
        <w:t>Жена Христа — это уже безусловный статус, который никогда не изменится и не потеряет своей силы. Это также даёт ей право на особую близость со своим Мужем, которой просто не могло быть до свадьбы. Это нечто такое, что предоставляет ей полное право на обладание своим Супругом. Это гораздо больше, чем можно себе представить. Но при этом статусе жены и при всём, что он даёт, она не получает автоматически статус своего Мужа и не становится по силе и власти такой же, как и Он. Она только жена.</w:t>
      </w:r>
    </w:p>
    <w:p>
      <w:r>
        <w:t>Уже в книге пророка Исайи мы читаем о том, что Сам Господь называет Себя Супругом: «Ибо твой Творец есть Супруг твой; Господь Саваоф — имя Его; и Искупитель твой — Святый Израилев: Богом всей земли назовётся Он» Ис 54:5. Это не просто предположение, но заявление Бога при обращении к Своему народу.</w:t>
      </w:r>
    </w:p>
    <w:p>
      <w:r>
        <w:t>Представьте себе, что будут чувствовать спасённые предыдущих поколений, попав на свадьбу, где только 144.000 будут венчаться, а остальные окажутся лишь гостями. Думаю, что, как и тогда, так и сейчас, возникает много вопросов к Иисусу, на которые сложно дать логичный ответ. Хоть Жених Сам вправе выбирать Себе ту, которая Его устроит во всех отношениях, и ни у кого не будет зависти и ропота по этому поводу, но тогда происходит несостыковка по многим направлениям, и будет совсем сложно понимать многие Библейские стихи. Одно в описании невесты Христа ясно: это не один человек, а группа людей.</w:t>
      </w:r>
    </w:p>
    <w:p>
      <w:r>
        <w:t>Читая Откр.21:9 и далее, мы видим символическое описание невесты Агнца как города, который нисходил от Бога с Неба. Дома и прочие бездушные строения не могут быть женою Агнца. В этом случае Ему не было бы нужды искать нас и отдавать за нас Свою жизнь. Это символ святого Божьего народа, в сердце которого будет обитать Сам Господь.</w:t>
      </w:r>
    </w:p>
    <w:p>
      <w:r>
        <w:t>Так кем же является невеста Христа, и можно ли её назвать человеческим языком, дав ей конкретное определение? Да, можно. Невеста Христа — это воля спасённого и обращённого человека, мужчины и женщины. Это та невеста, которую Господь очень любит и страстно желает спасти от вечной погибели, сделав Своей навсегда.</w:t>
      </w:r>
    </w:p>
    <w:p>
      <w:r>
        <w:t>Понимая так этот вопрос, человек видит, что всё становится понятным, справедливым, логичным и интересным. Получается, что я, попав в число избранных и приглашённых на свадебное торжество, становлюсь одновременно и гостем, и невестой Христа. Моим украшением на этом торжестве является чистый и светлый виссон, который есть праведность святых. Откр.19:8-9.</w:t>
      </w:r>
    </w:p>
    <w:p>
      <w:r>
        <w:t>Думаю, что, прежде чем произвести обряд бракосочетания всех святых со Своим Сыном, Бог Отец задаст логичный вопрос Своему возлюбленному Сыну: «Согласен ли Ты, Иисус, взять в жёны Свою невесту?» Агнец ответит: «Да, согласен!»</w:t>
      </w:r>
    </w:p>
    <w:p>
      <w:r>
        <w:t>А потом Отец обратится к воле каждого спасённого из всех веков: «Согласна ли ты, невеста Моего Сына, стать женою Христа и быть с Ним одним целым на протяжении всей нескончаемой вечности?» Последует короткий, но очень громкий ответ из уст всех искуплённых кровью Христа: «Да, согласна!» И не будет ни одной души, которая бы сказала что-то противоположное. После этого Бог Отец поднимет Свои руки и на всю Вселенную объявит нас мужем и женой. И все небожители скажут: «Аминь!!!»</w:t>
      </w:r>
    </w:p>
    <w:p>
      <w:r>
        <w:t>Почему сейчас не может произойти это свадебное торжество? Велик риск того, что моя воля, имея свободный выбор, начнёт изменять своему Супругу и вступать во внебрачные отношения с врагом души, с падшим миром или с моим плотским ветхим человеком. Они не против такого союза, и им неважно, что я буду отвергнут Христом и стану страдать в подобном положении. Пока вокруг идёт война за мою волю и мой разум, Господь испытывает каждого из нас и готовит верных для Себя.</w:t>
      </w:r>
    </w:p>
    <w:p>
      <w:r>
        <w:t>В послании к Лаодикии Он объявляет план победы моей воли над этим миром и даёт мне символическое обручальное кольцо как гарантию со Своей стороны, что Он будет верным во всех Своих обещаниях и я получу то, что Он предлагает.</w:t>
      </w:r>
    </w:p>
    <w:p>
      <w:r>
        <w:t>Суть символов из Откр.3:18 состоит в том, что если ты отдашь Мне всего себя, то получишь всего Меня. Ни больше, ни меньше. Подобная торговля справедлива в любых семейных отношениях как до, так и после свадьбы. Какой жених захочет иметь дело с той невестой, которая частью принадлежит ему, а частью кому-то ещё?</w:t>
      </w:r>
    </w:p>
    <w:p>
      <w:r>
        <w:t>Моя воля уже сейчас стремится ко Христу и просит Его стать её Супругом. Он принимает такое решение и условно занимает это место, так как воля человека не может быть не замужем. Но сейчас, пока я живу в мире, у меня есть возможность избрать другого мужа, и Господь уважает и это решение. Хоть я умом и не хочу никого другого, но моё сердце очень ясно говорит о моих истинных чувствах и привязанностях. И Иисус это учитывает.</w:t>
      </w:r>
    </w:p>
    <w:p>
      <w:r>
        <w:t>Но когда все испытания моей воли пройдут, и она всей Вселенной докажет, что принадлежит Христу и ни на кого Его не променяет даже перед огнём испытаний и смерти, тогда Господь ответит на чаяния моей души и воплотит все Свои мечты в этом желанном союзе, чтобы уже никогда и ничто не разлучало нас.</w:t>
      </w:r>
    </w:p>
    <w:p>
      <w:r>
        <w:t>Это будет удивительное событие, которое наш несовершенный язык не в силах описать, а наш разум — не в силах вместить. И это бракосочетание обязательно состоится, и туда не войдёт ничего нечистого или неверного.</w:t>
      </w:r>
    </w:p>
    <w:p>
      <w:pPr>
        <w:pStyle w:val="Heading2"/>
      </w:pPr>
      <w:r>
        <w:t>Домашнее задание 852</w:t>
      </w:r>
    </w:p>
    <w:p>
      <w:r>
        <w:t>1. Прочитайте, пожалуйста, Пс.1:1-2; Рим.7:2-6; Мат.22:2-14; Откр.19:7-9; 21:2-3,9-11,22-23; 22:17; Ис.54:5-7; 62:4-5; Песн.4:7-16; 7:11; Ин.3:29-30; Еф.5:17 в свете этого урока.</w:t>
      </w:r>
    </w:p>
    <w:p>
      <w:r>
        <w:t>2. Какие ещё стихи из Библии пришли вам на память?</w:t>
      </w:r>
    </w:p>
    <w:p>
      <w:r>
        <w:t>3. Что вы поняли из этого урока?</w:t>
      </w:r>
    </w:p>
    <w:p>
      <w:r>
        <w:t>4. Вам открылось что-то новое в этом уроке?</w:t>
      </w:r>
    </w:p>
    <w:p>
      <w:r>
        <w:t>5. Кто такая невеста Христа? Как вы это понимаете?</w:t>
      </w:r>
    </w:p>
    <w:p>
      <w:r>
        <w:t>6. Почему Господь облёк Свои отношения со Своим народом в символы Жениха и невесты?</w:t>
      </w:r>
    </w:p>
    <w:p>
      <w:r>
        <w:t>7. Понимаете ли вы, насколько глубокие отношения планирует Господь иметь с каждым из нас уже сейчас и на протяжении всей Вечности?</w:t>
      </w:r>
    </w:p>
    <w:p>
      <w:r>
        <w:t>8. Кем становится невеста после обряда венчания?</w:t>
      </w:r>
    </w:p>
    <w:p>
      <w:r>
        <w:t>9. Восхищает ли вас Божий план относительно каждого из нас и всех спасённых?</w:t>
      </w:r>
    </w:p>
    <w:p>
      <w:r>
        <w:t>10. Вступает ли жена после свадьбы в должность мужа? Какие новые обязанности у неё появляются после бракосочетания?</w:t>
      </w:r>
    </w:p>
    <w:p>
      <w:r>
        <w:t>11. Почему наша воля не может быть свободной и одинокой и должна кому-то принадлежать?</w:t>
      </w:r>
    </w:p>
    <w:p>
      <w:r>
        <w:t>12. Кому принадлежит сейчас ваша воля?</w:t>
      </w:r>
    </w:p>
    <w:p>
      <w:r>
        <w:t>13. Почему Господь запланировал Свою свадьбу после Своего Второго Пришествия?</w:t>
      </w:r>
    </w:p>
    <w:p>
      <w:r>
        <w:t>14. Как вы думаете, будет ли статус жены Христа отличать нас от всех других небожителей?</w:t>
      </w:r>
    </w:p>
    <w:p>
      <w:r>
        <w:t>15. Был ли этот урок для вас полезен?</w:t>
      </w:r>
    </w:p>
    <w:p>
      <w:r>
        <w:br w:type="page"/>
      </w:r>
    </w:p>
    <w:p>
      <w:pPr>
        <w:pStyle w:val="Heading1"/>
      </w:pPr>
      <w:r>
        <w:t>Урок 853. Принципиальный подход</w:t>
      </w:r>
    </w:p>
    <w:p>
      <w:r>
        <w:t>Принцип в отношениях — это идея или манера поведения, которая является основанием для дальнейшего действия или бездействия. Житейские принципы могут вытекать из духовных принципов, известных как Божьи заповеди и постановления.</w:t>
      </w:r>
    </w:p>
    <w:p>
      <w:r>
        <w:t>Принципиальный человек — это тот, кто имеет определённые ценности и рамки поведения, нарушить которые ему не позволяет совесть или какая-то установка.</w:t>
      </w:r>
    </w:p>
    <w:p>
      <w:r>
        <w:t>Жизнь в отношениях с людьми, которые имеют иной дух или выросли в другой культуре, вынуждает каждого из нас строить определённые рамки в поведении и вести себя особенным образом.</w:t>
      </w:r>
    </w:p>
    <w:p>
      <w:r>
        <w:t>Всякий ли принцип хорош и приемлем в глазах Неба? Может ли быть такое, что в основе моих принципов лежит не Божья воля, а человеческая гордость, которая, подобно цепям, сковывает мою волю и закрывает сердце на ржавый замок, ключ от которого утерян?</w:t>
      </w:r>
    </w:p>
    <w:p>
      <w:r>
        <w:t>Может ли принципиальный подход по житейским вопросам прославить Бога?</w:t>
      </w:r>
    </w:p>
    <w:p>
      <w:r>
        <w:t>Возьмём в качестве примера Библейского персонажа по имени фарисей. Когда я слышу подобное название, у меня в разуме всплывает негативный образ фанатичного верующего, который построил своё поведение на человеческих традициях и ложных принципах. Это яркий представитель религиозного фанатизма, основанного на вере без любви. И когда я слышу, что какого-то человека называют этим именем, я понимаю, что можно ожидать от него. Но в таком взгляде на жизнь создаётся определённый стереотип, который может быть препятствием в построении дружественных отношений с подобными людьми.</w:t>
      </w:r>
    </w:p>
    <w:p>
      <w:r>
        <w:t>Обратим внимание на известных нам фарисеев: Никодима, Иосифа, апостола Павла. Можно ли смело сказать, что они фанатики? Нет. Хотя Павел до встречи со Христом проявлял совершенно иной дух, считая, что этим служит Богу. Любит ли Бог фарисеев и желает ли их спасти? Безусловно. Значит, не все фарисеи плохи. Среди них есть мудрые, думающие и посвящённые люди.</w:t>
      </w:r>
    </w:p>
    <w:p>
      <w:r>
        <w:t>Возьмём семью. Два противоположных человека решили создать что-то общее. У них уже успели сформироваться определённые ценности и привычки, которые не вписываются в условия новой жизни. Приходится идти на компромисс и жертвовать своими принципами против своей совести ради мира и любви в семье, а потом ещё и жить с этим грузом, мучаясь в борении с самим собой. Например, жена считает, что выносить мусор из дома, — это чисто мужская обязанность, так как этим в её доме всегда занимался отец, и у неё сложилась твёрдая концепция по этому вопросу. Но её новый муж так не считает и просит её саму выносить полные пакеты на помойку, а не ждать, пока он это сделает. Для жены это принципиально сложно, но ради мира в семье она идёт на компромисс и потом считает себя униженной и живёт в этих переживаниях, мучимая совестью.</w:t>
      </w:r>
    </w:p>
    <w:p>
      <w:r>
        <w:t>А муж со спокойной совестью считает, что не случится ничего страшного, если жена оторвётся от интернета и немножко прогуляется около дома, и идёт на свой принцип в этом отношении. Рано или поздно напряжение в семье дойдёт до точки кипения и произойдёт взрыв накопившихся эмоций, возникнет конфликт, в котором два принципиальных подхода не будут иметь общих границ, и развод может показаться лучшим решением этого вопроса. Что делать, ведь семья распадается? Трезвый и мудрый взгляд со стороны может быстро всё уладить и решить лучшим образом, а принципиальный подход только всё усугубить.</w:t>
      </w:r>
    </w:p>
    <w:p>
      <w:r>
        <w:t>Лучшим эталоном измерения моих принципов является Божье Слово, которое или поддерживает меня или абсолютно молчит.</w:t>
      </w:r>
    </w:p>
    <w:p>
      <w:r>
        <w:t>Вспоминаю случай, когда мой близкий родственник попросил принять участие в его свадебной программе. Но я, считая его грешным, заявил, что принципиально не буду принимать участие и вообще не приду на свадьбу. И я считал себя героем в своих глазах, пока не поделился этим решением с другом. Мой друг сразу оценил ситуацию и уверенно обличил меня в моей гордости и попросил меня на основании Библии показать, на чём был основан мой принцип. Я смутился, но решил узнать мнение по поводу моей позиции у других духовных людей, которые, не сговариваясь, ответили в один голос, что я должен быть на свадьбе и принимать активное участие в программе. Моя гордыня была сломлена, и после свадьбы я понял, что участие в ней было лучшим решением.</w:t>
      </w:r>
    </w:p>
    <w:p>
      <w:r>
        <w:t>Я часто слышу от друзей рассказы о том, что они принципиально не хотят делать то, что мне кажется не таким уж принципиальным. Я обычно не спорю, чтобы убедить их в своей позиции, но молюсь о том, чтобы Господь Сам открыл их очи, и они увидели ситуацию с другой стороны.</w:t>
      </w:r>
    </w:p>
    <w:p>
      <w:r>
        <w:t>Обращаясь к Своему народу из Лаодикии, Верный Свидетель развенчивает все мои принципы и ценности, предлагая мне истинное богатство и Божьи принципы любви, счастья и дружелюбия.</w:t>
      </w:r>
    </w:p>
    <w:p>
      <w:r>
        <w:t>Любовь — это тоже принцип, который учит человека проявлять неизменную любовь в отношении к кому-либо и порою жертвовать другими принципами и ценностями, не нарушая при этом Божий закон ради достижения взаимной любви. Написано, что «любовь не делает ближнему зла, но любовь есть исполнение закона» Рим.13:10.</w:t>
      </w:r>
    </w:p>
    <w:p>
      <w:r>
        <w:t>Господь советует купить у Него эту любовь в обмен на мою гордость и мнимую принципиальность. Что мне ответить на это предложение? Нарушить все свои принципы и привычный уклад жизни и стать посмешищем в глазах моих ближних? А может, просто не обращать внимания на этот совет и жить, как учит моя совесть?</w:t>
      </w:r>
    </w:p>
    <w:p>
      <w:r>
        <w:t>Любовь от Бога открывает мои глаза на многие житейские и церковные вопросы с совершенно другой стороны. Я начинаю видеть многие вещи и понимать их так, как их видит Бог, в свете любви. Я начинаю осознавать, что лучше ошибиться в сторону любви и милости и даже что-то потерять или чего-то не приобрести, лишь бы не дать противоположному любви духу посеять своё горькое семя. И любовь во мне подсказывает, как и что лучше сделать, чтобы выйти победителем и утвердиться в Божьей любви, не нарушая Божьих принципов.</w:t>
      </w:r>
    </w:p>
    <w:p>
      <w:r>
        <w:t>Любовь учит меня понимать дух Божьего закона и заповедей. Она никоим образом не толкает меня на компромисс с совестью, но показывает чёткую границу между грехом и праведностью.</w:t>
      </w:r>
    </w:p>
    <w:p>
      <w:r>
        <w:t>Принцип начинает действовать там, где есть опасность греха. Божье слово ясно обличает мои неверные поступки. А принцип в выносе мусора — это чисто человеческие амбиции, которые не устоят при простой проверке. Например, кто будет выносить мой мусор, если я живу один? Любовь решает этот вопрос очень быстро. Она делает всё с любовью и делает больше.</w:t>
      </w:r>
    </w:p>
    <w:p>
      <w:r>
        <w:t>Иисус учил тому, чтобы мы не противились злому, но отдавали и делали в два раза больше, чем от нас ожидают.</w:t>
      </w:r>
    </w:p>
    <w:p>
      <w:r>
        <w:t>У меня есть свои принципы в построении моего распорядка дня, но когда я посещаю мероприятия, где установлено другое расписание и порядок, тогда я подстраиваюсь под новую обстановку, считая это временным исключением из моих правил, и подчиняюсь другому расписанию дня, ища возможности вместить в него свои привычные вещи.</w:t>
      </w:r>
    </w:p>
    <w:p>
      <w:r>
        <w:t>Любовь учит меня быть послушным там, где это не противоречит Божьим принципам, и быть твёрдым в тех случаях, когда грех врывается в мою жизнь.</w:t>
      </w:r>
    </w:p>
    <w:p>
      <w:r>
        <w:t>Принципиальный подход к жизни или к каким-то житейским вопросам будет всегда правильным в свете любви к ближним, которая не ищет своего и не мыслит зла. Святой Дух обязательно научит тому, что стоит удалить из моего сердца, что принять, а что оставить.</w:t>
      </w:r>
    </w:p>
    <w:p>
      <w:pPr>
        <w:pStyle w:val="Heading2"/>
      </w:pPr>
      <w:r>
        <w:t>Домашнее задание 853</w:t>
      </w:r>
    </w:p>
    <w:p>
      <w:r>
        <w:t>1. Прочитайте, пожалуйста, Мат.5:39-42; Евр.4:14; 12:1; Ис.26:3; 32:8; 1Пет.5:8-9; 2Тим.2:19; Втор.6:17; Быт.39:7-9; Есф.1:12; Руфь 1:16-18; Рим.13:8-10; Флп.2:13; Откр.3:16-18 в свете этого урока.</w:t>
      </w:r>
    </w:p>
    <w:p>
      <w:r>
        <w:t>2. Какие ещё стихи пришли вам на память?</w:t>
      </w:r>
    </w:p>
    <w:p>
      <w:r>
        <w:t>3. Что вы поняли из этого урока?</w:t>
      </w:r>
    </w:p>
    <w:p>
      <w:r>
        <w:t>4. Всякий ли принцип имеет Небесное одобрение? Всё ли, что делается или не делается из принципа, приятно Богу?</w:t>
      </w:r>
    </w:p>
    <w:p>
      <w:r>
        <w:t>5. Могу ли я своей принципиальностью нарушать Божий закон?</w:t>
      </w:r>
    </w:p>
    <w:p>
      <w:r>
        <w:t>6. Как мне понять, не на опасном ли я пути в своих принципах?</w:t>
      </w:r>
    </w:p>
    <w:p>
      <w:r>
        <w:t>7. Можно ли, думая, что угождаешь Богу в своих принципах, потерять право на Вечность? Ин.16:2.</w:t>
      </w:r>
    </w:p>
    <w:p>
      <w:r>
        <w:t>8. В каких случаях нужно быть твёрдым, а в каких следует уступать, давать и делать больше, чем просят?</w:t>
      </w:r>
    </w:p>
    <w:p>
      <w:r>
        <w:t>9. А нужно ли быть принципиальным?</w:t>
      </w:r>
    </w:p>
    <w:p>
      <w:r>
        <w:t>10. Даст ли мне любовь понимание того, как лучше себя вести в той или иной ситуации?</w:t>
      </w:r>
    </w:p>
    <w:p>
      <w:r>
        <w:t>11. Как быть, если я понял, что моя принципиальность по некоторым вопросам неверна, а гордость не позволяет поступать по-другому?</w:t>
      </w:r>
    </w:p>
    <w:p>
      <w:r>
        <w:t>12. Как звучат в ваших ушах слова вашего друга, когда он говорит: «Не буду это делать из принципа!»?</w:t>
      </w:r>
    </w:p>
    <w:p>
      <w:r>
        <w:t>13. Как выработать в себе правильные принципы и удалить неправильные?</w:t>
      </w:r>
    </w:p>
    <w:p>
      <w:r>
        <w:t>14. В каком смысле и когда любовь является принципом жизни?</w:t>
      </w:r>
    </w:p>
    <w:p>
      <w:r>
        <w:t>15. Был ли этот урок вам полезен?</w:t>
      </w:r>
    </w:p>
    <w:p>
      <w:r>
        <w:br w:type="page"/>
      </w:r>
    </w:p>
    <w:p>
      <w:pPr>
        <w:pStyle w:val="Heading1"/>
      </w:pPr>
      <w:r>
        <w:t>Урок 854. Равнодушие</w:t>
      </w:r>
    </w:p>
    <w:p>
      <w:r>
        <w:t>Равнодушие — это безразличие, апатия, отсутствие интереса, сочувствия и чувств к кому-то или к чему-то. Оно может быть как индивидуальным, так и общественным.</w:t>
      </w:r>
    </w:p>
    <w:p>
      <w:r>
        <w:t>Не во всех случаях равнодушие является чем-то плохим и опасным. Иногда оно может спасти и принести благословение. Но есть нечто такое, что Иисус в Мат.24:12 называет «охладевшей любовью».</w:t>
      </w:r>
    </w:p>
    <w:p>
      <w:r>
        <w:t>Когда меня влечёт к себе мир, а я равнодушен ко всем его призывам, не обращаю внимание на рекламы, и не интересуюсь тем, что может принести вред моей душе, тогда это очень правильная позиция. Но если при этом я проявляю подобный дух в отношении Божьих призывов и не смотрю в сторону Неба, ожидая исполнения пророчеств, то в этом случае у меня могут возникнуть большие проблемы.</w:t>
      </w:r>
    </w:p>
    <w:p>
      <w:r>
        <w:t>Дом моего сердца не бывает долгое время пустым. Когда из него выходят «незваные гости» и в нём поселяется Иисус, тогда моя жизнь преображается. Я начинаю видеть мир другими глазами. Мне открываются перспективы Вечности, а сердце начинает гореть. Всё вокруг кипит, ведь Господь зажёг Своим присутствием неугасимый огонь, и я стал горячим на всякое доброе дело.</w:t>
      </w:r>
    </w:p>
    <w:p>
      <w:r>
        <w:t>Мой светильник горит, не угасая. Я живу. Появляются новые обязанности и всевозможные дела.</w:t>
      </w:r>
    </w:p>
    <w:p>
      <w:r>
        <w:t>Наряду с этим мир не желает предоставлять мне свои услуги бесплатно, не планирует оставить меня в покое, и мне приходится работать своими руками, чтобы иметь средства на пропитание, на оплату счетов и дорожных расходов. И приходится трудиться в поте лица, зарабатывая хлеб насущный. А жизнь не дешевеет, цены растут, и приходится искать работу лучше и прибыльнее.</w:t>
      </w:r>
    </w:p>
    <w:p>
      <w:r>
        <w:t>Господь влечёт меня к Себе и желает иметь со мной более близкие отношения, научить меня любви и в этом духе вести меня по жизни. Но у меня столько дел, что я начинаю откладывать важные духовные вещи на потом, на выходные, на когда-нибудь. Я привыкаю трудиться, много трудиться, и получаю от этого удовольствие и удовлетворение, а Господь ждёт меня и желает иметь со мной особые торговые отношения, в которых я приобрету что-то важное и нужное.</w:t>
      </w:r>
    </w:p>
    <w:p>
      <w:r>
        <w:t>Но я считаю, что богат на знания, горяч на опыты, прилично одет, всё прекрасно вижу и отличаю добро от зла. Где-то я счастлив в своей суете и имею материальные средства на поддержку Божьих проектов. А Господь зовёт меня в Свой магазин, давая понять, что не всё у меня так хорошо, как я представляю. Что делать?</w:t>
      </w:r>
    </w:p>
    <w:p>
      <w:r>
        <w:t>Сказать, что мне это неинтересно, я не могу, ведь это Божья весть. Пойти и последовать совету тоже не получается, ведь эта торговля занимает много времени, а его у меня просто нет или очень мало.</w:t>
      </w:r>
    </w:p>
    <w:p>
      <w:r>
        <w:t>Да и обвинение меня в тёплом состоянии уже не вызывает у меня опасения. Это точно не ко мне. Да и я так привык, что постоянно говорят о том, что мы тёплые, что уже не обращаю на это внимание. Сколько можно твердить одно и то же? Мы же не глухие. С другой стороны, пусть говорят, если им это нравится.</w:t>
      </w:r>
    </w:p>
    <w:p>
      <w:r>
        <w:t>В результате все эти вести становятся настолько мне безразличными, что я их просто уже и не слышу. И даже слыша их, я тут же забываю, о чём была речь.</w:t>
      </w:r>
    </w:p>
    <w:p>
      <w:r>
        <w:t>Думаю, что если бы было что-то важное, то Господь как-то по-особому обратился бы ко мне и дал бы мне понять, что надо прислушаться.</w:t>
      </w:r>
    </w:p>
    <w:p>
      <w:r>
        <w:t>Вот когда начнётся изливаться Поздний Дождь, тогда мы все изменимся, и всё будет иначе. Грешники покинут церковь, и Господь приведёт в наше собрание всех Своих заблудших детей. Они примкнут к нашей церкви, и мы все вместе войдём на брачный пир.</w:t>
      </w:r>
    </w:p>
    <w:p>
      <w:r>
        <w:t>Быть тёплым и быть равнодушным к Божьим призывам — это одно и то же. Господь неслучайно сказал, что имеющий уши, да слышит. Глухому человеку сложно объяснить красоту Небесных мелодий и донести до него какую-то весть. Разнообразная информация настолько ослепила и оглушила Божьих детей, что они перестали слышать голос Святого Духа, Который призывает нас любить друг друга и приобретать драгоценное золото Божьей любви, чтобы быть богатыми ею во всякое время для всякого испытания.</w:t>
      </w:r>
    </w:p>
    <w:p>
      <w:r>
        <w:t>Что может Господь предложить тем, кто равнодушен, кто безразличен к Его советам, кто ничего не слышит? Сколько Ему ещё призывать и ждать?</w:t>
      </w:r>
    </w:p>
    <w:p>
      <w:r>
        <w:t>И Он допускает войны, глады, природные катаклизмы, бедствия и страдания, чтобы хотя бы через это спасти избранных. Тяжело Богу давать власть силам тьмы на произвол и гонения, но иногда эти испытания отрезвляют заблудших христиан и пробуждают их от сна. Приближается то время, когда всякий представитель Христа будет всесторонне испытан и объявлен вне закона. И чем он сможет противостоять этому миру? Каким оружием он будет одерживать ожидаемые победы? Помогут ли ему социальные сети, из которых он не может выбраться? Поддержит ли его искусственный интеллект? Расскажет ли ему ютьюб план дальнейших действий?</w:t>
      </w:r>
    </w:p>
    <w:p>
      <w:r>
        <w:t>Быть равнодушным к предлагаемым Верным Свидетелем благословениям очень просто, когда ты находишься в окружении таких же равнодушных. Но это не тот выход, который предлагает Господь.</w:t>
      </w:r>
    </w:p>
    <w:p>
      <w:r>
        <w:t>Когда грех становится культурой общества, нормой жизни и правилом поведения, тогда быть «белой вороной» становится немодно, а порою и смертельно опасно. Что смогу я противопоставить натиску врага, который установил в моём разуме неприступные бастионы против Божьей благодати? Как мне преодолеть своё плотское «я», которое не зависит от Христа, не имеет с Ним отношений, но называется Его именем?</w:t>
      </w:r>
    </w:p>
    <w:p>
      <w:r>
        <w:t>Сейчас время благодатное. Сейчас ещё можно что-то изменить. Верный Свидетель ещё говорит: «Будь ревностен и покайся!» Он не хочет меня терять, Он любит меня, и Ему проще меня наказать, чем навсегда отдать этому миру. Однако Ему противно моё равнодушие к важным истинам и предлагаемым благословениям. Моя закрытая дверь сердца очень ясно свидетельствует о моём неверии и пустоте души. Что ещё Он может сделать для меня? Что ещё Он может предложить для моей победы, чтобы хоть как-то заинтересовать меня и вывести из равнодушного оцепенения?</w:t>
      </w:r>
    </w:p>
    <w:p>
      <w:r>
        <w:t>И удивительно то, что я сам не хочу быть равнодушным. Я не желаю погибать и умом понимаю, что плыву по течению, а сердце молчит и не даёт никаких импульсов воле. И даже в молитве я не хватаюсь руками веры за предлагаемую благодать, а привычно благодарю за то, что имею, и прошу о больших материальных благах и о чуде преобразования в моей жизни, которое должно как-то меня изменить и сделать победителем непонятно над чем.</w:t>
      </w:r>
    </w:p>
    <w:p>
      <w:r>
        <w:t>Я уже не сопротивляюсь злу. Оно всё равно никуда не денется. Моя лояльность ко греху сделала меня своим и дала мне право на место у «кормушки для свиней». А что делать, если все так живут?</w:t>
      </w:r>
    </w:p>
    <w:p>
      <w:r>
        <w:t>Но где-то внутри какой-то далёкий голос подсказывает мне, что так не пойдёт, что надо что-то делать, что-то менять, как-то учиться любить. О, для этого нужно столько времени, и Египет меня ни за что не отпустит. Даже и не буду пытаться. А вдруг получится, и тогда придётся от всего отказаться и стать в оппозицию? Как быть? А так хочется спастись, но при этом так, чтобы ничего не делать, а получить эту победу в подарок, ведь Господь такой щедрый на спасение, и Он обязательно что-то придумает, чтобы меня не потерять.</w:t>
      </w:r>
    </w:p>
    <w:p>
      <w:r>
        <w:t>Да и кто сказал, что во мне охладела любовь? Я люблю свою работу, свою машину, свой дом. Люблю вкусно поесть и попутешествовать. Люблю заниматься спортом. Многое люблю. Разве это плохо?</w:t>
      </w:r>
    </w:p>
    <w:p>
      <w:pPr>
        <w:pStyle w:val="Heading2"/>
      </w:pPr>
      <w:r>
        <w:t>Домашнее задание 854</w:t>
      </w:r>
    </w:p>
    <w:p>
      <w:r>
        <w:t>1. Прочитайте, пожалуйста, Откр.3:14-22; Прит.1:24-33; 12:1; Ис.56:10-12; 65:11-12; Иер.7:13; Ос.4:6,17; 1Пар.28:9; Иак.5:9 в свете этого урока.</w:t>
      </w:r>
    </w:p>
    <w:p>
      <w:r>
        <w:t>2. Какие ещё стихи из Библии пришли вам на память?</w:t>
      </w:r>
    </w:p>
    <w:p>
      <w:r>
        <w:t>3. Что вы поняли из этого урока?</w:t>
      </w:r>
    </w:p>
    <w:p>
      <w:r>
        <w:t>4. Всегда ли равнодушие является плохим качеством души?</w:t>
      </w:r>
    </w:p>
    <w:p>
      <w:r>
        <w:t>5. Почему так сложно достучаться до равнодушных людей?</w:t>
      </w:r>
    </w:p>
    <w:p>
      <w:r>
        <w:t>6. В чём отличие равнодушия от неверия или заблуждения?</w:t>
      </w:r>
    </w:p>
    <w:p>
      <w:r>
        <w:t>7. Можно ли быть верующим человеком и при этом равнодушным к Божьим словам?</w:t>
      </w:r>
    </w:p>
    <w:p>
      <w:r>
        <w:t>8. Что делает человека равнодушным?</w:t>
      </w:r>
    </w:p>
    <w:p>
      <w:r>
        <w:t>9. Как мне определить, являюсь ли я равнодушным к Божьим вестям человеком?</w:t>
      </w:r>
    </w:p>
    <w:p>
      <w:r>
        <w:t>10. Может ли быть такое, что я считаю себя горячим, а Господь видит во мне равнодушие к Своим советам и не может мне ничего навязывать против моей воли?</w:t>
      </w:r>
    </w:p>
    <w:p>
      <w:r>
        <w:t>11. Что делать, если я понял, что являюсь тёплым, а ничего изменить не могу и не хочу?</w:t>
      </w:r>
    </w:p>
    <w:p>
      <w:r>
        <w:t>12. Стоит ли ждать чуда перемен в моём сердце и ничего при этом самому не делать?</w:t>
      </w:r>
    </w:p>
    <w:p>
      <w:r>
        <w:t>13. Как вы думаете, использует ли Господь все возможные средства, чтобы достучаться до меня прежде, чем оставить меня навсегда?</w:t>
      </w:r>
    </w:p>
    <w:p>
      <w:r>
        <w:t>14. Охотно ли оставляет Господь равнодушных людей?</w:t>
      </w:r>
    </w:p>
    <w:p>
      <w:r>
        <w:t>15. Был ли этот урок для вас полезным?</w:t>
      </w:r>
    </w:p>
    <w:p>
      <w:r>
        <w:br w:type="page"/>
      </w:r>
    </w:p>
    <w:p>
      <w:pPr>
        <w:pStyle w:val="Heading1"/>
      </w:pPr>
      <w:r>
        <w:t>Урок 855. Супружеская неверность</w:t>
      </w:r>
    </w:p>
    <w:p>
      <w:r>
        <w:t>К большому сожалению, в среде Божьего народа имеет место супружеская неверность, которая заключается в физической измене своему спутнику жизни. За долгие годы жизни в церкви я пережил множество случаев, когда кто-то из членов христианской семьи нарушал седьмую заповедь, что рано или поздно становилось известно всем собратьям. Каждый раз подобные новости приносят боль и разочарование в людях, потому что знаешь, какие тяжёлые последствия обрушиваются на всех членов несчастной семьи и какие переживания происходят в церковном братстве.</w:t>
      </w:r>
    </w:p>
    <w:p>
      <w:r>
        <w:t>Как будет поступать любовь в подобных случаях? Сможет ли она проявить себя на развалинах чьей-то жизни? Что она скажет в утешение разбитым сердцам?</w:t>
      </w:r>
    </w:p>
    <w:p>
      <w:r>
        <w:t>Мне доводилось беседовать с подобными людьми, оказывать психологическую помощь и проводить консультации как с виновной, так и с пострадавшей стороной, с теми, кто пережил подобный опыт в своих семьях. При этом от подобных действий страдает как невиновная сторона, так и согрешившая. И все хотят найти правильный выход и не знают, как дальше жить.</w:t>
      </w:r>
    </w:p>
    <w:p>
      <w:r>
        <w:t>Не в моих правилах предлагать развод, но в данном случае полный разрыв отношений является законным действием и даёт невиновной стороне законное право на повторный брак с другим человеком в Господе. Но не все этого хотят, понимая, что с подобным статусом разведённого супруга гораздо сложнее найти человека, который заинтересовался бы тобой настолько, что решился бы на создание семьи. Кто-то боится финансовых проблем. Кто-то переживает за будущее общих детей. Кто-то не может себе представить жизни без этого, пусть и согрешившего, человека.</w:t>
      </w:r>
    </w:p>
    <w:p>
      <w:r>
        <w:t>В любом случае переживания и страдания имеют место, а вместе с этим грехом в семью могут прийти всевозможные инфекции половых органов, что ещё больше усугубляет ситуацию.</w:t>
      </w:r>
    </w:p>
    <w:p>
      <w:r>
        <w:t>Самое плохое и печальное, что может произойти в ответ на подобный грех, — это переход от естественного переживания к депрессивному состоянию. Но хуже этого может быть дух мести, побуждающий лишить жизни как виновную сторону, так и её партнёра. Стоит заметить, что враг души обязательно использует подобные случаи, чтобы уничтожить в людях добрые чувства, ввергнуть их в уныние и предложить свои услуги при оказании помощи, что только осложняет ситуацию. Поэтому я как друг и брат начинаю молиться за эту семью и прошу других собратьев поддержать меня в этом.</w:t>
      </w:r>
    </w:p>
    <w:p>
      <w:r>
        <w:t>Господь тоже действует в сердцах обоих несчастных супругов, даруя Свою благодать и ожидая свободного решения этих людей, исходя из которого Он сможет продолжить Свои действия или остаться невостребованным.</w:t>
      </w:r>
    </w:p>
    <w:p>
      <w:r>
        <w:t>Первое, что хочется дать этим семьям, — это заверение в своей поддержке и заинтересованности в мудром решении вопроса. С этого и начинаются все беседы.</w:t>
      </w:r>
    </w:p>
    <w:p>
      <w:r>
        <w:t>Хорошо, если тебя хотят слушать или сами обращаются за помощью, тогда Господь может тебя использовать в Своём влиянии и предложить разные варианты.</w:t>
      </w:r>
    </w:p>
    <w:p>
      <w:r>
        <w:t>Первое, что я говорю невиновной стороне, — это то, что она имеет законное право на развод и перспективу создания новой семьи. Но после этого я всегда предлагаю прощение как шанс для исправления этой ситуации и попытки что-то вернуть. Даже если семья распадётся, прощение является самым правильным подходом к решению своих внутренних проблем. Ты отдаёшь всё Богу и очищаешь свою жизнь от ненужных переживаний, даруя этим самым и другой стороне шанс на спокойный выход из кризиса.</w:t>
      </w:r>
    </w:p>
    <w:p>
      <w:r>
        <w:t>Как это ни кощунственно звучит, но я всегда предлагаю попросить у Бога использовать эту тяжёлую ситуацию, чтобы научиться счастью и понять, как оно может прийти в твою жизнь и сделать тебя воистину счастливым. Учитывая то, что одним законом счастья является пункт: «я прощаю», можно на деле испытать силу этого прощения и быть в этом счастливым.</w:t>
      </w:r>
    </w:p>
    <w:p>
      <w:r>
        <w:t>Далее можно иметь несколько благословений.</w:t>
      </w:r>
    </w:p>
    <w:p>
      <w:r>
        <w:t>Первое — простить и восстановить разрушенные отношения и не доводить дело до развода, и радоваться тому, что семья сохранилась.</w:t>
      </w:r>
    </w:p>
    <w:p>
      <w:r>
        <w:t>Второе — простить и развестись, и радоваться тому, что теперь ты можешь беспрепятственно служить Богу и планировать свою дальнейшую жизнь и служение так, как посчитаешь нужным и правильным, имея перспективу создания новой семьи.</w:t>
      </w:r>
    </w:p>
    <w:p>
      <w:r>
        <w:t>Третье — простить и позволить виновной стороне самой решать, как дальше жить и стоит ли что-то восстанавливать, благодаря Бога и радуясь тому, что твоё сердце свободно от всякого зла.</w:t>
      </w:r>
    </w:p>
    <w:p>
      <w:r>
        <w:t>Можно также предложить этим людям пожить отдельно, чтобы успокоиться и понять, что произошло.</w:t>
      </w:r>
    </w:p>
    <w:p>
      <w:r>
        <w:t>Подобный грех не имеет оправдания и несёт тяжёлые последствия. И на стороне могут появиться внебрачные дети, которые не виноваты в грехе своих родителей, но на которых тоже ложится бремя греха матери и отца. Господь может исправить и эту ситуацию и обратить зло во благо, если Ему это позволить.</w:t>
      </w:r>
    </w:p>
    <w:p>
      <w:r>
        <w:t>Беседуя с виновной стороной, ты также видишь, что зачастую эта душа стала жертвой сатанинских обольщений и, зайдя на запретную территорию, потеряла рассудок и отдалась во власть обольщения. А потом, придя в себя, стала переживать угрызения совести.</w:t>
      </w:r>
    </w:p>
    <w:p>
      <w:r>
        <w:t>Но есть и те, кто сознательно к этому шёл, считая, что обретёт в этом своё счастье, а оно так и не появилось. Не даст Господь счастья во грехе.</w:t>
      </w:r>
    </w:p>
    <w:p>
      <w:r>
        <w:t>Как бы то ни было, но эта душа нуждается в молитвенной поддержке и меньше всего хочет, чтобы её критиковали, осуждали и били за этот отвратительный поступок. А мне надо решить: «Я буду помогать или добивать?»</w:t>
      </w:r>
    </w:p>
    <w:p>
      <w:r>
        <w:t>Что только ни увидишь за свою жизнь. Бывает, что в результате этого греха чья-то жизнь изменилась к лучшему, и он стал ближе к Богу. А кто-то умудрился создать на развалинах своих отношений более успешную семью, чем была прежде.</w:t>
      </w:r>
    </w:p>
    <w:p>
      <w:r>
        <w:t>Кто-то живёт один и очень этому рад.</w:t>
      </w:r>
    </w:p>
    <w:p>
      <w:r>
        <w:t>Кого-то тяготит нынешнее положение вещей в уже имеющейся семье, и он мечтает о том, чтобы она как-то законно разрушилась, и что-то изменилось к лучшему.</w:t>
      </w:r>
    </w:p>
    <w:p>
      <w:r>
        <w:t>Кто-то разводится, чтобы создать что-то новое, более качественное, понимая, что это тоже является супружеской изменой и нарушением седьмой заповеди. Но идёт на это, считая, что Господь как-то простит.</w:t>
      </w:r>
    </w:p>
    <w:p>
      <w:r>
        <w:t>У виновной стороны всегда найдутся сторонники, которые будут оправдывать этот грех и возлагать всю вину на другую половину.</w:t>
      </w:r>
    </w:p>
    <w:p>
      <w:r>
        <w:t>Как быть Богу, к Которому потом все эти люди приходят, чтобы просить очередных благословений для своего греха, и не думают, что не стоит искушать Бога в подобных вещах? Но в то же время у Бога нет настолько сложных ситуаций, которые Он не смог бы решить. Для Него нет настолько запутанных вопросов, в которых Он бы не смог разобраться. Он обязательно поможет каждому, кто искренне обратится к Нему и доверит в Его руки свою жизнь.</w:t>
      </w:r>
    </w:p>
    <w:p>
      <w:r>
        <w:t>Покаяние, которое даётся Богом, является самым лучшим выходом из греха прелюбодеяния. Но оно не освобождает душу от последствий. Пример того — жизнь царя Давида, который хоть и покаялся, но потерял четырёх сыновей по слову пророка.</w:t>
      </w:r>
    </w:p>
    <w:p>
      <w:r>
        <w:t>Но есть общее правило, которое служит ко благу, — это прощать и не носить в сердце зла. Просить любви там, где её невозможно иметь. Молиться, чтобы ясно понимать Божью волю и ходить в истине. Противостать дьяволу и избрать лучший путь, путь превосходнейший.</w:t>
      </w:r>
    </w:p>
    <w:p>
      <w:pPr>
        <w:pStyle w:val="Heading2"/>
      </w:pPr>
      <w:r>
        <w:t>Домашнее задание 855</w:t>
      </w:r>
    </w:p>
    <w:p>
      <w:r>
        <w:t>1. Прочитайте, пожалуйста, Иер.3:1; 2Цар.11:2-4; Исх.20:14; Мат.5:27-28; 6:14-15; 19:9; Мар.10:11; Лев.20:10; 1Тим.6:6; Рим.7:2-3; Прит.6:32-35; Иер.23:10; Ин.8:3-11; Еф.4:32 в свете этого урока.</w:t>
      </w:r>
    </w:p>
    <w:p>
      <w:r>
        <w:t>2. Какие ещё стихи из Библии пришли вам на память?</w:t>
      </w:r>
    </w:p>
    <w:p>
      <w:r>
        <w:t>3. Что вы поняли из этого урока?</w:t>
      </w:r>
    </w:p>
    <w:p>
      <w:r>
        <w:t>4. Были ли вы свидетелями супружеской неверности в вашей церкви?</w:t>
      </w:r>
    </w:p>
    <w:p>
      <w:r>
        <w:t>5. Почему верующие люди нарушают седьмую Божью заповедь?</w:t>
      </w:r>
    </w:p>
    <w:p>
      <w:r>
        <w:t>6. Становится ли нарушитель седьмой заповеди проклятым Богом на всю жизнь?</w:t>
      </w:r>
    </w:p>
    <w:p>
      <w:r>
        <w:t>7. Стоит ли прощать тех, кто нарушает Божий закон и причиняет этим вам боль?</w:t>
      </w:r>
    </w:p>
    <w:p>
      <w:r>
        <w:t>8. Даёт ли заповедь о любви друг к другу повод к прелюбодеянию, если брат и сестра по вере решат исполнить это повеление Иисуса?</w:t>
      </w:r>
    </w:p>
    <w:p>
      <w:r>
        <w:t>9. Можно ли быть счастливым, когда твоя семья рушится?</w:t>
      </w:r>
    </w:p>
    <w:p>
      <w:r>
        <w:t>10. Является ли депрессия лучшим средством для решения проблемы супружеской неверности?</w:t>
      </w:r>
    </w:p>
    <w:p>
      <w:r>
        <w:t>11. Стоит ли прощать согрешившую половину и восстанавливать с ней отношения?</w:t>
      </w:r>
    </w:p>
    <w:p>
      <w:r>
        <w:t>12. Почему супружеская неверность приносит столько боли другой половине?</w:t>
      </w:r>
    </w:p>
    <w:p>
      <w:r>
        <w:t>13. Что делать человеку, если в его голову лезут прелюбодейные мысли?</w:t>
      </w:r>
    </w:p>
    <w:p>
      <w:r>
        <w:t>14. Как вы думаете, примет ли Господь ваше прощение неверной стороны и восстановит ли ваши отношения?</w:t>
      </w:r>
    </w:p>
    <w:p>
      <w:r>
        <w:t>15. Был ли этот урок вам полезен?</w:t>
      </w:r>
    </w:p>
    <w:p>
      <w:r>
        <w:br w:type="page"/>
      </w:r>
    </w:p>
    <w:p>
      <w:pPr>
        <w:pStyle w:val="Heading1"/>
      </w:pPr>
      <w:r>
        <w:t>Урок 856. Духовная неверность</w:t>
      </w:r>
    </w:p>
    <w:p>
      <w:r>
        <w:t>Читая Библию, можно очень быстро заметить, что Господь называет Свой народ возлюбленной и невестой, но при этом и обвиняет её в супружеской измене.</w:t>
      </w:r>
    </w:p>
    <w:p>
      <w:r>
        <w:t>Читаем Иер. 3:1: «Говорят: „если муж отпустит жену свою, и она отойдёт от него и сделается женою другого мужа, то может ли она возвратиться к нему? Не осквернилась ли бы этим страна та?“ А ты со многими любовниками блудодействовала, — и однако же возвратись ко Мне, говорит Господь».</w:t>
      </w:r>
    </w:p>
    <w:p>
      <w:r>
        <w:t>Удивляет Божье долготерпение и любовь к той, которая, имея столько преимуществ и будучи избранной Самим Творцом, чтобы быть Его возлюбленной, выбирает себе этот мир, похоть плоти, похоть очей и гордость житейскую, и неукоснительно тянется к этому.</w:t>
      </w:r>
    </w:p>
    <w:p>
      <w:r>
        <w:t>В Песне Песней Господь описывает, какие отношения Он желает иметь со Своим народом. Что Он только ни сделал, чтобы Его дети имели полноту познания истины для своего времени. А в определённый период истории Он Сам подарил Себя этому миру в лице Своего возлюбленного Сына. Он спрашивает через Ис 5:4: «Что ещё надлежало бы сделать для виноградника Моего, чего Я не сделал ему? Почему, когда Я ожидал, что он принесёт добрые грозды, он принёс дикие ягоды?»</w:t>
      </w:r>
    </w:p>
    <w:p>
      <w:r>
        <w:t>Обращаясь к Своему народу последнего времени через послание к Лаодикии, Господь решил лично указать каждому из нас на то, какими Он видит нас. И что изменилось за много веков? Мы такие же несчастные, жалкие, нищие, слепые и нагие, как были наши предшественники, бывшие Его народом и до нас. И вот из этого хромого и убогого общества Господь собирает армию победителей, да причём таких, каких не было во все дни истории человечества!</w:t>
      </w:r>
    </w:p>
    <w:p>
      <w:r>
        <w:t>Но проблема Лаодикии в том, что она много о себе думает, но мало что хорошего из себя представляет. Она, считая себя невестой, имеет что-то общее и с этим миром, что охлаждает её любовь и делает её состояние отвратительным в глазах Иисуса. А Он вновь заверяет её в Своей любви и предлагает такие тесные отношения, о которых никто не мог и мечтать.</w:t>
      </w:r>
    </w:p>
    <w:p>
      <w:r>
        <w:t>Представьте себе такую картину. Блудная женщина приходит к своему жениху на совет и говорит ему: «Любимый, я тут немного пофлиртую со своими любовниками, позволю им поухаживать за мной, но Ты не переживай. Это несерьёзно. Я душою твоя и принадлежу Тебе и ни за что Тебя не оставлю. Я знаю, что Ты тоже меня не бросишь, поэтому чувствую себя свободной. А если я что-то сделаю не так, то Ты найди выход, чтобы вернуть меня, и я обязательно вернусь, ведь я Твоя навеки. Приходи, стучи, ходи за мной, жди меня, и когда-то я стану полностью Твоей и оценю всё, что Ты для меня сделал, и буду самой верной». Вас не возмущает такое лицемерие? Будет ли здравомыслящий мужчина терпеть такие искренние признания от своей невесты? А Господь терпит и верит в каждого из нас, в то, что мы когда-то обратимся и станем полностью Ему принадлежать. И Он учит, как и через что.</w:t>
      </w:r>
    </w:p>
    <w:p>
      <w:r>
        <w:t>Но возникает следующая проблема. Оказывается, что невеста глухая. У неё нет ушей, которыми бы она смогла услышать своего Избранного. Он, кажется, что-то ей говорит, а она смотрит на Него, улыбается, заверяет Его в своей верности и тут же забывает о том, что не услышала. Он вновь и вновь повторяет ей Свои предложения, а она смотрит на Него, любуется Им и спрашивает, какой цвет волос Ему нравится, или какой фильм лучше посмотреть.</w:t>
      </w:r>
    </w:p>
    <w:p>
      <w:r>
        <w:t>Как вы думаете, если какой-то мультимиллиардер решит сделать вас богатым человеком и приложит все свои усилия к тому, чтобы научить вас приобретать богатство, и вложит в это образование все необходимые ресурсы и самого себя, то у него что-то получится? Да, но при одном условии. Если вы заинтересованы и захотите стать богатым человеком. Но если вы будете глухи и слепы ко всем его наставлениям, то в конце концов он махнёт на вас рукой и оставит вас навсегда, жалея о напрасно потраченном времени. Будет ли он виноват в том, что я не услышал все его советы и не принял то, что он мне предлагал? Будет ли этот миллиардер сожалеть о том, что недосказал мне информацию, которая могла бы меня по-настоящему убедить?</w:t>
      </w:r>
    </w:p>
    <w:p>
      <w:r>
        <w:t>Что ещё нужно нам дать, объяснить и показать, чтобы наши уши открылись, и мы, увидев своё истинное положение, обратились к выходу, который предлагает нам Господь?</w:t>
      </w:r>
    </w:p>
    <w:p>
      <w:r>
        <w:t>В один дом случайно залетел воробей. Ища выход, он стал метаться от стены к стене, биться клювом о стёкла. Люди, которые были в комнате, хотели выгнать его через открытую дверь или форточку, но воробей умело увёртывался и без устали летал туда-сюда, разбивая в кровь своё маленькое тело. Потом один человек предложил создать тьму, выключить свет, зашторить все окна и оставить открытой только дверь на улицу. Так и сделали. Воробей тут же понял, где есть выход, и успешно беспрепятственно вылетел на волю.</w:t>
      </w:r>
    </w:p>
    <w:p>
      <w:r>
        <w:t>Бывает, что мы настолько перестали слышать и видеть Божьи благословения, что Ему приходится окружать нас беспросветной тьмой и оставлять маленький выход, через который будет проникать свет, указывающий на избавление. Но стоит ли доводить себя до такого состояния?</w:t>
      </w:r>
    </w:p>
    <w:p>
      <w:r>
        <w:t>Радует и то, что Бог – не человек. Он видит и думает совсем иначе, чем мы себе представляем. То, что я считаю нормой жизни, и то, что кажется мне не таким уж и страшным в заигрывании с миром, Господь видит иначе.</w:t>
      </w:r>
    </w:p>
    <w:p>
      <w:r>
        <w:t>Чтобы услышать Божий ответ на моё: «А что, Господи, в моей жизни не так?», стоит серьёзно задать Ему этот вопрос и дождаться ответа, пребывая в посте и молитве. Сложно быстро остановиться, когда несёшься по жизни на всех оборотах, но лучше сделать это самому и сейчас, чем это сделает за тебя стена.</w:t>
      </w:r>
    </w:p>
    <w:p>
      <w:r>
        <w:t>Торговые отношения со Христом подразумевают подобную остановку во времени и всех своих делах, чтобы я мог сесть у Его ног и слушать, что Он предложит и что откроет. Это целая Школа познания Бога и обучения тому, как Он через тебя может проявить Себя в этом мире, чтобы я смог устоять и победить.</w:t>
      </w:r>
    </w:p>
    <w:p>
      <w:r>
        <w:t>Бог желает быть в моей жизни на первом месте и именно с этой позиции иметь со мной общение и строить отношения. Ведь я не просто один из многих, а тот, кто для Него интересен настолько, что Он видит меня Своей невестой, мечтает всю Вечность иметь меня рядом с Собой и никогда не разлучаться.</w:t>
      </w:r>
    </w:p>
    <w:p>
      <w:r>
        <w:t>В Откр.3:18 Иисус предлагает всё Небо, всего Себя, но этот выход такой маленький и незаметный для слепых глаз, что в конце концов Ему придётся окутать всю землю тьмою и погрузить нас в такую великую скорбь, чтобы мы наконец-то увидели этот сияющий свет, прозрели и пошли к выходу.</w:t>
      </w:r>
    </w:p>
    <w:p>
      <w:r>
        <w:t>Рано или поздно мы все остановимся, придём в себя, станем слышать, но Небесный магазин может оказаться закрытым навсегда.</w:t>
      </w:r>
    </w:p>
    <w:p>
      <w:r>
        <w:t>В отношении 144.000 написано, что они не осквернились с жёнами. Это те, кто, приняв совет Верного Свидетеля, полностью окунулись в эту весть и сделали всё от себя зависящее, чтобы быть верными Богу и не иметь ничего общего с падшим миром, ложными учениями и духами тьмы.</w:t>
      </w:r>
    </w:p>
    <w:p>
      <w:r>
        <w:t>Если вы захотите стать врачом, то сколько времени вам необходимо, чтобы достичь этой цели? Много лет. Тот же принцип действует и в отношении к вести к Лаодикии. Приготовьтесь к тому, чтобы многое узнать, принять и изменить. А стать быстро невестой ни у кого не получится. В Небесной Школе такая спешка не нужна, уж больно высока цена обучения и высоки требования к желаемой избраннице.</w:t>
      </w:r>
    </w:p>
    <w:p>
      <w:pPr>
        <w:pStyle w:val="Heading2"/>
      </w:pPr>
      <w:r>
        <w:t>Домашнее задание 856</w:t>
      </w:r>
    </w:p>
    <w:p>
      <w:r>
        <w:t>1. Прочитайте, пожалуйста, Иак.4:4; Иер.3:6-14; 13:23-27; Ис.54:5-15; 57:3-12; Иез.16:8-42; Откр.2:14-22; 1Кор.6:9-11 в свете этого урока.</w:t>
      </w:r>
    </w:p>
    <w:p>
      <w:r>
        <w:t>2. Какие ещё стихи из Библии пришли вам на память?</w:t>
      </w:r>
    </w:p>
    <w:p>
      <w:r>
        <w:t>3. Что вы поняли из этого урока?</w:t>
      </w:r>
    </w:p>
    <w:p>
      <w:r>
        <w:t>4. Как вы думаете, переживает ли Бог нашу измену так же тяжело, как её переживают люди в отношении друг друга?</w:t>
      </w:r>
    </w:p>
    <w:p>
      <w:r>
        <w:t>5. Почему Господь называет брачными отношения со Своим народом?</w:t>
      </w:r>
    </w:p>
    <w:p>
      <w:r>
        <w:t>6. Как понять, не на опасном ли я пути?</w:t>
      </w:r>
    </w:p>
    <w:p>
      <w:r>
        <w:t>7. Почему Бог не отвергает Свою избранницу за её неверность, но ищет её, зовёт, прощает?</w:t>
      </w:r>
    </w:p>
    <w:p>
      <w:r>
        <w:t>8. Вам радостно, что вы являетесь той невестой, которую Господь так любит и желает спасти?</w:t>
      </w:r>
    </w:p>
    <w:p>
      <w:r>
        <w:t>9. Вечно ли Господь будет терпеть измену со стороны Своей возлюбленной?</w:t>
      </w:r>
    </w:p>
    <w:p>
      <w:r>
        <w:t>10. Невеста Христа — это кто или что?</w:t>
      </w:r>
    </w:p>
    <w:p>
      <w:r>
        <w:t>11. Почему нельзя одновременно быть с миром и с Богом?</w:t>
      </w:r>
    </w:p>
    <w:p>
      <w:r>
        <w:t>12. Стоит ли возвращаться к Богу, если я зашёл слишком далеко в своём беззаконии?</w:t>
      </w:r>
    </w:p>
    <w:p>
      <w:r>
        <w:t>13. Как Господь поступит с теми христианами, которые не отзовутся на Его призывы и будут продолжать заигрывать с миром?</w:t>
      </w:r>
    </w:p>
    <w:p>
      <w:r>
        <w:t>14. Как вы думаете, охотно ли отвергнет Господь неверную невесту?</w:t>
      </w:r>
    </w:p>
    <w:p>
      <w:r>
        <w:t>15. Был ли этот урок вам полезен?</w:t>
      </w:r>
    </w:p>
    <w:p>
      <w:r>
        <w:br w:type="page"/>
      </w:r>
    </w:p>
    <w:p>
      <w:pPr>
        <w:pStyle w:val="Heading1"/>
      </w:pPr>
      <w:r>
        <w:t>Урок 857. Стадии семейной жизни</w:t>
      </w:r>
    </w:p>
    <w:p>
      <w:r>
        <w:t>Если вы решите узнать у специалистов по семейным вопросам о том, какие стадии существуют в браке, то вам приведут общую статистику развития отношений, которая удручает своей стабильностью и может запрограммировать ваше сознание на подобное будущее.</w:t>
      </w:r>
    </w:p>
    <w:p>
      <w:r>
        <w:t>Приведём это описание.</w:t>
      </w:r>
    </w:p>
    <w:p>
      <w:r>
        <w:t>Первая стадия отношений — это так называемый букетно-конфетный период или стадия знакомства друг с другом. Она, как правило, начинается до бракосочетания и длится до полутора, а иногда до четырёх лет после создания семьи.</w:t>
      </w:r>
    </w:p>
    <w:p>
      <w:r>
        <w:t>На этой стадии всё прекрасно, гормональная система постоянно радует сердце и побуждает сознание к новым открытиям и подвигам в интимной сфере.</w:t>
      </w:r>
    </w:p>
    <w:p>
      <w:r>
        <w:t>Вторая стадия, в которую плавно переходят семейные отношения, — это стадия успокоения в познании друг друга, в которой замечается спад гормональной активности, и уже нет той эйфории, которую молодожёны переживали в самом начале своих отношений.</w:t>
      </w:r>
    </w:p>
    <w:p>
      <w:r>
        <w:t>Обычно многие проблемы, ведущие к недовольству своим семейным партнёром, начинаются на этой стадии. А где возникает конфликт, там происходит разрыв добрых отношений, которые плавно переходят в следующую стадию.</w:t>
      </w:r>
    </w:p>
    <w:p>
      <w:r>
        <w:t>Сложно определить, когда начинается этот переход, так как характеры и условия жизни у всех людей разные.</w:t>
      </w:r>
    </w:p>
    <w:p>
      <w:r>
        <w:t>Третья стадия — это стадия пренебрежения, когда супругов начинает раздражать всё, что они терпели друг в друге, и дом превращается в минное поле, на котором периодически происходят взрывы. Партнёры теряют семейное счастье, но продолжают выполнять свои обязанности и требовать их исполнения друг от друга. Эта стадия может длиться от 10 до 25 лет, и супруги привыкают к подобным отношениям, лишь периодически сетуя на то, как прекрасно всё начиналось, и не понимая, куда делась вся романтика былых лет.</w:t>
      </w:r>
    </w:p>
    <w:p>
      <w:r>
        <w:t>Четвёртая стадия — это стадия привыкания и терпения. Когда оба партнёра понимают, что деваться некуда, и что-то лучшее уже не найдёшь, да и сам не станешь более прекрасным, и какой бы красивой и зелёной ни была трава за забором у соседа, её тоже надо будет косить.</w:t>
      </w:r>
    </w:p>
    <w:p>
      <w:r>
        <w:t>Вся эта статистика удручает, и многие люди в мире, понимая неизбежность своей судьбы, предпочитают не регистрировать свои отношения, чтобы в любой момент можно было начать новый роман с новым партнёром, беря в новые отношения свой жизненный опыт.</w:t>
      </w:r>
    </w:p>
    <w:p>
      <w:r>
        <w:t>К сожалению, подобное влияние мира и подобная статистика распространяется и на церковное братство, и мы видим, как распадаются семьи, и на их развалинах создаются новые союзы, которые не делают людей более счастливыми, но вносят в среду Божьего народа некоторые разногласия и споры.</w:t>
      </w:r>
    </w:p>
    <w:p>
      <w:r>
        <w:t>Любовь уничтожает всю мирскую статистику и вносит даже в односторонние и половинчатые семьи своё влияние, которое помогает сохранить семью и вывести отношения в браке на более радостный уровень, чем это предлагает нам мир.</w:t>
      </w:r>
    </w:p>
    <w:p>
      <w:r>
        <w:t>Если учесть, что мир учит тому, что там, где много секса, там много счастья, то подобный дух проникает и в семейные отношения, и супруги ждут друг от друга полного посвящения и выкладки в этом вопросе, что ускоряет переход от одной мирской стадии брака к другой.</w:t>
      </w:r>
    </w:p>
    <w:p>
      <w:r>
        <w:t>Наши гормоны — это наше настроение и взгляд на многие жизненные ценности. Молодые и воздержанные люди переживают немало прекрасных моментов в отношениях, чего не скажешь про тех, кто уже много лет находится в браке и старается получить от жизни всё.</w:t>
      </w:r>
    </w:p>
    <w:p>
      <w:r>
        <w:t>Отсутствие просвещения в сексуальной и интимной сфере семейных отношений создаёт в разуме двух партнёров определённые стереотипы, которые разрушают их здоровье, истощают нервную систему и приводят их души к пустоте и болезням.</w:t>
      </w:r>
    </w:p>
    <w:p>
      <w:r>
        <w:t>Знаете ли вы о том, что абсолютной гармонии в физической близости между мужем и женой не может быть? Их природа, физиология и мышление настолько разные, что совместить невозможное довольно сложно. Иногда бывает совпадение их темпераментов, желаний и возможностей по времени и продолжительности, но эти случайности никогда не могут стать правилом. Однако многие ожидают друг от друга или необходимой активности, или строгого воздержания. Но любовь и здесь может изменить невозможное и создать в сознании супругов единство душ, уважение к свободе другого и гармонию как духовных, так и физических отношений. Она учит мужа и жену проявлять уважение друг к другу, правильно объяснять свои желания, думать не только о себе, но и о другом, и обо всём договариваться, когда появляется необходимость. Общение в духе любви и уважения друг ко другу совершает чудеса, и счастье начинает бегать по пятам за этой семьёй, постоянно наполняя дом любящих людей своим светом.</w:t>
      </w:r>
    </w:p>
    <w:p>
      <w:r>
        <w:t>Даже когда один из супругов не разделяет убеждений веры другого и живёт по законам этого мира, любовь вносит свой созидающий дух в отношения между супругами и начинает творить что-то новое. А когда оба супруга решают любить друг друга, тогда их жизнь преображается, и у них начинают развиваться стадии любви, в которых их семейная жизнь переходит от славы в славу, радуя их сердца новыми открытиями и улучшая их отношения изо дня в день.</w:t>
      </w:r>
    </w:p>
    <w:p>
      <w:r>
        <w:t>Любовь даётся нам Богом, чтобы обогащать нашу жизнь своим присутствием и тем, что мы получаем от любящих нас друзей. И если в церковном братстве есть некоторые этические нормы в отношениях между полами, то в семье этих границ просто нет, и любовь может проявлять себя и обогащать нас во всех сферах семейной жизни, как ей хочется.</w:t>
      </w:r>
    </w:p>
    <w:p>
      <w:r>
        <w:t>Стадии любви в семье зависят от того, насколько глубоко оба супруга познали эту любовь, как долго они её имеют, в каких они отношениях с Богом, создали ли они свой союз во взаимной сознательной любви.</w:t>
      </w:r>
    </w:p>
    <w:p>
      <w:r>
        <w:t>В любом случае любовь имеет тенденцию к утверждению и развитию отношений в позитивном и добром ключе. Она обогащает своим золотом и того, кто её отдаёт, и того, кто её принимает. Если она натыкается на стену отчуждения, то спокойно возвращается к тому, от кого пришла, и даёт ему опыт проявления себя в тяжёлых семейных ситуациях, оставляя в памяти напоминание о себе, что она есть и она доступна.</w:t>
      </w:r>
    </w:p>
    <w:p>
      <w:r>
        <w:t>В самом начале отношений любви она активно знакомится со своим новым партнёром, которого собирается любить всю жизнь, и изучает его всесторонне. Она ищет индивидуальный подход к сердцу нового друга и, поняв его нужду, начинает ему это давать.</w:t>
      </w:r>
    </w:p>
    <w:p>
      <w:r>
        <w:t>На следующей стадии любовь осознанно использует полученные знания и опыт, утверждаясь в любящем сердце, и уже не может по-другому относиться к своему партнёру по любви. Если она взаимна, то это постоянно радует мужа и жену. И любовь распространяет своё влияние на все сферы их жизни.</w:t>
      </w:r>
    </w:p>
    <w:p>
      <w:r>
        <w:t>Переход на следующую стадию любви зависит от личных отношений с Тем, Кто есть Любовь. В это время семейные отношения в любви обязательно начинают распространяться и на других людей, даря им живой пример счастливой жизни и разрушая их мирские стереотипы о дружбе и счастье.</w:t>
      </w:r>
    </w:p>
    <w:p>
      <w:r>
        <w:t>Во взаимной любви душа человека обретает всё необходимое для счастья, и любящим людям приходится в этом жить.</w:t>
      </w:r>
    </w:p>
    <w:p>
      <w:r>
        <w:t>Но вскоре наступит та стадия любви, когда Сам Иисус придёт на Землю, чтобы взять всех любящих людей в Своё Царство любви и открыть новые просторы для развития этих Небесных отношений на протяжении всей Вечности. И как будет радостно нашей любви встретиться лицом к лицу с Тем, Кто является этой Любовью в нас.</w:t>
      </w:r>
    </w:p>
    <w:p>
      <w:pPr>
        <w:pStyle w:val="Heading2"/>
      </w:pPr>
      <w:r>
        <w:t>Домашнее задание 857</w:t>
      </w:r>
    </w:p>
    <w:p>
      <w:r>
        <w:t>1. Прочитайте, пожалуйста, Еф.5:25; Ин.13:34-35; 1Кор.13:3-8,13; Рим.13:8-10; 1Пет.1:22; Пс.91:6-7; Прит.1:29-32; 14:24; 1Ин.4:8 в свете этого урока.</w:t>
      </w:r>
    </w:p>
    <w:p>
      <w:r>
        <w:t>2. Какие ещё стихи из Библии пришли вам на память?</w:t>
      </w:r>
    </w:p>
    <w:p>
      <w:r>
        <w:t>3. Что вы поняли из этого урока?</w:t>
      </w:r>
    </w:p>
    <w:p>
      <w:r>
        <w:t>4. Почему в семье не всё идёт стабильно и одинаково?</w:t>
      </w:r>
    </w:p>
    <w:p>
      <w:r>
        <w:t>5. Как вы думаете, придумывает ли враг души очередные соблазны, чтобы разрушать семейное счастье?</w:t>
      </w:r>
    </w:p>
    <w:p>
      <w:r>
        <w:t>6. Что делать, если у меня всё в семье складывается по мирским стандартам и принципам?</w:t>
      </w:r>
    </w:p>
    <w:p>
      <w:r>
        <w:t>7. Можно ли быть и с миром, и с Богом в одном лице в одной семье?</w:t>
      </w:r>
    </w:p>
    <w:p>
      <w:r>
        <w:t>8. На какой стадии семейной жизни вы находитесь?</w:t>
      </w:r>
    </w:p>
    <w:p>
      <w:r>
        <w:t>9. Можно ли в одной семье быть на разных стадиях отношений?</w:t>
      </w:r>
    </w:p>
    <w:p>
      <w:r>
        <w:t>10. Что происходит с теми, кто не знает законов счастливой семьи и пытается жить по своим законам?</w:t>
      </w:r>
    </w:p>
    <w:p>
      <w:r>
        <w:t>11. Как вы думаете, имеет ли любовь свою статистику отношений?</w:t>
      </w:r>
    </w:p>
    <w:p>
      <w:r>
        <w:t>12. Зависит ли семейное счастье только от одного супруга, или в этом должны участвовать все члены семьи?</w:t>
      </w:r>
    </w:p>
    <w:p>
      <w:r>
        <w:t>13. Почему мужчины иногда не понимают, что их жёны — это немощный сосуд, который нуждается в особой заботе и любви?</w:t>
      </w:r>
    </w:p>
    <w:p>
      <w:r>
        <w:t>14. Как жить в семье, когда пропадают чувства и остаются обязанности?</w:t>
      </w:r>
    </w:p>
    <w:p>
      <w:r>
        <w:t>15. Был ли этот урок вам полезен?</w:t>
      </w:r>
    </w:p>
    <w:p>
      <w:r>
        <w:br w:type="page"/>
      </w:r>
    </w:p>
    <w:p>
      <w:pPr>
        <w:pStyle w:val="Heading1"/>
      </w:pPr>
      <w:r>
        <w:t>Урок 858. Должна ли жена работать?</w:t>
      </w:r>
    </w:p>
    <w:p>
      <w:r>
        <w:t>Вопрос, который, возможно, интересует всех мужчин и женщин, о том, должна ли замужняя женщина работать, довольно сложен, чтобы дать односложный ответ и уверенно сказать, что должна или не должна. Библия не даёт прямых указаний на трудовую деятельность жены, хотя в ней говорится о многих женщинах, которые трудились своими руками и совершали какую-то полезную работу ради личного и общественного блага.</w:t>
      </w:r>
    </w:p>
    <w:p>
      <w:r>
        <w:t>Четвёртая заповедь гласит: «Шесть дней работай и делай все дела твои…» Исх.20:9. Бог призывает нас быть занятыми людьми, но это повеление не нужно выдёргивать из контекста всей заповеди и придавать ему тот смысл, который искажает Божью волю.</w:t>
      </w:r>
    </w:p>
    <w:p>
      <w:r>
        <w:t>Женщина была сотворена из мужчины и для мужчины как помощник, как тот, кто будет радовать мужское сердце и помогать видеть вещи немного иначе, иметь другое мнение и думать не так, как он. Самый лучший помощник — это тот, кто превосходит своим интеллектуальным и эмоциональным совершенством тех, кому он призван помогать. Господь предусмотрел и этот вопрос и сделал женщину именно такой, вложив в неё особенные свойства души, которые напрочь отсутствуют у мужчин.</w:t>
      </w:r>
    </w:p>
    <w:p>
      <w:r>
        <w:t>Культура современного общества или государственная политика может регламентировать трудовое поведение женщины в обществе. Но семья является закрытой ячейкой, где муж и жена сами вправе решать, каким образом им вести семейное дело, кто чем будет или должен заниматься, и должна ли женщина работать и вносить свой вклад в семейный бюджет.</w:t>
      </w:r>
    </w:p>
    <w:p>
      <w:r>
        <w:t>Когда происходит обряд бракосочетания, тогда ни одна невеста не обещает перед алтарём, что она будет без устали работать ради семейного блага и быть основным добытчиком в семье. И от неё никто этого не требует на официальном уровне и после заключения брака. В любом обществе принято считать, что это обязанность мужа, особенно если жена имеет маленьких детей.</w:t>
      </w:r>
    </w:p>
    <w:p>
      <w:r>
        <w:t>Когда мужчина правильно понимает, кем является женщина в Божьем плане творения, то, как устроено её тело, как она мыслит, и кем она является для него, тогда он будет бережно относиться к ней и заботиться о ней с особой нежностью и любовью, если таковые качества души ему подвластны. Когда в отношениях присутствует любовь и здравый смысл, тогда всегда можно открыто обсудить все вопросы и принять те решения, которые будут устраивать обоих супругов.</w:t>
      </w:r>
    </w:p>
    <w:p>
      <w:r>
        <w:t>Глядя на общество, в котором мы живём, можно очень быстро определить, какие виды деятельности принято считать мужскими, а где преимущественно трудятся женщины. И я ещё не видел таких европейских стран, где везде работают только мужчины. Никакая работа не портит женщину, если человек находится на своём месте и получает от этого удовольствие.</w:t>
      </w:r>
    </w:p>
    <w:p>
      <w:r>
        <w:t>Имея свой жизненный опыт наблюдения за другими семьями и личных отношений со своей женой, я могу поделиться своим мнением, которое имею в этом вопросе.</w:t>
      </w:r>
    </w:p>
    <w:p>
      <w:r>
        <w:t>Жена не должна работать на равных условиях с мужем. Она не должна в одиночку тянуть семейный бюджет и быть главным добытчиком, за исключением тех случаев, когда её мужчина становится нетрудоспособным в случае болезни или не может содержать свою семью по экономическим или политическим причинам (например, находится в заключении или на воинской службе).</w:t>
      </w:r>
    </w:p>
    <w:p>
      <w:r>
        <w:t>Есть много других факторов, которые могут заставить жену трудиться в отрыве от семьи, начиная от её личного выбора и заканчивая принудительными государственными законами.</w:t>
      </w:r>
    </w:p>
    <w:p>
      <w:r>
        <w:t>Жена может работать вне дома, если она этого хочет, если ей это нравится, если её муж не против, но эта работа не должна выматывать женщину и лишать её жизненных сил, делая её недееспособной для выполнения домашних дел. Жена не должна работать на износ или до изнеможения.</w:t>
      </w:r>
    </w:p>
    <w:p>
      <w:r>
        <w:t>Хоть женщины созданы физически более слабыми, чем мужчины, но они по своей физиологии более выносливы и не являются беспомощными инвалидами, которые ничего сами не могут делать. Любая работа вне семьи, которую твоя жена решит делать, должна ей нравиться и доставлять эстетическое или моральное удовлетворение. Она должна получать максимальное удовольствие от того, чем она занимается, и тогда это будет служить на благо всей её семье.</w:t>
      </w:r>
    </w:p>
    <w:p>
      <w:r>
        <w:t>Если взять миссионерские или духовные виды трудовой деятельности, где все служат не ради денег, а ради продвижения Евангелия и Божьего дела, то можно заметить, что во многих подобных проектах люди работают на износ, потому что кто-то им внушил, что они трудятся для Господа, Которому надо отдать всё самое лучшее и не думать о себе. Поначалу каждая посвящённая женщина трудится с большим энтузиазмом, порою работая сверхурочно и сверх сил. Но приходит время, когда она начинает понимать, что она нуждается в отдыхе, в смене своей деятельности и в других вещах, а ей нет замены, и Божье дело не может остановиться. И она трудится дальше, изредка жалуясь мужу на то, как она устала. А мужчине сложно понять, от чего устаёт его жена, которая, по его мнению, ничего тяжёлого не делает. А в духовном служении появляются надсмотрщики по имени «Надо» или «Ты должна», и никуда не денешься, ведь это представители высшей власти. Не только жена может эмоционально выгореть от подобных «товарищей», но рано или поздно каждый муж ощутит на себе гнёт подобного духа. По большому счёту подобные вещи происходят там, где должны трудиться многие, а работают единицы.</w:t>
      </w:r>
    </w:p>
    <w:p>
      <w:r>
        <w:t>Знаю также и таких женщин, которые настолько устают от своих детей, что готовы отдать их кому угодно и работать где попало, лишь бы как-то отдохнуть от этих «маленьких соковыжимателей» и прийти в себя, сменив обстановку. Но это скорее исключение и проблема мышления, чем правило жизни.</w:t>
      </w:r>
    </w:p>
    <w:p>
      <w:r>
        <w:t>Знаю одного человека, который, имея пример своей многодетной мамы, работавшей на трёх работах, считает, что его жена должна идти тем же путём, а его женщине сложно с этим поспорить, и они оба трудятся, как пчёлки, но счастливее от этого не становятся.</w:t>
      </w:r>
    </w:p>
    <w:p>
      <w:r>
        <w:t>Есть также кредитные или ипотечные ловушки, которые заставляют многих жён искать себе любую работу, которая помогла бы рассчитаться с долгами и закрыть все дыры в бюджете.</w:t>
      </w:r>
    </w:p>
    <w:p>
      <w:r>
        <w:t>Враг души тоже не сидит без дела и придумывает всевозможные вещи, чтобы заразить женщин своим духом недовольства, наделить их греховным сознанием, лишить их семейного счастья и окунуть их разум в суету.</w:t>
      </w:r>
    </w:p>
    <w:p>
      <w:r>
        <w:t>Интернет успешно вошёл в наши дома и внёс много неудобств и проблем в семейные отношения. Когда жена не знает, что ей нужно, окунаясь в просторы всемирной паутины, тогда она запутывается в этих сетях и наполняет свой разум многими плохими вещами, которые могут лишить её права на Вечность и сделать очень бедной и бесполезной даже в этом мире.</w:t>
      </w:r>
    </w:p>
    <w:p>
      <w:r>
        <w:t>Вопрос о том, должна ли жена работать, в каждой семье и в каждой ситуации должен рассматриваться индивидуально. Нет общего правила, так как условия жизни и ментальность у всех разная. Но любовь между мужем и женой и понимание ими своих семейных обязанностей способны дать самые правильные ответы, которые могут отличаться от ваших. И стоит учитывать, что статус помощника заложен в сердце каждой женщины, и каждая из них хочет быть именно той, которой её задумал Творец, а когда эти роли в семье извращаются или меняются, тогда жди проблем.</w:t>
      </w:r>
    </w:p>
    <w:p>
      <w:pPr>
        <w:pStyle w:val="Heading2"/>
      </w:pPr>
      <w:r>
        <w:t>Домашнее задание 858</w:t>
      </w:r>
    </w:p>
    <w:p>
      <w:r>
        <w:t>1. Прочитайте, пожалуйста, Прит.31:10-31; Руфь 2:19; Еккл.9:9-10; 1Фес.4:9-12; 2Фес.3:10-13; Деян.9:36-41; 16:13-15 в свете этого урока.</w:t>
      </w:r>
    </w:p>
    <w:p>
      <w:r>
        <w:t>2. Какие ещё стихи из Библии пришли вам на память?</w:t>
      </w:r>
    </w:p>
    <w:p>
      <w:r>
        <w:t>3. Что вы поняли из этого урока?</w:t>
      </w:r>
    </w:p>
    <w:p>
      <w:r>
        <w:t>4. Что такое работа, о которой идёт речь в этом уроке?</w:t>
      </w:r>
    </w:p>
    <w:p>
      <w:r>
        <w:t>5. Создаётся ли впечатление при изучении Библии, что работают только мужчины?</w:t>
      </w:r>
    </w:p>
    <w:p>
      <w:r>
        <w:t>6. Должна ли жена работать?</w:t>
      </w:r>
    </w:p>
    <w:p>
      <w:r>
        <w:t>7. Какие виды работ являются работой, а какие — домашними делами?</w:t>
      </w:r>
    </w:p>
    <w:p>
      <w:r>
        <w:t>8. Должен ли муж заставлять свою жену искать работу, чтобы она могла зарабатывать что-то для своей семьи?</w:t>
      </w:r>
    </w:p>
    <w:p>
      <w:r>
        <w:t>9. В каких случаях жене нельзя работать вне дома?</w:t>
      </w:r>
    </w:p>
    <w:p>
      <w:r>
        <w:t>10. Есть ли отличие трудовой деятельности одинокой женщины от той, что замужем?</w:t>
      </w:r>
    </w:p>
    <w:p>
      <w:r>
        <w:t>11. Является ли роль домохозяйки чем-то плохим в Божьих глазах?</w:t>
      </w:r>
    </w:p>
    <w:p>
      <w:r>
        <w:t>12. Стоит ли женщине винить себя за то, что её муж трудится, а она занимается домашними делами?</w:t>
      </w:r>
    </w:p>
    <w:p>
      <w:r>
        <w:t>13. Влияет ли местная культура и обычаи на трудовую занятость женщин?</w:t>
      </w:r>
    </w:p>
    <w:p>
      <w:r>
        <w:t>14. Есть ли различие в мужской и женской работе?</w:t>
      </w:r>
    </w:p>
    <w:p>
      <w:r>
        <w:t>15. Был ли этот урок вам полезен?</w:t>
      </w:r>
    </w:p>
    <w:p>
      <w:r>
        <w:br w:type="page"/>
      </w:r>
    </w:p>
    <w:p>
      <w:pPr>
        <w:pStyle w:val="Heading1"/>
      </w:pPr>
      <w:r>
        <w:t>Урок 859. Любовь в своих буднях</w:t>
      </w:r>
    </w:p>
    <w:p>
      <w:r>
        <w:t>Отношения в любви и разумный настрой именно на такие отношения формируют в сознании определённый образ мысли и уникальную особенность думать на фундаменте любви, говорить на языке любви и поступать по любви. Привычка жить с любовью к людям, видеть их глазами любви, вести себя, руководствуясь любовью, формирует определённый характер, который очень радует сердце человека и приносит пользу окружающим людям.</w:t>
      </w:r>
    </w:p>
    <w:p>
      <w:r>
        <w:t>Не за один день происходят подобные изменения в разуме. Прежде чем ты замечаешь в себе такой дух на постоянной основе, приходится пережить большое количество всевозможных битв с самим собой и со своими плотскими наклонностями. Но постоянство в достижении заветной цели — любить от чистого сердца – помогает с Божьей помощью преодолеть множество трудностей и выйти победителем из любой ситуации. Любовь не проигрывает.</w:t>
      </w:r>
    </w:p>
    <w:p>
      <w:r>
        <w:t>Если вы объявите войну океану и станете против него вести боевые действия до последнего патрона, то в конце концов весь ваш арсенал истощится, а океан останется тем, чем был, и там, где был. Океан спокойно продолжит делать то, что он всегда делал. Даже если вы сбросите на него самую большую гору или произведёте в его недрах самый мощный взрыв, он на мгновение расступится, перенося такое наглое вмешательство, а затем вернёт все свои воды в обычное место и покроет ими все ваши преступления против него.</w:t>
      </w:r>
    </w:p>
    <w:p>
      <w:r>
        <w:t>Плавая по поверхности океана, человек может подвергать свою жизнь воздействию всевозможных явлений, таких как бурь, штормов, приливов и отливов. Но чем больше он погружается в его чистоту, тем спокойнее ощущает себя в объятии его тёмных вод. На глубине нет штормов, но есть определённое давление, которое могут выдержать только те, кто создан для подводной жизни.</w:t>
      </w:r>
    </w:p>
    <w:p>
      <w:r>
        <w:t>Океан Божьей любви намного больше нашего мирового океана, но он имеет с ним сходство, и он велик в своём могуществе и постоянстве. Выбирая путь любви, я становлюсь учеником самого Бога, Который учит меня жить и поступать так, как будет подсказывать любовь, думать в соответствии с мыслями, которые будут приходить от любви, и говорить о том, что станет умножать во мне эту любовь.</w:t>
      </w:r>
    </w:p>
    <w:p>
      <w:r>
        <w:t>Великое благо будет людям, которые уже в этой жизни найдут себе друга, с которым они смогут исполнить Божью заповедь о взаимной любви и неукоснительно следовать именно этому курсу, развивая в своих отношениях именно агапэ и принимая ту же ответную любовь.</w:t>
      </w:r>
    </w:p>
    <w:p>
      <w:r>
        <w:t>Тем, кто не вкусил эту любовь, очень сложно понять, что это значит любить друг друга. Человек может часами слушать твои рассказы об этом чуде и считать тебя сказочником. Но всё иначе происходит в любящем сердце. Оно живёт мыслями о любви. Оно желает отдавать эту любовь и не против принимать её от своих друзей. Любовь есть, и если бы это было не так, то её нам не заповедовали бы иметь.</w:t>
      </w:r>
    </w:p>
    <w:p>
      <w:r>
        <w:t>Любя друг друга, мы настолько привыкаем жить именно так и относиться друг к другу с любовью, что берём эту привычку во все другие отношения и делимся ею так естественно, что обезоруживаем и обескураживаем многих своих знакомых, предлагая им то, что они никогда в своей жизни не переживали.</w:t>
      </w:r>
    </w:p>
    <w:p>
      <w:r>
        <w:t>Очень радостно слышать от этих несчастных душ, что ты самый первый в их жизни человек, который им сказал искренние слова любви, или нежно их обнял, или увидел в них особого человека, достойного уважения и восхищения. А тебе это несложно дать. Твой любящий друг научил тебя этому. Твоё сердце только этим и живёт, а разум только и занят тем, как бы одержать новую победу любви.</w:t>
      </w:r>
    </w:p>
    <w:p>
      <w:r>
        <w:t>Принимая решение любить и именно так относиться к людям, я встаю под Божье знамя и приглашаю в свою жизнь вселенский океан Небесной агапэ, которая готова поглотить всякое зло на своём пути, растворить все горечи и проблемы, омыть грехи и очистить совесть твоего противника.</w:t>
      </w:r>
    </w:p>
    <w:p>
      <w:r>
        <w:t>Но твой враг хитёр, и он знает, что каменное сердце неподвластно любви, и потому попытается его ожесточить. Не у всех это получается, но если кому-то это и удаётся, то он превращается в неприступную и глухую скалу, о которую будут безнадёжно биться воды Божьей агапэ, призывая к лучшим переменам, но так и не достигнув окаменелых чувств.</w:t>
      </w:r>
    </w:p>
    <w:p>
      <w:r>
        <w:t>А мы с другом продолжаем любить друг друга и искать новые территории с новыми душами для захвата их в свою любовь и дружбу. И удивительно то, что у нас это получается.</w:t>
      </w:r>
    </w:p>
    <w:p>
      <w:r>
        <w:t>Но всегда за мной остаётся выбор, как мне себя вести, что делать, стоит ли начинать одерживать очередную победу или промолчать и ничего не предпринимать.</w:t>
      </w:r>
    </w:p>
    <w:p>
      <w:r>
        <w:t>Как жаль, что в этом мире мы ограничены временем, режимом дня, повседневной суетой и всякими делами, что порою не можем завоевать очередную душу лишь по той причине, что нет возможности посвятить всего себя этому новому другу. А всё равно идёшь, нападаешь и побеждаешь.</w:t>
      </w:r>
    </w:p>
    <w:p>
      <w:r>
        <w:t>Как это здорово быть представителем Христа в любви к людям, позволять Богу через тебя дарить эту любовь другим, разрушать твердыни человеческой замкнутости и восстанавливать развалины разбитых сердец и разрушенных отношений!</w:t>
      </w:r>
    </w:p>
    <w:p>
      <w:r>
        <w:t>Бог готов действовать через каждого, кто встанет на путь любви и захочет именно так относиться к людям. Ему несложно научить нас исполнять Его заповедь о любви и побудить пребывать в этом духе постоянно.</w:t>
      </w:r>
    </w:p>
    <w:p>
      <w:r>
        <w:t>Оценить преимущество жизни в любви может только любящее сердце, наученное Святым Духом этому искусству. Никогда меня не насытит чужой опыт чужих побед. И даже если кто-то победит меня своей любовью и даст мне пережить счастье быть любимым, то я не пойму, что значит любить и быть в этом победителем, если сам не стану этим жить и действовать.</w:t>
      </w:r>
    </w:p>
    <w:p>
      <w:r>
        <w:t>А любить так просто и так интересно! Я просто выбираю это отношение, прошу Бога укрепить меня и начинаю так жить. Мой любящий друг делает то же самое. И мы тренируемся друг на друге, качаем мышцы, обнаруживаем «острые углы» и идём вперёд. А впереди, в недалёком будущем, нас ожидает буря, с которой мы столкнёмся лицом к лицу, и наша привычка любить друг друга и соблюдать Божьи заповеди поможет нам сохранить правильный дух в любых испытаниях и прославить Бога в своей жизни. А чего нам бояться? За нами целый океан, который никогда не проигрывает.</w:t>
      </w:r>
    </w:p>
    <w:p>
      <w:r>
        <w:t>Любить — это стиль той самой Небесной жизни, к которой мы все готовимся, но мы порою не понимаем, что любовь — это истинное сокровище, которое обогащает как дающего, так и принимающего.</w:t>
      </w:r>
    </w:p>
    <w:p>
      <w:r>
        <w:t>Вы хотите стать воистину богатыми людьми, чтобы войти в Вечность не с пустыми карманами? Если да, то тогда добро пожаловать в Небесный магазин из Откр.3:18. Там вы купите всё необходимое и научитесь этим пользоваться, чтобы идти от победы к победе и получить то, что обещано в 21-ом стихе. Магазин ещё открыт. Купец разложил Свои товары и ждёт тебя, друг. Он советует тебе купить то, что сделает тебя победителем в это интересное время, что сделает твою жизнь счастливой, богатой и интересной.</w:t>
      </w:r>
    </w:p>
    <w:p>
      <w:r>
        <w:t>Учиться любви надо когда-то начать, чтобы уже никогда не заканчивать эту Школу, но идти от победы к победе, а потом, при встрече с Творцом, напасть и на Самого Бога и победить Его своею любовью, которая от Него и исходит, и вечно пребывать в этой победе, неся перед собой знамя Вечной агапэ. Представляю, с какой радостью ждёт Небо тех, кто придёт их побеждать. Вот где будет истинная радость и возглас победы! Но учиться этому нужно здесь и сейчас.</w:t>
      </w:r>
    </w:p>
    <w:p>
      <w:pPr>
        <w:pStyle w:val="Heading2"/>
      </w:pPr>
      <w:r>
        <w:t>Домашнее задание 859</w:t>
      </w:r>
    </w:p>
    <w:p>
      <w:r>
        <w:t>1. Прочитайте, пожалуйста, Песн.2:4; 8:7; Ин.13:33-35; 17:26; Пс.118:96; Лук.6:40; 1Ин.4:7-8,16-17; Кол.3:14; Рим.13:8-10; 1Кор.16:14; 1Тим.1:5; Откр.3:18-22 в свете этого урока.</w:t>
      </w:r>
    </w:p>
    <w:p>
      <w:r>
        <w:t>2. Какие ещё стихи из Библии пришли вам на память?</w:t>
      </w:r>
    </w:p>
    <w:p>
      <w:r>
        <w:t>3. Что вы поняли из этого урока?</w:t>
      </w:r>
    </w:p>
    <w:p>
      <w:r>
        <w:t>4. Есть ли у вас друг, с которым вы учитесь любить друг друга?</w:t>
      </w:r>
    </w:p>
    <w:p>
      <w:r>
        <w:t>5. Что делать, если я хочу учиться любви, а не нахожу того, кто бы решился на любовь ко мне?</w:t>
      </w:r>
    </w:p>
    <w:p>
      <w:r>
        <w:t>6. Может ли человек, не имеющий любящего друга, понять, что значит любить друг друга?</w:t>
      </w:r>
    </w:p>
    <w:p>
      <w:r>
        <w:t>7. Как быть, если я люблю своих друзей, а меня никто не решается любить?</w:t>
      </w:r>
    </w:p>
    <w:p>
      <w:r>
        <w:t>8. Понимаете ли вы, что любовь — это нечто большее, чем просто ваше чувство и решение?</w:t>
      </w:r>
    </w:p>
    <w:p>
      <w:r>
        <w:t>9. Почему Господь избрал любовь и веру в символах Небесного золота из Откр.3:18 для окончательной победы над грехом?</w:t>
      </w:r>
    </w:p>
    <w:p>
      <w:r>
        <w:t>10. Почему учиться любви нужно здесь и сейчас?</w:t>
      </w:r>
    </w:p>
    <w:p>
      <w:r>
        <w:t>11. Как вы думаете, завоюет ли ваша любовь сердце Бога?</w:t>
      </w:r>
    </w:p>
    <w:p>
      <w:r>
        <w:t>12. Мечтают ли небожители о том, чтобы стать с нами друзьями и взаимно любить друг друга?</w:t>
      </w:r>
    </w:p>
    <w:p>
      <w:r>
        <w:t>13. Вам нравится любить своих ближних от чистого сердца?</w:t>
      </w:r>
    </w:p>
    <w:p>
      <w:r>
        <w:t>14. Как вы думаете, есть ли в этом мире кто-то ещё, кто целенаправленно учится любви и стремится познать её совершенство?</w:t>
      </w:r>
    </w:p>
    <w:p>
      <w:r>
        <w:t>15. Был ли этот урок вам полезен? Что ценного вы извлекли из него?</w:t>
      </w:r>
    </w:p>
    <w:p>
      <w:r>
        <w:br w:type="page"/>
      </w:r>
    </w:p>
    <w:p>
      <w:pPr>
        <w:pStyle w:val="Heading1"/>
      </w:pPr>
      <w:r>
        <w:t>Урок 860. Творческая сила любви</w:t>
      </w:r>
    </w:p>
    <w:p>
      <w:r>
        <w:t>Во взаимной любви друзей по заповеди есть очень много благословений, которые сложно описать человеческим языком, но можно пережить сердцем. Счастье обоих друзей — это одно из видимых качеств этого духа. Но самые интересные вещи происходят глубоко в сердце, которое постоянно удивляется тем чудесам, к которым оно не было готово, но которые пришли, чтобы всегда быть.</w:t>
      </w:r>
    </w:p>
    <w:p>
      <w:r>
        <w:t>Мы были созданы для любви, и это состояние души было у нас украдено врагом Бога. Все потомки обворованных людей стали рождаться в наш мир с плотскими склонностями ко греху. И чем больше поколений сменяло друг друга, тем больше эта плотская натура утверждалась в людях и доминировала в их характере.</w:t>
      </w:r>
    </w:p>
    <w:p>
      <w:r>
        <w:t>Но пришёл наш Спаситель от власти греха, показал миру истинный характер Бога и искупил человечество, отвергнув притязания сатаны. И сейчас Господь желает открыть образ Бога человеку и восстановить этот образ в людях.</w:t>
      </w:r>
    </w:p>
    <w:p>
      <w:r>
        <w:t>Когда мы слышим о каких-то страшных грехах или преступлениях, мы можем легко представить, что происходит в сердце человека, что им движет, что он чувствует. Мы – профессионалы во грехе, снимая про него фильмы, описывая его подробно в романах и представляя во всевозможных новостях. И это стало настолько обыденным, что даже бывает скучно слышать о чём-то незначительном. Благо тем, кто уверовал в спасительную миссию Христа и полюбил Его от всего сердца.</w:t>
      </w:r>
    </w:p>
    <w:p>
      <w:r>
        <w:t>Но тут на сцену твоей жизни выходит любовь и заявляет о себе как о чём-то очень важном и нужном, что мы должны иметь и в чём должны постоянно упражняться. Вначале ты считаешь, что любви у тебя достаточно, и ты её, кажется, имеешь и можешь запросто сказать другу, что ты его любишь. Но приходят испытания, и всё твоё «Я тебя люблю» испаряется на первом перекрёстке мнений. Однако настоящая любовь, которая от Бога, продолжает жить, расти и утверждаться в твоём сердце. Она пускает глубокие корни и питает твоего духовного человека Небесными соками Божьей благодати, наполняя жизнь радостью и новыми чудесными переживаниями, неведомыми доселе.</w:t>
      </w:r>
    </w:p>
    <w:p>
      <w:r>
        <w:t>Бог есть Любовь. Он же есть и Творец, творческая сила Которого не истощилась, но продолжает совершать что-то великое и удивительное по мере необходимости. Когда я приглашаю в свою жизнь Божью любовь и прошу научить меня любить, тогда Господь начинает взращивать во мне Своё семя, которое становится источником преобразования всего моего естества и которое через меня начинает творить чудеса в жизни тех, кого я люблю. Именно творить и созидать что-то новое и чудесное. И это не какое-то чудо ради «вау», а творение нового сознания, новых привычек, новых особенностей, которые иначе бы и не появились.</w:t>
      </w:r>
    </w:p>
    <w:p>
      <w:r>
        <w:t>Приведу пример. Есть некто, кто вначале не знал меня, жил своей привычной жизнью и даже не подозревал, что он может стать кем-то любимым. И тут в его жизни появляюсь я и ни с того ни с сего начинаю рассказывать ему о любви и дружбе, о том, как это здорово и как это правильно. Некто вначале не верит мне, потом прислушивается, задумывается, присматривается, затем решается вкусить и испытать. И он даже не представляет, с чем имеет дело. А я молюсь о любви к нему и неизменно даю ему именно то, что получаю от Бога. И любовь начинает свой творческий процесс. Она освобождает разум друга от страха, входит в доверие, позволяет себя испытать и постепенно овладевает сердцем друга, если он этого захочет. В любви друг обретает покой и начинает доверять моим словам. А я не просто молчу, а открываю в друге то, кем он может стать, когда начнёт любить. Друг мне верит и начинает меняться под влиянием моих открытий, и моя любовь к нему помогает рождению в нём новых и прекрасных качеств души, которые никогда бы не появились вне любви.</w:t>
      </w:r>
    </w:p>
    <w:p>
      <w:r>
        <w:t>Попробуйте взрастить нежный цветок в непригодных условиях. Да он сразу погибнет. Так и в атмосфере любви могут воскресать и развиваться самые нежные чувства человеческих отношений, которые быстро умирают навсегда при любом проявлении зла и насилия.</w:t>
      </w:r>
    </w:p>
    <w:p>
      <w:r>
        <w:t>А когда этот любимый мною друг начинает просить у Бога о взаимной любви и осмеливается сообщить и мне о том, что он тоже решился отвечать мне тем же, тогда в его сердце происходит перерождение, возникают новые понятия. Он вдруг начинает понимать, какое это счастье — не только быть любимым, но и любить в ответ того, кто тебя любит. Подобный дух любви даётся Богом, чтобы обогатить как любящего человека, так и любимого друга. И в этой взаимной любви мы становимся воистину богатыми и счастливыми друзьями, потому что мы любим друг друга по заповеди.</w:t>
      </w:r>
    </w:p>
    <w:p>
      <w:r>
        <w:t>А жизнь продолжается, и мы растём в этой агапэ, говорим о ней друг другу, делимся ею и с её помощью открываем друг в друге новые таланты, помогая их развивать в духе любви и уважения.</w:t>
      </w:r>
    </w:p>
    <w:p>
      <w:r>
        <w:t>Наша взаимная любовь делает нас новыми людьми, особенными, вкусными как друг для друга, так и для окружающих. Иисус учил тому, что по нашей любви друг к другу все узнают, что мы Его ученики. И Он с радостью учит нас этой любви и дарит нам радость пребывания в таком духе.</w:t>
      </w:r>
    </w:p>
    <w:p>
      <w:r>
        <w:t>Взаимная любовь когда-то становится привычкой в самом хорошем своём виде, и в этой атмосфере могут развиваться любые дары и также появляться новые таланты, которых просто раньше не было. Любовь творит и вдохновляет.</w:t>
      </w:r>
    </w:p>
    <w:p>
      <w:r>
        <w:t>Мы не созданы, чтобы летать, но любовь даёт нам эти крылья особых вдохновений, и мы взлетаем ввысь над всеми заботами и проблемами и берёмся смело за то, что ранее нам было не по силам.</w:t>
      </w:r>
    </w:p>
    <w:p>
      <w:r>
        <w:t>Скептику сложно доказать, что любовь есть и что она может творить. Но когда ты любишь, ты уже сам видишь в своей жизни и мышлении удивительные перемены к лучшему. Господь творит всё новое по слову Своему.</w:t>
      </w:r>
    </w:p>
    <w:p>
      <w:r>
        <w:t>Сам План Спасения — это творческий процесс в созидании нового человека, а любовь ускоряет это действие и доводит все Божьи принципы до совершенства в правильном духе.</w:t>
      </w:r>
    </w:p>
    <w:p>
      <w:r>
        <w:t>Конечно же, Господь желает, чтобы подобные отношения любви были не только между членами Его церкви, но также развивались и в семьях, распространяясь и на детей. Любовь мужа к жене и жены к мужу творит в их отношениях самые добрые мысли и чувства. Она постоянно придумывает и воплощает новые идеи и доводит до конца любые проекты. Она неутомимо трудится в сердце каждого любящего человека, внедряя в жизнь любимых людей творческий потенциал Бога. Вначале она заявляет о том, кем она видит супруга и ваших детей, находя в них добрые качества, а затем помогает развивать и взращивать плод Святого Духа в тех сердцах, которые начинают отзываться на влияние любви и позволять ей взаимно действовать в ответ на получаемую агапэ. Происходит товарообмен духовными благословениями. Греху просто не остаётся места в жизни тех, кто любит от чистого сердца.</w:t>
      </w:r>
    </w:p>
    <w:p>
      <w:r>
        <w:t>Любовь творит это новое сердце и обновляет правый дух.</w:t>
      </w:r>
    </w:p>
    <w:p>
      <w:r>
        <w:t>Любовь — это самое реальное чудо творческой силы Бога, которое может пережить каждый, но почему-то мало кто встаёт на этот путь или, встав на него, не находит себе партнёра для взаимной любви. А Господь советует приобрести у Него золото Небесной любви и утвердиться в этом новом состоянии разума, духа и воли.</w:t>
      </w:r>
    </w:p>
    <w:p>
      <w:r>
        <w:t>Кто верит в наши дни в чудеса? А они доступны и могут естественно украсить вашу жизнь и ярко свидетельствовать о Боге всем окружающим.</w:t>
      </w:r>
    </w:p>
    <w:p>
      <w:pPr>
        <w:pStyle w:val="Heading2"/>
      </w:pPr>
      <w:r>
        <w:t>Домашнее задание 860</w:t>
      </w:r>
    </w:p>
    <w:p>
      <w:r>
        <w:t>1. Прочитайте, пожалуйста, Быт.1:1; Исх.15:11; Ис.43:15; 45:7-8; 65:17-18; Ин.14:12; Откр.3:18; 21:15; Пс.50:12; 1Тим.1:5; 1Ин.2:10; Рим.13:10 в свете этого урока.</w:t>
      </w:r>
    </w:p>
    <w:p>
      <w:r>
        <w:t>2. Какие ещё стихи из Библии пришли вам на память?</w:t>
      </w:r>
    </w:p>
    <w:p>
      <w:r>
        <w:t>3. Что вы поняли из этого урока?</w:t>
      </w:r>
    </w:p>
    <w:p>
      <w:r>
        <w:t>4. Верите ли вы в творческую силу любви?</w:t>
      </w:r>
    </w:p>
    <w:p>
      <w:r>
        <w:t>5. Может ли любовь из ничего создать что-то прекрасное в вашей жизни?</w:t>
      </w:r>
    </w:p>
    <w:p>
      <w:r>
        <w:t>6. Как вы считаете, созидает ли Бог что-то особенное в любящих сердцах?</w:t>
      </w:r>
    </w:p>
    <w:p>
      <w:r>
        <w:t>7. Какие творческие качества любви вы можете назвать?</w:t>
      </w:r>
    </w:p>
    <w:p>
      <w:r>
        <w:t>8. Как вы чувствуете себя в компании того, кто безусловно вас любит?</w:t>
      </w:r>
    </w:p>
    <w:p>
      <w:r>
        <w:t>9. Нужно ли ждать Вечность, чтобы начать любить и просить об этом даре?</w:t>
      </w:r>
    </w:p>
    <w:p>
      <w:r>
        <w:t>10. Кто сможет быстрее обнажить человека, ласковое солнце или сильный и холодный ветер?</w:t>
      </w:r>
    </w:p>
    <w:p>
      <w:r>
        <w:t>11. Что делать, чтобы начать соблюдать заповедь Иисуса из Ин.13:34-35?</w:t>
      </w:r>
    </w:p>
    <w:p>
      <w:r>
        <w:t>12. Как вы думаете, будет ли Господь творить что-то новое в жизни тех, кому неинтересен Божий план спасения?</w:t>
      </w:r>
    </w:p>
    <w:p>
      <w:r>
        <w:t>13. Какое преимущество даёт понимание творческой силы любви?</w:t>
      </w:r>
    </w:p>
    <w:p>
      <w:r>
        <w:t>14. Как вы думаете, будет ли любовь ограничивать свой потенциал только маленькими чудесами в нашей земной жизни?</w:t>
      </w:r>
    </w:p>
    <w:p>
      <w:r>
        <w:t>15. Чем этот урок был вам полезен?</w:t>
      </w:r>
    </w:p>
    <w:p>
      <w:r>
        <w:br w:type="page"/>
      </w:r>
    </w:p>
    <w:p>
      <w:pPr>
        <w:pStyle w:val="Heading1"/>
      </w:pPr>
      <w:r>
        <w:t>Урок 861. Женская территория</w:t>
      </w:r>
    </w:p>
    <w:p>
      <w:r>
        <w:t>В древней Греции был интересный город Спарта, в котором жили уникальные люди, известные своим воинственным духом, физической выносливостью и стойкостью перед лицом тяжёлых жизненных условий. Физическая культура являлась обязательной дисциплиной как для мужчин, так и для женщин, и входила в процесс воспитания с раннего детства. Уникальность этой традиции подарила миру слово «спартанец», которое включает в себя все аспекты древнегреческой культуры и подразумевает выносливого человека, способного жить в любых суровых условиях и при этом быть ответственным и неприхотливым.</w:t>
      </w:r>
    </w:p>
    <w:p>
      <w:r>
        <w:t>Создавая свою семью, каждому мужчине стоит взять на заметку тот факт, что его будущая или настоящая жена — это не спартанец, готовый жить в любых аскетических условиях. Это нежное растение, которое нуждается в особом уходе и защите и при этом имеет свои взгляды, притязания и права на жизнь в комфортной и уютной атмосфере.</w:t>
      </w:r>
    </w:p>
    <w:p>
      <w:r>
        <w:t>Для мужчины дом — это место, где можно хранить свои вещи, помыться и переночевать после работы. Это место его прописки. Приводя в свой дом женщину, он порою не может понять, что ей нужно, и почему она начинает устанавливать свои порядки, бороться за чистоту и решать, какая должна быть мебель, где и как она будет стоять, и как должно быть украшено ваше жилище. Пытаясь бороться за простоту и аскетизм, мужчины обычно проигрывают и решаются пожертвовать своим бюджетом, только бы не слышать постоянные причитания жены о том, какая она несчастная без какой-то очередной домашней утвари.</w:t>
      </w:r>
    </w:p>
    <w:p>
      <w:r>
        <w:t>Не хочу кого бы то ни было унизить, но каждому мужчине стоит понять и принять неизбежный факт, что дом — это территория женщины. Будь это комната в коммуналке или отдельная квартира, или частный дом, всё это — сфера женской собственности и власти. Не совсем понимаю, откуда у них это берётся, но, судя по всему, они так задуманы Творцом, чтобы внести в семью что-то особое, что не может себе позволить мужчина. И это нужно принять.</w:t>
      </w:r>
    </w:p>
    <w:p>
      <w:r>
        <w:t>Любой муж, который не понимает эту женскую особенность мышления, столкнётся со многими трудностями в отношениях, когда попытается наводить свои порядки на чужой территории. Но при этом любая женщина не будет против, если её муж начнёт наводить порядок в доме в качестве уборки помещений и мытья окон.</w:t>
      </w:r>
    </w:p>
    <w:p>
      <w:r>
        <w:t>Кухня — это женское «святое святых», куда священник семьи может заходить только в определённых случаях на правах главы дома, но не хозяина этой территории. Даже если это место не выполняет своего желаемого предназначения, где должны вкусно и полезно кормить семью, всё равно она традиционно считается тем местом, где хозяйничает жена.</w:t>
      </w:r>
    </w:p>
    <w:p>
      <w:r>
        <w:t>Можно много шутить и спорить об этой территориальной принадлежности, говорить о равноправии и даже показывать свидетельство о собственности мужа на эту недвижимость, но в тот день, когда он приводит в этот дом свою женщину, ему стоит смириться с тем, что он теперь приобретает совершенно другой статус, который необходимо понимать, и не следует этому сопротивляться.</w:t>
      </w:r>
    </w:p>
    <w:p>
      <w:r>
        <w:t>Мужу при этом позволяется посещать женскую территорию, инвестировать в неё свои силы и средства, расширять и благоустраивать пространство и приобретать новые женские территории, которые будут автоматически переходить под юрисдикцию его женщины.</w:t>
      </w:r>
    </w:p>
    <w:p>
      <w:r>
        <w:t>Когда жена получает в свою власть то, что ей принадлежит, тогда она привязывается всем сердцем к этому месту и делает его настолько уютным, насколько позволяют финансы и возможности, чтобы отдыхать на этой территории и получать максимум наслаждения.</w:t>
      </w:r>
    </w:p>
    <w:p>
      <w:r>
        <w:t>Мечта каждой хозяйки иметь своё собственное жильё, пусть маленькое, но своё. Съёмные квартиры, хоть и дают возможность жить в нормальных условиях, но это совсем не то, что нужно женщине.</w:t>
      </w:r>
    </w:p>
    <w:p>
      <w:r>
        <w:t>Господь каждому из нас обещает личные Вечные обители, которые будут подарены нам в бессрочное наследие, и никто их у нас не отнимет. Думаю, что любая женщина не будет против такого подарка.</w:t>
      </w:r>
    </w:p>
    <w:p>
      <w:r>
        <w:t>А что же является мужской территорией, на которой мужчина может чувствовать себя хозяином? Это гараж, подвал или чердак в своём доме, мастерская или рабочий кабинет, двор, сарай или огород в приусадебном хозяйстве, его дорогая сердцу машина, а также содержимое кастрюль и холодильника.</w:t>
      </w:r>
    </w:p>
    <w:p>
      <w:r>
        <w:t>Стоит для себя отметить, что неприкосновенной женской территорией может стать любое место в этом мире, в котором ваша жена решит привести себя и свой внешний вид в порядок. Не стоит туда никогда заходить, даже если вам это очень интересно. Может, из любви к вам вас и не выгонят, но в основном женщинам не очень нравится, когда за ними наблюдают в это время. Дайте расслабиться вашей супруге и терпеливо ждите, не торопя её, и когда-то она предстанет перед вами во всей своей красе.</w:t>
      </w:r>
    </w:p>
    <w:p>
      <w:r>
        <w:t>Жене также будет приятно, если её муж будет оповещать её о своём неожиданном приходе на эту территорию, чтобы она не была застигнута врасплох в непристойном виде.</w:t>
      </w:r>
    </w:p>
    <w:p>
      <w:r>
        <w:t>Внешний вид жены — это тоже её территория, где только она определяет, что является красивым и приличным, а что нет. Конечно же, мир может извратить это понимание и навязать свои требования моды и принятых традиций, но тут мужчине необходимо быть предельно тактичным и осторожным, чтобы не подорваться на «минном поле» или не внести комплекс в личную самооценку своей возлюбленной.</w:t>
      </w:r>
    </w:p>
    <w:p>
      <w:r>
        <w:t>Если вы назовёте свою жену красавицей после всех её стараний хорошо выглядеть, то ей, скорее всего, это понравится. Для неё это очень важно и нужно. Если же так назвать мужа, то он просто не поймёт, к чему это сказано, и даже может оскорбиться.</w:t>
      </w:r>
    </w:p>
    <w:p>
      <w:r>
        <w:t>Любовь учит нас определять чужую территорию и уважать потребности и особенности другого близкого человека. Она не претендует на земные блага и власть, но больше думает о духовных ценностях и о счастье своих ближних. Когда ты любишь, тогда твои приоритеты меняются, и принципы Небесной жизни начинают преобладать в твоём разуме. И даже если у тебя есть своя территория, то ты с радостью приглашаешь на неё своих родных и близких людей и не переживаешь о том, что кто-то там решит похозяйничать или выразить своё мнение. Твоя любовь — это та территория, которая только и ждёт, когда на ней поселятся постоянные квартиранты, чтобы на постоянной основе получать для себя то, что им по праву принадлежит.</w:t>
      </w:r>
    </w:p>
    <w:p>
      <w:r>
        <w:t>Если моя жена решила стать спартанцем и испытать себя на прочность в этом вопросе, решая, что ей не так уж много и нужно, то пусть попробует, но так, чтобы от этого не страдали другие члены семьи. Со мной обо всём можно договориться. Но, понимая, что такой подход к жизни, — скорее исключение, чем норма, я буду терпеливо ждать, когда у неё это пройдёт, и она снова вступит в свои права на своей законной территории.</w:t>
      </w:r>
    </w:p>
    <w:p>
      <w:r>
        <w:t>Господь учит меня быть всем довольным и благодарным за то, что имею. Понимание того, кто такая женщина, какие у неё особенности и потребности, что ей необходимо, что ей нравится, а что опасно и не нужно, помогает мне находить общий язык и даже иметь общие планы и интересы. Хоть мы и совершенно разные, но любовь соединяет нас в одно целое и помогает быть едиными при противоположных взглядах на жизнь и на многие вещи. И чем ближе мы ко Христу, тем почему-то становимся и ближе друг к другу и сильнее любим друг друга.</w:t>
      </w:r>
    </w:p>
    <w:p>
      <w:pPr>
        <w:pStyle w:val="Heading2"/>
      </w:pPr>
      <w:r>
        <w:t>Домашнее задание 861</w:t>
      </w:r>
    </w:p>
    <w:p>
      <w:r>
        <w:t>1. Прочитайте, пожалуйста, 1Кор.8:2-3; Быт.18:6; 24:67; 31:33; Прит.3:33; 1:29; 14:1; 15:6; 24:27; 31:27; Еф.5:25,28,33; Кол.3:19; 1Ин.3:18; 1Тим.3:12; 5:8 в свете этого урока.</w:t>
      </w:r>
    </w:p>
    <w:p>
      <w:r>
        <w:t>2. Какие ещё стихи из Библии пришли вам на память?</w:t>
      </w:r>
    </w:p>
    <w:p>
      <w:r>
        <w:t>3. Что вы поняли из этого урока?</w:t>
      </w:r>
    </w:p>
    <w:p>
      <w:r>
        <w:t>4. Является ли тема этого урока всеобщим правилом для каждой семьи?</w:t>
      </w:r>
    </w:p>
    <w:p>
      <w:r>
        <w:t>5. Почему важно понимать базовые потребности и особенности женщины?</w:t>
      </w:r>
    </w:p>
    <w:p>
      <w:r>
        <w:t>6. Что делать, если ваш муж не считается с вашей территорией и постоянно нарушает ваши границы?</w:t>
      </w:r>
    </w:p>
    <w:p>
      <w:r>
        <w:t>7. Как вы думаете, женская территория — это заложенная Богом особенность характера женщины или влияние местной культуры и воспитания?</w:t>
      </w:r>
    </w:p>
    <w:p>
      <w:r>
        <w:t>8. Почему Господь обещает каждому спасённому личные обители, а не одно большое общежитие? Ин.14:2.</w:t>
      </w:r>
    </w:p>
    <w:p>
      <w:r>
        <w:t>9. Иметь свой дом — это грех?</w:t>
      </w:r>
    </w:p>
    <w:p>
      <w:r>
        <w:t>10. Иметь в своём доме свою личную территорию — это правильно?</w:t>
      </w:r>
    </w:p>
    <w:p>
      <w:r>
        <w:t>11. Почему Иисус так сказал о Себе: «…Лисицы имеют норы, и птицы небесные — гнёзда; а Сын Человеческий не имеет, где приклонить голову» Лук.9:58? Даёт ли Он этим совет, чтобы Его последователи не имели своих домов?</w:t>
      </w:r>
    </w:p>
    <w:p>
      <w:r>
        <w:t>12. Как себя чувствует женщина, когда за ней наблюдают в то время, когда она приводит себя в порядок?</w:t>
      </w:r>
    </w:p>
    <w:p>
      <w:r>
        <w:t>13. Уважает ли Бог территорию женщин?</w:t>
      </w:r>
    </w:p>
    <w:p>
      <w:r>
        <w:t>14. Какое преимущество даёт знание того, что нужно вашей жене и женщинам вообще?</w:t>
      </w:r>
    </w:p>
    <w:p>
      <w:r>
        <w:t>15. Был ли этот урок Вам полезен?</w:t>
      </w:r>
    </w:p>
    <w:p>
      <w:r>
        <w:br w:type="page"/>
      </w:r>
    </w:p>
    <w:p>
      <w:pPr>
        <w:pStyle w:val="Heading1"/>
      </w:pPr>
      <w:r>
        <w:t>Урок 862. Молитва за семью</w:t>
      </w:r>
    </w:p>
    <w:p>
      <w:r>
        <w:t>Молитва — это выражение особых и самых важных отношений человека со своим Творцом. Это то, через что я могу выразить Богу свои желания, заявить о своей вере, рассказать о своей жизни, что-то попросить или отдать. Это уникальная возможность прославить Господина моей жизни, выразить Ему благодарность, спеть для Его славы молитвенные слова, положенные на рифму.</w:t>
      </w:r>
    </w:p>
    <w:p>
      <w:r>
        <w:t>Молитва за свою вторую половинку является неотъемлемой составляющей семейного счастья. В этом действии я приглашаю Бога в наши отношения, даю Ему власть действовать в тех сферах нашей жизни, куда никто никогда не сможет проникнуть. Хоть я многое не понимаю в силе молитвы, но это не смущает меня, и я верою приношу свои очередные просьбы к престолу благодати и жду ответа, радуясь тому, что Бог действует по моим просьбам.</w:t>
      </w:r>
    </w:p>
    <w:p>
      <w:r>
        <w:t>Многие ответы на свои молитвы я вижу уже в этой жизни, но я не могу заглянуть в будущее и узнать, что произойдёт, и как Господь будет мне отвечать, когда меня не станет.</w:t>
      </w:r>
    </w:p>
    <w:p>
      <w:r>
        <w:t>Когда я прошу что-то для себя, тогда со своей стороны я могу сделать всё возможное, чтобы приготовить путь Господу и принять участие в переменах моей жизни. Святой Дух может мне указать, что нужно исправить, где я допустил ошибки и в чём согрешил. Но когда я молюсь за другого человека, тогда Господь уважает его выбор и считается с его закрытым или открытым сердцем. А я не знаю, насколько это сердце подвластно Божьему влиянию, и могу только верить в то, что что-то происходит.</w:t>
      </w:r>
    </w:p>
    <w:p>
      <w:r>
        <w:t>Если я не буду молиться, то это будет проявлением моего неверия и невежества, и ничего особенного не будет происходить, и я не получу того, что мог бы иметь, а мои родные люди будут предоставлены сами себе.</w:t>
      </w:r>
    </w:p>
    <w:p>
      <w:r>
        <w:t>Хоть иногда я или кто-то может посчитать мои молитвы формальными или заученными словами, но мы не знаем и не видим, как это воспринимает Небо, потому что каждое наше слово имеет в духовном мире особую юридическую силу. Богу нужен человек молитвы, чтобы через эту личность Он мог осуществлять Свои планы и разрушать планы лукавого.</w:t>
      </w:r>
    </w:p>
    <w:p>
      <w:r>
        <w:t>Многие из нас имеют свои семьи, своих детей, которые, возможно, тоже имеют свои семьи, своих братьев и сестёр и другую родню. И среди всех этих родственников очень редко бывает, чтобы все родные люди являлись верующими людьми и имели свой личный опыт молитвы. Чаще всего встречаются половинчатые семьи, где один из супругов верит во Христа, а другому религия неинтересна. И подобная разница во взглядах приглашает в дом через неверующих людей совершенно иной дух, который может проявить себя непредсказуемо. Появляется особая нужда в Божьей помощи, и ходатайственные молитвы устремляются ввысь в надежде, что сейчас всё изменится, неверие покинет вашу семью, и все придут в себя, и вы заживёте счастливой жизнью. Но ничего не меняется, а порою и усугубляется. И в молитве уже больше звучат просьбы о силе свыше для себя, чтобы достойно и в правильном духе отразить все нападки сатаны и быть победителем. Появляется соблазн прекратить молитву, ведь всё становится только хуже. Но руки веры уже не могут отпустить ситуацию, и ты понимаешь, что, возможно, что-то изменится после твоей смерти, и продолжаешь просить Божьей милости для своих домашних.</w:t>
      </w:r>
    </w:p>
    <w:p>
      <w:r>
        <w:t>Слышал историю, где в одной деревне отец каждый день молился за своих сыновей, которые ушли в мир, но ещё жили в родительском доме. Глава семейства спускался каждый день в погреб и молил Бога спасти этих детей для Вечности. А его сыновья, проходя мимо открытого окна, всегда насмехались над молящимся отцом, говоря: «Молись, батя, может, тебя услышат!» На что отец всегда отвечал: «Верю, что Небо слышит!», чем вызывал смех у своих сыновей. Но случилось несчастье, и отца не стало. После похорон один из неверующих сыновей, проходя мимо открытого подвального окна, не выдержал и, разрыдавшись, вбежал в подвал, и, увидев на земле следы от колен отца, упал на это место и стал просить у Бога прощения за своё неверие и громко плакать, не скрывая своё горе. Мимо проходил его брат и, услышав горький плач, тут же спустился в погреб и также разрыдался, прося у отца и у Бога прощения. А их покойный отец уже ничего не слышал и не мог увидеть ответ на свои молитвы. Его сыновья, понимая, сколько боли они причиняли при жизни своему бате, пришли в собрание верующих собратьев отца и рассказали всем о своём покаянии и попросили их принять в свою церковь. После этого они стали ходить по всему селу и всей округе, рассказывая о своём неверии и о том, как Господь ответил на молитвы их отца и спас их. И многие слушали этот опыт обращения и каялись в своих грехах и обращали сердца к Богу.</w:t>
      </w:r>
    </w:p>
    <w:p>
      <w:r>
        <w:t>Конечно же, мне как человеку хочется увидеть ответ на все свои молитвы уже при этой жизни, чтобы благодарить Господа за проявленную милость и чудесный ответ. Но у Спасителя есть Свои планы на мои просьбы, и Он учитывает волеизъявление тех, кого Он желает спасти, и страдает вместе с нами, видя, как те, за кого столько молятся, поворачиваются спиной к Богу и заявляют: «Прощай Вечность! Прощай бессмертие! Я выбираю этот мир!», не понимая, что их ждёт в конце этого выбора.</w:t>
      </w:r>
    </w:p>
    <w:p>
      <w:r>
        <w:t>Но молитвы верующих родителей имеют силу на несколько последующих поколений. Знаю людей, которые сейчас ходят в церковь и рассказывают о том, что их бабушка молилась за них и за их неверующих родителей, и в какой-то момент Бог стал их привлекать к Себе, и они оставили этот мир и пришли в ту церковь, куда ходила бабушка, и приняли то спасение, которое им предложил Христос.</w:t>
      </w:r>
    </w:p>
    <w:p>
      <w:r>
        <w:t>Знаю, что и моё спасение было совершено не без молитвы других людей, которые рассказывали обо мне Богу и просили Его изменить мою жизнь. И сейчас вы, друзья, видите ответ на эти молитвы, хотя многих этих молящихся людей уже нет в живых.</w:t>
      </w:r>
    </w:p>
    <w:p>
      <w:r>
        <w:t>А теперь я сам молюсь за тех неверующих родственников, которые у меня есть, веря в то, что Господь слышит мои молитвы и действует по моим просьбам. И у этих людей есть преимущество в том, что они имеют такого родного человека, который постоянно просит Бога об их благословении и спасении.</w:t>
      </w:r>
    </w:p>
    <w:p>
      <w:r>
        <w:t>Знаю и такие случаи, когда люди, за которых молились, умирали, так и не приняв Христа, чем приносили горе своим верующим членам семьи. Кого-то это разочаровывало, а кто-то благодарил Бога за то, что имел прекрасный опыт ходатайственного служения и сделал всё возможное, чтобы помочь ближнему обрести спасение.</w:t>
      </w:r>
    </w:p>
    <w:p>
      <w:r>
        <w:t>Любая, даже самая короткая молитва, — это гораздо лучше, чем её отсутствие. Возможно, у кого-то нет желания молиться, у кого-то нет сил и веры в то, что что-то изменится в жизни неверующей родни, но пусть это не будет поводом для отсутствия молитвы, и пусть эти люди понимают, что за них возносятся просьбы к Небу. Господь же знает, когда и как отвратить их от этого мира, и Он обязательно ответит на все наши просьбы.</w:t>
      </w:r>
    </w:p>
    <w:p>
      <w:r>
        <w:t>Мы будем удивлены тому, сколько благодати было предложено людям, которые избрали путь гибели, и как они отчаянно отвергали призыв Святого Духа о покаянии, когда Он действовал по нашим молитвам за эти погибающие души. Бог покажет нам, что Он сделал всё возможное, чтобы спасти всех, за кого мы молились, но они сами сделали тот выбор, который Он уже не может изменить, и мы скажем: «Аминь!»</w:t>
      </w:r>
    </w:p>
    <w:p>
      <w:pPr>
        <w:pStyle w:val="Heading2"/>
      </w:pPr>
      <w:r>
        <w:t>Домашнее задание 862</w:t>
      </w:r>
    </w:p>
    <w:p>
      <w:r>
        <w:t>1. Прочитайте, пожалуйста, Ин.15:7; 16:23-24; Мат.7:7-8; 21:22; 26:41; Иак.4:2-3; 5:14-18; Иер.29:11-13; Еф.6:18; 1Фес.5:17,25; Чис.6:23-27; Пс.87:14 в свете этого урока.</w:t>
      </w:r>
    </w:p>
    <w:p>
      <w:r>
        <w:t>2. Какие ещё стихи из Библии пришли вам на память?</w:t>
      </w:r>
    </w:p>
    <w:p>
      <w:r>
        <w:t>3. Что вы поняли из этого урока?</w:t>
      </w:r>
    </w:p>
    <w:p>
      <w:r>
        <w:t>4. Верите ли вы в силу молитвы?</w:t>
      </w:r>
    </w:p>
    <w:p>
      <w:r>
        <w:t>5. Отвечает ли Господь на молитвы за неверующих людей?</w:t>
      </w:r>
    </w:p>
    <w:p>
      <w:r>
        <w:t>6. Нужно ли молиться за того, кто просит, чтобы за него не молились?</w:t>
      </w:r>
    </w:p>
    <w:p>
      <w:r>
        <w:t>7. Будет ли Бог отвечать на молитвы грешного человека?</w:t>
      </w:r>
    </w:p>
    <w:p>
      <w:r>
        <w:t>8. Всякая ли молитва угодна Богу?</w:t>
      </w:r>
    </w:p>
    <w:p>
      <w:r>
        <w:t>9. Стоит ли опускать руки, если я не вижу ответа, а ситуация усложняется?</w:t>
      </w:r>
    </w:p>
    <w:p>
      <w:r>
        <w:t>10. Нужно ли говорить родным людям о том, что вы за них молитесь?</w:t>
      </w:r>
    </w:p>
    <w:p>
      <w:r>
        <w:t>11. Можно ли молиться с людьми из других деноминаций?</w:t>
      </w:r>
    </w:p>
    <w:p>
      <w:r>
        <w:t>12. Нужно ли молиться за тех, кто упорно создаёт вам проблемы?</w:t>
      </w:r>
    </w:p>
    <w:p>
      <w:r>
        <w:t>13. Вам радостно видеть ответы на свои молитвы?</w:t>
      </w:r>
    </w:p>
    <w:p>
      <w:r>
        <w:t>14. Что вы не поняли из этого урока?</w:t>
      </w:r>
    </w:p>
    <w:p>
      <w:r>
        <w:t>15. Был ли этот урок вам полезен?</w:t>
      </w:r>
    </w:p>
    <w:p>
      <w:r>
        <w:br w:type="page"/>
      </w:r>
    </w:p>
    <w:p>
      <w:pPr>
        <w:pStyle w:val="Heading1"/>
      </w:pPr>
      <w:r>
        <w:t>Урок 863. Живая вода жизни</w:t>
      </w:r>
    </w:p>
    <w:p>
      <w:r>
        <w:t>Вода является одним из самых важных компонентов нашего мироустройства. Мы из неё состоим. Две трети поверхности земли покрыты водой. Мы ею дышим. Мы её пьём. Она даёт рост и жизнь семенам и всем земным растениям. Без воды наша планета станет необитаемой пустыней, непригодной для жизни.</w:t>
      </w:r>
    </w:p>
    <w:p>
      <w:r>
        <w:t>В Божьем Слове эту жидкость иногда называют живою водою. Читая книгу Быт.1:20-22, мы видим, что в воду была заложена творческая сила для произведения рыб, птиц и всяких животных, пресмыкающихся по земле.</w:t>
      </w:r>
    </w:p>
    <w:p>
      <w:r>
        <w:t>В любой цивилизованной стране есть институты, которые занимаются изучением уникальных свойств воды и постоянно делают новые открытия в этой области.</w:t>
      </w:r>
    </w:p>
    <w:p>
      <w:r>
        <w:t>Читая диалог Иисуса с самарянкой у колодца Иакова, мы встречаемся с интересным символом воды, который Господь упоминает в разговоре с этой женщиной.</w:t>
      </w:r>
    </w:p>
    <w:p>
      <w:r>
        <w:t>Спаситель говорит, что если бы женщина попросила у Него, то Он дал бы ей воду живую. Ин.4:10. Самарянка не поняла, о чём идёт речь, и стала задавать вопросы об этой воде, на что Иисус ответил: «Всякий, пьющий воду сию, возжаждет опять, а кто будет пить воду, которую Я дам ему, тот не будет жаждать вовек; но вода, которую Я дам ему, сделается в нём источником воды, текущей в жизнь вечную» Ин.4:13-14.</w:t>
      </w:r>
    </w:p>
    <w:p>
      <w:r>
        <w:t>Вода в Библии имеет много символических значений. Она подразумевает очищение и прощение, изобилие и благословение, суды и разрушение, силу Святого Духа, Слово Божье, народы многие, плодородие и рост, торжество и прославление, и многое другое.</w:t>
      </w:r>
    </w:p>
    <w:p>
      <w:r>
        <w:t>Что имел в виду Иисус, когда предлагал самарянской женщине, а в её лице — всем верующим, живую воду? Думаю, любой короткий ответ будет неполным, так как в этом даре Господь предлагал Самого Себя и всё Небо. Но как это можно выразить понятными словами, чтобы осознавать, что просить, и видеть, получаю ли я просимое?</w:t>
      </w:r>
    </w:p>
    <w:p>
      <w:r>
        <w:t>Осмелюсь сказать, что в символе воды, которую Христос предложил самарянке, Он имел в виду в совокупности и с другими символами Божью любовь-Агапэ. Это есть то, что полностью отвечает смыслу всего описания живой воды в данном повествовании и открывает неиссякаемую глубину Божьего дара, предлагаемого миру.</w:t>
      </w:r>
    </w:p>
    <w:p>
      <w:r>
        <w:t>Изучая науку о любви, мы не перестаём удивляться значимости и величию этого свойства Божьего характера, и в то же время той скромности и неброскости, с которой она предлагается.</w:t>
      </w:r>
    </w:p>
    <w:p>
      <w:r>
        <w:t>Пока человек не имеет этой любви, его не удовлетворят никакие подделки, и ничто другое не заменит истинную агапэ, которую может дать только Христос. Всё остальное быстро заканчивается или оказывается обманом чувств, а душа жаждет настоящей Божьей любви, даруемой как через твоё сердце, так и через отношения твоего ближнего. Эту силу невозможно подделать на постоянной основе. Только оригинал соответствует тому качеству, которое в себе имеет любовь.</w:t>
      </w:r>
    </w:p>
    <w:p>
      <w:r>
        <w:t>Получая Божью агапэ от Христа, я не могу её аккумулировать исключительно для собственного наслаждения. Бог не является ко мне лично со словами любви, как это написано в Иер.31:3. Тогда бы я, возможно, и понял, как именно Бог любит меня. Но любовь даётся мне для того, чтобы обогащать ею моих ближних и врагов, друзей и домашних, и всех, кого Господь пошлёт в мою жизнь, где бы они ни были. Она становится во мне «источником воды, текущей в жизнь вечную». Через такое отношение я открываю для себя и в себе силу Божьей любви и обогащаю ею всех своих ближних.</w:t>
      </w:r>
    </w:p>
    <w:p>
      <w:r>
        <w:t>Приведу пример, как это происходит в жизни. Для начала Господь учит меня делиться этой живой водой с некоторыми людьми, которые мне особенно близки. Моя безусловная любовь, которую я получаю от Иисуса, зарождает в сердце моего друга ответные чувства. И так как я понимаю, что происходит между нами, то мы договариваемся уже осознанно любить друг друга и просим эту любовь у Христа, получаем её в изобилии и обогащаем ею один другого. У нас уже нет жажды когда-нибудь встретить любящего человека, который бы нас безусловно полюбил. Мы уже сами стали источниками этой любви и искренне радуемся обществу друг друга, ища возможность обогатить один другого этим благословением Неба. Нам не нужно упрашивать друг друга и вытягивать клещами из другого слова и дела любви. Они сами льются, и ты только ищешь возможность и место применить это к своему другу, а он к тебе.</w:t>
      </w:r>
    </w:p>
    <w:p>
      <w:r>
        <w:t>Мы привыкаем к такому поведению и начинаем практиковать подобные отношения и с прочими людьми. Я уже научен получать воду жизни у Иисуса и охотно пою ею незнакомых, да и знакомых тоже.</w:t>
      </w:r>
    </w:p>
    <w:p>
      <w:r>
        <w:t>Вода любви, которую даёт Иисус, отличается от всего, что может предложить этот мир. Её невозможно с чем-то перепутать. Она воистину утоляет любую жажду и даёт Вечную жизнь тем, кто ею питается и из кого она начинает бить ключом.</w:t>
      </w:r>
    </w:p>
    <w:p>
      <w:r>
        <w:t>Если заявить, что в символе воды в данном диалоге с самарянкой, речь идёт о Святом Духе, то нужно вспомнить и другие места Писания, где говорится, что плод Духа — любовь. Гал.5:22.</w:t>
      </w:r>
    </w:p>
    <w:p>
      <w:r>
        <w:t>Читаем в 1Тим 1:5: «Цель же увещания есть любовь от чистого сердца и доброй совести и нелицемерной веры». Бог установил ту цель, в которую всем нам необходимо попасть, особенно в конце нашего времени. Непопадание в цель при изобилии всего считается грехом. Он так и переводится с греческого языка.</w:t>
      </w:r>
    </w:p>
    <w:p>
      <w:r>
        <w:t>Читаем Откр. 22:1: «И показал мне чистую реку воды жизни, светлую, как кристалл, исходящую от престола Бога и Агнца». Что символизирует эта вода жизни? Однозначно Божью Любовь Агапэ, которая будет бесконечно долго на протяжении всей Вечности изливаться от места присутствия Бога и поить всех небожителей своими чистыми водами. Если сейчас она даётся только жаждущим и ищущим, то впоследствии не будет нужды скрывать её в символах. Она станет нашей безусловно и навсегда, потому что без неё Вечная жизнь не существует и не может быть. Читаем Откр. 21:6-7: «И сказал мне: совершилось! Я есмь Альфа и Омега, начало и конец; жаждущему дам даром от источника воды живой. Побеждающий наследует все, и буду ему Богом, и он будет Мне сыном».</w:t>
      </w:r>
    </w:p>
    <w:p>
      <w:r>
        <w:t>Почему же сейчас так много тех, кто отказывается пить и просить эту воду жизни? Почему Господь напрасно протягивает Свои израненные руки, предлагая всего Себя Своему народу и обещая дать победу отозвавшимся? Что делать Богу с теми, кому Он предлагает воду жизни даром, затем советует её купить, затем говорит о Вечной награде, а его народ отворачивается и идёт к разбитым водоёмам, в которых пустота и мерзость? Сложно ответить за всех, но можно сказать, что эта вода доступна, и она до сих пор изливается через Божьи сосуды и утоляет жажду многих израненных сердец.</w:t>
      </w:r>
    </w:p>
    <w:p>
      <w:r>
        <w:t>Для мира, который распял Христа и гонит Божьих детей, тоже приготовлены воды Божьей любви, в которых она покажет всю силу справедливости без всякой милости. И эти воды вскоре будут изливаться бурными потоками, и уже никто не будет спрашивать разрешения на подобные суды.</w:t>
      </w:r>
    </w:p>
    <w:p>
      <w:r>
        <w:t>Что я изберу ныне? Какая вода мне по вкусу? Отвечу стихом из Пс. 41:2: «Как лань желает к потокам воды, так желает душа моя к Тебе, Боже!»</w:t>
      </w:r>
    </w:p>
    <w:p>
      <w:r>
        <w:t>Понимаешь ли ты, друг, какую воду жизни предлагает тебе сегодня Господь? Что ты Ему скажешь в ответ на все Его советы и предложения? Жаждет ли твоя душа этой любви, чтобы стать её источником для этого мира? Дай Богу свой ответ, и Он услышит тебя и покажет тебе великое и недоступное.</w:t>
      </w:r>
    </w:p>
    <w:p>
      <w:pPr>
        <w:pStyle w:val="Heading2"/>
      </w:pPr>
      <w:r>
        <w:t>Домашнее задание 863</w:t>
      </w:r>
    </w:p>
    <w:p>
      <w:r>
        <w:t>1. Прочитайте, пожалуйста, Ин.4:10-14; 7:38-39; Иер.2:13; 17:13; Откр.7:16-17; 16:1; 21:6-7; 22:1,17; Ис.44:3; Ос.5:10; Песн.8:7 в свете этого урока.</w:t>
      </w:r>
    </w:p>
    <w:p>
      <w:r>
        <w:t>2. Какие ещё стихи из Библии пришли вам на память?</w:t>
      </w:r>
    </w:p>
    <w:p>
      <w:r>
        <w:t>3. Что вы поняли из этого урока?</w:t>
      </w:r>
    </w:p>
    <w:p>
      <w:r>
        <w:t>4. Как вы понимали и понимаете символ живой воды?</w:t>
      </w:r>
    </w:p>
    <w:p>
      <w:r>
        <w:t>5. Почему Господь говорит с нами через символы?</w:t>
      </w:r>
    </w:p>
    <w:p>
      <w:r>
        <w:t>6. Утоляет ли Божья любовь вашу жажду?</w:t>
      </w:r>
    </w:p>
    <w:p>
      <w:r>
        <w:t>7. Какое преимущество даёт понимание значения библейских символов?</w:t>
      </w:r>
    </w:p>
    <w:p>
      <w:r>
        <w:t>8. Вас радуют новые откровения, через которые всё тайное становится понятным?</w:t>
      </w:r>
    </w:p>
    <w:p>
      <w:r>
        <w:t>9. Хочется ли вам просить у Христа и пить ту воду жизни, которую Он так просто предлагает? Если да, то что вы для этого делаете?</w:t>
      </w:r>
    </w:p>
    <w:p>
      <w:r>
        <w:t>10. Обратили ли вы внимание на то, как в понимании символов любви становятся понятными и многие другие символические места Библии?</w:t>
      </w:r>
    </w:p>
    <w:p>
      <w:r>
        <w:t>11. Как ещё может Господь привлечь к Себе своих заблудившихся в мире детей, которые не хотят идти на зов Его любви?</w:t>
      </w:r>
    </w:p>
    <w:p>
      <w:r>
        <w:t>12. Почему Господь мало говорит о важности любви для последнего времени прямым текстом, но во многих символах только об этом и идёт речь?</w:t>
      </w:r>
    </w:p>
    <w:p>
      <w:r>
        <w:t>13. Какое преимущество даёт вам любовь в вашем сердце?</w:t>
      </w:r>
    </w:p>
    <w:p>
      <w:r>
        <w:t>14. Как вы думаете, утихнет ли когда-нибудь призыв любви? Если да, то что будет предложено миру вместо неё?</w:t>
      </w:r>
    </w:p>
    <w:p>
      <w:r>
        <w:t>15. Открыл ли этот урок вам что-то важное и полезное?</w:t>
      </w:r>
    </w:p>
    <w:p>
      <w:r>
        <w:br w:type="page"/>
      </w:r>
    </w:p>
    <w:p>
      <w:pPr>
        <w:pStyle w:val="Heading1"/>
      </w:pPr>
      <w:r>
        <w:t>Урок 864. Источник воды живой</w:t>
      </w:r>
    </w:p>
    <w:p>
      <w:r>
        <w:t>Источники воды — это природные или искусственные ресурсы, из которых можно брать или добывать воду для личных, хозяйственных и технических нужд. Такими источниками могут быть моря и океаны, реки и озёра, родники и грунтовые воды, атмосферные осадки и ледниковые отложения. Современные технологии сделали возможным иметь дополнительные источники воды за счёт опреснения солёных вод, регенерации и очистки сточных вод, собирания воды из росы и пара, и многого другого. Все эти источники предназначены для служения человеку, для поддержания жизни животных и растительных организмов, для развития всех сфер промышленности, строительства, медицины и прочего. Даже есть песня, где поют, «а потому что без воды и не туды, и не сюды».</w:t>
      </w:r>
    </w:p>
    <w:p>
      <w:r>
        <w:t>Источники воды могут быть естественными, созданными Творцом. Они находятся вблизи тебя или под твоими ногами, а также они могут быть привозными. Их человек получает путём сложных логистических процессов.</w:t>
      </w:r>
    </w:p>
    <w:p>
      <w:r>
        <w:t>Бог создал все источники воды чистыми и пригодными для жизни. Они очень продуманно поддерживают экосистему нашей планеты, но вмешательство человека внесло очень много новшеств в естественное водоснабжение. Люди стали строить водохранилища, каналы, водопроводы. Они научились бутылировать воду и добывать её из воздуха, привозить издалека, очищать, лишь бы удовлетворить потребности в этой жидкости там, где её нет в достаточном количестве или где она очень грязная.</w:t>
      </w:r>
    </w:p>
    <w:p>
      <w:r>
        <w:t>Стоит заметить, что современное общество предложило миру продукцию под названием «Напитки», которая зачастую не является источником воды, но предоставляет конечному покупателю всевозможные жидкости, имеющие в своём составе воду с разными вкусовыми добавками.</w:t>
      </w:r>
    </w:p>
    <w:p>
      <w:r>
        <w:t>Говоря о последнем времени, Иисус подчеркнул, что люди будут есть и пить, как и во времена Ноя. Мат.24:38. «Ели, пили» — а что в этом особенного? Но когда заходишь в современный супермаркет, тогда понимаешь, почему Господь это сказал. Еда и питьё стало культом и досугом современного общества, и особенно это заметно в больших городах. Подобные вещи настолько поглотили сознание человека, что в этой сфере стёрлись границы в различении добра и зла, и люди стали всё принимать как что-то доброе, производимое во благо человека.</w:t>
      </w:r>
    </w:p>
    <w:p>
      <w:r>
        <w:t>Конечно же, многие искусственные вещи и современные изобретения приносят комфорт, облегчают нашу жизнь, экономят наше время, но порою они лишают душу естественной простоты и наполняют жизнь пустотой, в которой есть масса удовольствий, но нет смысла. И многие люди сознательно вырываются к естественным источникам жизни, где не ступала нога человека, чтобы отдохнуть от цивилизации и прийти в себя.</w:t>
      </w:r>
    </w:p>
    <w:p>
      <w:r>
        <w:t>Стоит обратить внимание, что вино Вавилона — это тоже источник, который поит все народы и включает в себя не только прохладительные напитки, но и духовную жизнь, наполненную всевозможными науками и учениями.</w:t>
      </w:r>
    </w:p>
    <w:p>
      <w:r>
        <w:t>В разговоре с самарянкой из Евангелия от Иоанна, глава 4, Иисус говорил о том, что у Него есть живая вода, которая может стать в нас источником воды, текущей в жизнь Вечную (стих 14). Этим Он дал понять, что в нашем мире будут те носители Божьей силы, которых Бог станет использовать в качестве Своих источников живой воды, дающих жизнь Вечную жаждущим душам. Представляете, какое доверие нам оказывает Небо, чтобы сделать нас Своими представителями в греховном мире, которые не только сами будут что-то получать для своего спасения, но также послужат и источником этого спасения для других людей!</w:t>
      </w:r>
    </w:p>
    <w:p>
      <w:r>
        <w:t>Любовь Христа является основой любого источника. Она представляет собой то начало, из которого берут исток все воды жизни, проходя через наши сердца и приобретая окраску нашей человеческой любви. В ней растворяются наши уникальные особенности, чтобы стать частью души тех, кого мы начинаем поить своей любовью и благословлять своим вниманием.</w:t>
      </w:r>
    </w:p>
    <w:p>
      <w:r>
        <w:t>Иисус учил, что чем больше мы принесём плода Святого Духа, тем больше будет прославлен наш Небесный Отец (Ин.15:8). А если мы будем иметь любовь между собою, то все узнают, что мы ученики Христа. Представляете, нам нужно только любить друг друга и не надо никому ничего доказывать. Любовь сама всё покажет и расскажет без лишних слов.</w:t>
      </w:r>
    </w:p>
    <w:p>
      <w:r>
        <w:t>Думаю, что для каждого из нас великая честь стать источником Божьей любви и дарить другим воду жизни, которая естественно будет питать жаждущие души, наполняя сердца Божьей агапэ.</w:t>
      </w:r>
    </w:p>
    <w:p>
      <w:r>
        <w:t>Мир устал от искусственного и пустого. Людям надоели бутылки с пустотой. Все жаждут настоящего Божьего прикосновения, чистой воды жизни, и мы можем им это дать через нашу искреннюю любовь и посвящённую жизнь.</w:t>
      </w:r>
    </w:p>
    <w:p>
      <w:r>
        <w:t>Но проблема людей ещё и в том, что вино Вавилона повредило разум многих, и многие стереотипы и ложные ценности стали управителями сознания. Людям нужно очень много воды жизни, чтобы смыть всю нечистоту, которая лишила их здравого смысла.</w:t>
      </w:r>
    </w:p>
    <w:p>
      <w:r>
        <w:t>Иисус желает не только сделать нас источником Своей воды, но и научить нас прокладывать водопровод этой воды в труднодоступные регионы. Для этого Он и приходит каждый вечер к нашей двери, чтобы в приятной атмосфере тихого вечера проводить с нами тренинги доверительных отношений. Чтобы, научившись от Него, мы могли бы делиться этими знаниями и с другими людьми.</w:t>
      </w:r>
    </w:p>
    <w:p>
      <w:r>
        <w:t>Любая бутылка с чистой водой хороша, чтобы удовлетворить временную жажду, но она не способна поить человека на постоянной основе. Неиссякаемый источник в этом случае имеет большое преимущество.</w:t>
      </w:r>
    </w:p>
    <w:p>
      <w:r>
        <w:t>Кем вы считаете себя? Одноразовой бутылкой с непонятным содержанием или каналом, который берёт у Бога столько, сколько нужно отдать другим?</w:t>
      </w:r>
    </w:p>
    <w:p>
      <w:r>
        <w:t>Однажды научившись любить и поняв, как получать эту воду жизни, я уже не могу жить и думать по-другому. Это качество души начинает стремительно развиваться в моём сердце, проникая во все сферы моей жизнедеятельности, наполняя смыслом всякое дело и помышление. Хоть плотская натура и сопротивляется какое-то время, но любовь умеет держать её на лопатках и постоянно увеличивать вес, чтобы плоти было не под силу даже поднять свою отвратительную голову.</w:t>
      </w:r>
    </w:p>
    <w:p>
      <w:r>
        <w:t>Любовь открывает такие внешние источники жизни, что ты не можешь их удержать в своём сердце и постоянно ищешь тех, с кем ими можно поделиться. И какое это благо, когда в твоей жизни появляется жаждущая душа, которая с радостью пьёт всё, что ты ей даёшь, получая от Бога.</w:t>
      </w:r>
    </w:p>
    <w:p>
      <w:r>
        <w:t>Казалось бы, весь мир жаждет любви, а ты, имея её, начинаешь передавать этот дар, но тебя не слышат, закрываются в страхе, а потом ещё и жалуются, что ты нарушаешь личное пространство и предлагаешь «холодный душ». Как так? Первое время это очень смущает, и ты думаешь, что делаешь что-то не так, но любовь влечёт тебя к продолжению, не давая остановиться. И ты не просто любишь и делишься собою, но открываешь новые источники жизни в сердцах других людей, делая их независимыми родниками живой Божьей воды. А затем ты слушаешь о том, как они обогнали тебя в любви и убежали далеко вперёд, основывая новые источники на других полях, и встали впереди тебя, и учат тебя идти быстрее. А потом ты видишь, как эти источники сливаются в единую реку, несущую свои потоки в Жизнь Вечную, и удивляешься тому, как мало ты сделал и как много из этого вышло.</w:t>
      </w:r>
    </w:p>
    <w:p>
      <w:pPr>
        <w:pStyle w:val="Heading2"/>
      </w:pPr>
      <w:r>
        <w:t>Домашнее задание 864</w:t>
      </w:r>
    </w:p>
    <w:p>
      <w:r>
        <w:t>1. Прочитайте, пожалуйста, Иер.2:13; Пс.35:8-10; 83:6-7; 86:7; 106:35; 113:7-8; Прит.4:23; 10:11; 13:14; 14:27; 16:22; 18:4; Ис.41:18; 58:11; Иак.3:10-12 в свете этого урока.</w:t>
      </w:r>
    </w:p>
    <w:p>
      <w:r>
        <w:t>2. Какие ещё стихи из Библии пришли вам на память?</w:t>
      </w:r>
    </w:p>
    <w:p>
      <w:r>
        <w:t>3. Что вы поняли из этого урока?</w:t>
      </w:r>
    </w:p>
    <w:p>
      <w:r>
        <w:t>4. Вас радует, что Господь желает сделать вас Своим источником живой воды?</w:t>
      </w:r>
    </w:p>
    <w:p>
      <w:r>
        <w:t>5. Убедили ли вас приведённые выше стихи в том, что это написано для вас и про вас?</w:t>
      </w:r>
    </w:p>
    <w:p>
      <w:r>
        <w:t>6. Как вы видите символ источника воды жизни в своей жизни?</w:t>
      </w:r>
    </w:p>
    <w:p>
      <w:r>
        <w:t>7. Понимаете ли вы ожидания Бога относительно всех нас? Осознаёте ли вы то, кем Он нас видит?</w:t>
      </w:r>
    </w:p>
    <w:p>
      <w:r>
        <w:t>8. Как выглядит живая вода в вашей жизни?</w:t>
      </w:r>
    </w:p>
    <w:p>
      <w:r>
        <w:t>9. Почему Господь назвал этот источник источником живой воды, а не сока или хлеба?</w:t>
      </w:r>
    </w:p>
    <w:p>
      <w:r>
        <w:t>10. Понимаете ли вы, что означает ваша любовь к людям в глазах Неба?</w:t>
      </w:r>
    </w:p>
    <w:p>
      <w:r>
        <w:t>11. Пьют ли ваши друзья вас с удовольствием?</w:t>
      </w:r>
    </w:p>
    <w:p>
      <w:r>
        <w:t>12. Вам хочется быть источником Божьей любви?</w:t>
      </w:r>
    </w:p>
    <w:p>
      <w:r>
        <w:t>13. Как вы думаете, радуется ли Небо о тех, кто постоянно делится Божьей любовью с другими?</w:t>
      </w:r>
    </w:p>
    <w:p>
      <w:r>
        <w:t>14. Является ли Любовь тем источником, о котором идёт речь?</w:t>
      </w:r>
    </w:p>
    <w:p>
      <w:r>
        <w:t>15. Был ли этот урок вам полезен?</w:t>
      </w:r>
    </w:p>
    <w:p>
      <w:r>
        <w:br w:type="page"/>
      </w:r>
    </w:p>
    <w:p>
      <w:pPr>
        <w:pStyle w:val="Heading1"/>
      </w:pPr>
      <w:r>
        <w:t>Урок 865. Здесь начинаюсь я</w:t>
      </w:r>
    </w:p>
    <w:p>
      <w:r>
        <w:t>В наших отношениях любви и дружбы есть много преимуществ и открытых регионов, в которые не принято входить незнакомым людям, но которые доступны друзьям и очень близким родственникам. А тот, кто является твоей второй половиной, имеет гораздо больше прав на пребывание на территории твоего тела и души, на которую не допускаются даже самые близкие люди. Но даже в этой родственной близости есть определённые невидимые границы, которые должны чётко определять ту территорию, где заканчиваешься ты и где начинаюсь я.</w:t>
      </w:r>
    </w:p>
    <w:p>
      <w:r>
        <w:t>Бог уважает меня и мой выбор. Он учитывает мою индивидуальность и особенности моего восприятия информации. Он знает движение моих мыслей и чувств и при этом никогда не нарушает против моей воли те невидимые границы свободы моего выбора, которые я могу сам устанавливать или даже не понимать, что они у меня есть. Но Господь знает, где проходит та линия в моём сознании, куда Ему моя воля не позволяет заходить. Даже если я попрошу Его о том, чтобы Он полностью овладел мною и делал со мной всё, что захочет, то и тогда Он не будет нарушать те границы достоинства моей личности, которые делают меня Божьим человеком и уникальным творением. Бог может дать жизнь и здоровье, может забрать и то и другое, не спрашивая моего разрешения, но Он никогда не унизит моё достоинство ради того, чтобы показать мне, что я никто и ничто. Он может сломить мою гордыню и смирить меня, чтобы я не представлял себя великим в своих глазах, но при этом Он не лишает меня права выбора дальнейшего пути.</w:t>
      </w:r>
    </w:p>
    <w:p>
      <w:r>
        <w:t>В случае с царём Навуходоносором, когда Господь отнял у него разум, было продемонстрировано могущество Владыки Вселенной и то, до чего может довести человека его гордыня, но подобное проявление Божьей силы является скорее исключением, чем правилом.</w:t>
      </w:r>
    </w:p>
    <w:p>
      <w:r>
        <w:t>Написано в Еккл. 8:11: «Не скоро совершается суд над худыми делами; от этого и не страшится сердце сынов человеческих делать зло».</w:t>
      </w:r>
    </w:p>
    <w:p>
      <w:r>
        <w:t>В моём общении с тобою, друг, каким бы ты близким мне ни был, есть определённая линия, до которой всё происходящее между нами звучит, как «да и аминь», но после этой линии стоит твёрдое «нет». Туда нельзя и пытаться войти, даже если мы любим друг друга от чистого сердца.</w:t>
      </w:r>
    </w:p>
    <w:p>
      <w:r>
        <w:t>Любовь не имеет ничего против, если кто-то устанавливает определённые рамки в отношениях и не желает никого впускать за эти границы. На примере Иисуса мы видим, как Он тактично вёл себя со всеми людьми, не навязывая Себя, но при этом уверенно предлагая нечто лучшее. Встреча с Никодимом из Ин.3 проходила так, как этого хотел законоучитель. Самарянка у колодца из Ин. 4 вела себя так, как ей было интересно. Жители страны Гадаринской попросили Иисуса отойти от их пределов (Мар.5:17), и Господь не стал им перечить.</w:t>
      </w:r>
    </w:p>
    <w:p>
      <w:r>
        <w:t>Во всех случаях жизни Христа мы видим Его абсолютное уважение выбора человека. Любовь соблюдает чужие границы и имеет также и свои.</w:t>
      </w:r>
    </w:p>
    <w:p>
      <w:r>
        <w:t>При отсутствии рамок в отношениях возникает хаос и беспорядок. Любовь не может не иметь определённых границ. Она знает, где нужно возвести стену, где поставить забор, а где можно провести линию и попросить её не нарушать.</w:t>
      </w:r>
    </w:p>
    <w:p>
      <w:r>
        <w:t>Приведём пример. Пастор одной церкви решил выявить скрытые таланты своих прихожан и стал их по очереди приглашать за кафедру, чтобы они пели песни и говорили проповеди. Многие только этого и ждали, а кто-то переживал стресс и не мог спокойно спать от мысли, что ему нужно на следующем богослужении публично выступать. Но пастор был неумолим и выводил за руку этих трусишек, даже когда они отказывались служить за кафедрой. Было ли это нарушением личных границ? Да. Если человек не хочет или боится, или ещё не созрел, то необходимо учитывать его позицию.</w:t>
      </w:r>
    </w:p>
    <w:p>
      <w:r>
        <w:t>Приведём такой пример. Я пишу вам уроки о любви и говорю о том, что я люблю, и это так и есть. И вот кто-то из читателей решит испытать эту любовь на деле и выйдет на контакт со мной, имея особые ожидания от любящего друга. Для начала он заявит, что приедет ко мне на неделю в гости. Я должен буду его встретить в аэропорту, отвезти его к себе домой, всю неделю кормить и возить его по всем примечательным местам, в конце — дать ему денег на покупку памятных сувениров, а потом регулярно выходить с ним на связь и поддерживать материально его текущие нужды. Иначе он будет считать меня лицемером, и мои рассказы о любви будут для него пустым звуком. Что мне сказать этому гостю? Думаю, мне придётся разочаровать его ещё в самом начале его планов и самому решать, как, когда и на что мне с ним дружить.</w:t>
      </w:r>
    </w:p>
    <w:p>
      <w:r>
        <w:t>Когда я приглашаю к себе в гости своих друзей, тогда где-то в сердце я предполагаю, что они имеют понятия о правилах этикета и не будут устраивать экскурсию по моей квартире и проводить ревизию в моих шкафах. Если же они окажутся не настолько воспитанными, как я ожидал, то я не побоюсь установить определённые границы их поведению в моём доме и попросить их вести себя так, как я это считаю правильным и нужным. И именно любовь к этим людям побудит меня так себя поставить.</w:t>
      </w:r>
    </w:p>
    <w:p>
      <w:r>
        <w:t>Когда мне кто-то неожиданно звонит, тогда я вправе ответить на звонок, а могу и не отвечать, если окружающие обстоятельства не позволяют, или нет желания общаться. Если я вступаю в разговор, то могу быть кратким, а могу непринуждённо вести беседу по несколько часов.</w:t>
      </w:r>
    </w:p>
    <w:p>
      <w:r>
        <w:t>То же самое я уважаю и в моих друзьях. Я люблю их не за что-то, а потому что Бог подарил их мне навсегда и желает научить нас взаимной любви в наших личных границах.</w:t>
      </w:r>
    </w:p>
    <w:p>
      <w:r>
        <w:t>Проблема лишь в том, что у кого-то эти границы настолько далеко выдвинуты, что ты не можешь даже войти в контакт, не говоря уже и о дружбе. Сложно биться в глухую стену, которая к тому же ещё и высокая. Но любовь умеет растворять неприступные барьеры и отодвигать границы на положенное расстояние.</w:t>
      </w:r>
    </w:p>
    <w:p>
      <w:r>
        <w:t>Настойчивость и постоянство моей любви могут открыть такие двери к таким богатствам человеческой души, о которых даже я и не помышлял. Ведь любовь не крадёт и разрушает, а созидает и даёт, да и все мы созданы друг для друга, дети одного отца, чтобы любить и быть друзьями. Поэтому, когда приходит любовь, рано или поздно она разрушает стены и строит мосты, и выводит границы на первозданную территорию, на которой заканчиваюсь я и начинаешься ты.</w:t>
      </w:r>
    </w:p>
    <w:p>
      <w:r>
        <w:t>Мы с другом любим друг друга от чистого сердца, но это не открывает нам двери для вседозволенности. В этой любви мы настолько осторожны, нежны и деликатны, чтобы не причинить другу боль и не злоупотребить тем доверием, которое тебе оказывают. И эта осторожность не из страха потерять друга, а из искренней любви, которая знает границы дозволенного и свободно чувствует себя в этих рамках. Этими границами может быть как Божий закон, так и наше личное пространство, в котором я остаюсь с самим собой и выбираю свой жизненный путь и свою модель отношений.</w:t>
      </w:r>
    </w:p>
    <w:p>
      <w:r>
        <w:t>Если кто-то думает, что любящий друг — это что-то бесхребетное, из чего можно «вить верёвки», то он далёк от понимания истинной дружбы. Друг умеет говорить «да», где это нужно, и у него всегда есть «нет» там, где это необходимо. Это принцип его жизни, и поэтому ему можно доверить и себя, не боясь, что он выжмет все твои жизненные ресурсы и покинет тебя. Друг любит во всякое время и ожидает того же и от тебя.</w:t>
      </w:r>
    </w:p>
    <w:p>
      <w:pPr>
        <w:pStyle w:val="Heading2"/>
      </w:pPr>
      <w:r>
        <w:t>Домашнее задание 865</w:t>
      </w:r>
    </w:p>
    <w:p>
      <w:r>
        <w:t>1. Прочитайте, пожалуйста, Флп.2:13; Ин.6:15; 20:16-17; Лук.9:52-56; 10:1; Мат.22:3; Мар.3:13; 9:30; Втор.23:5; Иер.32:33-34; Гал.5:17; 2Цар.23:4-5 в свете этого урока.</w:t>
      </w:r>
    </w:p>
    <w:p>
      <w:r>
        <w:t>2. Какие ещё стихи из Библии пришли вам на память?</w:t>
      </w:r>
    </w:p>
    <w:p>
      <w:r>
        <w:t>3. Что вы поняли из этого урока?</w:t>
      </w:r>
    </w:p>
    <w:p>
      <w:r>
        <w:t>4. Что такое граница? Прит.22:28.</w:t>
      </w:r>
    </w:p>
    <w:p>
      <w:r>
        <w:t>5. Можно ли человеку иметь своё личное пространство?</w:t>
      </w:r>
    </w:p>
    <w:p>
      <w:r>
        <w:t>6. Какие примеры установления границ вы знаете из Библейских историй?</w:t>
      </w:r>
    </w:p>
    <w:p>
      <w:r>
        <w:t>7. Знаете ли вы, где проходит ваша граница?</w:t>
      </w:r>
    </w:p>
    <w:p>
      <w:r>
        <w:t>8. Как определить границу вашего друга?</w:t>
      </w:r>
    </w:p>
    <w:p>
      <w:r>
        <w:t>9. Помогает ли мне знание границ в отношениях быть независимым от чужого мнения?</w:t>
      </w:r>
    </w:p>
    <w:p>
      <w:r>
        <w:t>10. Может ли мнение других людей строить во мне неправильные границы?</w:t>
      </w:r>
    </w:p>
    <w:p>
      <w:r>
        <w:t>11. Говорят ли вам мои границы о моей ограниченности?</w:t>
      </w:r>
    </w:p>
    <w:p>
      <w:r>
        <w:t>12. Как вы думаете, будут ли в Вечности какие-то границы в отношениях между нами?</w:t>
      </w:r>
    </w:p>
    <w:p>
      <w:r>
        <w:t>13. Защищают ли человека установленные им границы?</w:t>
      </w:r>
    </w:p>
    <w:p>
      <w:r>
        <w:t>14. Что делать, если кто-то не имеет своих границ и постоянно нарушает ваши?</w:t>
      </w:r>
    </w:p>
    <w:p>
      <w:r>
        <w:t>15. Какую пользу приносят знания о границах?</w:t>
      </w:r>
    </w:p>
    <w:p>
      <w:r>
        <w:br w:type="page"/>
      </w:r>
    </w:p>
    <w:p>
      <w:pPr>
        <w:pStyle w:val="Heading1"/>
      </w:pPr>
      <w:r>
        <w:t>Урок 866. Возможна ли чистая дружба между мужчиной и женщиной?</w:t>
      </w:r>
    </w:p>
    <w:p>
      <w:r>
        <w:t>Наш разум и воля устроены так, что если мы соприкасаемся с чем-то, что нам не по силам или находится за гранью человеческих возможностей, то мы даже не будем и пытаться это сделать. Например, если во время бури на дорогу упадёт большой дуб, то я не пошевелю и пальцем, чтобы его убрать своими силами. Он в сотни раз тяжелее меня. Но с помощью специальной техники я могу очень быстро устранить это препятствие.</w:t>
      </w:r>
    </w:p>
    <w:p>
      <w:r>
        <w:t>Если вы зададите современным психологам вопрос о том, возможна ли чистая дружба между мужчиной и женщиной одинакового возраста без физической близости, то они вам скажут в один голос, что это исключено. И, к сожалению, это не голословные факты, а простая статистика состояния нашего мира.</w:t>
      </w:r>
    </w:p>
    <w:p>
      <w:r>
        <w:t>К моему удивлению, многие христианские консультанты по семейным вопросам подхватили это заключение и в один голос твердят, что это невозможно даже в Божьей среде. А если речь заходит ещё и о взаимной любви между братом и сестрой по вере, то это становится чуть ли не преступлением, потому что обязательно приведёт их обоих ко греху и пополнит уже церковную статистику невозможных отношений.</w:t>
      </w:r>
    </w:p>
    <w:p>
      <w:r>
        <w:t>Но давайте оставим мир, в котором всё стало вверх ногами, и задумаемся над тем, заповедовал ли Господь нам что-то невозможное?</w:t>
      </w:r>
    </w:p>
    <w:p>
      <w:r>
        <w:t>Стоит учесть, что физиология и гормональная система у мирских и верующих людей одинаковая, и потребности в физической близости никуда не деваются, когда человек начинает верить в Бога. Также важно понимать и то, что враг души очень хорошо изучил склонности и желания людей, и знает, как и когда применять свои чары, чтобы ввести близких друзей в грех. Нельзя недооценивать силу противника и полагаться на свою порядочность. Сатана так умело очаровывает и околдовывает тех, кто заходит на запретную территорию, что жертвы его соблазнов потом не могут понять, как они смогли такое себе позволить. Но грех блуда произошёл, и никуда не денешься.</w:t>
      </w:r>
    </w:p>
    <w:p>
      <w:r>
        <w:t>Иисус, давая нам заповедь о любви друг к другу, не ограничил нас половой принадлежностью, возрастом, внешним видом или ещё чем-то. Он дал это повеление всем Своим последователям, и в послании к Лаодикии предлагает эти отношения в символе золота, очищенного огнём.</w:t>
      </w:r>
    </w:p>
    <w:p>
      <w:r>
        <w:t>Проблема относительно любви может быть только в том, что Божьи дети решают соблюдать эту заповедь своими силами и не приглашают в эти отношения Христа. Мы не родились со знанием того, как нам любить и как правильно дружить, а если человек пришёл в церковь из мира, то у него в голове такая каша, что ему обязательно нужен наставник, чтобы научить истинным понятиям и христианской этике.</w:t>
      </w:r>
    </w:p>
    <w:p>
      <w:r>
        <w:t>Если брат или сестра семейные, то они имеют сдерживающий фактор в дружбе с противоположным полом из любви и верности своему спутнику жизни. Но если этот спутник абьюзер или абсолютно мирской человек, а твой церковный друг сама нежность и деликатность, то враг души тут как тут начинает приставать с мыслями: «Вот мне бы такое». Сатана не смотрит, простой это прихожанин или служитель церкви, он нападает на всех, и он очень хитёр.</w:t>
      </w:r>
    </w:p>
    <w:p>
      <w:r>
        <w:t>Любовь и дружба — это не просто дежурное приветствие, а очень близкие духовные отношения во Христе с тем, кого тебе Господь для этого подарил в лице брата и сестры. И, делая Божье дело сообща или собираясь на различные встречи и собрания, ты не можешь не сближаться с людьми, едиными тебе по духу. Ты становишься другом и порою очень близким.</w:t>
      </w:r>
    </w:p>
    <w:p>
      <w:r>
        <w:t>Обучаясь любви, в какой-то момент ты начинаешь её просить и получать, а потом делиться ею и принимать, и эти отношения не какой-то формализм, а нечто такое, что обогащает твою душу, теребит твои чувства, освобождает твой разум и приносит много счастья и позитива в твою жизнь. Бог так задумал и ожидает этого от нас. Мы не бесчувственные роботы, настроенные на ту или иную программу. Мы высокочувствительные люди, которые понимают и оценивают происходящее, и переживают все эти события на эмоциональном и гормональном уровне.</w:t>
      </w:r>
    </w:p>
    <w:p>
      <w:r>
        <w:t>Но, как бы нам ни было хорошо в обоюдной любви, нам даётся и Святой Дух, Который наравне с любовью и радостью приносит и плод полного воздержания от того, что смертельно опасно. Те соблазны, которые принято в миру воплощать в действие, Господь блокирует Своим законом и даёт силу поступать иначе, по-братски, во славу Божью. Неужели у Иисуса недостаточно силы для победы над грехом на уровне разума? Неужели Он не даст Свою благодать тем, кто желает в простоте сердца и чистоте мыслей любить и быть другом тем, кого ему дарит Господь? Неужели вся любовь и дружба сводится к собачьим интересам, чтобы бесчестить Творца?</w:t>
      </w:r>
    </w:p>
    <w:p>
      <w:r>
        <w:t>Представляете, что переживает Бог, когда верующие люди низводят Его повеления о любви друг к другу до низменного уровня, а потом ещё и доказывают это, указывая на очередное нарушение седьмой заповеди? Грех, к сожалению, есть и будет иметь место среди тех, кто слишком уверен в своих силах и полагается на себя. Но при соблюдении законов Бога даётся сила свыше, и именно ею мы можем проявлять истинное послушание.</w:t>
      </w:r>
    </w:p>
    <w:p>
      <w:r>
        <w:t>Иногда я, читая притчу о десяти девах, думаю о том, где же братья в этой притче. Почему их в реальности нет там, где молятся, что-то изучают, что-то организовывают? Неужели работа важнее того, что приближает тебя к Богу? Куда не пойди, везде проявляют активность сёстры, и доходит до того, что не хватает мужчин, чтобы им занять место служителя в церкви. Даже наука о любви, счастье и дружбе больше вызывает интерес у верующих женщин, чем у братьев! Приходят мысли, что в число 144.000 основной массой войдут сёстры. И что делать, когда решаешь примкнуть к какому-то молитвенному служению, а там одни женщины, которые очень дружелюбно тебя встречают и очень тебе рады и готовы с тобой быть друзьями? Приходится становиться другом и этим людям.</w:t>
      </w:r>
    </w:p>
    <w:p>
      <w:r>
        <w:t>Миф о том, что чистые отношения любви и дружбы между верующими братьями и сёстрами невозможны, должен быть развеян и не предлагаться в среде Божьего народа как наука о семье. Даже если есть те, кто пал в этом вопросе и обманул ваше доверие, то пусть эти примеры будут исключением из правил, а не «законом мидян и персов». У Бога достаточно благодати, чтобы победить любой соблазн и противостоять любому греху. И Его дети используют эту силу, с достоинством входя в этот огонь отношений и выходя из него чистыми и победителями.</w:t>
      </w:r>
    </w:p>
    <w:p>
      <w:r>
        <w:t>Уча любви и дружбе, мы не учим фамильярности, флирту и сентиментальности в отношениях. Это предлагает мир в своих произведениях, но не Божья Школа.</w:t>
      </w:r>
    </w:p>
    <w:p>
      <w:r>
        <w:t>Хоть мы не застрахованы от ошибок и можем, пробуя развитие отношений и испытывая всё, где-то что-то упустить или допустить лишнее, но это не становится наукой, а предлагается как печальный опыт, который не стоит повторять.</w:t>
      </w:r>
    </w:p>
    <w:p>
      <w:r>
        <w:t>Границы в отношениях между братьями и сёстрами должны устанавливаться сразу, как можно быстрее и тактичнее, и это поможет избежать многих недоразумений и убить многие соблазны на корню. У меня есть такое правило. Всем новым друзьям-сёстрам я говорю о том, что я люблю свою жену и дочь и не планирую разрушать свою семью даже на уровне мыслей, но открыт для любви и дружбы во Христе. Со мной сразу соглашаются, и мы спокойно дружим дальше в чистоте мыслей и чувств.</w:t>
      </w:r>
    </w:p>
    <w:p>
      <w:pPr>
        <w:pStyle w:val="Heading2"/>
      </w:pPr>
      <w:r>
        <w:t>Домашнее задание 866</w:t>
      </w:r>
    </w:p>
    <w:p>
      <w:r>
        <w:t>1. Прочитайте, пожалуйста, Флп.4:13; Ин.13:34-35; 1Пет.1:22; Исх.20:14; Лук.8:1-3; 10:38-42; 18:27; Мар.10:29-30; Деян.16:13-15; 17:11-12; 1Кор.7:1-2 в свете этого урока.</w:t>
      </w:r>
    </w:p>
    <w:p>
      <w:r>
        <w:t>2. Какие ещё стихи из Библии пришли вам на память?</w:t>
      </w:r>
    </w:p>
    <w:p>
      <w:r>
        <w:t>3. Что вы поняли из этого урока?</w:t>
      </w:r>
    </w:p>
    <w:p>
      <w:r>
        <w:t>4. Что такое дружба?</w:t>
      </w:r>
    </w:p>
    <w:p>
      <w:r>
        <w:t>5. Желает ли Бог, чтобы Его дети, братья и сёстры, любили друг друга и были друзьями?</w:t>
      </w:r>
    </w:p>
    <w:p>
      <w:r>
        <w:t>6. Почему принято считать, что дружба между мужчиной и женщиной даже в церкви невозможна?</w:t>
      </w:r>
    </w:p>
    <w:p>
      <w:r>
        <w:t>7. Стоит ли в дружбе с противоположным полом устанавливать определённые границы и не нарушать их?</w:t>
      </w:r>
    </w:p>
    <w:p>
      <w:r>
        <w:t>8. Какие правила в отношениях между братьями и сёстрами должны быть?</w:t>
      </w:r>
    </w:p>
    <w:p>
      <w:r>
        <w:t>9. Стоит ли бояться тех, кто тебя любит и готов с тобой дружить?</w:t>
      </w:r>
    </w:p>
    <w:p>
      <w:r>
        <w:t>10. Даст ли Господь мудрости и разума тем, кто отважится иметь друга противоположного пола?</w:t>
      </w:r>
    </w:p>
    <w:p>
      <w:r>
        <w:t>11. Стоит ли создавать проблему там, где её нет, и избегать тех, кто тебя искренне любит от чистого сердца?</w:t>
      </w:r>
    </w:p>
    <w:p>
      <w:r>
        <w:t>12. Вызывает ли эта тема в вашей душе противоречия?</w:t>
      </w:r>
    </w:p>
    <w:p>
      <w:r>
        <w:t>13. Знаете ли вы примеры, когда ваши знакомые братья и сёстры впадали в грех по причине невоздержания? Если да, то стоит ли этот опыт обобщать на все случаи?</w:t>
      </w:r>
    </w:p>
    <w:p>
      <w:r>
        <w:t>14. Даёт ли Бог силу воздержания тем, кто видит в себе проблему и просит о помощи свыше?</w:t>
      </w:r>
    </w:p>
    <w:p>
      <w:r>
        <w:t>15. Был ли этот урок вам полезен?</w:t>
      </w:r>
    </w:p>
    <w:p>
      <w:r>
        <w:br w:type="page"/>
      </w:r>
    </w:p>
    <w:p>
      <w:pPr>
        <w:pStyle w:val="Heading1"/>
      </w:pPr>
      <w:r>
        <w:t>Урок 867. Одержимость</w:t>
      </w:r>
    </w:p>
    <w:p>
      <w:r>
        <w:t>Если кого-то спросить о том, какого человека можно считать одержимым демонами, то, скорее всего, вам приведут в пример какого-то неадекватного индивидуума, который выкрикивает странные фразы или ломает всё вокруг себя, или ведёт асоциальный образ жизни, разрушая отношения с окружающим миром. И мало кому хочется вступать в контакт с подобными личностями, потому что они могут причинить любому вред. Подобное описание также является крайней формой одержимости, видимой всем и настораживающей здравомыслящих людей.</w:t>
      </w:r>
    </w:p>
    <w:p>
      <w:r>
        <w:t>Грех привёл человечество к печальному состоянию разума и души, в котором низменные силы стали брать под контроль разум, волю и рассудительность. В результате мир наполнился горем, страданиями и всевозможными психическими болезнями, которые только умножаются и становятся повсеместным явлением.</w:t>
      </w:r>
    </w:p>
    <w:p>
      <w:r>
        <w:t>Одержимость — это состояние, при котором человек испытывает непреодолимое желание или имеет навязчивую идею, которая постоянно занимает его мысли и влияет на его поведение. В медицине и психологии известно много описанных этими науками факторов, вызывающих у человека одержимость, но мы рассмотрим то состояние духа, которое имеет демоническое происхождение и представляет для нас определённую опасность. Есть два вида подобной одержимости:</w:t>
      </w:r>
    </w:p>
    <w:p>
      <w:r>
        <w:t>1. Когда одержим мой ближний;</w:t>
      </w:r>
    </w:p>
    <w:p>
      <w:r>
        <w:t>2. Когда одержим я.</w:t>
      </w:r>
    </w:p>
    <w:p>
      <w:r>
        <w:t>Абьюзивное или психопатическое проявление одержимости ясно видно, и хоть носитель этого духа и пытается сделать свою жертву виновной и представить её в неприглядном свете, всё же его можно очень быстро распознать, поняв, с кем имеешь дело.</w:t>
      </w:r>
    </w:p>
    <w:p>
      <w:r>
        <w:t>Но враг души очень хитёр и научился маскироваться под ангела света, проявляя свой дух в приличных вещах. Он не может помешать излитию света в наш мир, но он находит и заражает таких людей, которые будут любую истину доводить до крайности или делать её центром и вершиной познания Бога без принятия каких-либо возражений в свой адрес. У такого человека всегда есть весть для Божьего народа и в арсенале находятся десятки сильных цитат, которые поддерживают его идею и придают вес его словам.</w:t>
      </w:r>
    </w:p>
    <w:p>
      <w:r>
        <w:t>Иисус учил, что мы по плодам их узнаем их. Мат.7:20. Но враг души настолько искусно прячет свои истинные мотивы и так ловко маскируется под благовидными действиями, что одержимые его духом люди даже и не подумают, что они находятся под контролем сатаны и исполняют его волю. Они обязательно обидятся, когда услышат подобную оценку своему поведению.</w:t>
      </w:r>
    </w:p>
    <w:p>
      <w:r>
        <w:t>Есть целые деноминации, члены которых носят имя Христа, но при этом не соблюдают Божьи заповеди, проявляют чудодейственные силы и переживают сверхъестественные духовные опыты, приписывая эту власть «божьему духу». А Божий народ, не имея сногсшибательных чудес в своей среде, идёт поглазеть на собратьев из других церквей, чтобы понять, почему у них это есть, а у нас нет. А сейчас даже нет необходимости посещать чужие собрания. Достаточно найти нужный канал и выбрать себе то, что подскажет лукавый, напиться вавилонского вина и впустить в своё сердце иного духа, который будет очень ловко маскировать свои истинные цели и искусно смешивать истину с ложью.</w:t>
      </w:r>
    </w:p>
    <w:p>
      <w:r>
        <w:t>Стоит заметить, что современные смартфоны и свободный доступ в интернет также сделали многих Божьих детей одержимыми в этой области. И многие уже не представляют себе жизни без этих средств связи и без членства в социальных сетях.</w:t>
      </w:r>
    </w:p>
    <w:p>
      <w:r>
        <w:t>Чем опасны одержимые люди, через которых злой дух пытается разрушить чистоту истины? Тем и опасны, что они уводят искренние души от Бога и пополняют армию врага. А в последнее время сатана настолько обнаглел, что он уже сам ходит с Библией в руках и извращает Библейские истины своими домыслами, выдернутыми из контекста Библии.</w:t>
      </w:r>
    </w:p>
    <w:p>
      <w:r>
        <w:t>Но у Бога есть план победы над любыми ухищрениями врага, и есть плод Святого Духа, который враг души не может подделать. В послании к Лаодикии Господь излагает план для победителя последнего времени, призывая вступить с Ним в вечные торговые отношения. Что я получаю от этих отношений? Полноту истины, благодаря которой я смогу распознать все ловушки и видеть мир глазами Христа.</w:t>
      </w:r>
    </w:p>
    <w:p>
      <w:r>
        <w:t>Бог желает научить меня любви, в которой нет одержимости, нет насилия над чужой волей, нет греха и страха. Я начинаю видеть нужды других так, как их видит Бог, и Божий Дух показывает мне крайности в поведении людей, но при этом учит не осуждать их, а стараться предложить им лучший путь, путь превосходнейший.</w:t>
      </w:r>
    </w:p>
    <w:p>
      <w:r>
        <w:t>Какие виды одержимости могут иметь место в жизни верующего человека? Невоздержанность в питании, сексуальная и порнографическая зависимость, жажда получения знаний и информации из всевозможных информационных источников, жажда получения лайков и новых подписчиков, если кто-то занимается публикациями, и многое другое. Если всё кратко обобщить, то можно охарактеризовать это так: похоть плоти, похоть очей и гордость житейская, и кто любит мир, в том нет любви Отчей. 1Ин.2:15-16. И всё перечисленное, к сожалению, присутствует не только в мире, но и в сердцах тех, кто носит Божье имя и считается Божьим народом. Поэтому Верный Свидетель и говорит, что ты тёплый, и даёт совет, как выйти из этого состояния.</w:t>
      </w:r>
    </w:p>
    <w:p>
      <w:r>
        <w:t>Многие книжники и фарисеи, учителя и священники во времена Христа почему-то отвергли Небесного Учителя и не приняли того, что Он предлагал миру. Некоторые из них были настолько одержимы, что даже решили убить Божьего Сына, и они этого достигли. Не одержимые римляне преследовали Христа, а одержимые духовные лидеры, которые должны были первыми узнать Спасителя и направить взор людей на Него.</w:t>
      </w:r>
    </w:p>
    <w:p>
      <w:r>
        <w:t>Проблема одержимых людей состоит в том, что они перестают слышать Божий голос, который призывает их к покаянию и предлагает нечто лучшее. А если они что-то и принимают из предложений Иисуса, то тут же доводят это до крайности, вызывая отвращение или опасение у других.</w:t>
      </w:r>
    </w:p>
    <w:p>
      <w:r>
        <w:t>Как прекрасны Божьи истины, но как они отвратительны в устах одержимого человека. И печально, что эта одержимость может заражать и других подобным духом и передаваться дальше и дальше. И чем выше положение такого человека, тем большее влияние он оказывает.</w:t>
      </w:r>
    </w:p>
    <w:p>
      <w:r>
        <w:t>Кафедра — это то место, откуда принято возвещать Божьи вести и истину, и когда одержимый человек получает доступ к этому месту, чтобы публично высказывать свои идеи, тогда это влияние на неосвящённые умы будет гораздо сильнее, чем если бы он этим делился на своей кухне.</w:t>
      </w:r>
    </w:p>
    <w:p>
      <w:r>
        <w:t>Плод Духа — любовь. Без неё любая весть теряет свою ценность и любое учение становится опасным.</w:t>
      </w:r>
    </w:p>
    <w:p>
      <w:r>
        <w:t>Подумайте сами, почему любовь входит в арсенал победителя из Откр.3:18? Да потому, что без неё нет смысла ни в чём остальном. Так, может, стоит с этого начать и в этом возрастать? А может ли одержимость проявиться в любви? Это может случиться лишь в том случае, когда человек, не имеющий любви, возьмёт весть о любви и начнёт доводить её до крайности. Любящее сердце не позволит себе такого проявления и нарушения свободы выбора. Хоть иногда так хочется закричать: «Братья, проснитесь, без любви вы погибнете!!!» Но Господь не даёт проявлять подобный дух, напоминая, как Он учил меня и нежно взращивал это прекрасное растение в моём сердце. Любовь не мыслит зла и тем более его не практикует.</w:t>
      </w:r>
    </w:p>
    <w:p>
      <w:r>
        <w:t>Любовь учит нас жить в любви и мире.</w:t>
      </w:r>
    </w:p>
    <w:p>
      <w:pPr>
        <w:pStyle w:val="Heading2"/>
      </w:pPr>
      <w:r>
        <w:t>Домашнее задание 867</w:t>
      </w:r>
    </w:p>
    <w:p>
      <w:r>
        <w:t>1. Прочитайте, пожалуйста, Рим.8:14; Мат.4:24; 12:43-45; Мар.1:23-27; 3:28-30; 5:1-13; 6:7; Деян.8:7; 16:16-18; 28:23-29; Откр.3:18; 16:13-15; 18:2; Рим.7:20-25 в свете этого урока.</w:t>
      </w:r>
    </w:p>
    <w:p>
      <w:r>
        <w:t>2. Какие ещё стихи из Библии пришли вам на память?</w:t>
      </w:r>
    </w:p>
    <w:p>
      <w:r>
        <w:t>3. Что вы поняли из этого урока?</w:t>
      </w:r>
    </w:p>
    <w:p>
      <w:r>
        <w:t>4. Что такое одержимость?</w:t>
      </w:r>
    </w:p>
    <w:p>
      <w:r>
        <w:t>5. Увидели ли вы себя в неприглядном свете, читая этот урок?</w:t>
      </w:r>
    </w:p>
    <w:p>
      <w:r>
        <w:t>6. Как мне понять, одержим ли я нечистым духом, который маскируется под благие намерения?</w:t>
      </w:r>
    </w:p>
    <w:p>
      <w:r>
        <w:t>7. Стоит ли понимать, что мы находимся на войне, где идёт реальная борьба за наши души, и что наш противник очень умён? 1Пет.5:8.</w:t>
      </w:r>
    </w:p>
    <w:p>
      <w:r>
        <w:t>8. Ищет ли сатана себе союзников среди Божьих детей?</w:t>
      </w:r>
    </w:p>
    <w:p>
      <w:r>
        <w:t>9. Стоит ли клеймить друга позором, если он в какой-то момент стал глашатаем не Божьего духа, не понимая, что происходит?</w:t>
      </w:r>
    </w:p>
    <w:p>
      <w:r>
        <w:t>10. Какое преимущество даёт любовь в борьбе с одержимостью?</w:t>
      </w:r>
    </w:p>
    <w:p>
      <w:r>
        <w:t>11. Есть ли опасность того, чтобы во всяком человеке, который говорит мудрые вещи, видеть одержимость?</w:t>
      </w:r>
    </w:p>
    <w:p>
      <w:r>
        <w:t>12. Каким образом истина делает нас свободными? Ин.8:32.</w:t>
      </w:r>
    </w:p>
    <w:p>
      <w:r>
        <w:t>13. Как помочь другу, если он одержим какой-то нечистой идеей или впал в какую-то крайность?</w:t>
      </w:r>
    </w:p>
    <w:p>
      <w:r>
        <w:t>14. Стоит ли прислушаться к совету из Откр.3:18? И как этот совет может мне помочь стать победителем?</w:t>
      </w:r>
    </w:p>
    <w:p>
      <w:r>
        <w:t>15. Что полезного вы вынесли для себя из этого урока?</w:t>
      </w:r>
    </w:p>
    <w:p>
      <w:r>
        <w:br w:type="page"/>
      </w:r>
    </w:p>
    <w:p>
      <w:pPr>
        <w:pStyle w:val="Heading1"/>
      </w:pPr>
      <w:r>
        <w:t>Урок 868. Смирение</w:t>
      </w:r>
    </w:p>
    <w:p>
      <w:r>
        <w:t>Иисус сказал о Себе: «Возьмите иго Моё на себя и научитесь от Меня, ибо Я кроток и смирен сердцем, и найдёте покой душам вашим» Мат.11:29.</w:t>
      </w:r>
    </w:p>
    <w:p>
      <w:r>
        <w:t>Вся жизнь нашего Господа была примером Его смирения и кротости, которые не унижали Его достоинства, но возвышали Его над миром. Он был Учителем, Который не гордился Своими знаниями, не унижал Своих учеников, Который понимал нужды людей и глубоко вникал во всякую просьбу, зная, с кем имеет дело и в чём причина той или иной проблемы.</w:t>
      </w:r>
    </w:p>
    <w:p>
      <w:r>
        <w:t>Сейчас, совершая за нас ходатайственное служение в Небесном Святилище, Иисус проявляет всё то же смирение и с нежностью рассматривает каждое дело, с которым мы приходим к Нему в молитве. Хоть Он и учил, что Сам Бог Отец любит нас по нашей вере во Христа, но тем не менее мы можем обращаться к Небесному Отцу только посредством Иисуса, Который смиренно представляет наши нужды, показывает Свои руки и ждёт Божественного ответа, чтобы впоследствии благословить нас.</w:t>
      </w:r>
    </w:p>
    <w:p>
      <w:r>
        <w:t>Жизнь нашего Спасителя — это наглядный пример того смирения и любви, которые Господь желает видеть во мне и в каждом Своём ученике.</w:t>
      </w:r>
    </w:p>
    <w:p>
      <w:r>
        <w:t>Смирение — это способность человека проявлять скромность, кротость и терпимость там, где это порою невозможно. Это умение признавать свои ошибки и без ропота выслушивать чужое мнение и критику в свой адрес. Это способность уважать другого человека и почитать его высшим себя. Это полная противоположность гордости и надменности, обладателям которых Бог противится (Иак.4:6). Это признание своей несовершенности и греховности, но при этом и осознание своего достоинства как Божьего сына или дочери. Это способность искренне радоваться чужим успехам, не испытывая зависти и отчаяния.</w:t>
      </w:r>
    </w:p>
    <w:p>
      <w:r>
        <w:t>Смирение помогает очень быстро устанавливать дружеские отношения с любыми людьми, не унижая их достоинства и не уничижая себя в глазах других. Оно помогает спокойно переносить всякого рода оскорбления и унижения от злых и гордых людей, но при этом сохранять личное достоинство, понимая, с каким духом имеешь дело.</w:t>
      </w:r>
    </w:p>
    <w:p>
      <w:r>
        <w:t>Истинное смирение является Божьим даром и исходит только от Бога по вере в Иисуса, Который и учит каждого ученика быть похожим на Себя в этом проявлении характера. Есть люди, которые по темпераменту спокойные от рождения и довольно кротко ведут себя в различных ситуациях, но это не говорит о том, что они смиренны. Даже есть в народе такая поговорка, что «в тихом болоте водятся нехорошие товарищи», которые могут в один прекрасный момент так ответить, что мало не покажется.</w:t>
      </w:r>
    </w:p>
    <w:p>
      <w:r>
        <w:t>Но совсем иначе дело обстоит в жизни христиан. Человек может быть очень эмоциональным и вспыльчивым, но, обучаясь в школе Христа, он учится с Божьей помощью подавлять все негативные проявления своего характера и реагировать на любые испытания так, как это делал Христос.</w:t>
      </w:r>
    </w:p>
    <w:p>
      <w:r>
        <w:t>Изучение жизни Спасителя является самой лучшей наукой и учебником по психологии для личного саморазвития и познания смирения. Личный пример реакции Спасителя накладывает неизгладимый отпечаток на сознание читателя, и воля соглашается с тем, что такой подход к проблеме намного лучше, чем тот, что предлагает мир. Память записывает опыты побед Христа в подсознание, и, когда в мою жизнь приходят новые испытания, Господь предлагает мне поступать так, как это делал Иисус. Я пробую и вижу успех.</w:t>
      </w:r>
    </w:p>
    <w:p>
      <w:r>
        <w:t>Смирение перед нападками моих противников, хоть и унижает меня в их глазах, но моё достоинство также заметно этим людям и может обличать их гордость и менять их отношение. Бог умеет защищать честь Своих детей и наделяет учеников Иисуса особой силой и особым влиянием Своего Духа.</w:t>
      </w:r>
    </w:p>
    <w:p>
      <w:r>
        <w:t>Смирение является составляющей частью любви-агапэ и всегда присутствует в нормальных отношениях. Оно помогает избегать конфликта при любом напряжении в отношениях, и кроткому человеку будет несложно извиниться там, где это разрядит накал страстей.</w:t>
      </w:r>
    </w:p>
    <w:p>
      <w:r>
        <w:t>Смиренный дух способствует успешному сотрудничеству и взаимопониманию как в деловых, так и в межличностных отношениях. Когда я открыт для признания ошибок, тогда другим легко со мной общаться и чувствовать себя свободно.</w:t>
      </w:r>
    </w:p>
    <w:p>
      <w:r>
        <w:t>Смиренный руководитель более успешен в достижении поставленных целей, так как уважает мнение других и учитывает их нужды, умеет учиться и не ищет виноватых, а находит решение сложившейся проблемы.</w:t>
      </w:r>
    </w:p>
    <w:p>
      <w:r>
        <w:t>Я могу сам понять нужду в истинном смирении и делать всё возможное со своей стороны, чтобы дать Богу право наделить меня этим свойством души и научить меня жить в смирении. Иначе Господу Самому придётся создать мне такие условия, чтобы смирить меня под Свою любящую руку и сокрушить все мои амбиции. Но во втором случае я рискую ожесточиться и потерять право на Вечную жизнь.</w:t>
      </w:r>
    </w:p>
    <w:p>
      <w:r>
        <w:t>Смирение приходит в один момент тогда, когда рушатся все мои тщеславные планы, и мой дом, который я строил всю жизнь на песке, вдруг падает, делая меня нищим и жалким. Но зачем доводить себя до таких крайностей? Лучше всего учиться этому качеству души в правильное время, желая иметь этот дух.</w:t>
      </w:r>
    </w:p>
    <w:p>
      <w:r>
        <w:t>В наказании царя Навуходоносора мы имеем наглядный пример того, как происходит смирение от Бога. Стоит ли искушать Небесного Учителя подобным образом?</w:t>
      </w:r>
    </w:p>
    <w:p>
      <w:r>
        <w:t>Любовь очень хорошо развивается в духе смирения. Ей там довольно комфортно и спокойно. Это её естественная среда обитания.</w:t>
      </w:r>
    </w:p>
    <w:p>
      <w:r>
        <w:t>Истинное смирение — это изменение жизни под влиянием силы Святого Духа. Любая попытка достичь этого состояния сердца своими силами будет больше похожа на приспособление к обстоятельствам или на унижение от безысходности, а в сердце мира нет. Но именно Божий мир учит смотреть на вещи проще и принимать всё как то, что содействует ко благу.</w:t>
      </w:r>
    </w:p>
    <w:p>
      <w:r>
        <w:t>Можно подстроиться под чьё-то мнение и считать это смирением, но это не то, что исходит от Бога. У каждого Его ученика должно быть твёрдое основание веры, на котором он строит свои отношения с ближними. Когда же я имею непоколебимое убеждение в истине, тогда я не спорю с другими об их неправоте, но спокойно принимаю их с их мнением и прошу мудрости на всякое общение.</w:t>
      </w:r>
    </w:p>
    <w:p>
      <w:r>
        <w:t>Также и позволение другим унижать и издеваться над собой не является истинным смирением. Бывают ситуации, когда никуда не деться от подобного отношения, но если это произошло, то смирение не позволяет отвечать в том же духе, но помогает в мире и спокойствии найти пути к решению данной проблемы.</w:t>
      </w:r>
    </w:p>
    <w:p>
      <w:r>
        <w:t>Иисус дал нам пример во всём. Изучая Его жизнь, мы можем многому научиться. А если случится так, что я не буду знать, как правильно себя вести, то смиренный дух поможет мне ошибиться в сторону любви и добра и не позволит мне идти в другом направлении.</w:t>
      </w:r>
    </w:p>
    <w:p>
      <w:r>
        <w:t>Смиренный дух прославляет Бога, потому что исходит от Него и открывает миру истинный характер Творца. Если бы это было не так, то Иисус совсем бы по-другому вёл Себя и дал бы нам иное учение.</w:t>
      </w:r>
    </w:p>
    <w:p>
      <w:r>
        <w:t>В истинном смирении есть внутренняя сила и красота, которая не кричит о себе, но скромно показывает миру достоинство и честь любящей души.</w:t>
      </w:r>
    </w:p>
    <w:p>
      <w:r>
        <w:t>Многие, кто считает себя всегда правым, удивились бы тому, что подобный дух исходит не от Бога.</w:t>
      </w:r>
    </w:p>
    <w:p>
      <w:r>
        <w:t>Как понимать слова из Мар.10:44: «Кто хочет быть первым между вами, да будет всем рабом»? Но именно так и оценивает Небо высоту человека в его желании служить другим и быть подобным Иисусу.</w:t>
      </w:r>
    </w:p>
    <w:p>
      <w:pPr>
        <w:pStyle w:val="Heading2"/>
      </w:pPr>
      <w:r>
        <w:t>Домашнее задание 868</w:t>
      </w:r>
    </w:p>
    <w:p>
      <w:r>
        <w:t>1. Прочитайте, пожалуйста, Лук.22:41-42; Кол.3:12-15; Пс.33:19; 50:19; 137:6; Прит.3:34; 11:2; 15:33; 18:12; 22:4; 29:23; Ис.53:7; 57:15; 66:2; Мих.6:8; Еф.4:1-3; 1Пет.5:5 в свете этого урока.</w:t>
      </w:r>
    </w:p>
    <w:p>
      <w:r>
        <w:t>2. Какие ещё стихи из Библии пришли вам на память?</w:t>
      </w:r>
    </w:p>
    <w:p>
      <w:r>
        <w:t>3. Что вы поняли из этого урока?</w:t>
      </w:r>
    </w:p>
    <w:p>
      <w:r>
        <w:t>4. Что такое смирение? Как вы это понимаете?</w:t>
      </w:r>
    </w:p>
    <w:p>
      <w:r>
        <w:t>5. Что не может быть смирением?</w:t>
      </w:r>
    </w:p>
    <w:p>
      <w:r>
        <w:t>6. Почему Бог гордым противится, а смиренным даёт благодать?</w:t>
      </w:r>
    </w:p>
    <w:p>
      <w:r>
        <w:t>7. В чём преимущество смирения перед защитой своих прав и своего достоинства?</w:t>
      </w:r>
    </w:p>
    <w:p>
      <w:r>
        <w:t>8. Как быть, если я хочу быть смиренным, а у меня это не получается? Что нужно делать, чтобы стать кротким?</w:t>
      </w:r>
    </w:p>
    <w:p>
      <w:r>
        <w:t>9. В чём проявлялось смирение Иисуса? Приведите примеры из Его жизни.</w:t>
      </w:r>
    </w:p>
    <w:p>
      <w:r>
        <w:t>10. Как вы думаете, если я буду изучать жизнь Христа, то смогу ли я стать похожим на Него в смирении и кротости?</w:t>
      </w:r>
    </w:p>
    <w:p>
      <w:r>
        <w:t>11. Будут ли 144.000 смиренными людьми? Если да, то как они этого достигнут?</w:t>
      </w:r>
    </w:p>
    <w:p>
      <w:r>
        <w:t>12. Что может стать препятствием к обретению смиренного духа?</w:t>
      </w:r>
    </w:p>
    <w:p>
      <w:r>
        <w:t>13. Вы смиренный человек? Если да, то как вы это понимаете? Если нет, то почему вы так считаете? Если не знаете, то как это можно определить?</w:t>
      </w:r>
    </w:p>
    <w:p>
      <w:r>
        <w:t>14. Унижает ли человека смиренный дух? Означает ли его присутствие в жизни то, что о вас все могут теперь вытирать ноги?</w:t>
      </w:r>
    </w:p>
    <w:p>
      <w:r>
        <w:t>15. Был ли этот урок вам полезен?</w:t>
      </w:r>
    </w:p>
    <w:p>
      <w:r>
        <w:br w:type="page"/>
      </w:r>
    </w:p>
    <w:p>
      <w:pPr>
        <w:pStyle w:val="Heading1"/>
      </w:pPr>
      <w:r>
        <w:t>Урок 869. Гром среди ясного неба</w:t>
      </w:r>
    </w:p>
    <w:p>
      <w:r>
        <w:t>Семейная жизнь приносит с собой очень много благословений и различных испытаний, которые ты не сможешь встретить, ведя одинокий образ жизни. Она вскрывает те подводные камни в характере человека, которые никогда, возможно, не дадут о себе знать, если рядом не будет человека, который решит испытать меня на прочность, пожить за моей спиной и посидеть на моей шее. Взаимная любовь делает любую семью центром мира, вокруг которого начинают крутиться все наши интересы, и мы уже здесь, на земле, начинаем познавать прелести Вечной жизни и понимать преимущество любви перед её отсутствием.</w:t>
      </w:r>
    </w:p>
    <w:p>
      <w:r>
        <w:t>Любовь прекрасна тем, что она является самой большой потребностью и мечтой каждого человека, и, когда эта мечта приходит в твою жизнь, независимо от твоего семейного статуса, ты получаешь в этом даре всё, в чём нуждаются твои тело, душа и дух. Хоть любовь не заменит собою главные факторы здоровья и не даст тебе ничего материального, но она пропитает собою все твои мысли и чувства и наделит тебя самой могучей силой во всей Вселенной. Она будет присутствовать в каждом твоём деле и оставлять свой след при любом общении, и даже после твоей смерти она будет продолжать оказывать то влияние на твоих ближних, которое не было заметно при твоей жизни.</w:t>
      </w:r>
    </w:p>
    <w:p>
      <w:r>
        <w:t>Мы с женой учимся искусству любви друг к другу и видим, как она приносит в наш дом счастье, радость, мир и такие благословения Божьего присутствия, о которых мы даже и не мечтали в самых смелых молитвах.</w:t>
      </w:r>
    </w:p>
    <w:p>
      <w:r>
        <w:t>Однажды моя жена попросила свозить её на приём к женскому врачу, а потом пройтись с ней по магазинам и помочь ей в выборе некоторой одежды для меня. Я приготовился к этому испытанию и решил категорически отказываться от всего ненужного, что мне будут предлагать продавцы.</w:t>
      </w:r>
    </w:p>
    <w:p>
      <w:r>
        <w:t>Приехав к врачу, я остался ждать жену в машине и решил почитать очередную полезную книгу. За увлекательным чтением я не заметил, как прошло много времени, но, когда появилась моя супруга, я посмотрел на часы и спросил, что она так долго делала у врача. Она как-то загадочно улыбалась и протянула мне в ответ какую-то странную фотографию, где на черно-белом фоне было видно тёмное пятно и сказала: «Вот тебе подарок от Господа». Я крутил этот листок в разных направлениях и пытался найти глазами знакомое очертание какого-либо предмета, но, кроме тёмного пятна, ничего другого не находил. И вдруг меня осенило! Я вспомнил, что жена была у женского врача, и, судя по всему, ей сделали УЗИ и нашли внутри неё то, что она мне пришла показать. В моё сердце закрались смутные сомнения, не эмбрион ли это. Я пристально посмотрел на жену, потом на фотографию, потом снова на жену. И тут она добила меня окончательно своим заявлением: «Поздравляю, родной, у нас будет ребёнок!» Эти слова прозвучали для меня, как гром среди ясного неба. Сложно было описать те мысли и чувства, которые неожиданно обрушились на меня. Где-то в душе я был готов к этому событию и даже много об этом говорил со своей любимой, но, когда меня поставили перед фактом, я просто растерялся от такого поворота событий.</w:t>
      </w:r>
    </w:p>
    <w:p>
      <w:r>
        <w:t>Я понял, что в нашей жизни открылась новая страница интересных испытаний, которые принесут нам новые знания и опыты и откроют нам что-то такое великое и недоступное, чего мы не знаем. Хоть мы и живём в мире, где принято рожать детей, и в этом нет ничего особенного, но, когда ты слышишь об этом впервые, переживаешь непередаваемые эмоции. Мне хотелось в этот момент и плакать и радоваться, благодарить Бога и спрятаться от действительности. Я понял, что всё, что было до сего момента, ушло в прошлое, и начался новый этап жизни, который уже всё изменил в наших планах. И единственное, на что я ещё был способен в этом диалоге, — это обнять свою жену и выразить свою радость словами: «Спасибо, родная. Я так рад!» Возможно, она ждала от меня чего-то большего, но я был настолько потрясён этим сообщением, что просто забыл про всё на свете и был очень растерян.</w:t>
      </w:r>
    </w:p>
    <w:p>
      <w:r>
        <w:t>Супруга взяла инициативу в свои руки и попросила поехать в магазин одежды. Я тут же запротестовал: «Какая одежда? У нас будет ребёнок! Поехали ему что-то купим!» Она поняла моё состояние и сообщила, что это событие будет примерно через 8 месяцев и не надо паниковать. Я стал потихоньку приходить в себя и начал благодарить Бога за такой прекрасный подарок. Всё оставшееся время я только и думал о пополнении и о том, как теперь жить-то, ведь я совсем не готов стать папой. По приезде домой я предложил провести внеочередной семейный совет, и мы отложили все свои текущие дела и собрались обсудить произошедшее. Меня удивляло спокойствие супруги и то, как она логично высказывала свои планы на будущее, то, что она ожидает от меня, и где будет стоять кроватка для ребёнка. А я хотел узнать, кто у нас будет, мальчик или девочка, и не мог определиться, что лучше. Но затем я понял, что этот вопрос находится во власти Бога, и как Он решил, пусть так и будет. Мы примем того, кого Он нам даст. Но в моём сердце стали появляться страхи о том, что Господь может подарить нам больного или несовершенного человечка, или будет выкидыш. Но я также и понимал, что выражать вслух эти опасения не стоит. Лучше полагаться на Божью милость и провидение.</w:t>
      </w:r>
    </w:p>
    <w:p>
      <w:r>
        <w:t>Обсудив всё, что нас волновало и беспокоило, мы решили, что было бы неплохо обновить все свои знания о воспитании детей до того, как этот ребёнок появится на свет.</w:t>
      </w:r>
    </w:p>
    <w:p>
      <w:r>
        <w:t>Я где-то слышал о том, что время беременности тоже является важным событием для рождения здорового ребёнка, и решил досконально исследовать этот вопрос, чтобы не допустить того, что сможет внести недоразумения и необратимые последствия в жизнь и здоровье жены и детей. Я понял, что теперь нужно просить в два раза больше любви, чем это было прежде, и быть очень деликатным и предусмотрительным.</w:t>
      </w:r>
    </w:p>
    <w:p>
      <w:r>
        <w:t>Также у нас встал вопрос о том, когда ребёнок становится живою душой. Когда родится, или когда произошло зачатие? Это важно было понимать, чтобы осознать, когда мы становимся родителями, и что происходит внутри утробы. В результате нам очень помогло понимание этого вопроса из примера перевоплощения Иисуса из Бога в человека. Его в какой-то момент не стало на Небе, и Он чудесным образом стал семенем, которое было вложено в утробу Марии. Именно в этот момент Господь стал человеком и живою душой, оставаясь при этом Богом, но не имея Божественной памяти о прошлом. Итак, внутри моей жены поселилась живая душа, которая взяла частичку моего естества и частичку супруги, чтобы стать нашим ребёнком. Это так интересно! В этот мир появится наше подобие, которое наследует нашу природу, но при этом будет совершенно иным и неповторимым существом.</w:t>
      </w:r>
    </w:p>
    <w:p>
      <w:r>
        <w:t>Мы живём в век информации, и поэтому нам было несложно найти те ресурсы, которые подробно и мудро описывают развитие эмбриона и то, как нужно себя вести и чем питаться во время развития зародыша. Плод требует много питательных веществ, которые он может взять только из организма матери, поэтому мы решили тщательно изучить эту тему и по возможности приобретать те продукты, которые будут восстанавливать необходимые ресурсы и питать растущего ребёнка.</w:t>
      </w:r>
    </w:p>
    <w:p>
      <w:pPr>
        <w:pStyle w:val="Heading2"/>
      </w:pPr>
      <w:r>
        <w:t>Домашнее задание 869</w:t>
      </w:r>
    </w:p>
    <w:p>
      <w:r>
        <w:t>1. Прочитайте, пожалуйста, Пс.126:3-5; Иер.33:3; Быт.1:27-28; Втор.7:13; 28:24; Прит.2:10-13; 10:28; 14:8,10; Лук.1:26-35; Еккл.3:2; Ис.65:23 в свете этого урока.</w:t>
      </w:r>
    </w:p>
    <w:p>
      <w:r>
        <w:t>2. Какие ещё стихи из Библии пришли вам на память?</w:t>
      </w:r>
    </w:p>
    <w:p>
      <w:r>
        <w:t>3. Вы долго ждали этот урок?</w:t>
      </w:r>
    </w:p>
    <w:p>
      <w:r>
        <w:t>4. Как вы думаете, что переживают мужчины, когда слышат весть о рождении первенца?</w:t>
      </w:r>
    </w:p>
    <w:p>
      <w:r>
        <w:t>5. Стоит ли изучать принципы воспитания детей, когда их ещё нет или они уже выросли?</w:t>
      </w:r>
    </w:p>
    <w:p>
      <w:r>
        <w:t>6. Кто такие дети?</w:t>
      </w:r>
    </w:p>
    <w:p>
      <w:r>
        <w:t>7. Появление первых детей — это что? Радость или стресс?</w:t>
      </w:r>
    </w:p>
    <w:p>
      <w:r>
        <w:t>8. Как вы думаете, вызывает ли первый ребёнок позитивный стресс у родителей, когда они узнают о его зачатии?</w:t>
      </w:r>
    </w:p>
    <w:p>
      <w:r>
        <w:t>9. Вас удивляет величие творения нового человека в утробе другого человека?</w:t>
      </w:r>
    </w:p>
    <w:p>
      <w:r>
        <w:t>10. Понимаете ли вы, какое доверие оказывает нам Небо, давая возможность рожать в этот мир детей?</w:t>
      </w:r>
    </w:p>
    <w:p>
      <w:r>
        <w:t>11. Когда ребёнок становится живою душой? Почему вы так думаете?</w:t>
      </w:r>
    </w:p>
    <w:p>
      <w:r>
        <w:t>12. Даруя нам детей, возлагает ли Господь на нас и ответственность?</w:t>
      </w:r>
    </w:p>
    <w:p>
      <w:r>
        <w:t>13. Что мне даёт знание о том, как нужно жить и себя вести во время беременности?</w:t>
      </w:r>
    </w:p>
    <w:p>
      <w:r>
        <w:t>14. Почему именно женщину избрал Господь для рождения ребёнка?</w:t>
      </w:r>
    </w:p>
    <w:p>
      <w:r>
        <w:t>15. Что вы поняли из этого урока?</w:t>
      </w:r>
    </w:p>
    <w:p>
      <w:r>
        <w:br w:type="page"/>
      </w:r>
    </w:p>
    <w:p>
      <w:pPr>
        <w:pStyle w:val="Heading1"/>
      </w:pPr>
      <w:r>
        <w:t>Урок 870. Ответственность перед Богом</w:t>
      </w:r>
    </w:p>
    <w:p>
      <w:r>
        <w:t>Мы живём в мире, состоящем из семей, в которых рождаются дети. И когда мы слышим о приросте населения, это нас даже не удивляет. А как смотрит Бог на рождение ребёнка, и что Он ожидает от родителей? Какой статус имеют отец и мать в глазах Неба?</w:t>
      </w:r>
    </w:p>
    <w:p>
      <w:r>
        <w:t>Наблюдая за отношением к детям, ты понимаешь, что маленький ребёнок — это пупсик, который умиляет всех вокруг, такой хорошенький и весь сладенький. И даже говорят, что первый ребёнок — это нянька, а второй — лялька. А давайте трезво посмотрим на это Божье чудо.</w:t>
      </w:r>
    </w:p>
    <w:p>
      <w:r>
        <w:t>Ребёнок — это в первую очередь человек, который на каждой стадии своего развития от зачатия до рождения, а потом до старости и смерти переживает заложенные в него процессы роста и совершенствования. Думаю, что многие из вас, глядя на любого ребёнка или подростка, смогут быстро определить его возраст. А почему? Потому что мы все развиваемся по одним и тем же законам, вложенным в нас Богом. Но самые первые дни и годы жизни — это наиболее важный период, во время которого в разум маленького человека закладывается фундамент его будущего характера и поведения, от которого зависит его дальнейшая судьба и вечная участь.</w:t>
      </w:r>
    </w:p>
    <w:p>
      <w:r>
        <w:t>Бог даёт родителям чистый лист бумаги человеческой души, куда отец и мать начинают записывать законы и правила, ошибки и грехи, которые становятся движущей силой души и её духовными указателями при выборе дальнейшего пути.</w:t>
      </w:r>
    </w:p>
    <w:p>
      <w:r>
        <w:t>Если кто-то считает, что воспитывать детей нужно тогда, когда ребёнок начинает что-то понимать или говорить, то такое начало будет слишком поздним. Тот, кто скажет, что воспитывать нужно с первого дня рождения, — будет прав, но это тоже может оказаться очень запоздалым решением. Самые отважные заявят, что процесс воспитания начинается с зачатия, когда ты узнал о пополнении твоей семьи. И они будут правы.</w:t>
      </w:r>
    </w:p>
    <w:p>
      <w:r>
        <w:t>Давайте приведём в пример офицера, которому доверяют личный состав, с которым он должен вести военные действия и выполнять боевые задачи, поставленные его высшим начальством. В какой момент его карьеры можно будет назвать его мудрым и успешным командиром? Думаю, что ему не доверят никого до тех пор, пока он не пройдёт определённую подготовку и не сдаст экзамен о своей квалификации.</w:t>
      </w:r>
    </w:p>
    <w:p>
      <w:r>
        <w:t>То же самое можно сказать про учителей, врачей, полицейских и прочих служащих, которые получают и имеют определённое образование прежде, чем им начинают доверять профессиональную работу с людьми. Но, когда речь заходит о создании семьи и воспитании ребёнка, почему-то в этой сфере допускается такое невежество и равнодушие, что не перестаёшь удивляться и грустить, видя умножающееся несчастье и страдание, разбитые судьбы и семьи. А потом со всем этим идут к Богу, обвиняя Его и задавая Ему вопрос, почему Он допустил так много страданий и горя. Ведь если бы Он был, то точно не допустил бы такого. Что ответить на такие заявления?</w:t>
      </w:r>
    </w:p>
    <w:p>
      <w:r>
        <w:t>Но у Бога есть особый народ, который понимает, кто такой человек, и откуда он взялся, и какие силы им управляют.</w:t>
      </w:r>
    </w:p>
    <w:p>
      <w:r>
        <w:t>Быть родителями — это самая ответственная профессия во всей Вселенной, потому что именно эти люди, отец и мать, создают шедевр человеческой души, которая была задумана для Вечной жизни и не должна была умирать по причине старости или греха. Им дана уникальная возможность открыть своим примером Божий образ новому человечку и вложить в его характер образ и подобие Божье. И именно такой результат Господь желает увидеть в жизни каждого подрастающего человека. Бог вручает не игрушку для забавы и умиления, а личность, живого человека, пусть и маленького, но настоящего, растущего по определённой программе. И он когда-то вырастает.</w:t>
      </w:r>
    </w:p>
    <w:p>
      <w:r>
        <w:t>Возможно, читающий эти строки думает: «А зачем мне это нужно знать, ведь у меня нет семьи или нет детей? И, может, никогда и не будет?» Скажите, а офицерский состав готовят к войне и защите Родины в какое время? В мирное, потому что во время войны нужны готовые специалисты, а не учащиеся. И откуда вы знаете, что будет завтра, и какую пользу вам принесут полученные знания?</w:t>
      </w:r>
    </w:p>
    <w:p>
      <w:r>
        <w:t>Бог не просто возлагает на нас ответственность, чтобы потом спросить у нас отчёт, но и предлагает вместе с этим и Своё участие, сотрудничество, помощь и поддержку в деле воспитания. Без Него мы не сможем ничего, и Он это знает, потому и не оставляет нас. Материнство — это Божественный инстинкт, вложенный в каждую женщину, которую Господь определил стать матерью Своего творения, чтобы потом усыновить этих людей, когда они подрастут и захотят принадлежать Божьей семье.</w:t>
      </w:r>
    </w:p>
    <w:p>
      <w:r>
        <w:t>Всё, что родители будут сеять в разум своего дитяти, они и будут пожинать всю оставшуюся жизнь. Всё, что они не захотят засеять добрыми семенами, мир засеет своими сорняками, которые потом придётся всю жизнь пропалывать, воздыхая об упущенных возможностях.</w:t>
      </w:r>
    </w:p>
    <w:p>
      <w:r>
        <w:t>Знаю одного человека, который, не имея света, воспитывал свою дочь, как мог, прилагая все усилия, чтобы сделать из неё достойного человека. Когда его дочь пошла в школу, он приобрёл в магазине новую книгу «Воспитание детей», которой раньше не было на его родном языке. Когда он стал её изучать, он понял, как много он упустил, и это уже никогда не исправишь. Его отчаянию и слезам души не было предела, и он думал, почему никто не дал ему эту информацию раньше. Сейчас у нас много литературы и много света по вопросам воспитания детей, но удивляет то, что и невежество никуда не делось. Многие молодые родители думают, что они сами знают, что им делать с детьми, но приходит момент, и они не понимают, как поступать с этими маленькими эгоистами, которые очень хорошо чувствуют, что им делать со своими глупыми родителями и как получить от них то, чего желает плотская натура.</w:t>
      </w:r>
    </w:p>
    <w:p>
      <w:r>
        <w:t>Ребёнок нуждается не только в питании и чистой одежде, но и в понимании своих границ, прав и обязанностей, в понимании, кто он такой и для чего он живёт в этом мире. И в задачу отца и матери входит полное разъяснение всех этих вопросов в правильном духе.</w:t>
      </w:r>
    </w:p>
    <w:p>
      <w:r>
        <w:t>У детей не спрашивают разрешения на их появление на свет. Не все дети желанны и любимы, и они это чувствуют и понимают, но это не снимает ответственность с родителей и не лишает их возможности изменить что-то к лучшему в воспитании детей.</w:t>
      </w:r>
    </w:p>
    <w:p>
      <w:r>
        <w:t>Молодому дереву легче придать нужную форму и направить ветки в нужном направлении. В старом дереве уже ничего не изменить. Таким же образом и маленькому ручейку проще задавать нужное направление, а с полноводной рекою уже ничего не сделать. Она уже имеет твёрдые границы, которые уверенно держат её русло.</w:t>
      </w:r>
    </w:p>
    <w:p>
      <w:r>
        <w:t>Всё, что упустили в ранние годы, будет сложно вернуть, как не вернуть прошлое. Но даже если это и произошло, и я пришёл в себя только сейчас, то стоит встать на путь мудрости, любви и дружбы, чтобы дать Богу возможность всё обратить во благо. Любовь умеет творить чудеса на любой стадии воспитания и создавать что-то новое и тёплое в сердце. И там, где было холодно, становится тепло и уютно. В какой-то момент жизни Сам Бог может взять воспитание человека в Свои руки, родить его для Себя и воспитать для Своего Царства, даруя в начале этого усыновления мудрых учителей и наставников, готовя его сердце к Вечному.</w:t>
      </w:r>
    </w:p>
    <w:p>
      <w:pPr>
        <w:pStyle w:val="Heading2"/>
      </w:pPr>
      <w:r>
        <w:t>Домашнее задание 870</w:t>
      </w:r>
    </w:p>
    <w:p>
      <w:r>
        <w:t>1. Прочитайте, пожалуйста, Рим.14:12; Прит.1:8-9; 22:6; Пс.118:9; Еккл.1:15; 4:13; 11:5-6; Ис.62:2-5; Мат.19:20-22; 2Тим.2:22; Евр.4:13; 13:17; 1Пет.3:15 в свете этого урока.</w:t>
      </w:r>
    </w:p>
    <w:p>
      <w:r>
        <w:t>2. Какие ещё стихи из Библии пришли вам на память?</w:t>
      </w:r>
    </w:p>
    <w:p>
      <w:r>
        <w:t>3. Что вы поняли из этого урока?</w:t>
      </w:r>
    </w:p>
    <w:p>
      <w:r>
        <w:t>4. Кто такие дети?</w:t>
      </w:r>
    </w:p>
    <w:p>
      <w:r>
        <w:t>5. Важно ли понимать свою ответственность перед Богом за воспитание детей?</w:t>
      </w:r>
    </w:p>
    <w:p>
      <w:r>
        <w:t>6. Стоит ли учиться принципам христианского воспитания тем, у кого нет семьи или детей?</w:t>
      </w:r>
    </w:p>
    <w:p>
      <w:r>
        <w:t>7. Помогает ли взрослому человеку то воспитание, которое было заложено в него с детства?</w:t>
      </w:r>
    </w:p>
    <w:p>
      <w:r>
        <w:t>8. Осознаёте ли вы те ошибки, которые допускали ваши родители в вашем воспитании?</w:t>
      </w:r>
    </w:p>
    <w:p>
      <w:r>
        <w:t>9. Стоит ли что-то менять в своём подходе к воспитанию ребёнка, если ты не знал, каким оно должно быть, и делал то, что считал нужным? Суд.21:25.</w:t>
      </w:r>
    </w:p>
    <w:p>
      <w:r>
        <w:t>10. Помогает ли правильное воспитание делать впоследствии правильный выбор?</w:t>
      </w:r>
    </w:p>
    <w:p>
      <w:r>
        <w:t>11. Вырастают ли дети похожими на своих родителей по характеру и отношению к другим?</w:t>
      </w:r>
    </w:p>
    <w:p>
      <w:r>
        <w:t>12. Для чего нужно понимать свою ответственность перед Богом за воспитание подрастающего поколения?</w:t>
      </w:r>
    </w:p>
    <w:p>
      <w:r>
        <w:t>13. Вырастет ли ребёнок, если его не будут воспитывать? Кем он тогда станет?</w:t>
      </w:r>
    </w:p>
    <w:p>
      <w:r>
        <w:t>14. Как Бог будет требовать отчёта за оказанное влияние на детей?</w:t>
      </w:r>
    </w:p>
    <w:p>
      <w:r>
        <w:t>15. Был ли этот урок вам полезен?</w:t>
      </w:r>
    </w:p>
    <w:p>
      <w:r>
        <w:br w:type="page"/>
      </w:r>
    </w:p>
    <w:p>
      <w:pPr>
        <w:pStyle w:val="Heading1"/>
      </w:pPr>
      <w:r>
        <w:t>Урок 871. Беременность</w:t>
      </w:r>
    </w:p>
    <w:p>
      <w:r>
        <w:t>В нашей семье наступил необычный период познания друг друга. Он называется «беременность». Если сказать, что это только испытание для женщины, которая вынашивает ребёнка, то звучит такое довольно странно. Мы одна плоть, и всё, что происходит внутри нашей семьи и с каждым из нас, оказывает влияние на нас обоих.</w:t>
      </w:r>
    </w:p>
    <w:p>
      <w:r>
        <w:t>Моя жена вначале никак не осознавала и не догадывалась о том, что она беременна, хотя, как нам сказали, есть специальные тесты для мочи, по которым можно определить наличие оплодотворения. Но мы изначально отдали этот вопрос Богу и попросили Его в нужное время оповестить нас о случившемся. Когда у жены произошла задержка обычного периода, тогда она не стала мне об этом ничего говорить, но решила немного подождать, а потом пройти обследование у женского врача. Всякое бывает, и ей не хотелось тревожить меня без веской причины. Но когда она получила свидетельство о зарождении новой жизни, она уже не могла сдержать своей радости.</w:t>
      </w:r>
    </w:p>
    <w:p>
      <w:r>
        <w:t>Психологический подход на время беременности очень важен, так как в женском организме идёт глобальная перестройка всех функций, и это может вылиться в психические расстройства, общее недомогание, в постоянную тошноту и усталость, к которой мы не готовы.</w:t>
      </w:r>
    </w:p>
    <w:p>
      <w:r>
        <w:t>Я уже что-то знал об этом периоде, но особо не вдавался в подробности, но теперь мне захотелось досконально всё изучить и стать специалистом в этой области.</w:t>
      </w:r>
    </w:p>
    <w:p>
      <w:r>
        <w:t>Так как мне нравится практическое использование полученных знаний, то я решил тоже побыть беременным, чтобы лучше понимать состояние своей супруги. Я сшил себе на швейной машинке специальный пояс, который крепился к пояснице, а спереди имел мешок для заполнения тяжестями. Чтобы не вызывать лишних вопросов у посторонних, я клал в этот пояс вначале тяжёлые металлические предметы, а потом решил во время отпуска поносить несколько дней большой арбуз. Пока тяжести были лёгкими и компактными, к ним можно было приноровиться и как-то их переносить, но, когда дело дошло до арбуза, началось что-то такое, что не очень хочется описывать.</w:t>
      </w:r>
    </w:p>
    <w:p>
      <w:r>
        <w:t>Мы уехали на это время в сельскую местность, чтобы не привлекать ко мне особого внимания. Наши эксперименты очень веселили мою жену, и она с интересом следила за мной, отвлекаясь от своих забот. Мои дневные будни превратились во что-то очень тяжёлое в нижней части тела. Любые прогулки были для меня удивительным испытанием на выносливость, и я с нетерпением ждал очередного вечера, когда смогу лечь на бок и расслабиться.</w:t>
      </w:r>
    </w:p>
    <w:p>
      <w:r>
        <w:t>Хоть я понимаю, что подобные эксперименты не стоит проводить и затягивать, так как они могут вызвать непредвиденные травмы мышц и позвоночника, но хоть несколько часов следует практиковать подобное, чтобы окунуться во внутренний мир беременной женщины.</w:t>
      </w:r>
    </w:p>
    <w:p>
      <w:r>
        <w:t>Когда я, пережив подобное испытание, снял с себя всякий груз, мне так стало жалко мою супругу. Я понимал, с чем ей придётся столкнуться и чего не избежать. Это понимание помогло в дальнейшем спокойно принимать от неё все капризы и быть готовым к любому повороту событий.</w:t>
      </w:r>
    </w:p>
    <w:p>
      <w:r>
        <w:t>Как известно, от зачатия до рождения плод развивается в течение 9 месяцев. Хоть перестройка организма женщины начинается с первого дня зачатия, но в первые месяцы это может никак о себе не заявлять.</w:t>
      </w:r>
    </w:p>
    <w:p>
      <w:r>
        <w:t>Тело ребёнка нуждается во всём, что необходимо для его строительства, и младенец не спрашивает разрешения на тот или иной материал, а берёт необходимые компоненты из мамы и делает их частью себя.</w:t>
      </w:r>
    </w:p>
    <w:p>
      <w:r>
        <w:t>Мы изучили этот вопрос, и нам дали подобную раскладку того, на какой неделе какие продукты и витамины необходимо принимать для восстановления необходимого баланса.</w:t>
      </w:r>
    </w:p>
    <w:p>
      <w:r>
        <w:t>Грудь женщины начинает в определённое время незначительно увеличиваться в размере, что может вызывать дополнительные боли и неприятные ощущения.</w:t>
      </w:r>
    </w:p>
    <w:p>
      <w:r>
        <w:t>У каких-то женщин может наступить депрессия или начаться токсикоз, а у кого-то и то и другое одновременно. В нашем случае, начиная с третьего месяца, появилась тошнота, которая периодически выливалась во рвоту. И это состояние длилось примерно до седьмого месяца, то угасая, то обостряясь. Но это не правило для всех беременных, а скорее было нашим испытанием. Мы пробовали много разных советов, и единственное, что нам помогало, — это поедание семян подсолнуха. Тошнота проходила, но вес тела прибавлялся.</w:t>
      </w:r>
    </w:p>
    <w:p>
      <w:r>
        <w:t>В какой-то момент беременности моя супруга перестала подходить к зеркалу, чтобы не расстраиваться, да и ей уже было всё равно, как она выглядит. Супруге совсем не хотелось прихорашиваться.</w:t>
      </w:r>
    </w:p>
    <w:p>
      <w:r>
        <w:t>Наши семейные советы участились и сводились к тому, что мне приходилось терпеливо выслушивать, как жена себя чувствует, и мечтать о том, когда это всё закончится. Но при этом мы учились радоваться предстоящим событиям, связанным с появлением нового человечка, и мечтали о том, каким он будет, и как это будет здорово.</w:t>
      </w:r>
    </w:p>
    <w:p>
      <w:r>
        <w:t>Мы много молились и изучали труды тех людей, которые учили нас через свои книги, как воспитать своего ребёнка, чтобы потом обрести вечное благословение, имея в своей семье ещё одного праведного человека.</w:t>
      </w:r>
    </w:p>
    <w:p>
      <w:r>
        <w:t>Также мы нашли курсы психологической поддержки для беременных, где нам рассказывали о том, с чем сталкиваются женщины и их мужья в это время, что происходит в организме, и как себя лучше вести в этот период. Также нас обучали тому, какие упражнения на растяжку и расслабление стоит делать, а чего делать нельзя. Я был удивлён тому, что быть беременным — это целая наука, которая включает в себя все аспекты для нормального взаимодействия духа, души и тел обоих супругов. На этих курсах моя жена познакомилась с другими будущими мамочками и очень быстро с ними подружилась. Пока я работал вне дома, они посещали друг друга, делясь своими проблемами и знаниями, поддерживая одна другую и сочувствуя друг другу. А я затем слушал каждый вечер о новых открытиях и о том, что скоро всё это закончится родами.</w:t>
      </w:r>
    </w:p>
    <w:p>
      <w:r>
        <w:t>Для многих семей время беременности может стать серьёзным испытанием верности и терпения. К сожалению, многие мужья не хотят вникнуть в проблемы своей супруги, в то, с чем она сталкивается, и как ей тяжело. Они только ждут готового ребёнка, чтобы этим похвалиться перед своими друзьями и родственниками, но не желают вникнуть во внутренний мир своей женщины и поучаствовать в её заботах и переживаниях. А женщине очень нужна поддержка мужа, даже если она не хочет его видеть.</w:t>
      </w:r>
    </w:p>
    <w:p>
      <w:r>
        <w:t>Даже если беременная жена заявляет о своих странных желаниях и новых вкусах, которые не вмещаются в мужскую логику, то мужчине не стоит заострять внимание на этих вещах и к чему-то придираться, что-то отстаивая. Вы имеете дело с уникальным созданием, настроение которого может меняться так быстро в ту или иную сторону, что нужно быть готовым к любому испытанию и всё принимать с терпением и любовью, со всем соглашаясь, если это вас не убивает. Это испытание временное, и нужно себя настроить на то, что оно скоро закончится, и всё будет иначе. Подобный период заложен Богом в формирование наших отношений и характеров, поэтому Господь также оказывает необходимую поддержку в это время. Нет общего правила для всех, и даже повторная беременность в той же семье может проходить совсем иначе. Но первый раз всегда особенный.</w:t>
      </w:r>
    </w:p>
    <w:p>
      <w:pPr>
        <w:pStyle w:val="Heading2"/>
      </w:pPr>
      <w:r>
        <w:t>Домашнее задание 871</w:t>
      </w:r>
    </w:p>
    <w:p>
      <w:r>
        <w:t>1. Прочитайте, пожалуйста, Еккл.11:5; Еф.5:25; Ин.13:34-35; Быт.3:16; Руфь 4:13; Лук.1:15; 2:3-7; Пс.21:10-11; 138:13-16; Ис.46:3-4; 49:1; Ос.12:2-3; 4Цар.4:14-17 в свете этого урока.</w:t>
      </w:r>
    </w:p>
    <w:p>
      <w:r>
        <w:t>2. Какие ещё стихи из Библии пришли вам на память?</w:t>
      </w:r>
    </w:p>
    <w:p>
      <w:r>
        <w:t>3. Что вы поняли из этого урока?</w:t>
      </w:r>
    </w:p>
    <w:p>
      <w:r>
        <w:t>4. Что такое беременность?</w:t>
      </w:r>
    </w:p>
    <w:p>
      <w:r>
        <w:t>5. Беременность — это только женские заботы, или это событие для всей семьи?</w:t>
      </w:r>
    </w:p>
    <w:p>
      <w:r>
        <w:t>6. Стоит ли мужу помнить о том, что его жена вынашивает и его ребёнка?</w:t>
      </w:r>
    </w:p>
    <w:p>
      <w:r>
        <w:t>7. Как вы думаете, влияют ли отношения между родителями во время беременности на характер их будущего ребёнка?</w:t>
      </w:r>
    </w:p>
    <w:p>
      <w:r>
        <w:t>8. Нужно ли изучать принципы воспитания детей до их появления на свет?</w:t>
      </w:r>
    </w:p>
    <w:p>
      <w:r>
        <w:t>9. Стоит ли мужу понимать, что переживает его жена во время беременности?</w:t>
      </w:r>
    </w:p>
    <w:p>
      <w:r>
        <w:t>10. Где можно научиться правильному поведению мужа в отношении беременной жены?</w:t>
      </w:r>
    </w:p>
    <w:p>
      <w:r>
        <w:t>11. Следует ли судить о состоянии другой женщины, которая вынашивает ребёнка, по своему опыту, или каждый случай нужно рассматривать в отдельности?</w:t>
      </w:r>
    </w:p>
    <w:p>
      <w:r>
        <w:t>12. Знает ли Господь, что происходит в сердце, голове и животе беременной женщины?</w:t>
      </w:r>
    </w:p>
    <w:p>
      <w:r>
        <w:t>13. Какую пользу принесут знания о том, как нужно жить и поступать мужчине во время беременности?</w:t>
      </w:r>
    </w:p>
    <w:p>
      <w:r>
        <w:t>14. Что делать, если ваш супруг равнодушен к тому, что у вас растёт в животе его ребёнок?</w:t>
      </w:r>
    </w:p>
    <w:p>
      <w:r>
        <w:t>15. Был ли этот урок вам полезен?</w:t>
      </w:r>
    </w:p>
    <w:p>
      <w:r>
        <w:br w:type="page"/>
      </w:r>
    </w:p>
    <w:p>
      <w:pPr>
        <w:pStyle w:val="Heading1"/>
      </w:pPr>
      <w:r>
        <w:t>Урок 872. Сотрудничество</w:t>
      </w:r>
    </w:p>
    <w:p>
      <w:r>
        <w:t>Кому принадлежит тот ребёнок, которого моя жена вынашивает в своей утробе? Если мы скажем, что нам, то частично будем правы, но не полностью. Творцом этого маленького человечка является Господь Бог, Который во всей Своей полноте прикладывает всю Свою творческую силу, мудрость и любовь, чтобы в нужное время вручить уже в наши руки шедевр Своего творчества и доверить нашему попечению самую уникальную личность во всей Вселенной, которая с момента рождения обладает самыми могучими силами: волей, разумом, инстинктом и страстью, но ещё не имеет мудрости и жизненного опыта. Весь этот огромный потенциал заложен в каждое человеческое существо, и он будет формировать характер ребёнка под влиянием мудрого или неразумного усердия своих родителей или наставников.</w:t>
      </w:r>
    </w:p>
    <w:p>
      <w:r>
        <w:t>Любой самый маленький ребёнок является человеком, который принадлежит не только своим родителям, но и Богу, а также и тому государству, в котором он был рождён, и на территории которого он проживает. Божьи и государственные законы охраняют жизнь и здоровье человека с момента его зачатия и появления на свет, и мы не можем безнаказанно заниматься произволом и причинять вред своим детям. Но при всём этом родители ребёнка имеют больше всего прав на него и получают безграничную власть от Бога, чтобы сформировать достойного человека, гражданина и личность. И этот человек в определённый момент своей жизни сможет начать самостоятельную и независимую жизнь, создать свою семью и рожать своих детей. И этот круговорот жизни заложен в человечество Богом.</w:t>
      </w:r>
    </w:p>
    <w:p>
      <w:r>
        <w:t>Стоит заметить, что, кроме Бога, родителей и государства, есть ещё и могучие силы зла, которые также имеют планы на наших детей и неустанно трудятся для того, чтобы их украсть, убить и погубить. И их очень много, и они оказывают злое влияние как на развивающийся разум ребёнка, так и на сознание родителей.</w:t>
      </w:r>
    </w:p>
    <w:p>
      <w:r>
        <w:t>И в этом противостоянии мудрые родители нуждаются в сотрудничестве с Небесными Божественными Силами, Которых гораздо больше, и Они намного сильнее. Полагаясь только на себя и свою человеческую мудрость и интуицию в деле воспитания детей, я рискую стать лёгкой добычей лукавого, который сможет использовать мою нежность и слепую любовь, чтобы я действовал наугад и вместо пользы причинял вред душе, считая, что искренней любви будет достаточно, чтобы сформировать праведный характер в подрастающем поколении. Любовь без знания и мудрости свыше будет похожа на бедного человека, который выиграл в лотерею несколько миллионов, но не имеет разума, как пользоваться этими деньгами. Можно будет смело предположить, что этот «счастливчик» вскоре растранжирит свои «лёгкие деньги» и станет ещё беднее, но будет иметь опыт демонстрации своей глупости своим ближним.</w:t>
      </w:r>
    </w:p>
    <w:p>
      <w:r>
        <w:t>Нам, родителям, оказано доверие свыше, и Господь, видя нашу супружескую любовь друг ко другу, подарил нам плод этой любви, который станет нашим учителем, и благодаря которому мы обретём такой опыт, который не сможет дать нам никто.</w:t>
      </w:r>
    </w:p>
    <w:p>
      <w:r>
        <w:t>В вопросе воспитания есть одна особенность. Мы не сможем правильно воспитать ребёнка без сотрудничества с Богом, а Бог не будет воспитывать этого человечка без сотрудничества с нами. В воспитании достойного человека необходимо сотрудничество человеческих и Божественных сил. Богу несложно наделить родителей всеми необходимыми качествами, которые будут способствовать более успешному формированию достойной личности. Целью воспитания должно быть не только обучение ребёнка практическим навыкам, но и привитие духовной составляющей, чтобы он понимал, чей он, для чего он живёт, и что ожидает его в будущем. Он должен знать смысл своей жизни. И Господь сотрудничает с нами, даруя нам Свою мудрость, терпение, интуицию и любовь на постоянной основе. Уча нас воспитывать детей, Он наставляет и нас доверять Ему, быть твёрдыми в истине, постоянными в принципах, верными в послушании Его воле, наблюдательными, чуткими, общительными, очень терпеливыми, снисходительными, добрыми, вежливыми, способными учиться, единомысленными и единодушными и при этом любящими друг друга супругами. Все эти и другие качества родительской мудрости мы не унаследовали от рождения и не носим в себе. Они не принесут большой пользы, если будут применяться спонтанно или интуитивно. Если я сегодня имею одни принципы и требования, а завтра буду иметь другие, а потом ещё что-то придумаю, то это не мудрость свыше. Бог даёт и закладывает в нас твёрдое основание Своих принципов и показывает преимущество постоянства в Своих требованиях.</w:t>
      </w:r>
    </w:p>
    <w:p>
      <w:r>
        <w:t>Господь любит всё Своё творение и заботится о каждом живом организме. Он является Даятелем жизни и знает, как её поддерживать. Любой человек, рождающийся в наш мир — это Божье творение, но ещё не дитя Божье. У Бога нет внуков. Он желает, чтобы каждый человек был рождён свыше для Божьего Царства, и это может произойти только в сознательном возрасте, когда ребёнок вырастет и станет самостоятельным. До этого момента детям вменяется праведность их родителей, которые вкладывают в сердце ребёнка добрые семена для доброго урожая. Цель правильного воспитания состоит в том, чтобы заложить в основании мышления ребёнка принципы Божьего закона и понимание зависимости от Христа. Просто учить добру — это хорошо, но мало. Богу нужно не творение, а дети, рождённые свыше, которые станут наследниками Его Царства.</w:t>
      </w:r>
    </w:p>
    <w:p>
      <w:r>
        <w:t>Господь заинтересован больше нас в спасении и приобретении новых душ. Но, имея дело с выбором и волей человека, Он уважает то, что мы избираем, и не мешает нам в этом выборе.</w:t>
      </w:r>
    </w:p>
    <w:p>
      <w:r>
        <w:t>Любые отец и мать могут смело рассчитывать на Божью помощь и сотрудничество с Небесными Силами в деле воспитания детей. Бог даст всё необходимое в этом вопросе и приложит Свою руку там, где будет нужда и необходимость.</w:t>
      </w:r>
    </w:p>
    <w:p>
      <w:r>
        <w:t>Воспитание детей — это не только влияние на разум доверенного тебе человека, но и постоянная борьба с самим собой и со своими плотскими наклонностями.</w:t>
      </w:r>
    </w:p>
    <w:p>
      <w:r>
        <w:t>Никогда не наступит тот момент, когда мы, проявив всю мудрость, вложив все силы и отдав всех себя на дело воспитания детей, решим, что этого достаточно, и остановимся на достигнутом. Ребёнок и дальше будет требовать и ожидать нашей полной самоотдачи. И там, где человеческие ресурсы истощаются, включаются Божьи каналы и совершают то, что нужно сделать. Бог не доверил нам что-то невозможное, что требует сверхчеловеческих усилий, но даёт ровно столько, сколько необходимо на сегодняшний день, и делает это так естественно, что мы порою не замечаем Его руку в процессе воспитания. Он даёт нам каждое утро только один день, в который мы сможем получить именно то, что нам сегодня пригодится и что мы сможем передать дальше.</w:t>
      </w:r>
    </w:p>
    <w:p>
      <w:r>
        <w:t>Когда мы с женой научены любить друг друга, тогда нам будет очень просто передать эти знания своему потомству и научить детей жить с тем же духом. В союзе с Богом всё намного проще и легче, чем мы себе представляем. Не дети нас воспитывают, а мы их. Не они диктуют нам, что им надо, а мы формируем их образ мысли. И всё это происходит в радостном духе и в единстве с Богом. А пока мы беременны, у нас ещё есть время приготовить свои рюкзаки для путешествия в мир ребёнка.</w:t>
      </w:r>
    </w:p>
    <w:p>
      <w:pPr>
        <w:pStyle w:val="Heading2"/>
      </w:pPr>
      <w:r>
        <w:t>Домашнее задание 872</w:t>
      </w:r>
    </w:p>
    <w:p>
      <w:r>
        <w:t>1. Прочитайте, пожалуйста, Мат.7:7-14; 28:18-20; Нав.1:9; Прит.14:29; 16:32; 20:11; 22:6; Еккл.7:8; Ин.17:21-22; Лук.1:14-17; Флп.2:13; 4:8-9; 1Пет.1:14-16; 1Кор.7:14 в свете этого урока.</w:t>
      </w:r>
    </w:p>
    <w:p>
      <w:r>
        <w:t>2. Какие ещё стихи из Библии пришли вам на память?</w:t>
      </w:r>
    </w:p>
    <w:p>
      <w:r>
        <w:t>3. Что вы поняли из этого урока?</w:t>
      </w:r>
    </w:p>
    <w:p>
      <w:r>
        <w:t>4. Что такое сотрудничество с Богом?</w:t>
      </w:r>
    </w:p>
    <w:p>
      <w:r>
        <w:t>5. Будет ли Бог сотрудничать с теми, кто станет Его об этом просить?</w:t>
      </w:r>
    </w:p>
    <w:p>
      <w:r>
        <w:t>6. Как понять, что Бог поможет нам в воспитании детей, которых ещё нет?</w:t>
      </w:r>
    </w:p>
    <w:p>
      <w:r>
        <w:t>7. Стоит ли бояться рожать детей в этот опасный мир?</w:t>
      </w:r>
    </w:p>
    <w:p>
      <w:r>
        <w:t>8. Сложно ли Богу помогать нам в воспитании детей во всех сложных испытаниях?</w:t>
      </w:r>
    </w:p>
    <w:p>
      <w:r>
        <w:t>9. Вас радует, что у нас на Небе есть Такой Мудрый и Сильный Наставник?</w:t>
      </w:r>
    </w:p>
    <w:p>
      <w:r>
        <w:t>10. Какие качества души очень нужны родителям для воспитания детей?</w:t>
      </w:r>
    </w:p>
    <w:p>
      <w:r>
        <w:t>11. Что из себя представляет любовь без мудрости и откровения свыше? Может ли она принести вред ребёнку?</w:t>
      </w:r>
    </w:p>
    <w:p>
      <w:r>
        <w:t>12. Как вы думаете, играет ли Божье участие какую-то роль в формировании личности человека?</w:t>
      </w:r>
    </w:p>
    <w:p>
      <w:r>
        <w:t>13. Почему в деле воспитания так важно сотрудничать с Небом?</w:t>
      </w:r>
    </w:p>
    <w:p>
      <w:r>
        <w:t>14. Почему Бог не воспитывает детей без участия человека?</w:t>
      </w:r>
    </w:p>
    <w:p>
      <w:r>
        <w:t>15. Был ли этот урок вам полезен?</w:t>
      </w:r>
    </w:p>
    <w:p>
      <w:r>
        <w:br w:type="page"/>
      </w:r>
    </w:p>
    <w:p>
      <w:pPr>
        <w:pStyle w:val="Heading1"/>
      </w:pPr>
      <w:r>
        <w:t>Урок 873. Двойная забота</w:t>
      </w:r>
    </w:p>
    <w:p>
      <w:r>
        <w:t>Желая иметь здоровое потомство, человек должен понять законы этого здоровья, изучить их и следовать им. Здоровье — это не случайность и не случайный подарок Неба, который подобно удачной лотерее свалился в твою жизнь, но это осознанное познание Божьих принципов и их разумное практическое воплощение в нашей жизни.</w:t>
      </w:r>
    </w:p>
    <w:p>
      <w:r>
        <w:t>Понимая, что в моей семье появился третий человек, который ещё не родился, но уже есть и нуждается в особой заботе о себе и своей маме, я решил изучить всё, что связано с этим периодом. Я пожелал узнать, как себя вести, как влияют наши отношения на внутриутробное развитие ребёнка, что нужно делать жене, а от чего стоит воздержаться. Оказывается, что период беременности — это самое ответственное время, когда закладывается характер будущего ребёнка, его склонности ко греху, его физическое и эмоциональное здоровье. Мы вновь и вновь понимали, что без Божьей помощи нам никак не обойтись, и поэтому каждое утро начинали с искренних молитв о Божественном водительстве для нас обоих, о мудрости свыше и об особом свете для нашего случая.</w:t>
      </w:r>
    </w:p>
    <w:p>
      <w:r>
        <w:t>Аппетит жены стал настолько капризным, а её токсикоз настолько изматывающим, что время приготовления и приёма пищи было для неё суровым испытанием, которое она решилась переносить в жизнерадостном духе.</w:t>
      </w:r>
    </w:p>
    <w:p>
      <w:r>
        <w:t>Мне приходилось трудиться вне дома, чтобы обеспечивать финансовую сторону нашей жизни, а потом, придя домой, я старался перенять на себя ту часть житейских забот, которые очень удручали мою супругу.</w:t>
      </w:r>
    </w:p>
    <w:p>
      <w:r>
        <w:t>Изучая принципы питания во время беременности, мы решили руководствоваться здравым смыслом и есть то, что рекомендуют специалисты, а не то, что диктует плоть. Плод требует определённых веществ для своего развития, и организм может их получить и отдать только из того, что мы едим. Поэтому мы старались тщательно подбирать своё меню, но при этом и воздерживаться от переедания и перекусывания между приёмами пищи. Исключением были дополнительные витамины и школьный мел, который моя супруга почему-то так полюбила. Я покупал его целыми упаковками каждую неделю, чем удивлял продавцов, которые не могли понять, что я с ним делаю. А когда я им ответил, что кормлю этим свою жену, они ещё больше удивились. Я понял, что не все беременные женщины нуждаются в подобной пище, но моя супруга готова была соскребать штукатурку со стен, лишь бы получить желанный продукт.</w:t>
      </w:r>
    </w:p>
    <w:p>
      <w:r>
        <w:t>В нашем общении мы уже были научены взаимной любви и позитивному настрою на жизнь, но частые недомогания и гормональные перепады нередко лишали супругу мира и делали очень капризной из-за каких-то мелочей. Я старался делать всё возможное, чтобы мир и радость всегда были в нашем доме, и извинялся по любому поводу, лишь бы не вызывать чуждый дух и не допускать ненужные конфликты. Мы узнали о том, что подобная домашняя атмосфера передаётся ребёнку, и он будет иметь склонности к подобному духу, если мы будем практиковать разногласия во время беременности.</w:t>
      </w:r>
    </w:p>
    <w:p>
      <w:r>
        <w:t>Жена тоже узнала, как её эмоциональное состояние передаётся ребёнку, и поэтому делала всё возможное со своей стороны, чтобы быть на позитиве, понимая и мою заботу о ней.</w:t>
      </w:r>
    </w:p>
    <w:p>
      <w:r>
        <w:t>Чем ближе был срок окончания беременности, тем больше рос живот у нашей мамочки, и тем больше дискомфорта она переживала. Её стали беспокоить частые мочеиспускания, но при этом с минимальным количеством жидкости. Видимо, плод на что-то давил в её организме и давал сигнал, что пора в туалет, а по сути, большой нужды в этом не было.</w:t>
      </w:r>
    </w:p>
    <w:p>
      <w:r>
        <w:t>Ясное понимание того, что внутри моей жены находится живая душа, пришло к нам тогда, когда плод начал двигаться внутри утробы. Это было всегда интересно и забавно. И чем больше рос живот, тем более активным становился младенец внутри своей мамы. Через стенки живота можно было нащупать его головку или другие части тела.</w:t>
      </w:r>
    </w:p>
    <w:p>
      <w:r>
        <w:t>Ближе к родам жена стала чаще говорить со своим будущим ребёнком, наглаживая при этом свой животик и напевая спокойные песни.</w:t>
      </w:r>
    </w:p>
    <w:p>
      <w:r>
        <w:t>Также мы узнавали про льготы и акции, которые государство и некоторые гуманитарные организации проводили в качестве поддержки семей, ожидающих пополнение. Где-то нам выдавали единовременную материальную помощь, где-то дарили подарки, а где-то делали скидку на покупку необходимых вещей и товаров. Но это нам нужно было самим узнавать, ходить и просить, так как в каждом регионе были свои правила. Эти мелочи хоть и не влияли на наш бюджет, но привносили приятное разнообразие в наши житейские будни.</w:t>
      </w:r>
    </w:p>
    <w:p>
      <w:r>
        <w:t>Сон был также особым временем испытания для моей жены. По известной причине она не могла ложиться на живот и не всегда могла уснуть тогда, когда приходило время сна. А иногда днём её организм так уставал, что она оставляла всё и на пару часов отключалась от мира. Мне всегда приходилось подстраиваться под этот новый распорядок и менять многие совместные планы. Но я понимал, что так будет не всегда, и это придавало сил, чтобы всё переживать в позитивном духе.</w:t>
      </w:r>
    </w:p>
    <w:p>
      <w:r>
        <w:t>Также мы заботились и о том, чтобы тело моей супруги было защищено от ненужного переохлаждения и от чрезмерного перегрева. Врачи запретили ей принимать горячие ванны, чтобы не произошёл выкидыш, и мы всю беременность пользовались тёплым душем.</w:t>
      </w:r>
    </w:p>
    <w:p>
      <w:r>
        <w:t>В вопросе одежды моя жена вначале старалась подобрать что-то такое, что подходило бы ей по цвету и вкусу, а ближе к родам стала надевать то, что было удобным, натуральным и практичным, и ей уже было всё равно, как она выглядит.</w:t>
      </w:r>
    </w:p>
    <w:p>
      <w:r>
        <w:t>Интересно было также наблюдать и за отношением других людей к моей супруге. Иногда было такое впечатление, что её сопровождают ангелы и открывают ей везде двери. Многие люди с особым почтением её встречали, уступали ей место, пропускали вне очереди, помогали нести сумки и делали многое из того, о чём она никого не просила. А она это всё копила в своём сердце и каждый вечер рассказала об очередных благословениях, которые пережила в течение дня.</w:t>
      </w:r>
    </w:p>
    <w:p>
      <w:r>
        <w:t>Также мы обратили внимание и на то, что сколько было людей, столько было и разнообразных советов для нашего случая. И что мы только ни услышали. И чем ближе был человек, тем он более настойчиво рекомендовал нам своё видение и свой стиль жизни на время беременности. А мы старались всех выслушивать и включать здравый смысл, руководствуясь тем светом, который мы получили из книг Духа Пророчества и от профессионалов в этом вопросе. Знание основ физиологии и психологии матери и ребёнка во время развития плода помогало нам принимать мудрые решения и хранили нас от многих опасных рекомендаций, принося видимые благословения и охрану от многих бед.</w:t>
      </w:r>
    </w:p>
    <w:p>
      <w:r>
        <w:t>Но впереди предстояли роды, которых мы никак не могли избежать, и это событие напрягало нас своей неизвестностью и непредсказуемостью. Однако мы и этот вопрос отдали в Божьи руки и позволили Ему Самому решить всё так, как было Ему угодно. Мы очень нуждались в Божьем мире, и Господь нам это давал в полной мере. Нам так хотелось, чтобы подобно пророку Иоанну наш ребёнок был исполнен Святого Духа от утробы матери, и наши ежедневные молитвы были об этом действии со стороны Бога. Хоть мы не видели прямого ответа на эти молитвы, но верили, что что-то происходит, и Господь обязательно ответит так, как Ему будет угодно.</w:t>
      </w:r>
    </w:p>
    <w:p>
      <w:pPr>
        <w:pStyle w:val="Heading2"/>
      </w:pPr>
      <w:r>
        <w:t>Домашнее задание 873</w:t>
      </w:r>
    </w:p>
    <w:p>
      <w:r>
        <w:t>1. Прочитайте, пожалуйста, Рим.15:1-2; 1Пет.3:7; Еф.5:25; Лук.1:15; Ин.3:6; Суд.13:3-4,7-8,12-14; Иов.14:1; 15:14; 1Тим.5:14 в свете этого урока.</w:t>
      </w:r>
    </w:p>
    <w:p>
      <w:r>
        <w:t>2. Какие ещё стих из Библии пришли вам на память?</w:t>
      </w:r>
    </w:p>
    <w:p>
      <w:r>
        <w:t>3. Что вы поняли из этого урока?</w:t>
      </w:r>
    </w:p>
    <w:p>
      <w:r>
        <w:t>4. Как вы считаете, нуждаются ли беременные женщины в особой заботе и внимании?</w:t>
      </w:r>
    </w:p>
    <w:p>
      <w:r>
        <w:t>5. С какого месяца беременности о женщине нужно особенно заботиться?</w:t>
      </w:r>
    </w:p>
    <w:p>
      <w:r>
        <w:t>6. Влияет ли настроение беременной матери на формирование характера её будущего ребёнка?</w:t>
      </w:r>
    </w:p>
    <w:p>
      <w:r>
        <w:t>7. Почему Господь вложил в развитие характера ребёнка эмоциональную составляющую его матери?</w:t>
      </w:r>
    </w:p>
    <w:p>
      <w:r>
        <w:t>8. Влияет ли питание беременной женщины на здоровье её ребёнка?</w:t>
      </w:r>
    </w:p>
    <w:p>
      <w:r>
        <w:t>9. Уместны ли молитвы об исполнении будущего ребёнка Святым Духом?</w:t>
      </w:r>
    </w:p>
    <w:p>
      <w:r>
        <w:t>10. Когда можно или нужно посвящать своих детей Богу?</w:t>
      </w:r>
    </w:p>
    <w:p>
      <w:r>
        <w:t>11. Понимаете ли вы важность того, что Бог доверяет во власть родителей живую душу с чистой совестью?</w:t>
      </w:r>
    </w:p>
    <w:p>
      <w:r>
        <w:t>12. Почему принято считать, что младенцы уже рождаются эгоистами?</w:t>
      </w:r>
    </w:p>
    <w:p>
      <w:r>
        <w:t>13. Помогает ли взаимная любовь супругов иметь правильное представление о том, какой подход нужен ребёнку?</w:t>
      </w:r>
    </w:p>
    <w:p>
      <w:r>
        <w:t>14. Как вы думаете, могут ли любящие друг друга муж и жена перенести модель этих отношений и на своё потомство?</w:t>
      </w:r>
    </w:p>
    <w:p>
      <w:r>
        <w:t>15. Был ли этот урок вам полезен? Если да, то чём? Если нет, то почему?</w:t>
      </w:r>
    </w:p>
    <w:p>
      <w:r>
        <w:br w:type="page"/>
      </w:r>
    </w:p>
    <w:p>
      <w:pPr>
        <w:pStyle w:val="Heading1"/>
      </w:pPr>
      <w:r>
        <w:t>Урок 874. Подготовка к родам</w:t>
      </w:r>
    </w:p>
    <w:p>
      <w:r>
        <w:t>Готовясь к рождению ребёнка, мы не сидели сложа руки, но изучали всё, что прибавит нам знаний и поможет в воспитании ребёнка, которого нам подарит Господь. Нам очень хотелось узнать, кто у нас будет, мальчик или девочка, но нам посоветовали не делать лишний раз УЗИ, так как эти волны могут негативно влиять на эмбрион, и врач не всегда может увидеть пол ребёнка. Мы узнали, что по специальному анализу крови можно безошибочно определить, кого мы ждём, и мы решили пройти этот тест. Он оказался недешёвым, но нам дали результат. Будет девочка. Что это изменило? Да ровным счётом ничего.</w:t>
      </w:r>
    </w:p>
    <w:p>
      <w:r>
        <w:t>Мы также понимали, что рождение нового человека будет связано с большими затратами, и решили сделать призыв среди своих друзей, родственников и собратьев о том, чтобы они поделились с нами детскими вещами, если у них такие имеются, и им они не нужны. На наше удивление, нам надарили столько, что нам показалось, что этого хватит до подросткового периода. Жена тщательно всё пересматривала, перестирывала и складывала в спальный шкаф. Помимо этого, она смотрела всевозможные распродажи детских принадлежностей и иногда приобретала качественные вещи по низкой цене.</w:t>
      </w:r>
    </w:p>
    <w:p>
      <w:r>
        <w:t>Изучая внутриутробное развития и физиологию плода, мы узнали, что слух у младенца развивается к 21-ой неделе, и по его сердцебиению врачи смогли определить, что он с этого времени начинает положительно реагировать на знакомые голоса, которые звучат в спокойном ритме, а голос матери передаётся ребёнку ещё и через внутреннюю вибрацию её тела. Также мы узнали и то, что все открытия о развитии интеллекта детей во время внутриутробного развития предположительные, так как эти маленькие существа не могут нам рассказать, что они переживают и чувствуют, что понимают и что на них влияет. Книги Духа Пророчества в этом смысле несут больше утверждений, так как эти знания были даны автору свыше, и мы решили довериться Богу и принимать все Его советы и рекомендации, следя за собой в том, что мы делаем и говорим.</w:t>
      </w:r>
    </w:p>
    <w:p>
      <w:r>
        <w:t>Наша беременность многое поменяла в нашем расписании дня и в наших отношениях. Мы стали ещё ближе друг к другу и решили обо всём договариваться. И это оказалось довольно не сложно, когда имеешь в отношениях взаимную любовь.</w:t>
      </w:r>
    </w:p>
    <w:p>
      <w:r>
        <w:t>У нас родится настоящий человек, пусть очень маленький и беспомощный, но живой и перспективный. И всё, что мы в него вложим, будет нас радовать или огорчать. Мы решили радоваться.</w:t>
      </w:r>
    </w:p>
    <w:p>
      <w:r>
        <w:t>Так как многие новые знания имели практическую подоплёку, иногда мы проводили эксперименты, в которых я или моя супруга играли роль дочери. Создавалась определённая ситуация, в которой мы проигрывали нашу реакцию на то или иное событие, а потом вместе обсуждали, как правильно действовать и как себя вести.</w:t>
      </w:r>
    </w:p>
    <w:p>
      <w:r>
        <w:t>Например, я «приходил из детского садика» и спрашивал маму о значении многих нецензурных слов, которые «услышал от других детей». Мама была в ужасе от такого лексикона, но с терпением выслушивала меня, а потом начинала мне объяснять, что это очень плохие слова, которые нельзя повторять, и потом находила лучшую замену вульгарным выражениям и учила меня вежливым словам. Не с первого раза у нас всё получалось. Иногда супруга просто не хотела слышать что-то такое, что резало её слух, но мы понимали, что жизнь может нам преподнести всевозможные сюрпризы, и лучше пройти всё это в теории, чтобы быть готовым к любым неожиданностям.</w:t>
      </w:r>
    </w:p>
    <w:p>
      <w:r>
        <w:t>Когда была возможность, жена садилась на наш любимый диван с подлокотниками, а я ложился рядом, клал свою голову к ней на ноги так, чтобы младенец лучше меня слышал, и так мы общались. Говорят, что память у детей очень хорошая, и они впитывают в себя всё, что слышат, поэтому мы решили приобщать наше потомство к нашему обществу как можно раньше.</w:t>
      </w:r>
    </w:p>
    <w:p>
      <w:r>
        <w:t>Во время общей молитвы, когда мы с женой преклоняли колени, я всегда выбирал место, чтобы быть поближе к её животу, и старался громче произносить свои просьбы к Небу. Не знаю, насколько это было правильно, но нам хотелось как можно больше хороших вещей уже начать вкладывать в свою ещё неродившуюся доченьку.</w:t>
      </w:r>
    </w:p>
    <w:p>
      <w:r>
        <w:t>Относительно наших телефонов мы решили как можно меньше использовать их рядом с животом и ухом матери, так как не до конца понимали, какое влияние оказывает электромагнитное излучение этого прибора на развитие плода. А если нужно было поговорить, то жена надевала наушники и держала смартфон как можно дальше от себя.</w:t>
      </w:r>
    </w:p>
    <w:p>
      <w:r>
        <w:t>В какой-то момент нашей беременности мы решили воздержаться от любых видов интимных отношений и отдали этот вопрос Богу, прося у Него дар воздержания, и вели себя так, чтобы не быть друг для друга соблазном. Мы не понимали, насколько это было правильно и необходимо, так как не знали точного ответа и слышали разные противоречивые мнения. Поэтому решили не рисковать и успокоились. А тяжёлое состояние жены отвлекало нас от этого, и мы очень весело проводили время без лишних развлечений.</w:t>
      </w:r>
    </w:p>
    <w:p>
      <w:r>
        <w:t>Также мы вместе пели много христианских гимнов и слушали духовные песни в спокойном ритме. Нами было принято решение по возможности не посещать шумные мероприятия, где можно пережить ненужный стресс или очень громкие звуки, и мы стали вежливо отклонять многие предложения, ссылаясь на наше особое положение. Люди с пониманием к нам относились и всегда шли нам навстречу.</w:t>
      </w:r>
    </w:p>
    <w:p>
      <w:r>
        <w:t>Мы не стеснялись обращаться за советом к своим семейным и многодетным друзьям и внимательно слушали все те опыты и наставления, которые они нам давали. А самые важные моменты этого общения мы конспектировали, а потом вместе обсуждали, стараясь понять, что нас ожидает в будущем. Судя по рассказам, нас ждала весёлая жизнь со множеством открытий и благословений. Иногда приходили страхи, а вдруг что-то будет не так, а вдруг не получится, как надо… Но благодаря искренней молитве все эти страхи быстро покидали нас, и наступал мир.</w:t>
      </w:r>
    </w:p>
    <w:p>
      <w:r>
        <w:t>Наши родители всегда нас поддерживали и были рады помочь, чем могли, понимая нас без лишних слов.</w:t>
      </w:r>
    </w:p>
    <w:p>
      <w:r>
        <w:t>Был случай, когда супруга что-то доставала с верхней полки шкафа, а потом решила по привычке спрыгнуть со стула на пол. У неё начались такие боли в животе, что мы стали опасаться, что будет выкидыш. Мы сделали молитвенный призыв среди друзей, и по нашим молитвам всё пришло в норму, и мы решили больше не заниматься подобной акробатикой и беречь себя, насколько это возможно.</w:t>
      </w:r>
    </w:p>
    <w:p>
      <w:r>
        <w:t>Было принято рожать вместе, чтобы я тоже присутствовал при родах. Мы стали интересоваться, возможно ли такое, и, узнав, что это широко практикуется, нашли подходящий роддом и договорились о том, что мы будем при родах вместе.</w:t>
      </w:r>
    </w:p>
    <w:p>
      <w:r>
        <w:t>Ближе к родовому сроку токсикоз у супруги стал проходить, но появились другие специфические проблемы в нижней части тела, о которых неудобно писать, и мы решили почаще выезжать на природу, любуясь красотами Божьего творения.</w:t>
      </w:r>
    </w:p>
    <w:p>
      <w:r>
        <w:t>Мы понимали, что Господь дарит нам в семью нового друга, с которым наша жизнь до последней минуты будет связана самыми крепкими узами любви, и нам было очень интересно, как этот новый человечек вольётся в нашу жизнь, кем он будет, что из него получится. Но нас радовало и то, что всё находится в наших руках, а Господь приложит Свою руку, и вместе у нас что-то получится.</w:t>
      </w:r>
    </w:p>
    <w:p>
      <w:pPr>
        <w:pStyle w:val="Heading2"/>
      </w:pPr>
      <w:r>
        <w:t>Домашнее задание 874</w:t>
      </w:r>
    </w:p>
    <w:p>
      <w:r>
        <w:t>1. Прочитайте, пожалуйста, Пс.91:5-7; 138:13-17; Прит.1:5,8-9,23; 3:13; 4:7; 8:11-12; 12:1; 14:8; Ис.65:22-24; Иер.29:5-7; Еккл.3:1-2; 8:1 в свете этого урока.</w:t>
      </w:r>
    </w:p>
    <w:p>
      <w:r>
        <w:t>2. Какие ещё стихи из Библии пришли вам на память?</w:t>
      </w:r>
    </w:p>
    <w:p>
      <w:r>
        <w:t>3. В чём заключается суть этого урока?</w:t>
      </w:r>
    </w:p>
    <w:p>
      <w:r>
        <w:t>4. Стоит ли готовиться к знаменательным событиям до того, как они наступят?</w:t>
      </w:r>
    </w:p>
    <w:p>
      <w:r>
        <w:t>5. Стоит ли применять на практике полученные знания?</w:t>
      </w:r>
    </w:p>
    <w:p>
      <w:r>
        <w:t>6. Закрепляют ли практические занятия ту теорию, которую мы узнаём от мудрых людей?</w:t>
      </w:r>
    </w:p>
    <w:p>
      <w:r>
        <w:t>7. Какую пользу принесут полученные знания и навыки, которые я обретаю до того, как мне это понадобится?</w:t>
      </w:r>
    </w:p>
    <w:p>
      <w:r>
        <w:t>8. Появление человека на свет — это что-то обычное, к чему не стоит готовиться, или это что-то особенное, чему нужно уделять должное внимание?</w:t>
      </w:r>
    </w:p>
    <w:p>
      <w:r>
        <w:t>9. Что делать тому, у кого столько много важных дел, что нет времени для своей беременной жены?</w:t>
      </w:r>
    </w:p>
    <w:p>
      <w:r>
        <w:t>10. Помогут ли знания о том, как развивается плод, принимать правильные решения и вести соответствующий образ жизни?</w:t>
      </w:r>
    </w:p>
    <w:p>
      <w:r>
        <w:t>11. Хочет ли Бог прославиться через беременность вашей жены?</w:t>
      </w:r>
    </w:p>
    <w:p>
      <w:r>
        <w:t>12. Чем отличается беременность знающей семьи и понимающей, что происходит, от той, которая ничего не хочет знать?</w:t>
      </w:r>
    </w:p>
    <w:p>
      <w:r>
        <w:t>13. Дарует ли Господь Свои благословения тем, кто хочет всё знать и во всём разобраться?</w:t>
      </w:r>
    </w:p>
    <w:p>
      <w:r>
        <w:t>14. Как быть тем, кто хочет всё знать, но у них нет возможности получить откуда-то нужную информацию?</w:t>
      </w:r>
    </w:p>
    <w:p>
      <w:r>
        <w:t>15. Что вы поняли из этого урока?</w:t>
      </w:r>
    </w:p>
    <w:p>
      <w:r>
        <w:br w:type="page"/>
      </w:r>
    </w:p>
    <w:p>
      <w:pPr>
        <w:pStyle w:val="Heading1"/>
      </w:pPr>
      <w:r>
        <w:t>Урок 875. Время рождаться</w:t>
      </w:r>
    </w:p>
    <w:p>
      <w:r>
        <w:t>Читаем: «Всему своё время, и время всякой вещи под небом: время рождаться, и время умирать…» Еккл. 3:1-2.</w:t>
      </w:r>
    </w:p>
    <w:p>
      <w:r>
        <w:t>Самое интересное время нашей беременности началось перед родами. Мы знали предположительный срок, установленный женским врачом, но никто не мог нам сказать, когда всё случится. Нас предупредили, что в любое время могут начаться схватки, поэтому мы не должны планировать далёкие путешествия.</w:t>
      </w:r>
    </w:p>
    <w:p>
      <w:r>
        <w:t>Однажды я работал с одним мужчиной, который родился на борту авиалайнера. Ему было присвоено пожизненное право пользоваться бесплатными услугами перелёта этой авиакомпании, но он никуда не планировал летать и очень негативно относился к этому виду транспорта. Мы с женой обсудили и эту перспективу, но потом решили не искушать Господа и не рисковать жизнью матери и ребёнка.</w:t>
      </w:r>
    </w:p>
    <w:p>
      <w:r>
        <w:t>Я сразу сказал своей жене, что если при родах встанет выбор жизни и смерти между ей и младенцем, то я выберу её. Хоть это и было моей твёрдой позицией, но и ребёнка не хотелось терять. Поэтому мы молились по обетованиям и просили Господа благословить время родов и усмотреть всё лучшим образом.</w:t>
      </w:r>
    </w:p>
    <w:p>
      <w:r>
        <w:t>Я договорился с соседями, что они отвезут мою супругу в роддом, если меня не будет дома во время схваток. Затем мы нашли список ближайших такси, если соседей тоже не будет дома. А на крайний случай нам посоветовали звонить в скорую помощь.</w:t>
      </w:r>
    </w:p>
    <w:p>
      <w:r>
        <w:t>Состояние жены внушало оптимизм. Токсикоз уже не проявлялся долгое время, но вот со сном и с туалетом были проблемы. Супруга только и мечтала, чтобы кто-то поддерживал её живот, когда она куда-то ходит. А ещё ей очень хотелось лечь на кровать спиною вверх и уснуть в таком положении. Но были определённые обстоятельства, при которых эта мечта не могла осуществиться.</w:t>
      </w:r>
    </w:p>
    <w:p>
      <w:r>
        <w:t>Назначенные сроки прошли, и некоторые люди советовали нам сделать кесарево сечение, но мы решили рожать естественным образом, так как это укрепляло иммунную систему младенца, хоть и причиняло боли роженице.</w:t>
      </w:r>
    </w:p>
    <w:p>
      <w:r>
        <w:t>И вот настал тот самый интересный день, который ничем не отличался от других. При привычной закупке в магазине кассирша спросила мою жену, когда она родит. Отвечая, моя жена пошутила, что сегодня. Это была пятница. По приезде домой мы сели ужинать, а потом планировали пойти на прогулку. Вдруг моя супруга заявила, что у неё отходят воды. Я испугался и решил, что начались роды, и стал бегать по дому, собирая все полотенца. Мы взяли заранее приготовленную сумку и поехали в роддом. Хоть я и очень торопился, но решил ехать по правилам, чтобы не создавать аварийную ситуацию.</w:t>
      </w:r>
    </w:p>
    <w:p>
      <w:r>
        <w:t>В роддоме нас спокойно приняли и сказали, чтобы мы не переживали, так как матка ещё не совсем открыта, и роды хоть и скоро произойдут, но не прямо сейчас. Жену отвели в палату, где были три другие роженицы, ожидавшие своего часа. Я немного посидел у постели супруги и, чтобы не мешать и не стеснять других женщин, пошёл в комнату ожидания рядом с палатой. Там я помолился об охране для моей жены и уснул прямо на стульях. Рано утром пришла моя любимая и, видя, что я проснулся, стала мне жаловаться на своё самочувствие и на то, что начинаются схватки, которые причиняют сильные боли, плюс ко всему выскочили ещё некоторые деликатные вещи, которые доставляли дискомфорт. Врачи делали, что могли, а потом разводили руками и говорили, что надо подождать, мол, после родов всё пройдёт. Они могли ускорить этот процесс, но без нашей просьбы ничего не предлагали и ничего не предпринимали. А мы не знали, что можно просить. Так прошла суббота. Хоть мы и были в покое, но наши боли в животе жены усиливались, а роды так и не начинались. Я спросил врачей о том, можно ли ускорить этот процесс. На что они положительно ответили и, получив моё согласие, взяли жену и отвезли её в палату, переодели в специальную одежду, промыли её изнутри и поставили капельницу.</w:t>
      </w:r>
    </w:p>
    <w:p>
      <w:r>
        <w:t>Я сел рядом с койкой на стул и наблюдал за происходящим. У жены начались схватки, во время которых она сильно стонала, а потом стон переходил в крик. По реакции врачей я понимал, что это нормальный процесс, и тихо гладил супругу по руке. В перерыве между схватками она просила пить, и нам сестра принесла термос с мятным чаем и банку с сахаром. Я поил жену, а когда у неё начинались очередные схватки, я сам пил этот чай и наблюдал за событиями. Во время очередной паузы медсестра спросила меня, не хочу ли я съесть бутерброд, так как было время их ужина, на что я дал отказ, так как посчитал это совсем неприличным.</w:t>
      </w:r>
    </w:p>
    <w:p>
      <w:r>
        <w:t>И вот схватки так участились, что жена кричала, не переставая. Хоть нас и учили не издавать лишний шум при родах, но супруга не могла сдержать эти крики и уже ничего не могла контролировать. Я тоже ничем не мог помочь и тихо молился, вспоминая обетование из Быт.3:16, что в болезни будешь рождать детей. Вдруг появилось много врачей, и они стали усиленно суетиться вокруг ног жены. Тут и я встрепенулся, достал свой фотоаппарат и стал всё снимать со стороны головы жены, стараясь ничего не упустить. Было так интересно наблюдать за появлением на свет нового человека!</w:t>
      </w:r>
    </w:p>
    <w:p>
      <w:r>
        <w:t>И вот это чудо синего цвета женского рода лежит у ног своей матери и подаёт свой пронзительный протест этому миру в виде отчаянного крика. Так это всё удивительно! Врачи пережали ребёнку пуповину и отрезали её выше прищепки. А затем медсестра взяла дочку на руки и понесла мыть. Я подбежал к ней и попросил отдать моего ребёнка мне, мол, я сам её помою. Она согласилась и вручила мне этот Божий подарок, показывая, как правильно держать за плечико во время купания, чтобы головка лежала на моей руке. Я стал намывать своё сокровище и пытался понять, на кого она больше похожа.</w:t>
      </w:r>
    </w:p>
    <w:p>
      <w:r>
        <w:t>А врачи тем временем ждали продолжение схваток, чтобы вышла плацента. Я спокойно намывал дочку и рассказывал ей, что я её папа, что Иисус её любит, что всё прекрасно. Я говорил ей, чтобы она ничего не боялась. А она тихо хлопала своими глазками и внимательно меня слушала. Видимо, она узнала мой голос и пыталась совместить образ с воображением.</w:t>
      </w:r>
    </w:p>
    <w:p>
      <w:r>
        <w:t>Когда роды закончились, врачи сказали, что всё в порядке, плацента оказалась без повреждений. Они помыли и переодели мою супругу, которая в изнеможении лежала на койке. Я попросил сделать на память общую фотографию и, поблагодарив их за всё, пожелал им Божьих благословений.</w:t>
      </w:r>
    </w:p>
    <w:p>
      <w:r>
        <w:t>Наконец-то моя жена пришла в себя и попросила дать ей дочку. Взяв её на руки, она расплылась в улыбке и уже не хотела отпускать это сокровище. Я только и слышал: «Какая она маленькая! Какие ручки! Какие ушки! Какие глазки!» Одним словом, чудо Божьего творчества из нашего материала.</w:t>
      </w:r>
    </w:p>
    <w:p>
      <w:r>
        <w:t>Медсестра сказала, чтобы жена поднесла ребёнка к груди, и этот маленький человечек уже прекрасно знал, что ему делать, и стал неистово сосать грудь, стараясь что-то оттуда выжать. Я удивлялся тем вложенным инстинктам, которые уже вступили в силу с момента рождения. Хоть молока у жены ещё не было, но из груди шло молозиво, которое очень важно для новорождённого в качестве первой порции натурального иммунитета. Через час жизни ребёнок крепко уснул на руках мамы, и нас отвезли в палату. Я же поехал домой заканчивать субботний день и за всё благодарил Бога, радуясь делу рук Его, тому, что всё было весьма хорошо.</w:t>
      </w:r>
    </w:p>
    <w:p>
      <w:pPr>
        <w:pStyle w:val="Heading2"/>
      </w:pPr>
      <w:r>
        <w:t>Домашнее задание 875</w:t>
      </w:r>
    </w:p>
    <w:p>
      <w:r>
        <w:t>1. Прочитайте, пожалуйста, Быт.3:16; 4:1-2; Ин.16:21; Ис.9:6; 21:3; 26:17; 45:10; 66:9; Иер.49:24; Гал.4:4-5; Руфь 4:13; Мат.1:24-25; Евр.11:11 в свете этого урока.</w:t>
      </w:r>
    </w:p>
    <w:p>
      <w:r>
        <w:t>2. Какие ещё стихи из Библии пришли вам на память?</w:t>
      </w:r>
    </w:p>
    <w:p>
      <w:r>
        <w:t>3. Что полезного вы для себя узнали?</w:t>
      </w:r>
    </w:p>
    <w:p>
      <w:r>
        <w:t>4. Можно ли рожать в субботу? Не является ли это нарушением Божьей заповеди?</w:t>
      </w:r>
    </w:p>
    <w:p>
      <w:r>
        <w:t>5. Будет ли поддержкой для жены присутствие мужа во время родов?</w:t>
      </w:r>
    </w:p>
    <w:p>
      <w:r>
        <w:t>6. Как вы думаете, влияет ли на дальнейшую жизнь ребёнка первые минуты контакта с его родителями?</w:t>
      </w:r>
    </w:p>
    <w:p>
      <w:r>
        <w:t>7. Почему у одних женщин роды проходят быстро и безболезненно, а другие переживают родовые муки?</w:t>
      </w:r>
    </w:p>
    <w:p>
      <w:r>
        <w:t>8. Знаете ли вы таких людей, которые при ожидании родов боялись, что у них ничего не получится? Как можно помочь таким людям?</w:t>
      </w:r>
    </w:p>
    <w:p>
      <w:r>
        <w:t>9. Почему чудо рождения человека стало для нас обычным явлением и даже уже не удивляет нас?</w:t>
      </w:r>
    </w:p>
    <w:p>
      <w:r>
        <w:t>10. Является ли для отца с матерю появление их ребёнка особым событием?</w:t>
      </w:r>
    </w:p>
    <w:p>
      <w:r>
        <w:t>11. Что делать, если хочется иметь детей в браке, а что-то не получается?</w:t>
      </w:r>
    </w:p>
    <w:p>
      <w:r>
        <w:t>12. Почему у здоровых родителей рождаются больные дети?</w:t>
      </w:r>
    </w:p>
    <w:p>
      <w:r>
        <w:t>13. Что нужно знать мужу и жене о родах?</w:t>
      </w:r>
    </w:p>
    <w:p>
      <w:r>
        <w:t>14. Можно ли и будет ли правильно рожать в домашних условиях?</w:t>
      </w:r>
    </w:p>
    <w:p>
      <w:r>
        <w:t>15. Был ли этот урок Вам полезен?</w:t>
      </w:r>
    </w:p>
    <w:p>
      <w:r>
        <w:br w:type="page"/>
      </w:r>
    </w:p>
    <w:p>
      <w:pPr>
        <w:pStyle w:val="Heading1"/>
      </w:pPr>
      <w:r>
        <w:t>Урок 876. А что не суета?</w:t>
      </w:r>
    </w:p>
    <w:p>
      <w:r>
        <w:t>Книга самого богатого человека в мире, имевшего абсолютную власть, начинается со слов: «Суета сует, сказал Екклесиаст, суета сует, — все суета!» Еккл.1:2.</w:t>
      </w:r>
    </w:p>
    <w:p>
      <w:r>
        <w:t>Стоит учесть, что это послание Царь Соломон написал под закат своей жизни и адресовал его молодёжи своего времени. Он не знал, что эти его изречения будут изучать богословы всего мира на протяжении многих веков и находить в них новые откровения и глубины мудрости.</w:t>
      </w:r>
    </w:p>
    <w:p>
      <w:r>
        <w:t>Если оценить материальное состояние сына Давидова в современном эквиваленте, то оно составляло около 2,5 триллионов долларов. Это был самый богатый человек того времени, и к тому же он был самым мудрым и предприимчивым. И вот этот мудрец обобщает весь смысл своего бытия и желает дать наставление тем, кто стоит в начале жизненного пути и не знает, с чем он столкнётся и что его ожидает.</w:t>
      </w:r>
    </w:p>
    <w:p>
      <w:r>
        <w:t>Если из книги Екклесиаста убрать стихи о том, что эти слова пишет царь, и дать их почитать стороннему читателю, то, скорее всего, он скажет, что это повествование написано в состоянии тяжёлой депрессии. Возможно, так и было.</w:t>
      </w:r>
    </w:p>
    <w:p>
      <w:r>
        <w:t>Если вслушаться в слова царя, то всё, что мы переживаем, к чему стремимся, чего достигаем, — всё суета. Или другими словами — пустота.</w:t>
      </w:r>
    </w:p>
    <w:p>
      <w:r>
        <w:t>Веселье и добро — суета, смех — глупость, развлечения — суета, слушание песен и музыки — суета, строительство, земледелие, скотоводство — всё суета, быть глупым — тьма, а слишком мудрым — суета сует, и все его дела — томление духа. И это только начало. Слушая царя, хочется спросить: «А что не суета?»</w:t>
      </w:r>
    </w:p>
    <w:p>
      <w:r>
        <w:t>Библия уникальна тем, что она описывает как хорошие вещи и поступки, так и множество грехов и пороков в жизни тех, кто когда-то посвятил себя на служение Богу. Начиная от сына зари, который стал сатаной, и заканчивая нашими днями, Слово Божье беспощадно обличает всякий грех.</w:t>
      </w:r>
    </w:p>
    <w:p>
      <w:r>
        <w:t>Царь Соломон был самым посвящённым молодым человеком, с которым говорил Сам Господь. Наделяя царя мудростью и богатством, Господь знал, что это может стать сетью для души монарха, если он отступит от Божьих повелений. Первым нарушением Божьих законов было родство Соломона через брак с дочерью египетского фараона. Хоть она и обратилась в веру своего мужа, но это не стало оправданием греху царя Израиля. После мы читаем, сколько жён и наложниц было в гареме у того, кто обещал Богу быть верным и просил мудрости свыше. И эти женщины ввели своего мужа в такое идолопоклонство и через него так развратили Божий народ, что Богу пришлось разделить царство, а потом отдать свой народ в рабство, чтобы хоть кого-то спасти.</w:t>
      </w:r>
    </w:p>
    <w:p>
      <w:r>
        <w:t>В нашей практике есть такой принцип, что если кто-то из служителей Божьих впадает в ересь или отступление от истины, то все написанные им труды изымаются и объявляются опасными, даже если вначале содержали много полезных вещей. Потому что будет сложно определить, в какой момент эти пагубные учения стали входить в сочинения и нести в себе разлагающее влияние. Например, кто бы из вас захотел изучить труды Люцифера, которые он начал писать до своего падения и восстания? Думаю, это было бы довольно опасным для души мероприятием, так как мы знаем, что путём обширной торговли ему удалось совратить на свою сторону треть Божьих ангелов.</w:t>
      </w:r>
    </w:p>
    <w:p>
      <w:r>
        <w:t>Но труды отступившего от Бога царя вошли в канон священных книг как предупреждение для тех, кто решит идти путём похоти плоти, похоти очей и житейской гордости. Есть и другие труды этого автора, которые создатели Библии посчитали недостойными и не стали прикладывать к общим писаниям.</w:t>
      </w:r>
    </w:p>
    <w:p>
      <w:r>
        <w:t>В результате мы узнали от самого богатого и влиятельного человека в мире, что такое суета. Это потеря смысла жизни при изобилии всего, но вдали от Бога. Тот же самый автор далее пишет о том, что в оптимистичном и добром взгляде на жизнь при проявлении благотворительности и самоотверженности есть особый смысл, а в конце он выявляет суть всего — «Господа Бога бойся и заповеди Его соблюдай, ибо в этом всё для человека». Еккл.12:13.</w:t>
      </w:r>
    </w:p>
    <w:p>
      <w:r>
        <w:t>Любовь друг к другу является Божьей заповедью, которая была объявлена до смерти Христа и потому вошла в Новый Завет. Соблюдение этой заповеди придаёт смысл всей жизни во взаимных отношениях между людьми и приглашает в эти отношения Самого Автора любви. Всё, что перечислил царь Соломон, объявляя это суетой, без Бога и без любви теряет смысл. Этот список можно смело пополнить и другими добродетелями, которые без любви становятся ничем, и нет от них никакой пользы. Даже вера без любви — это ничто. 1Кор.13:2. Хотя именно по вере мы приобретаем спасение и наделяемся праведностью Христа.</w:t>
      </w:r>
    </w:p>
    <w:p>
      <w:r>
        <w:t>Но самое интересное состоит в том, что, читая определения других авторов о том, что всё суета, но не имея в себе этой Божьей агапэ, человек соглашается с тем, что так оно и есть, но не понимает, насколько прекрасно иметь такую любовь и в её свете оценивать свою жизнь и видеть смысл во всяком добре.</w:t>
      </w:r>
    </w:p>
    <w:p>
      <w:r>
        <w:t>А любовь внутри сердца — это особая жизнь даже в этом суетном мире. Тебе не так уж и много надо, но если Господь доверяет и даёт больше, то так радостно это иметь и этим делиться. И любовь вкладывает во всё очень глубокий смысл и приносит в твою жизнь особые благословения. И ты оцениваешь свою жизнь не по наличию денег, вещей или власти, а по тому, любишь ли ты при всём этом, или в тебе нет любви.</w:t>
      </w:r>
    </w:p>
    <w:p>
      <w:r>
        <w:t>Самое страшное, что может быть — это, имея любовь, дать ей остынуть по причине беззакония или вовсе её потерять. Лучше ничего не познать, чем, познав эту истину, вернуться обратно в грязь. Враг души знает, что против любви не устоят никакие соблазны, но он неутомимо нападает, чтобы совратить, если возможно, и избранных.</w:t>
      </w:r>
    </w:p>
    <w:p>
      <w:r>
        <w:t>А любовь, её приобретение и хождение в ней, является Божьим планом для формирования армии победителей. Представьте себе, что в армии Христа есть всё, кроме любви. Как сможет устоять это войско против нападок врага? Как они смогут победить всякий грех? О каком Боге они будут свидетельствовать, не имея любви? Самая опасная суета — это когда ты являешься служителем церкви, учишь других хорошим вещам, много читаешь и молишься, но при этом не имеешь любви.</w:t>
      </w:r>
    </w:p>
    <w:p>
      <w:r>
        <w:t>Любовь — это не автоматическое приложение к моим добрым делам, а золото, очищенное огнём, которое мне советуют купить, чтобы иметь истинный мотив этих добрых дел. Это то, что обогащает душу так, что ты становишься воистину богатым человеком. Сколько об этом уже сказано! Сколько написано! А, может быть, лучше взять самому и попробовать? Вот так взять и вступить в торговые отношения со Христом. Он умеет обогащать тех, кому не жалко внести определённую Им плату. И тогда вы забудете про суету и томление духа. Впереди вас ожидает прекрасная цель и путь к почести высшего звания утверждённого в любви человека, который идёт от славы к славе, от победы к победе, чтобы в духе любви открыть миру истинный Божий характер и показать в своей жизни всем, что Бог есть любовь.</w:t>
      </w:r>
    </w:p>
    <w:p>
      <w:r>
        <w:t>Как это всё просто и понятно, когда это есть в сердце, когда ты этим живёшь и делишься, когда есть любящие друзья, когда ты знаешь, у Кого это всё можно купить и взять в изобилии. И как это всё загадочно, когда это где-то написано и кем-то прожито. Но оно должно стать твоим.</w:t>
      </w:r>
    </w:p>
    <w:p>
      <w:pPr>
        <w:pStyle w:val="Heading2"/>
      </w:pPr>
      <w:r>
        <w:t>Домашнее задание 876</w:t>
      </w:r>
    </w:p>
    <w:p>
      <w:r>
        <w:t>1. Прочитайте, пожалуйста, Гал.5:6; Еккл.2:1-26; 1Кор.13:1-8; Мат.24:12; Ин.13:34-35; 1Тим.1:5; 1Пет.1:22; 2Пет.2:22; Откр.3:18; Песн.2:4 в свете этого урока.</w:t>
      </w:r>
    </w:p>
    <w:p>
      <w:r>
        <w:t>2. Какие ещё стихи из Библии пришли вам на память?</w:t>
      </w:r>
    </w:p>
    <w:p>
      <w:r>
        <w:t>3. Что вы поняли из этого урока?</w:t>
      </w:r>
    </w:p>
    <w:p>
      <w:r>
        <w:t>4. Что такое суета?</w:t>
      </w:r>
    </w:p>
    <w:p>
      <w:r>
        <w:t>5. Почему любовь не может быть суетой?</w:t>
      </w:r>
    </w:p>
    <w:p>
      <w:r>
        <w:t>6. Как будет выглядеть Вечность без любви?</w:t>
      </w:r>
    </w:p>
    <w:p>
      <w:r>
        <w:t>7. Вы имеете смысл жизни? Если да, то в чём он заключается?</w:t>
      </w:r>
    </w:p>
    <w:p>
      <w:r>
        <w:t>8. Может ли нелюбящий человек понять того, кто имеет эту любовь в своём сердце?</w:t>
      </w:r>
    </w:p>
    <w:p>
      <w:r>
        <w:t>9. Почему именно любовь придаёт смысл всему?</w:t>
      </w:r>
    </w:p>
    <w:p>
      <w:r>
        <w:t>10. Как мне понять, что я имею любовь?</w:t>
      </w:r>
    </w:p>
    <w:p>
      <w:r>
        <w:t>11. Что мне делать, если я вдруг осознал, что не имею любви?</w:t>
      </w:r>
    </w:p>
    <w:p>
      <w:r>
        <w:t>12. Даст ли Господь любовь тем, кто будет у Него об этом просить?</w:t>
      </w:r>
    </w:p>
    <w:p>
      <w:r>
        <w:t>13. Что в вашем понимании любовь, которая даст смысл всему?</w:t>
      </w:r>
    </w:p>
    <w:p>
      <w:r>
        <w:t>14. Как будет выглядеть армия Христа без любви?</w:t>
      </w:r>
    </w:p>
    <w:p>
      <w:r>
        <w:t>15. Почему именно вера и любовь избраны Богом как оружие для победителя?</w:t>
      </w:r>
    </w:p>
    <w:p>
      <w:r>
        <w:br w:type="page"/>
      </w:r>
    </w:p>
    <w:p>
      <w:pPr>
        <w:pStyle w:val="Heading1"/>
      </w:pPr>
      <w:r>
        <w:t>Урок 877. Рождённый, чтобы жить</w:t>
      </w:r>
    </w:p>
    <w:p>
      <w:r>
        <w:t>Кто-то высказал такую мысль: «Тот, кто родился дважды, умрёт только один раз или не увидит смерти вовсе». Бог устроил Вселенную по типу большой семьи, где всё Его разумное творение при рождении попадает в социум подобных себе существ. Все небожители были сотворены Господом для Вечной жизни, и в Божьи планы не входило разделение небесной семьи на два воинствующих лагеря.</w:t>
      </w:r>
    </w:p>
    <w:p>
      <w:r>
        <w:t>Но Бог предусмотрел подобную ситуацию, и у Него был особый план для спасения тех, кто изберёт Творца и захочет быть с Ним всегда, приняв в своё сердце всю полноту истины. Этот план называется «рождение свыше для Вечной жизни».</w:t>
      </w:r>
    </w:p>
    <w:p>
      <w:r>
        <w:t>Любое разумное Божье творение было рождено в этот мир, чтобы жить, будь то ангелы, небожители или люди. Но по причине появления во Вселенной греха всё это творение встало перед выбором, который предлагал два пути. Первый путь — это рождение свыше и получение права на Вечную жизнь. Второй путь — жизнь во грехе и получение права на вечную смерть. Каждому разумному существу была предоставлена свобода выбора одного из этих путей и уважение того решение, которое было принято. В каждом случае Господь сеет Своё семя истины в виде света и изобилия Божьей благодати и любви, чтобы оно было, проросло и дало шанс каждому существу сделать выбор между тем или иным путём. Если это семя отвергается свободной волей, то душа уже не может пережить рождение свыше, и она обречена на верную гибель, хотя какое-то время ещё может жить и совершать какие-то дела. В случае принятия Бога семя Святого Духа начинает развиваться в сердце и готовит его к рождению свыше для получения права на Вечную Жизнь. Тогда человек становится сыном или дочерью Божьей. Этот План Спасения был предложен всей Вселенной, когда в ней зародился грех, а впоследствии был перенесён на падшую Землю, где сотворённые Творцом люди пали и потеряли статус святых существ.</w:t>
      </w:r>
    </w:p>
    <w:p>
      <w:r>
        <w:t>Мы не знаем, как осуществлялся Божий план в жизни ангелов. Об этом можно только догадываться, но мы знаем, что Господь вчера, сегодня и вовеки Тот же, и Его закон постоянен и актуален во всякое время, а Жертва, принесённая на Голгофе, возможно, была уплачена не только за падшее человечество, но и простирается гораздо дальше, чем мы себе представляем.</w:t>
      </w:r>
    </w:p>
    <w:p>
      <w:r>
        <w:t>Рождение свыше или, как его называет Иисус в Ин.3:5, рождение от воды и Духа — это духовное событие, в котором участвует человеческая воля и Божество. Человек без Бога не сможет совершить этот процесс, а Святой Дух без человека не будет этого делать. Здесь нужна гармония и согласие.</w:t>
      </w:r>
    </w:p>
    <w:p>
      <w:r>
        <w:t>В Лук.8:11 читаем: «Семя есть Слово Божие», в другом месте Господь учит: «Сеющий доброе семя есть Сын Человеческий; поле есть мир; доброе семя — это сыны Царствия…» Мат 13:37-38. Далее читаем в Рим 9:8: «То есть не плотские дети суть дети Божии, но дети обетования признаются за семя».</w:t>
      </w:r>
    </w:p>
    <w:p>
      <w:r>
        <w:t>Рождение свыше — это процесс, в котором Божье Слово, попав в сердце слушающего или читающего, начинает прорастать и пускать корни, меняя сознание в согласии с Божьей волей и Божьим планом. Воля соглашается с тем, что Божье Слово чисто и полезно для души, и начинает подстраиваться под Божьи требования, утверждаясь на этом основании. А затем она настолько прочно укореняется в истине, что уже не хочет и не может жить иначе. Когда же её спрашивают о том, согласна ли она жить для Бога, следовать за Иисусом, быть послушной Его Духу, тогда она уже не мыслит себе другого пути. Она рождена для жизни в присутствии Божества. А водное крещение регистрирует это рождение свыше, которое может произойти как до него, так и после.</w:t>
      </w:r>
    </w:p>
    <w:p>
      <w:r>
        <w:t>При творении земли Бог вложил в воду силу производить душу живую. Быт.1:20. И во время водного крещения происходит особое таинство проявления Божьей силы в рождении нового человека.</w:t>
      </w:r>
    </w:p>
    <w:p>
      <w:r>
        <w:t>Без посеянного Богом семени и утверждения его в сердце человека крещение водой становится обычным омовением, которое ничего не меняет в жизни, хотя в некоторых случаях может послужить мотивом к более глубокому изучению и принятию истины.</w:t>
      </w:r>
    </w:p>
    <w:p>
      <w:r>
        <w:t>Не рождённые свыше люди являются Божьими творениями, о которых Господь заботится, которых Он любит и желает спасти. Но они не Его дети, и поэтому мир имеет на их жизнь полное право, и враг души может творить над ними свой произвол так, как ему будет позволено. Но Иисус пришёл спасти этот мир, и Он неустанно трудится, сея семя истины через Своих посланников.</w:t>
      </w:r>
    </w:p>
    <w:p>
      <w:r>
        <w:t>Рождённый свыше человек, хоть и получает силу к самостоятельному развитию, но всё же ему нужна семья себе подобных, в которой он сможет развиваться всесторонне и расти духовно. Для этого Господь создал церковь.</w:t>
      </w:r>
    </w:p>
    <w:p>
      <w:r>
        <w:t>Бог не бросает Своих детей после их рождения свыше, но получает полное право на их воспитание, наставление и водительство по жизни, не обращая внимания на претензии врага души, который ищет возможности совратить, если возможно, и избранных.</w:t>
      </w:r>
    </w:p>
    <w:p>
      <w:r>
        <w:t>Враг души знает, что если Божий человек попадёт в худое сообщество, то его добрые нравы развратятся, поэтому старается привести в Божью церковь необращённых людей, убеждая их в том, что их спасение зависит от принадлежности к этой организации. Но это не спасает.</w:t>
      </w:r>
    </w:p>
    <w:p>
      <w:r>
        <w:t>Господь дал определение, что видимым показателем жизни рождённого свыше человека является наличие плода Святого Духа, который проявляется не в отдельных своих свойствах, а во всей полноте, а любовь из них больше, которая и придаёт вкус и смысл всему. Любовь — это кровь в теле рождённого свыше человека, которая доносит в каждый уголок его души те питательные истины, которые растворяет в себе, чтобы потом обогатить ими всё естество человека.</w:t>
      </w:r>
    </w:p>
    <w:p>
      <w:r>
        <w:t>Как пища, попав в чрево младенца, питает всё его тело, давая ему силу расти и укрепляться, так и любовь содействует более быстрому росту и развитию духовного человека.</w:t>
      </w:r>
    </w:p>
    <w:p>
      <w:r>
        <w:t>Как отличить живого человека от мёртвого? В живом есть дыхание, он хочет есть, и он физически активен. Молитвенный дух, жажда познания истины, хождение в ней и миссионерская активность являются простыми определителями того, что этот человек рождён для Бога и что он живой.</w:t>
      </w:r>
    </w:p>
    <w:p>
      <w:r>
        <w:t>Мудрое воспитание, правильное питание и активная миссионерская деятельность формируют из новообращённого младенца взрослого христианина, который уже сам может быть учителем и воспитателем других детей. Поэтому Господь не только учит нас хорошим вещам, но также и желает использовать нас как тех, через кого Он будет сеять Своё семя и обучать рождённых свыше. В Его семье без дела не останется никто.</w:t>
      </w:r>
    </w:p>
    <w:p>
      <w:r>
        <w:t>Представляете себе, что переживает Небо, наблюдая за тем, как вместо проявления любви друг к другу Божьи дети начинают кусаться, завидовать, превозноситься и бить тех, кто не такой, как они? Что делать Богу, когда вместо доброго семени его дети сеют плевелы и учат жить по плоти? Как быть с теми, в ком по причине умножения беззакония охладевает любовь? Но у Бога есть выход и из этого состояния. В Откр. 3:18 Он даёт совет тем, кто желает не только как-то спастись, но и быть победителем в последних событиях истории. Не мёртвым во грехах предлагается этот выход, а живым, тем, кто рождён дважды. Но эту весть способны услышать только те, у кого есть и духовные уши, чтобы слышать то, что Дух говорит церквям.</w:t>
      </w:r>
    </w:p>
    <w:p>
      <w:pPr>
        <w:pStyle w:val="Heading2"/>
      </w:pPr>
      <w:r>
        <w:t>Домашнее задание 877</w:t>
      </w:r>
    </w:p>
    <w:p>
      <w:r>
        <w:t>1. Прочитайте, пожалуйста, Гал.3:29; Евр.2:16; 2Кор.9:10-11; Иов.14:4; Ин.3:3-8; 8:33-35,38,44; 1Ин.2:1; 3:7-11; Рим.8:14-17 в свете этого урока.</w:t>
      </w:r>
    </w:p>
    <w:p>
      <w:r>
        <w:t>2. Какие ещё стихи из Библии пришли вам на память?</w:t>
      </w:r>
    </w:p>
    <w:p>
      <w:r>
        <w:t>3. Что вы поняли из этого урока?</w:t>
      </w:r>
    </w:p>
    <w:p>
      <w:r>
        <w:t>4. Что такое рождение свыше?</w:t>
      </w:r>
    </w:p>
    <w:p>
      <w:r>
        <w:t>5. Можно ли назвать не рождённого свыше человека сыном или дочерью Бога?</w:t>
      </w:r>
    </w:p>
    <w:p>
      <w:r>
        <w:t>6. Как вы понимаете процесс рождения свыше?</w:t>
      </w:r>
    </w:p>
    <w:p>
      <w:r>
        <w:t>7. Почему невозможно однозначно определить время духовного рождения?</w:t>
      </w:r>
    </w:p>
    <w:p>
      <w:r>
        <w:t>8. Какие сходства вы видите в духовном и плотском рождении?</w:t>
      </w:r>
    </w:p>
    <w:p>
      <w:r>
        <w:t>9. В чём отличие плотского христианина от того, кто рождён свыше?</w:t>
      </w:r>
    </w:p>
    <w:p>
      <w:r>
        <w:t>10. Как можно определить, родился ли я свыше?</w:t>
      </w:r>
    </w:p>
    <w:p>
      <w:r>
        <w:t>11. Почему враг души больше нападает на тех, кто рождён для Бога?</w:t>
      </w:r>
    </w:p>
    <w:p>
      <w:r>
        <w:t>12. Что делать тем, кто хочет стать сыном или дочерью Бога, но не знает, как?</w:t>
      </w:r>
    </w:p>
    <w:p>
      <w:r>
        <w:t>13. Может ли человек, рождённый свыше, думать о том, что он ещё мёртвый по причине своей греховной природы?</w:t>
      </w:r>
    </w:p>
    <w:p>
      <w:r>
        <w:t>14. В чём отличие сына Божьего от творения?</w:t>
      </w:r>
    </w:p>
    <w:p>
      <w:r>
        <w:t>15. Рождает ли Бог нас для того, чтобы убивать нас за ошибки?</w:t>
      </w:r>
    </w:p>
    <w:p>
      <w:r>
        <w:br w:type="page"/>
      </w:r>
    </w:p>
    <w:p>
      <w:pPr>
        <w:pStyle w:val="Heading1"/>
      </w:pPr>
      <w:r>
        <w:t>Урок 878. Чудо Божьего творчества</w:t>
      </w:r>
    </w:p>
    <w:p>
      <w:r>
        <w:t>Христианство — это не религия чудес, в которой происходят вау-акции. Читая про жизнь Иисуса, мы видим, как много чудес совершалось Его руками, как активно проявляли себя всевозможные злые духи в Его присутствии и как Его слова убеждали многих в истине. Всё это было проявлением сверхъестественной Божьей силы Святого Духа, и никто не мог помешать Богу совершать то, что Он хотел. Но нашлись люди, которые были скептически настроены в отношении Спасителя и не придавали значения всем Его чудесам. Даже когда был воскрешён Лазарь, эти люди решили и его убить, чтобы он своим личным примером не свидетельствовал о Божьей силе и славе.</w:t>
      </w:r>
    </w:p>
    <w:p>
      <w:r>
        <w:t>Если бы Господь каждый день воскрешал мёртвых, то это стало бы обычным делом и все вау-моменты вскоре бы наскучили зрителям. Но когда Божье чудо касается моего сердца, моих проблем и меняет мою жизнь, тогда я совсем иначе его воспринимаю.</w:t>
      </w:r>
    </w:p>
    <w:p>
      <w:r>
        <w:t>Сегодня нас окружает столько чудес, к которым мы привыкли, что они нас ничуть не удивляют, хотя мы не можем их понять и объяснить. А тех, кто пытается изучить очередное чудо, мы называем учёными и с уважением к ним относимся.</w:t>
      </w:r>
    </w:p>
    <w:p>
      <w:r>
        <w:t>Наш ребёнок — это чудо из чудес, чудо Божьего творчества. Хоть в мир рождается много детей, и все они по-своему уникальны и неповторимы, но, когда у нас родилась дочь, я понял, насколько это необычный человечек, какое это чудо с безграничным потенциалом. И это чудо считается не только моим ребёнком, но также является собственностью Бога, которую Он доверил нашей власти, наделив нас правами родителей.</w:t>
      </w:r>
    </w:p>
    <w:p>
      <w:r>
        <w:t>Держа на руках три с половиной килограмма родившегося счастья, я всматривался в это чудо и не мог понять, как такое существо из ничего стало таким совершенным человеком.</w:t>
      </w:r>
    </w:p>
    <w:p>
      <w:r>
        <w:t>Ушки, глазки, носик, ротик, ручки и ножки — всё это было искусно сотворено из нас внутри моей супруги и подарено нам навсегда. По умолчанию врачи объявили нас родителями этого ребёнка и, отдав его нам, пошли работать с другими пациентами.</w:t>
      </w:r>
    </w:p>
    <w:p>
      <w:r>
        <w:t>Какая это ответственность быть отцом и матерью Божьего творения, которое ещё ничего не знает, ничего не умеет, многого не понимает и не способно отличать добро от зла.</w:t>
      </w:r>
    </w:p>
    <w:p>
      <w:r>
        <w:t>Я читал о том, что вначале один король, а затем и другие исследователи проводили эксперимент над новорождёнными детьми-сиротами, в котором младенцев только кормили и переодевали. Их не брали на руки и не говорили с ними. В результате все эти дети во всех случаях погибли. Меня удивила такая реакция человеческого организма на равнодушие к эмоциональным потребностям человека.</w:t>
      </w:r>
    </w:p>
    <w:p>
      <w:r>
        <w:t>Нянечки из детских домов рассказывают о том, что дети, от которых отказались родители, не плачут и почти не издают никаких звуков. Они каким-то образом понимают, что никому не нужны, и им очень сложно понять смысл их жизни. В это маленькое создание уже заложена потребность быть любимым и нужным. И когда ребёнок это чувствует, он начинает плакать, капризничать и диктовать свои права на своё место под солнцем. Даже когда это дитя появляется на свет, врачи ждут его первого крика, который говорит им о том, что всё прекрасно, что ребёнок живой и на многое способный.</w:t>
      </w:r>
    </w:p>
    <w:p>
      <w:r>
        <w:t>Сложно передать, что происходит в твоём сердце, когда ты берёшь на руки этого родного человечка, прижимаешь его к себе и так носишь его, стараясь не причинить ему дискомфорта. В тебе пробуждается что-то такое, что с первых минут жизни эмоционально связывает вас навсегда, и ты уже не представляешь себе жизни без этого существа. А как они вкусно пахнут! Думаю, что если бы кто-то спросил, как пахнет Бог, то самым подходящим ответом был бы запах младенца.</w:t>
      </w:r>
    </w:p>
    <w:p>
      <w:r>
        <w:t>Обнимайте малышей под любым предлогом, ведь от маленьких детей вкусно пахнет Богом.</w:t>
      </w:r>
    </w:p>
    <w:p>
      <w:r>
        <w:t>Первые дни своей жизни ребёнок очень много спит, а проснувшись, желает вкусно поесть маму, получить от неё очередную порцию тепла и ласки и уснуть дальше. Нет ничего более полезного и питательного для младенца, чем молоко его мамочки. Хоть кормление грудью может вызывать множество неудобств, а иногда и болезненных ощущений, но не стоит прекращать это действие и заменять его ради комфорта на искусственное питание. Вместе с молоком матери дитя получает иммунную защиту, необходимые витамины и минералы, эмоциональное утешение, а также много того, что наука пока не открыла.</w:t>
      </w:r>
    </w:p>
    <w:p>
      <w:r>
        <w:t>Понимая, что наша дочь может получать всё необходимое только из мамы, мы уделили особое внимание питанию матери, изучая досконально, что, когда и как необходимо принимать. Мы внимательно наблюдали за реакцией детского организма на те или иные продукты, которые ела моя жена, а затем через своё молоко передавала дочери. Иногда ребёнок не мог высосать всё питание, и супруге приходилось сцеживать молоко в банку, чтобы в груди не происходило сгорание этого продукта. Мы решили кормить грудью нашу дочь так долго, как будет вырабатываться молоко.</w:t>
      </w:r>
    </w:p>
    <w:p>
      <w:r>
        <w:t>Во время кормления грудью у женщины нет обычных женских дней, что может очень радовать мужа и искушать его на особое отношение к супруге. На этой стадии часто происходит зачатие второго ребёнка, что, хоть и не плохо само по себе, не всем женщинам может понравиться, так как воспоминания о днях беременности и родовых болях ещё свежи в памяти и могут вызвать расстройство психики.</w:t>
      </w:r>
    </w:p>
    <w:p>
      <w:r>
        <w:t>Наша дочь — ещё очень маленький и совсем не общительный человечек. Однако стоит помнить, что её мозг записывает всё, что видит, слышит и чувствует. Он анализирует домашнюю атмосферу, запоминает слова и интонацию, учится логике и впитывает всё, с чем соприкасается. А я могу воспринимать её неразумным существом, которое только ест и мочит одежду. Но это самый мощный компьютер человеческого интеллекта, который, изучая наш мир, логично составляет все звуки и образы, мысли и чувства в целостную картину, чтобы потом дать человеку цельное мировоззрение и личное восприятие реальности.</w:t>
      </w:r>
    </w:p>
    <w:p>
      <w:r>
        <w:t>Мы слышали от наших мам, сколько пелёнок и распашонок за день они перестирывали, но в наше время эта проблема решается очень просто с помощью памперсов, и твой ребёнок всегда сухой и чистый. Правда, с мальчиками нужно быть очень осторожными и не допускать скопления в подгузнике жидкости, чтобы не происходил перегрев половых органов, что может сформировать будущее бесплодие.</w:t>
      </w:r>
    </w:p>
    <w:p>
      <w:r>
        <w:t>Хоть мы постепенно входим в права родителей и многому учимся в формировании личности и характера нашей маленькой принцессы, но при этом мы не забываем, что и Бог является Небесным Отцом нашей дочери и желает проявить и Своё участие в воспитании достойного человека. Поэтому, как только мы получили это дитя на руки и успокоились от всех родовых мероприятий, мы решили в личной молитве посвятить нашу дочь Богу и просить Его об особых благословениях для этого ребёнка и об особом участии в её жизни. Мы с упованием принесли в молитве веры наше сокровище нашему Господу и отдали её судьбу в самые надёжные Руки Бога, оставляя её при этом жить дальше в нашей семье.</w:t>
      </w:r>
    </w:p>
    <w:p>
      <w:r>
        <w:t>Мы верим, что Господь сотрудничает с родителями по их просьбе и вере в воспитании детей и в формировании их сознания, поэтому всегда призываем Божье имя и в жизнь нашей дочери. Мы решили, что лучше больше молиться и за нашу дочь, чем этого не делать вовсе.</w:t>
      </w:r>
    </w:p>
    <w:p>
      <w:pPr>
        <w:pStyle w:val="Heading2"/>
      </w:pPr>
      <w:r>
        <w:t>Домашнее задание 878</w:t>
      </w:r>
    </w:p>
    <w:p>
      <w:r>
        <w:t>1. Прочитайте, пожалуйста, Пс.8:3; Лук.2:40; Ис.7:14-15; 49:5; Быт.21:2-8; Руфь 4:13-16; Лев.12:2-6; 1Цар.1:9-11,20-23; Лук.1:80; 2:4-8,15-24 в свете этого урока.</w:t>
      </w:r>
    </w:p>
    <w:p>
      <w:r>
        <w:t>2. Какие ещё стихи из Библии пришли вам на память?</w:t>
      </w:r>
    </w:p>
    <w:p>
      <w:r>
        <w:t>3. Что вы поняли из этого урока?</w:t>
      </w:r>
    </w:p>
    <w:p>
      <w:r>
        <w:t>4. С какого возраста стоит воспринимать ребёнка как личность?</w:t>
      </w:r>
    </w:p>
    <w:p>
      <w:r>
        <w:t>5. Как можно определить пробуждение интеллекта у новорождённого ребёнка?</w:t>
      </w:r>
    </w:p>
    <w:p>
      <w:r>
        <w:t>6. Когда необходимо начинать воспитание и образование своего ребёнка? Как вы это себе представляете?</w:t>
      </w:r>
    </w:p>
    <w:p>
      <w:r>
        <w:t>7. Для чего нужно посвящать детей Богу?</w:t>
      </w:r>
    </w:p>
    <w:p>
      <w:r>
        <w:t>8. Можно ли воспитать ребёнка для Бога без Божьей помощи?</w:t>
      </w:r>
    </w:p>
    <w:p>
      <w:r>
        <w:t>9. Каким образом Господь помогает родителям в их воспитании детей?</w:t>
      </w:r>
    </w:p>
    <w:p>
      <w:r>
        <w:t>10. В каком возрасте нужна помощь Бога в воспитании ребёнка?</w:t>
      </w:r>
    </w:p>
    <w:p>
      <w:r>
        <w:t>11. Когда начинается воспитание? Какого возраста нужно ждать?</w:t>
      </w:r>
    </w:p>
    <w:p>
      <w:r>
        <w:t>12. Влияют ли отношения между мужем и женой на характеры их детей?</w:t>
      </w:r>
    </w:p>
    <w:p>
      <w:r>
        <w:t>13. Что будет, если не молиться Богу о благословении детей?</w:t>
      </w:r>
    </w:p>
    <w:p>
      <w:r>
        <w:t>14. Вас удивляют маленькие члены семьи? Откуда они появились и стали вашей роднёй?</w:t>
      </w:r>
    </w:p>
    <w:p>
      <w:r>
        <w:t>15. Был ли этот урок вам полезен?</w:t>
      </w:r>
    </w:p>
    <w:p>
      <w:r>
        <w:br w:type="page"/>
      </w:r>
    </w:p>
    <w:p>
      <w:pPr>
        <w:pStyle w:val="Heading1"/>
      </w:pPr>
      <w:r>
        <w:t>Урок 879. Самый главный человек</w:t>
      </w:r>
    </w:p>
    <w:p>
      <w:r>
        <w:t>Самым первым событием после родов, о котором так долго мечтала моя супруга, было лежание на животе. Она с такой радостью делилась со мной своим блаженством, когда наконец-то эта мечта стала реальностью. Я сразу вспомнил то время, когда я снял с себя пояс с арбузом, чтобы уже никогда его не надевать. Оказывается, большинству людей не так уж и много нужно для счастья. Один человек сказал, чтобы научиться радоваться плохой ситуации, надо пожить в очень неблагоприятном окружении, а затем вернуться к плохому, и оно покажется уже не таким ужасным. Но мы настроены на хорошее и из всего стараемся выносить доброе, извлекая драгоценное из ничтожного.</w:t>
      </w:r>
    </w:p>
    <w:p>
      <w:r>
        <w:t>В нашем мире появился некто, кто стал воистину главным человеком и поэтому мог без лишних слов изменить все наши планы и привлечь всё внимание только к себе, не считаясь с нашими интересами. Он мог запросто будить нас среди ночи и требовать маминой груди или её ласки. Он мог быстро отменить все наши поездки своим плачем и недовольством. Он научил нас говорить шёпотом и ходить на цыпочках во время своего сна. И если он замечал, что мы что-то делаем не так и позволяем себе не следить за сухостью его подгузников, то очень быстро ставил нас на место и добивался себе комфорта.</w:t>
      </w:r>
    </w:p>
    <w:p>
      <w:r>
        <w:t>Весь наш распорядок дня стал крутиться вокруг этого важного человечка в нашей семье, а нам все его маленькие требования не доставляли дискомфорта, потому что мы полюбили это чудо и желали служить ему от чистого сердца.</w:t>
      </w:r>
    </w:p>
    <w:p>
      <w:r>
        <w:t>Наша дочь так быстро влилась в жизнь нашей семьи и внесла новые коррективы в наши отношения, что мы теперь даже не представляли себе жизни без неё, и все наши разговоры и молитвы были только о ней и о том, как и что правильно делать и где взять мудрости для воспитания достойного человека.</w:t>
      </w:r>
    </w:p>
    <w:p>
      <w:r>
        <w:t>Когда я уходил на работу и был занят решением рабочих задач, я мысленно был с семьёю и постоянно думал о том, что там происходит, что я могу ещё сделать, как жить дальше, и что я ещё могу вложить в свою дочь. На этом фоне хотелось много молиться, что я постоянно и делал, работая руками. Я жаждал просить особой мудрости и света, чтобы не сделать роковых ошибок. А каждый вечер, когда я приходил домой, меня ждал сюрприз в виде очередных рассказов моей супруги о том, что сегодня произошло, что нового она узнала о нашей дочери, как вела себя наша малышка, и многое другое из жизни ребёнка.</w:t>
      </w:r>
    </w:p>
    <w:p>
      <w:r>
        <w:t>Наша любовь к нашей дочери росла вместе с ней. В свете этой любви нам было несложно отказываться от своих планов и менять их в угоду ей. Для нас её благополучие и комфорт стали намного важнее, чем наши личные интересы. И во всём этом мы вспоминали своих родителей и начинали понимать их любовь к нам и то, сколько им пришлось пережить, чтобы воспитать нас теми, кем мы сегодня являемся.</w:t>
      </w:r>
    </w:p>
    <w:p>
      <w:r>
        <w:t>Интересно, что для наших родителей эта малышка тоже стала самым важным и главным человеком. Я заметил, что в их домах все наши детские фотографии были очень быстро заменены на снимки самого главного человека. Их уже не интересовали мы с женой, а все их звонки содержали вопросы и наставления о нашей дочери и о том, что нам лучше для неё сделать. Мы прислушивались к их советам, но иногда приходилось просить их дать нам возможность самим решать, как и что делать с ребёнком и самим ошибаться и учиться на своих ошибках.</w:t>
      </w:r>
    </w:p>
    <w:p>
      <w:r>
        <w:t>Наши родители часто просили забрать ребёнка к себе, но так как мы кормили дочку грудью, в придачу ко внучке они получали и её маму. Жена была не против родительской помощи, так как это высвобождало её время, и она могла выспаться или поделать другие дела, которые ей никак не удавалось организовать.</w:t>
      </w:r>
    </w:p>
    <w:p>
      <w:r>
        <w:t>Мы даже заметили, что наша дочь больше интересует наших родителей, чем мы сами, но это не вызывало у нас ревности или обиды, так как мы прекрасно понимали их чувства и то, что главные люди должны быть на первом месте.</w:t>
      </w:r>
    </w:p>
    <w:p>
      <w:r>
        <w:t>Бывало и такое, что, придя с работы, я всё своё время проводил с дочерью, наблюдая за ней, общаясь с ней, объясняя ей названия и значение многих вещей. А жена тем временем решала свои вопросы или отдыхала от нас, ничуть не переживая, что мы её оставили без внимания. Но когда наступал момент, и наша дочь бодрствовала, а мы не обращали на неё внимания, тогда она очень быстро решала этот вопрос и напоминала нам, кто в доме главный. Нам всегда было радостно называть её маленьким генералом, который тщательно следит за порядком вокруг себя.</w:t>
      </w:r>
    </w:p>
    <w:p>
      <w:r>
        <w:t>Наша дочь очень хорошо знала время своего кормления, и, если происходила какая-то задержка, она устраивала такой шум, что мы предпочитали отложить все другие дела и дать ей то, что было её по праву. Также, если ей что-то недодали, она не соглашалась с таким произволом и твёрдо стояла на своём, успокаиваясь лишь тогда, когда получала положенное. И нас ничуть не смущали эти требования. Наша любовь к этому главному человеку была намного больше, чем она могла это вместить, и она это прекрасно понимала и чувствовала, а иногда напоминала о себе, чтобы получить очередную порцию ласки.</w:t>
      </w:r>
    </w:p>
    <w:p>
      <w:r>
        <w:t>Каждый новый месяц жизни приносил нам очередные открытия, и мы с нетерпением ждали, когда наше чудо начнёт само ходить и говорить. И было очень интересно наблюдать за пробуждением и развитием разума. Когда наша дочь стала осознанно улыбаться, реагируя на наши лица и голос, это нас так сильно радовало, что мы готовы были за эту улыбку отдать всё на свете. Наши голоса её быстро успокаивали, а мамины руки и ласковые слова приносили с собою мир и утешение.</w:t>
      </w:r>
    </w:p>
    <w:p>
      <w:r>
        <w:t>Также и мамино питание сразу отражалось на самочувствии и здоровье ребёнка. Любой некачественный или кислотный продукт сразу давал о себе знать после кормления грудью, поэтому жена всё тщательно проверяла и обдумывала перед тем, как это съесть.</w:t>
      </w:r>
    </w:p>
    <w:p>
      <w:r>
        <w:t>В положенное время мы стали давать помимо груди и дополнительное питание, наблюдая за реакцией организма дочери. Она с удовольствием принимала всё новое и с радостью смаковала экзотическую пищу.</w:t>
      </w:r>
    </w:p>
    <w:p>
      <w:r>
        <w:t>Мы решили записывать все яркие моменты из жизни дочки, чтобы потом рассказывать ей о том, как нам было весело.</w:t>
      </w:r>
    </w:p>
    <w:p>
      <w:r>
        <w:t>С ростом семьи возросли и затраты на жизнь, но это нас не смущало, так как любовь друг к другу и к дочери придавала правильный смысл всем нашим растратам.</w:t>
      </w:r>
    </w:p>
    <w:p>
      <w:r>
        <w:t>В нашем доме было не принято разговаривать на повышенных тонах, поэтому и ребёнок рос и развивался в спокойной обстановке и был на удивление очень спокойным. Я взял себе за правило говорить нежно со своей супругой в присутствии дочери, а ребёнку всегда говорить о том, какая у нас прекрасная мама, и как я её люблю. Хоть я и осознавал, что дочь, возможно, ещё ничего не понимает, но я считал, что моя интонация и атмосфера любви оказывают своё положительное влияние на ребёнка, да и жене эти признания приносили неподдельное удовольствие.</w:t>
      </w:r>
    </w:p>
    <w:p>
      <w:r>
        <w:t>Когда мы преклоняли свои колени для молитвы, мы всегда брали с собой и дочь, чтобы она присутствовала при нашем ритуале, а когда мы молились за неё, мы возлагали при этом руки на своего ребёнка и верили, что Господь слышит и отвечает.</w:t>
      </w:r>
    </w:p>
    <w:p>
      <w:r>
        <w:t>Мы не знаем, кем была бы наша дочь без наших молитв, но мы видели, кем она становилась по нашим молитвам, и всегда благодарили за это Бога.</w:t>
      </w:r>
    </w:p>
    <w:p>
      <w:pPr>
        <w:pStyle w:val="Heading2"/>
      </w:pPr>
      <w:r>
        <w:t>Домашнее задание 879</w:t>
      </w:r>
    </w:p>
    <w:p>
      <w:r>
        <w:t>1. Прочитайте, пожалуйста, Еф.6:4; 1Тим.5:8; Прит.4:1; 6:20; 22:6; 31:26; 1Цар.12:23; Ис.38:19; Пс.8:3 в свете этого урока.</w:t>
      </w:r>
    </w:p>
    <w:p>
      <w:r>
        <w:t>2. Какие ещё стихи из Библии пришли вам на память?</w:t>
      </w:r>
    </w:p>
    <w:p>
      <w:r>
        <w:t>3. Что вы поняли из этого урока?</w:t>
      </w:r>
    </w:p>
    <w:p>
      <w:r>
        <w:t>4. Почему маленькие дети становятся самыми главными в семье?</w:t>
      </w:r>
    </w:p>
    <w:p>
      <w:r>
        <w:t>5. Делает ли ваша забота о маленьких детях их главными на всю жизнь?</w:t>
      </w:r>
    </w:p>
    <w:p>
      <w:r>
        <w:t>6. Как вы думаете, проявляет ли Господь Свою особую заботу о нас, когда мы рождаемся свыше?</w:t>
      </w:r>
    </w:p>
    <w:p>
      <w:r>
        <w:t>7. Есть ли что-то плохое в том, что родители с почтением заботятся о своём ребёнке и подстраивают свои планы под его нужды?</w:t>
      </w:r>
    </w:p>
    <w:p>
      <w:r>
        <w:t>8. Будешь ли ты любить того, о ком много заботишься?</w:t>
      </w:r>
    </w:p>
    <w:p>
      <w:r>
        <w:t>9. Помогает ли любовь переносить с радостью все ограничения в уходе за новорождённым?</w:t>
      </w:r>
    </w:p>
    <w:p>
      <w:r>
        <w:t>10. Почему никому из родителей не нравится, когда их дети плачут?</w:t>
      </w:r>
    </w:p>
    <w:p>
      <w:r>
        <w:t>11. Может ли ребёнок своим плачем заставить вас сделать то, в чём он нуждается?</w:t>
      </w:r>
    </w:p>
    <w:p>
      <w:r>
        <w:t>12. Почему бабушки и дедушки так быстро влюбляются в своих внуков и души в них не чают?</w:t>
      </w:r>
    </w:p>
    <w:p>
      <w:r>
        <w:t>13. Нужно ли ради удобства прекращать кормить ребёнка грудью и переходить на искусственное питание?</w:t>
      </w:r>
    </w:p>
    <w:p>
      <w:r>
        <w:t>14. Что делать, если ребёнок плачет, а мамы рядом нет?</w:t>
      </w:r>
    </w:p>
    <w:p>
      <w:r>
        <w:t>15. Был ли этот урок вам полезен?</w:t>
      </w:r>
    </w:p>
    <w:p>
      <w:r>
        <w:br w:type="page"/>
      </w:r>
    </w:p>
    <w:p>
      <w:pPr>
        <w:pStyle w:val="Heading1"/>
      </w:pPr>
      <w:r>
        <w:t>Урок 880. Родителей не выбирают</w:t>
      </w:r>
    </w:p>
    <w:p>
      <w:r>
        <w:t>Библия содержит много сравнительных образов в отношении рождения свыше, беря пример из рождения в мир. Те же самые законы, то же влияние окружения, те же принципы воспитания и многое другое. У нас у всех Один Небесный Отец, Один Святой Дух и Один Господь Иисус, Которые вместе участвуют как в рождении и формировании человека, рождённого по плоти для земной жизни, так и в рождении свыше для Жизни Вечной.</w:t>
      </w:r>
    </w:p>
    <w:p>
      <w:r>
        <w:t>Наблюдая только за своей семьёй и видя действие духовных законов в нашей жизни, человек может думать, что все так живут, и мы обычные родители, которые имеют обычного ребёнка, который развивается по обычным законам. Но, глядя на другие семьи, слушая рассказы других родителей, видя ту лавину зла, которая направлена на разрушение отношений и не имеет сдерживающей силы, ты понимаешь, что ты особенный и твоя простая жизнь под Божьей защитой тоже особенная, и твой ребёнок не такой, как все другие.</w:t>
      </w:r>
    </w:p>
    <w:p>
      <w:r>
        <w:t>В Божий план входит тесное сотрудничество человека с Богом и Бога с человеком. Мы не можем друг без друга, и благо тому, кто это понимает. Если бы мы были неинтересны и не нужны Богу, то Он бы не стал платить такую высокую цену за наше спасение от власти греха и смерти. Ему было бы проще стереть с лица Вселенной всё греховное и создать новых праведников, которые жили бы в любви и не знали бы ничего другого. Но где была бы гарантия того, что грех не повторится, и все будут избирать добро?</w:t>
      </w:r>
    </w:p>
    <w:p>
      <w:r>
        <w:t>Живя много лет в церковной среде, посещая разные общины и имея отношения с собратьями со всего света, мы обратили внимание, что хоть у нас у всех один Господь, одна вера, одно учение и крещение, но вот среда отношений в каждой церкви разная. Где-то тебя не замечают, даже если ты желаешь быть замеченным. Где-то к тебе равнодушны, где-то тебе очень рады, а где-то ты нарасхват, и выстраивается очередь из желающих с тобой общаться и дружить, и каждый хочет пригласить тебя в гости.</w:t>
      </w:r>
    </w:p>
    <w:p>
      <w:r>
        <w:t>Хоть мы также имеем дар дружелюбия и гостеприимства, но из-за плохого самочувствия во время беременности приходилось ограничивать себя в поездках и в приёме гостей. Но это было временным явлением, и все наши друзья с пониманием относились к нашему положению и ждали того момента, когда мы разродимся и придём в себя.</w:t>
      </w:r>
    </w:p>
    <w:p>
      <w:r>
        <w:t>Также мы очень хорошо заметили, что наше сотрудничество с Богом по всем семейным и воспитательным вопросам делает наш дом особым местом Божьего присутствия и благословения, которое замечают все. Мы не совершаем ничего особенного. У нас скромное жильё и простая пища. Мы просто любим друг друга от чистого сердца и делимся этой моделью отношений и с другими людьми, а они почему-то сами тянутся к нам и отдыхают душою и духом в нашем обществе, не собираясь нас забывать и с нами расставаться.</w:t>
      </w:r>
    </w:p>
    <w:p>
      <w:r>
        <w:t>Родителей не выбирают. Мы такие, какие есть, и наш ребёнок — это плод нашей любви и подарок от Господа в ответ на наши добрые отношения друг к другу. Хоть любое семя, попав в любую почву, будет прорастать по закону семени, но в нашем случае мы заботились о том, чтобы и семя, и почва были обработаны Божьими руками, и чтобы Господь Сам определил время, тип и характер посеянного. Мы просто доверили всё это Богу и терпеливо ждали, когда Он решит сделать нам подарок и привнести в нашу жизнь особый опыт и благословение.</w:t>
      </w:r>
    </w:p>
    <w:p>
      <w:r>
        <w:t>Мы имеем много друзей, у которых нет детей, и по каким-то причинам они не могут их иметь, поэтому переживали, что мы можем оказаться такими же, но продолжали доверять Богу и не опережали события, подобно нашим прародителям, Аврааму и Сарре.</w:t>
      </w:r>
    </w:p>
    <w:p>
      <w:r>
        <w:t>Также мы обратили внимание и на то, что в некоторых общинах есть желание найти новых людей, довести их до крещения, а потом бросить их и заняться поиском других, как будто вся цель спасения состоит в том, чтобы крестить человека. А он, став своим, не понимает, что делать дальше, и в чём смысл его христианства. И он начинает сам себе искать пищу и занятие. То же самое есть и во многих семьях. Мы наконец-то кого-то родили, и оно само вырастет и как-нибудь воспитается. Но мы знаем, что сами по себе растут только сорняки, и поэтому очень ответственно стали подходить к появлению на свет нового члена нашей семьи. Мы даже не допускали мысли о том, что этот ребёнок будет предоставлен сам себе, и когда он станет взрослым, тогда мы ему объясним, что мы от него ожидаем. Мы решили сами формировать его характер, его вкусы и взгляды на жизнь. Мы учитывали все свои ошибки и ошибки наших родителей, стараясь дать всё лучшее и как можно меньше допустить зла в наш семейный мир.</w:t>
      </w:r>
    </w:p>
    <w:p>
      <w:r>
        <w:t>С первых дней рождения нового человека мы поняли, что очень нуждаемся в особом терпении и смирении, потому что этот маленький «центр Вселенной» ещё не был знаком с нашим семейным порядком и навязывал нам свои новые правила, которые лишали нас сна и выжимали из нас все соки. И этот «соковыжиматель» ничуть не переживал за нововведения в нашем доме. И единственное, на что мы уповали, что Господь поможет нам всё уладить, приложит Свою руку и даст нам особой мудрости, в которой мы так нуждались. И Господь делал чудеса, которые мы порою даже не сразу осознавали. Например, когда резались зубы или болел животик и ребёнок вёл себя очень беспокойно, и мы не знали, что с ним происходит и как помочь, а только молились, внезапно наступал мир, и дитя сладко засыпало, и все недуги уходили. Хоть это не было правилом во всех случаях, но очень часто мы видели, как происходило что-то необычное, что решало все вопросы в один миг, и мы оказывались в тихой гавани, обретая покой.</w:t>
      </w:r>
    </w:p>
    <w:p>
      <w:r>
        <w:t>Хоть эти уроки пишутся в строгой последовательности, чтобы охватить все периоды и особенности роста, но, озираясь на пройденный путь, можно смело сказать, что до сего места помог нам Господь и продолжает вести нас дальше.</w:t>
      </w:r>
    </w:p>
    <w:p>
      <w:r>
        <w:t>С рождением ребёнка в нашей жизни появились и новые обязательства, и новая ответственность, и новый взгляд на жизнь. Мы стали другими и уже никогда не потеряем того опыта, который стал нашим изнутри. И то, как Бог нежно заботился о нас, показывая на примере наших отношений к дочери Свою любовь, ещё больше открыло нам красоту Божьего характера и глубину Его любви.</w:t>
      </w:r>
    </w:p>
    <w:p>
      <w:r>
        <w:t>А наш ребёнок как будто чувствовал, что о нём заботятся и желают ему добра, и в какой-то момент своей осознанной жизни он стал с нами тесно сотрудничать и помогать нам в своём воспитании, иногда проверяя установленные границы и постоянство нашей любви.</w:t>
      </w:r>
    </w:p>
    <w:p>
      <w:r>
        <w:t>Точно так же и в любой церкви каждый новорождённый человек видит свой статус и то, как к нему относятся, как о нём заботятся и кто есть кто. Он приходит из мира и не желает жить, как прежде, но где-то в душе ещё остаются старые привычки, которые нужно заменить на новые правила. И если он не находит тех, кто ему будет наставником и детоводителем ко Христу, то враг души сможет это использовать во вред душе и научить своим понятиям, что будет оказывать пагубное влияние на других членов Божьей семьи.</w:t>
      </w:r>
    </w:p>
    <w:p>
      <w:r>
        <w:t>Любое благородное растение, будь оно посажено в церкви или в семье, не растёт само по себе, но нуждается в тщательном уходе, в любви и в мудрой заботе, а также в том, чтобы самим найти источник живой воды и стать независимым в этом Божьем питании.</w:t>
      </w:r>
    </w:p>
    <w:p>
      <w:pPr>
        <w:pStyle w:val="Heading2"/>
      </w:pPr>
      <w:r>
        <w:t>Домашнее задание 880</w:t>
      </w:r>
    </w:p>
    <w:p>
      <w:r>
        <w:t>1. Прочитайте, пожалуйста, 1Кор.3:1-2; 4:15; 13:11-13; 14:20; Еф.4:13-15; 1Пет.2:1-2; Прит.16:3; 19:18-19; 20:18; Ам.3:3; Гал.5:14-15 в свете этого урока.</w:t>
      </w:r>
    </w:p>
    <w:p>
      <w:r>
        <w:t>2. Какие ещё стихи из Библии пришли вам на память?</w:t>
      </w:r>
    </w:p>
    <w:p>
      <w:r>
        <w:t>3. Что вы поняли из этого урока?</w:t>
      </w:r>
    </w:p>
    <w:p>
      <w:r>
        <w:t>4. Видели ли вы Божью руку в воспитании ваших детей (если они есть)?</w:t>
      </w:r>
    </w:p>
    <w:p>
      <w:r>
        <w:t>5. Вам понятна параллель и схожесть между новорождёнными детьми и людьми в церкви?</w:t>
      </w:r>
    </w:p>
    <w:p>
      <w:r>
        <w:t>6. Растут и воспитываются ли дети сами по себе без помощи наставников?</w:t>
      </w:r>
    </w:p>
    <w:p>
      <w:r>
        <w:t>7. Где Господь принимает большее участие: в семье или в церкви, если Его призывают?</w:t>
      </w:r>
    </w:p>
    <w:p>
      <w:r>
        <w:t>8. Может ли человек выбрать себе духовных родителей, чтобы родиться свыше именно через них?</w:t>
      </w:r>
    </w:p>
    <w:p>
      <w:r>
        <w:t>9. Могут ли родители малыша стать и его духовными родителями, через которых он родится свыше для Вечной Жизни?</w:t>
      </w:r>
    </w:p>
    <w:p>
      <w:r>
        <w:t>10. Почему в разных церквях одной деноминации есть разный дух и подход к истине?</w:t>
      </w:r>
    </w:p>
    <w:p>
      <w:r>
        <w:t>11. Чувствуют ли дети заботу своих родителей? Если да, то влияет ли это на отношения в семье?</w:t>
      </w:r>
    </w:p>
    <w:p>
      <w:r>
        <w:t>12. Вас радует, что ваш ребёнок находится в вашей власти, и вы являетесь для него наивысшим авторитетом и представителем Бога?</w:t>
      </w:r>
    </w:p>
    <w:p>
      <w:r>
        <w:t>13. Что вырастет из того, кого никак не воспитывают?</w:t>
      </w:r>
    </w:p>
    <w:p>
      <w:r>
        <w:t>14. Меняют ли новые члены семьи ваши старые порядки и обычаи?</w:t>
      </w:r>
    </w:p>
    <w:p>
      <w:r>
        <w:t>15. Был ли этот урок вам полезен? Если да, то чем?</w:t>
      </w:r>
    </w:p>
    <w:p>
      <w:r>
        <w:br w:type="page"/>
      </w:r>
    </w:p>
    <w:p>
      <w:pPr>
        <w:pStyle w:val="Heading1"/>
      </w:pPr>
      <w:r>
        <w:t>Урок 881. Первые шаги</w:t>
      </w:r>
    </w:p>
    <w:p>
      <w:r>
        <w:t>Первый ребёнок уникален тем, что он делает тебя первооткрывателем мира ребёнка. Начиная с момента зачатия и далее от перехода от одной стадии роста к другой, он постоянно удивляет тебя и радует своими новыми достижениями и изменениями. А ты, наблюдая за ним, радуешься тому, что происходит в его теле, в развитии его сознания, в том, как он познаёт мир и быстро приспосабливается к любым условиям жизни. Но самое приятное в этом наблюдении — это осознание того, что ребёнок является частичкой тебя и твоей супруги, продуктом нашей любви, который Бог на наших глазах формирует от одной стадии роста к другой, пока этот человек не достигнет полноты возраста Христа.</w:t>
      </w:r>
    </w:p>
    <w:p>
      <w:r>
        <w:t>Бог заложил в человеческое тело законы времени, которые при нормальном развитии включают определённые процессы, и мы видим интересные перемены в жизни и мышлении наших детей.</w:t>
      </w:r>
    </w:p>
    <w:p>
      <w:r>
        <w:t>Вначале наша дочь лежала так, как мы её клали, но, когда она стала самостоятельно переворачиваться, мы поняли, что её стало опасно оставлять без присмотра, так как она может скатиться с кровати.</w:t>
      </w:r>
    </w:p>
    <w:p>
      <w:r>
        <w:t>Когда она научилась сидеть, ей уже неинтересно было лежать. Она старалась всё своё трудовое время проводить, сидя на попе. Затем она освоила технику передвижения и могла самостоятельно достигать желанных предметов и изучать их. Больше всего ей нравился мамин шкаф. Она доставала оттуда все вещи и могла без устали их рассматривать и перекладывать. И когда нам нужно было заняться своими делами, так чтобы нас не отвлекали, тогда мы сажали нашу дочку к шкафу и могли пару часов расслабиться, после чего приходилось всё аккуратно складывать обратно.</w:t>
      </w:r>
    </w:p>
    <w:p>
      <w:r>
        <w:t>Когда ребёнок научился самостоятельно стоять, держась за высокие предметы, тогда ей всё меньше хотелось сидеть, и мы иногда брали её за руки и пытались с ней ходить. Её штормило, как при большой качке на корабле, но она старалась изо всех сил и с каждым разом всё увереннее переставляла ноги и ничуть не переживала, что она ещё ничего не умеет. Мы с нетерпением ждали, когда она начнёт самостоятельно ходить, но не торопили это событие и радовались каждому новому открытию в её развитии. Первые слова, первые зубы, первые осознанные движения руками, первая улыбка — всё это приводило нас в такой восторг, что мы могли обсуждать эти события часами и с радостью рассказывать об этом всем нашим родственникам.</w:t>
      </w:r>
    </w:p>
    <w:p>
      <w:r>
        <w:t>А для наших родителей этот ребёнок стал особым благословением, так как они вновь погружались в мир своей молодости и снова переживали то, что однажды пережили с нами.</w:t>
      </w:r>
    </w:p>
    <w:p>
      <w:r>
        <w:t>Мы решили с самых первых дней обучать нашу дочь любви и постоянно говорили, и демонстрировали ей, как мы любим друг друга. А она занималась своими маленькими делами и, казалось, совсем не интересовалась нашими отношениями. Но мы сеяли это семя, веря в то, что всё записывается в её подсознании и что это ей очень пригодится.</w:t>
      </w:r>
    </w:p>
    <w:p>
      <w:r>
        <w:t>Господь не создал человека с пустым сердцем. Оно будет обязательно чем-то наполнено. И если это не будет добро и добрые семена, то враг души заполнит это место своими растениями, которые будут постоянно давать о себе знать и быстро расти, если на них не обращать внимания.</w:t>
      </w:r>
    </w:p>
    <w:p>
      <w:r>
        <w:t>Нам объяснили, что первые дни и годы жизни являются самыми важными в закладке фундамента характера ребёнка, и поэтому мы всегда просили у Бога мудрости, чтобы всё делать правильно.</w:t>
      </w:r>
    </w:p>
    <w:p>
      <w:r>
        <w:t>Но всё же у нас были некоторые разногласия и несогласия по тем или иным вопросам. Мне хотелось закалять нашу дочь путём контрастных ванн и холодного воздуха, а жена была против такого издевательства над беспомощным созданием и всегда бережно укутывала дочку, чем могла. А сама дочь не приветствовала мои попытки помыть её в холодной воде и выражала пронзительный протест против такого грубого отношения к ней. А вот тёплая водичка ей была по вкусу, и она могла часами купаться, плескаясь и радуясь этой чудесной жидкости.</w:t>
      </w:r>
    </w:p>
    <w:p>
      <w:r>
        <w:t>В один прекрасный день наш ребёнок привычно стоял у дивана, держась за подлокотник, и я решил позвать её к себе, чтобы она самостоятельно прошла этот нелёгкий путь. Она отпустила руки и направилась ко мне, шатаясь из стороны в сторону, но оставаясь на ногах. Я поощрял её своими комплиментами и словами поддержки, и она, сияя от счастья, двигалась в моём направлении. Жена также с радостью и восторгом вдохновляла нашего ходока на очередной шаг, и, когда наша дочь достигла конечной цели и упала в мои объятия, наш дом огласил победный клич нашего восторга, а наше юное создание хохотало больше всех, возможно, понимая, что произошло что-то особенное. Мы уселись посреди комнаты и стали просить дочку идти к маме, а потом к папе, и она вновь и вновь делала эти первые самостоятельные шаги под наши возгласы радости и ободрения. А если она падала, то наши руки были наготове, чтобы её поддержать и сохранить от ушибов.</w:t>
      </w:r>
    </w:p>
    <w:p>
      <w:r>
        <w:t>У разных детей первые шаги происходят в разное время, и когда-то это время настаёт, поэтому не стоит переживать, если ребёнок ещё не может сам ходить. Это когда-то случится и очень вас порадует. И это будет самый незабываемый день!</w:t>
      </w:r>
    </w:p>
    <w:p>
      <w:r>
        <w:t>Это событие знаменательно и тем, что именно в этот момент человек становится самостоятельной личностью и делает свои первые независимые шаги в большую жизнь. И мы как родители должны научить маленького человека многим самостоятельным вещам, чтобы когда-то навсегда отпустить его в этот большой и опасный мир и наблюдать, как будет двигаться его корабль, и насколько крепким он откажется в бурях многих испытаний.</w:t>
      </w:r>
    </w:p>
    <w:p>
      <w:r>
        <w:t>Любой корабль строится в тихой гавани, где нет никаких штормов и катаклизмов, чтобы потом выйти в открытое море и достойно встретить все те испытания, на которые он был рассчитан. Он не строится для того, чтобы навсегда остаться в верфи и радовать собою и своей прочностью своих конструкторов, но для того, чтобы служить своим создателям и выполнять те задачи, которые будут на него возложены.</w:t>
      </w:r>
    </w:p>
    <w:p>
      <w:r>
        <w:t>Господь также готовит и нас, Свой народ, к предстоящим испытаниям, вкладывая в нас всю Свою мудрость, радуясь нашим первым самостоятельным шагам и вдохновляя нас на последующие передвижения в Своём деле.</w:t>
      </w:r>
    </w:p>
    <w:p>
      <w:r>
        <w:t>Наш ребёнок стал быстро расти и уверенно достигать все намеченные цели. Радость от первых шагов сменилась заботой о том, чтобы она ещё ничего не разбила или не стянула на себя. Приходилось держать все передвижения дочери под постоянным наблюдением и объяснять, что можно, а что нельзя трогать, куда ей можно заходить, а куда не стоит. Хоть запретный плод всегда сладок, но мы всегда просили мудрости, чтобы давать правильные наставления и не сформировать в сознании ребёнка комплексы или ненужные барьеры.</w:t>
      </w:r>
    </w:p>
    <w:p>
      <w:r>
        <w:t>Избирая ту или иную линию воспитания, мы руководствовались Библейскими наставлениями, указаниями Духа Пророчества и советами мудрых людей, которые уже прошли этот путь и могли предсказать все пагубные или добрые последствия той или иной модели воспитания. Хоть нас и пугали, что если мы будем воспитывать дочь в строгих правилах, то она подобно тепличному растению не сможет выжить в суровом мире, но мы в этих случаях больше полагались на Бога и Его рекомендации, чем на мнение подобных экспертов. И как впоследствии показала жизнь, Божьи методы самые лучшие.</w:t>
      </w:r>
    </w:p>
    <w:p>
      <w:pPr>
        <w:pStyle w:val="Heading2"/>
      </w:pPr>
      <w:r>
        <w:t>Домашнее задание 881</w:t>
      </w:r>
    </w:p>
    <w:p>
      <w:r>
        <w:t>1. Прочитайте, пожалуйста, Быт.21:8; Руфь 4:16; Евр.5:12; 1Цар.1:22-24; Пс.130:1-3; Ис.11:6-9; 48:15; Иер.31:20; Мат.18:1-7 в свете этого урока.</w:t>
      </w:r>
    </w:p>
    <w:p>
      <w:r>
        <w:t>2. Какие ещё стихи из Библии пришли вам на память?</w:t>
      </w:r>
    </w:p>
    <w:p>
      <w:r>
        <w:t>3. Что вы поняли из этого урока?</w:t>
      </w:r>
    </w:p>
    <w:p>
      <w:r>
        <w:t>4. Были ли у вас первые шаги?</w:t>
      </w:r>
    </w:p>
    <w:p>
      <w:r>
        <w:t>5. Почему так радостно видеть, как ребёнок начинает что-то сам предпринимать впервые?</w:t>
      </w:r>
    </w:p>
    <w:p>
      <w:r>
        <w:t>6. Стоит ли отчаиваться, если вы переживаете падение при первых шагах?</w:t>
      </w:r>
    </w:p>
    <w:p>
      <w:r>
        <w:t>7. А нужно ли вообще что-то начинать в первый раз?</w:t>
      </w:r>
    </w:p>
    <w:p>
      <w:r>
        <w:t>8. Если кто-то уже прошёл свой путь и научился ходить, то будет ли этот опыт для меня благословением?</w:t>
      </w:r>
    </w:p>
    <w:p>
      <w:r>
        <w:t>9. Нужна ли и важна ли поддержка окружающих, когда вы делаете первые шаги?</w:t>
      </w:r>
    </w:p>
    <w:p>
      <w:r>
        <w:t>10. Несёт ли в себе независимость ребёнка определённую опасность?</w:t>
      </w:r>
    </w:p>
    <w:p>
      <w:r>
        <w:t>11. С какого шага начинается дорога в тысячу километров?</w:t>
      </w:r>
    </w:p>
    <w:p>
      <w:r>
        <w:t>12. Почему все последующие шаги не вызывают столько радости, как первые шаги?</w:t>
      </w:r>
    </w:p>
    <w:p>
      <w:r>
        <w:t>13. Почему любые корабли должны строиться в тихой гавани, а не во время шторма?</w:t>
      </w:r>
    </w:p>
    <w:p>
      <w:r>
        <w:t>14. Чему научится тот, кого всё время носят на руках?</w:t>
      </w:r>
    </w:p>
    <w:p>
      <w:r>
        <w:t>15. Был ли этот урок вам полезен?</w:t>
      </w:r>
    </w:p>
    <w:p>
      <w:r>
        <w:br w:type="page"/>
      </w:r>
    </w:p>
    <w:p>
      <w:pPr>
        <w:pStyle w:val="Heading1"/>
      </w:pPr>
      <w:r>
        <w:t>Урок 882. Маленькие детки — маленькие бедки</w:t>
      </w:r>
    </w:p>
    <w:p>
      <w:r>
        <w:t>В нашем огороде растёт всё. Только вот есть такие «культуры» под названием сорняки, которые растут сами, даже если мы их не сажали, но они откуда-то появляются, и их так много. Когда сорняк маленький, тогда, чтобы его вырвать, не нужно много усилий. Ты слегка его потянул, и он весь вышел из земли. Или подрезал его тяпкой, и он больше не растёт. Но чем больше ты не обращаешь на него внимания, тем прочнее он укрепляется в земле, и тем сложнее от него избавиться.</w:t>
      </w:r>
    </w:p>
    <w:p>
      <w:r>
        <w:t>Мы увидели сходство подобных явлений и в жизни нашей дочери. Мы её не учили злу и эгоизму, но иногда эти свойства спонтанно проявляли себя, и мы не понимали, откуда это взялось и что с этим делать. Было забавно смотреть, как маленькое существо, которое ещё не могло говорить, требовало к себе внимания и могло на тебя накричать без всякой причины. Но, хоть ребёнок и был ещё маленький и пока многого не понимал, мы порою были очень озабочены подобным поведением. Своеволие уже давало о себе знать, а плотская натура проявляла себя там, где мы не ждали.</w:t>
      </w:r>
    </w:p>
    <w:p>
      <w:r>
        <w:t>Мы решили искоренять подобное зло добром и всегда с нежностью реагировали на такие действия, стараясь отвлечь внимание дочери какими-то интересными вещами, или делали то, что считали правильным, невзирая на её капризы. Но были такие моменты, когда эгоистичное поведение нашего ребёнка настораживало нас, и тогда мы возносили особые молитвы к Богу, прося Его мудрости, силы и вмешательства в нашу сложную ситуацию. И Господь вмешивался.</w:t>
      </w:r>
    </w:p>
    <w:p>
      <w:r>
        <w:t>Хоть наша маленькая дочь порою нас умиляла, и мы с улыбкой воспринимали её требования, но само проявления своевольного духа из ниоткуда давало нам понять, что враг души не умер, но уже пытается посеять свои семена и со временем собрать из них обильный урожай. Мы решили бороться до конца и посвятить нашу дочь Богу.</w:t>
      </w:r>
    </w:p>
    <w:p>
      <w:r>
        <w:t>Когда наш ребёнок уже научился самостоятельно сидеть, тогда мы обратились в нашу общину с просьбой об особом для неё благословении и молитве. Нам сказали, в какое время произойдёт это мероприятие, и мы пригласили всех своих родственников на это богослужение, сказав им, что мы будем посвящать нашу дочь Богу и хотим, чтобы они стали свидетелями этого события. Они почему-то решили, что мы будем крестить ребёнка, поэтому пришлось им объяснять, что это она должна будет сделать сама, когда станет намного старше и будет самостоятельным человеком.</w:t>
      </w:r>
    </w:p>
    <w:p>
      <w:r>
        <w:t>В назначенное время мы собрались в помещении для богослужения, и пастор нашей общины пригласил нашу семью выйди к алтарю. Он рассказал всем присутствующим историю о том, как матери приносили детей к Иисусу, и Господь благословлял их. После этого мы преклонили колени, держа нашу дочь на руках, и священнослужитель простёр над головой дочери свои руки и произнёс слова молитвы благословения.</w:t>
      </w:r>
    </w:p>
    <w:p>
      <w:r>
        <w:t>Мы видели раньше, как благословляли других детей, а сейчас сами получали эти благословения вместе с нашей дочерью. А она сидела на моих руках и внимательно наблюдала за окружающими, не понимая, что происходит. А мы публично посвящали нашего ребёнка Богу и просили Его особого участия в воспитании и формировании характера по Небесному образцу. Вот что происходило! Наши же собратья были свидетелями и участниками этой церемонии, принимая нас и нашу дочь в команду победителей, чтобы потом дополнить своим участием нашу радость в формировании достойной личности из этого маленького человечка.</w:t>
      </w:r>
    </w:p>
    <w:p>
      <w:r>
        <w:t>Хоть мы во время этой церемонии посвящения и не пережили никакого видимого чуда, но мы верили, что на Небе произошло нечто крайне важное, и отныне наш маленький член семьи находится под особой Божьей опекой. Хоть ей и предстоит вскоре самой избирать кому служить, но, находясь под Божьим влиянием, это будет легче сделать.</w:t>
      </w:r>
    </w:p>
    <w:p>
      <w:r>
        <w:t>Когда мы с женой что-то планировали, мы особенно не спрашивали дочь о том, как она видит наши планы. Мы просто брали её, и у неё не было другого выбора. Но когда пришло время, и мы стали её подкармливать, тогда она со временем стала разбираться во вкусе и некоторые вещи не желала есть, даже если мы её просили попробовать. Если нам удавалось положить ей в рот то, что ей не нравилось, она тут же выплёвывала это обратно и не хотела больше это вкушать. Но мы решили не переживать из-за еды, и, если дочь отказывалась от того, что ей не нравилось, мы ей ничем это не заменяли, чтобы не выработать в ней понимание того, что таким образом можно получить что-то более вкусное.</w:t>
      </w:r>
    </w:p>
    <w:p>
      <w:r>
        <w:t>Самостоятельное перемещение на своих ножках внесло в наш дом дополнительные меры предосторожности. Дочка активно изучала новый мир и хватала всё, что было ей доступно, открывала всё, что можно было открыть, тянула всё, что плохо лежало, а все мелкие предметы брала и в рот. Нам приходилось придумывать всевозможные изобретения, чтобы ограничить доступ ребёнка к содержимому шкафов и ящиков. Но при этом мы её не ругали, а старались убирать из зоны доступности то, что могло разбиться или причинить вред или опасность для жизни. На все розетки мы купили специальные заглушки, а кухонную плиту приходилось отключать, когда мы ею не пользовались.</w:t>
      </w:r>
    </w:p>
    <w:p>
      <w:r>
        <w:t>В какой-то момент нашего роста мы дали дочери в руку ложку и показали ей, как она может сама есть кашу. Этот переход очень важен для ребёнка, так как он включает в сознании определённые процессы, которые переводят умственное развитие на новый уровень. В результате все и всё в радиусе двух метров было в каше, а в рот попало не так уж и много. Но мы были готовы к этому уроку и после принятия пищи всё убрали, а нашего едока переодели в чистую одежду. Дочке понравился сам процесс и в следующий раз она уже хотела есть сама, отказываясь что-то принимать из наших рук. Это иногда создавало определённые неудобства, особенно когда мы куда-то спешили. Но из этой ситуации мы находили выход, давая дочери в обе её руки ложки и при этом кормя из другой. Со временем каждый приём пищи становился чище, а мы уже привычно клали дочке в тарелку то, что ели сами.</w:t>
      </w:r>
    </w:p>
    <w:p>
      <w:r>
        <w:t>Наша общая молитва к Богу была настолько привычна, что когда мы вставали на молитву, дочь тут же складывала свои ручки вместе и ждала, когда она сможет сказать: «Аминь». Вначале это были звуки, отдалённо похожие на это слово, но выражающие её согласие. Впоследствии, когда она уже начала говорить, своими вопросами о молитве она обескураживала многих людей тем, что спрашивала, почему они не молятся, или о чём они сегодня молились. Одним словом, молитвенная жизнь для нашего ребёнка была настолько естественным распорядком дня, что она ждала и радовалась, когда мы проведём этот ритуал, а потом возьмёмся за руки и пожелаем друг другу обильных благословений на весь день. Своей непосредственностью она приучила всю нашу неверующую родню молиться за приём пищи и не давала им шансов избежать этой процедуры, непринуждённо складывая ручки для тихой молитвы благодарности за хлеб насущный.</w:t>
      </w:r>
    </w:p>
    <w:p>
      <w:r>
        <w:t>Нас всегда удивляла способность дочери постоянно находить себе занятие, видеть радость в любом деле и добиваться того, что ей было нужно, а мамин энтузиазм помогал ребёнку выбирать правильное направление и быстро переключаться со своих целей на мамины.</w:t>
      </w:r>
    </w:p>
    <w:p>
      <w:pPr>
        <w:pStyle w:val="Heading2"/>
      </w:pPr>
      <w:r>
        <w:t>Домашнее задание 882</w:t>
      </w:r>
    </w:p>
    <w:p>
      <w:r>
        <w:t>1. Прочитайте, пожалуйста, Кол.3:21; Рим.12:21; Еф.4:29-32; 5:8-11; 6:4; 1Фес.5:21-22; Прит.25:5; Гал.6:1; Флп.4:4-9; 1Тим.6:11 в свете этого урока.</w:t>
      </w:r>
    </w:p>
    <w:p>
      <w:r>
        <w:t>2. Какие ещё стихи из Библии пришли вам на память?</w:t>
      </w:r>
    </w:p>
    <w:p>
      <w:r>
        <w:t>3. Что вы поняли из этого урока?</w:t>
      </w:r>
    </w:p>
    <w:p>
      <w:r>
        <w:t>4. Верна ли поговорка: «Маленькие детки — маленькие бедки»?</w:t>
      </w:r>
    </w:p>
    <w:p>
      <w:r>
        <w:t>5. Стоит ли бороться со злом в характере ребёнка в ранние годы?</w:t>
      </w:r>
    </w:p>
    <w:p>
      <w:r>
        <w:t>6. Как вы понимаете «побеждать зло добром»? Рим.12:21.</w:t>
      </w:r>
    </w:p>
    <w:p>
      <w:r>
        <w:t>7. Стоит ли что-то запрещать маленькому ребёнку? Ведь он же ещё ничего не понимает и такой маленький.</w:t>
      </w:r>
    </w:p>
    <w:p>
      <w:r>
        <w:t>8. А приносят ли маленькие детки маленькие радости? Или эти радости очень большие?</w:t>
      </w:r>
    </w:p>
    <w:p>
      <w:r>
        <w:t>9. Что делать, если вы не знаете, что делать с капризным ребёнком, а он знает, что делать с вами?</w:t>
      </w:r>
    </w:p>
    <w:p>
      <w:r>
        <w:t>10. Обратили ли вы внимание на то, что дети очень хорошо понимают, с кем они имеют дело, и что вы из себя представляете?</w:t>
      </w:r>
    </w:p>
    <w:p>
      <w:r>
        <w:t>11. В каком возрасте нужно устанавливать границы детям? И нужны ли эти границы вообще?</w:t>
      </w:r>
    </w:p>
    <w:p>
      <w:r>
        <w:t>12. Вам интересно, что место, где ребёнок родился и растёт, является для него самым лучшим для проживания, даже если это одна комната в коммуналке на 10 человек?</w:t>
      </w:r>
    </w:p>
    <w:p>
      <w:r>
        <w:t>13. Знаете ли вы маленьких детей, которые бы вам постоянно жаловались на плохие жилищные условия?</w:t>
      </w:r>
    </w:p>
    <w:p>
      <w:r>
        <w:t>14. Стоит ли искать нянечку для ребёнка, если сам с ним не справляешься?</w:t>
      </w:r>
    </w:p>
    <w:p>
      <w:r>
        <w:t>15. Был ли этот урок вам полезен?</w:t>
      </w:r>
    </w:p>
    <w:p>
      <w:r>
        <w:br w:type="page"/>
      </w:r>
    </w:p>
    <w:p>
      <w:pPr>
        <w:pStyle w:val="Heading1"/>
      </w:pPr>
      <w:r>
        <w:t>Урок 883. Запрещать или направлять?</w:t>
      </w:r>
    </w:p>
    <w:p>
      <w:r>
        <w:t>Однажды я услышал рассказ о том, что в японской культуре не говорят прямым текстом слово «нет». Меня это удивило. Я попытался представить свою жизнь без этого слова и не смог. Прямой отказ от каких-то вещей и отношений настолько пропитал моё сознание, что я могу произносить это слово, не задумываясь. Однажды к нам в церковь стала ходить одна девушка из Японии, и через какое-то время она приняла решение присоединиться к нашему братству и вместе с нами разделять нашу веру и учение. В беседе с ней я решил уточнить, на самом ли деле в Японии не принято давать отрицательный ответ. Она подтвердила, что это так, и что люди находят множество других выражений, чтобы дать тебе понять своё отрицание чего-либо. Я заметил, что эта сестра также никогда не говорит слово «нет», но находит много других выражений с подобным смыслом. Казалось бы, какая разница, но иногда прямой отказ или несогласие могут очень сильно повредить отношениям и ранить сердце.</w:t>
      </w:r>
    </w:p>
    <w:p>
      <w:r>
        <w:t>Видя, как наша дочь быстро растёт, всё больше начинает понимать и очень часто проявляет своеволие, мы задумались о том, как нам научиться управлять её желаниями, не создавая при этом в ней комплексы и страхи. Мы понимали, что этот маленький человечек познаёт мир вкусов, звуков, обоняния и осязания. Ей всё интересно потрогать, попробовать и сломать. Ей хочется везде залезть и во всём поучаствовать. И она делает это не из вредности, а потому что в неё вложена эта программа познания мира. Она может изо дня в день по несколько раз слушать одну и ту же историю, а потом просить нас вновь её рассказать. У неё в одном пальчике больше энергии, чем во всём моём теле, и она способна всё время своего бодрствования быть в движении. И эту энергию мы решили не умалять, а направлять в нужное русло.</w:t>
      </w:r>
    </w:p>
    <w:p>
      <w:r>
        <w:t>Понимая потребность ребёнка в познании всего и в желании участия во всём, мы выбирали для дочери те занятия, которые считали нужными и развивающими. В нашем доме нет телевидения, и мы не собирались его иметь. В наши планы не входило позволить сатане учить нашу дочь жизни в этом мире, поэтому мы просили всех наших родственников, к которым приезжали в гости, не включать телевизор в присутствии ребёнка. Также мы решили не давать в руки дочери телефон и самим пользоваться им так, чтобы не учить ребёнка тому, что там что-то важнее, чем она.</w:t>
      </w:r>
    </w:p>
    <w:p>
      <w:r>
        <w:t>Предлагая нашему маленькому члену семьи какое-то очередное занятие или развлечение, мы старались при этом объяснять его пользу, правила игры и нашу радость, если к ней присоединится и наша дочь. Она с удовольствием поддерживала нашу инициативу и очень быстро меняла все свои планы в ответ на наши заверения.</w:t>
      </w:r>
    </w:p>
    <w:p>
      <w:r>
        <w:t>Мы видели, что иногда наш ребёнок проявлял какую-то злобу или раздражение в отношении некоторых проблем, и понимали, что она ещё не может отличать добро от зла, и поэтому старались ей объяснить, как нужно правильно реагировать в той или иной ситуации, и почему злиться или ругаться на что-то не стоит.</w:t>
      </w:r>
    </w:p>
    <w:p>
      <w:r>
        <w:t>Когда она выбирала себе занятие, которое нам не нравилось или могло создать угрозу безопасности, мы не запрещали ей это делать, но старались переключить её интерес на другие вещи и предложить ей альтернативу в иной сфере деятельности.</w:t>
      </w:r>
    </w:p>
    <w:p>
      <w:r>
        <w:t>Когда я приходил с работы домой, и жена рассказывала мне о всех своих проблемах и конфликтах с дочерью, мне не хотелось быть жандармом с дубинкой и заниматься решением проблем через наказание, тем более что дочь всегда с радостью меня встречала и бежала на руки, чтобы обнять меня руками и ногами. Когда у жены были дни борьбы, тогда она с облегчением вздыхала, давая понять, что нуждается в коротком отдыхе и перезагрузке, а когда она была победителем, она с радостью делилась своими успехами на детском фронте и тем, где у неё получилось установить знамя любви и отвоевать новую территорию.</w:t>
      </w:r>
    </w:p>
    <w:p>
      <w:r>
        <w:t>Наша дочь прекрасно понимала, что мы её любим и желаем ей счастья и благополучия во всём, поэтому она охотно с нами сотрудничала в своём воспитании, и, когда мы предъявляли ей претензии по каким-то вопросам, она, видя их справедливость и нашу любовь, принимала обличения и старалась вести себя иначе.</w:t>
      </w:r>
    </w:p>
    <w:p>
      <w:r>
        <w:t>Зная, как многие кухонные приборы могут быть опасны для здоровья дочери, мы их всегда убирали из поля её досягаемости и объясняли ей, что будет больно или горячо, если она будет это трогать или этим пользоваться. А ей было непонятно, что это значит. Но однажды я включил конфорку на плите и решил погреть воду. Моя дочь суетилась рядом, и, когда я убрал горячий чайник в сторону, она решила проверить поверхность рабочей плиты на содержание интересных предметов и положила свою ладошку прямо на горячую плиту, желая найти свободный предмет. Это произошло так быстро, что я не успел отреагировать и защитить дочь от ожога. Реакция тела на очень горячий предмет была пронзительно громкой. Я тут же схватил руку дочери, но было уже поздно. Жена в страхе забежала на кухню и сразу всё поняла. А дочь громко плакала, причитая: «Авва», и никак не могла утешиться. Мы не знали, что делать в случае ожога и стали поливать руку холодной водой. Но дочь громко плакала и не собиралась успокаиваться даже на руках матери. Напротив нашего дома жил врач, и мы решили обратиться к нему за помощью. Он оказался дома, быстро понял суть проблемы и дал нам мазь от ожогов, которая вызывала анестезию. Дочери полегчало, и она стала успокаиваться. После этого случая наш маленький «познаватель» мира обходил плиту за метр, и, когда мы на что-то говорили «горячо», она тут же теряла интерес к этой вещи, понимая, что её ожидает в случае непослушания. Боль быстро учит хорошим манерам, но в наши планы не входило причинять боль ребёнку ради успеха в воспитании. Однако Господь допускал ситуации, когда боль доказывала нашу правоту. Но это было скорее исключением, чем правилом.</w:t>
      </w:r>
    </w:p>
    <w:p>
      <w:r>
        <w:t>Мы решили всегда побеждать зло добром. И когда мы видели, что наш ребёнок делает что-то не то, мы тут же придумывали более полезное занятие и переводили весь интерес и энтузиазм дочки в правильное направление, убеждая и объясняя ей, что есть более увлекательные занятия, которые ей очень понравятся.</w:t>
      </w:r>
    </w:p>
    <w:p>
      <w:r>
        <w:t>Бывали и такие моменты, когда дочка ни в какую не хотела делать то, что мы ей предлагали, и начинала громко плакать, когда мы не давали ей возможности осуществить свои планы. Тогда приходилось брать её на руки и рассказывать о том, как прекрасен окружающий мир, какие интересные машины находятся вокруг нас, чем отличается зелёный цвет от белого и придумывать много другого, чтобы отвлечь её внимание от ненужного и заинтересовать полезным, и при этом молиться про себя о Божьей помощи. Хоть порою было очень сложно решить подобные вопросы быстрым способом, но настойчивость и любовь делали своё дело, и ребёнок сдавался и успокаивался.</w:t>
      </w:r>
    </w:p>
    <w:p>
      <w:r>
        <w:t>Мы понимали, что, если мы не будем насаживать и взращивать в сердце дочери добрые нравы и полезные привычки, враг души быстро засеет это место своими семенами, чего нам очень не хотелось, и поэтому мы старались сделать всё возможное со своей стороны, чтобы нейтрализовать действие зла.</w:t>
      </w:r>
    </w:p>
    <w:p>
      <w:pPr>
        <w:pStyle w:val="Heading2"/>
      </w:pPr>
      <w:r>
        <w:t>Домашнее задание 883</w:t>
      </w:r>
    </w:p>
    <w:p>
      <w:r>
        <w:t>1. Прочитайте, пожалуйста, Рим.12:10,21; Пс.33:12-17; 77:3-8; Гал.4:1-3; Кол.3:20-21; Прит.8:32-36; 31:28; Еф.4:29; Иак.1:19; Ис.8:18; Лук.1:80 в свете этого урока.</w:t>
      </w:r>
    </w:p>
    <w:p>
      <w:r>
        <w:t>2. Какие ещё стихи из Библии пришли вам на память?</w:t>
      </w:r>
    </w:p>
    <w:p>
      <w:r>
        <w:t>3. Что вы поняли из этого урока?</w:t>
      </w:r>
    </w:p>
    <w:p>
      <w:r>
        <w:t>4. Почему запреты и ограничения не являются лучшим методом воспитания?</w:t>
      </w:r>
    </w:p>
    <w:p>
      <w:r>
        <w:t>5. Что сложнее, просто запретить что-то ребёнку или предложить ему что-то другое и заинтересовать его этим?</w:t>
      </w:r>
    </w:p>
    <w:p>
      <w:r>
        <w:t>6. Как нас учит Господь послушанию? Через запреты или через различные виды служения?</w:t>
      </w:r>
    </w:p>
    <w:p>
      <w:r>
        <w:t>7. Стоит ли насиловать волю ребёнка, если он чего-то не хочет?</w:t>
      </w:r>
    </w:p>
    <w:p>
      <w:r>
        <w:t>8. Нужно ли учиться тому, чтобы побеждать зло добром?</w:t>
      </w:r>
    </w:p>
    <w:p>
      <w:r>
        <w:t>9. Как вы думаете, отличается ли реальность в убеждении ребёнка от того, что мы здесь изучаем?</w:t>
      </w:r>
    </w:p>
    <w:p>
      <w:r>
        <w:t>10. Почему авторитарно что-то запретить, не давая альтернативу, всегда легче, чем занять разум ребёнка чем-то полезным?</w:t>
      </w:r>
    </w:p>
    <w:p>
      <w:r>
        <w:t>11. Что делать, если я вижу занятие ребёнка опасным для души, а что предложить в качестве альтернативы, не знаю?</w:t>
      </w:r>
    </w:p>
    <w:p>
      <w:r>
        <w:t>12. Должен ли я нести ответственность за правильную занятость чужих детей, которые пришли ко мне в гости со своими проблемами?</w:t>
      </w:r>
    </w:p>
    <w:p>
      <w:r>
        <w:t>13. Нравится ли детям те, кто с ними занимается интересными и полезными делами?</w:t>
      </w:r>
    </w:p>
    <w:p>
      <w:r>
        <w:t>14. Стоит ли детям объяснять, что хорошо, а что плохо, направляя их стопы на пути правды?</w:t>
      </w:r>
    </w:p>
    <w:p>
      <w:r>
        <w:t>15. Был ли этот урок вам интересен?</w:t>
      </w:r>
    </w:p>
    <w:p>
      <w:r>
        <w:br w:type="page"/>
      </w:r>
    </w:p>
    <w:p>
      <w:pPr>
        <w:pStyle w:val="Heading1"/>
      </w:pPr>
      <w:r>
        <w:t>Урок 884. Советы друга</w:t>
      </w:r>
    </w:p>
    <w:p>
      <w:r>
        <w:t>Однажды к нам в гости напросился наш друг, который заранее предупредил нас о том, что хочет рассказать нам что-то важное и полезное о воспитании детей. Мы поняли, что нам с женой предстоит услышать что-то интересное, а, может, и неприятное, и поэтому стали молиться об этой встрече, прося Бога открыть нам истину и говорить через этого человека.</w:t>
      </w:r>
    </w:p>
    <w:p>
      <w:r>
        <w:t>Придя к нам домой, он сразу предложил нам помолиться и в молитве просил, чтобы Святой Дух руководил ходом нашей беседы и говорил через него лишь то, что будет для нас важным и актуальным. Мы дали в своём ответе на молитву согласие и, взяв свои блокноты, стали внимательно слушать.</w:t>
      </w:r>
    </w:p>
    <w:p>
      <w:r>
        <w:t>Наш посетитель начал с того, что напомнил нам о том, что наш мир — это очень опасная территория, на которой орудует банда духов злобы поднебесной, которые планируют украсть, убить и погубить нашего ребёнка, и нам не стоит расслабляться и умиляться, замечая то, как маленькое существо грешит и проявляет плотскую натуру, списывая всё на её маленький возраст. Мы уже понимали это и очень внимательно следили за поведением дочери, обсуждая между собой все её выходки, но лишнее напоминание об окружавшей нас опасности в очередной раз взбодрило, и мы с женой стали очень внимательными, давая друг другу понять, что пришло время для особых молитв.</w:t>
      </w:r>
    </w:p>
    <w:p>
      <w:r>
        <w:t>Мы начали записывать все последующие советы, рекомендации и решили впоследствии молиться о каждом пункте в отдельности, а здесь пожелали поделиться и с вами некоторыми советами, которые услышали от нашего друга.</w:t>
      </w:r>
    </w:p>
    <w:p>
      <w:r>
        <w:t>1. Сделайте всё возможное, чтобы ваш ребёнок вместе с вами попал в Вечность. Вечность стоит того, чтобы за неё бороться, и чтобы в ней оказаться.</w:t>
      </w:r>
    </w:p>
    <w:p>
      <w:r>
        <w:t>2. Всегда помните, что вы не одни в вашей борьбе за счастье своей семьи, что всё Небесное воинство во главе с Божеством всегда готово вас защищать, воспитывать и водить вас по жизни, сотрудничая с вами во всех вопросах воспитания, когда вы призываете это воинство в молитве и вверяете себя заботе Небесных Сил.</w:t>
      </w:r>
    </w:p>
    <w:p>
      <w:r>
        <w:t>3. Сделайте всё возможное, чтобы привести вашу дочь не в церковь, а к Иисусу, и научить её иметь свои личные отношения со Спасителем, полюбив Его всею душою, сердцем и разумением. А Иисус пусть Сам с вашей помощью в нужное время даст ей понять, где Его церковь, и что нужно для того, чтобы стать её членом.</w:t>
      </w:r>
    </w:p>
    <w:p>
      <w:r>
        <w:t>4. Враг души не умер и ходит, как рыкающий лев, ища кого поглотить, и ему нужно противостоять твёрдой верою, храня верность Божьим принципам.</w:t>
      </w:r>
    </w:p>
    <w:p>
      <w:r>
        <w:t>5. В государстве, где мы живём, наши дети не принадлежат родителям, а являются собственностью государства, и оно может в любой момент забрать нашего ребёнка, а нас обвинить в нарушении детских прав, которые никто не знает.</w:t>
      </w:r>
    </w:p>
    <w:p>
      <w:r>
        <w:t>6. В наказании вашей дочери вам стоит проявлять особую мудрость и любовь, чтобы ребёнок понимал, за что его наказывают, и видел логичность этого последствия.</w:t>
      </w:r>
    </w:p>
    <w:p>
      <w:r>
        <w:t>7. Никогда не наказывайте своих детей в присутствии посторонних людей или других детей. Пусть этот процесс всегда будет сокрыт от любопытных глаз и будет вашей семейной тайной, которую даже дети не должны никому рассказывать.</w:t>
      </w:r>
    </w:p>
    <w:p>
      <w:r>
        <w:t>8. Физическое наказание является крайней и нежелательной мерой пресечения преступления и должно совершаться по согласию ребёнка, который понял, за что его наказывают. Оно не должно причинять ребёнку травму или моральное унижение от того, что вы сильнее.</w:t>
      </w:r>
    </w:p>
    <w:p>
      <w:r>
        <w:t>9. Не входите в открытый конфликт с представителями власти или системы образования за право вашего воспитания на ваше усмотрение, если видите неадекватность с их стороны. Но учите ребёнка с мудростью противостоять всякому злу и иметь личные установки в отношении добра.</w:t>
      </w:r>
    </w:p>
    <w:p>
      <w:r>
        <w:t>10. Вы являетесь личным примером поведения, всякой реформы и послушания для своих детей. Они будут на уровне подсознания копировать вас и жить так, как живёте вы.</w:t>
      </w:r>
    </w:p>
    <w:p>
      <w:r>
        <w:t>11. Запрещая что-то детям, всегда объясняйте им причину запрета, в основе которого должна быть ваша любовь к ним. Также предлагайте и лучший выбор, прилагая к этому и свой энтузиазм.</w:t>
      </w:r>
    </w:p>
    <w:p>
      <w:r>
        <w:t>12. Будьте последовательными в своих правилах и порядках и сами их не нарушайте. Дети очень внимательны и не дадут вам шансов на оправдание, если вы сами не соблюдаете то, что им запрещаете.</w:t>
      </w:r>
    </w:p>
    <w:p>
      <w:r>
        <w:t>13. В городе ребёнка в 10 раз сложнее и опаснее воспитывать, чем в сельской местности. Поэтому сделайте всё возможное, чтобы покинуть большие города.</w:t>
      </w:r>
    </w:p>
    <w:p>
      <w:r>
        <w:t>14. Как можно дольше, насколько это возможно, держите ребёнка при себе, не отдавая его в учебные или воспитательные учреждения. Дом должен стать его основной школой и центром влияния.</w:t>
      </w:r>
    </w:p>
    <w:p>
      <w:r>
        <w:t>15. Сделайте всё возможное, чтобы ваши дети не учились в мирских школах, где они станут лёгкой добычей врага и познают глубину сатанинских обольщений.</w:t>
      </w:r>
    </w:p>
    <w:p>
      <w:r>
        <w:t>16. Ради личного комфорта или отдыха не приучайте детей играть в компьютерные и телефонные игры или смотреть мирские телепередачи. За минуты сегодняшнего покоя вам в будущем придётся расплачиваться годами беспокойства.</w:t>
      </w:r>
    </w:p>
    <w:p>
      <w:r>
        <w:t>17. Научитесь сейчас рассказывать детям о Боге, о Его любви и законе, и тогда вам в будущем не придётся рассказывать Богу о ваших детях.</w:t>
      </w:r>
    </w:p>
    <w:p>
      <w:r>
        <w:t>18. Когда вы видите, что ваших человеческих сил и терпения не хватает, чтобы сдерживать себя, тогда просите помощи у Бога, и Он даст вам мудрости, как поступать.</w:t>
      </w:r>
    </w:p>
    <w:p>
      <w:r>
        <w:t>19. Помните, что церковь — это больница, в которой могут быть разные люди, и стоит понимать, в чьи руки вы вверяете своё чадо, и какое влияние оказывается на вашего ребёнка при проведении детских уроков или программ.</w:t>
      </w:r>
    </w:p>
    <w:p>
      <w:r>
        <w:t>20. Выбирая друзей вашим детям, имейте тесное общение и с их родителями, обмениваясь с ними опытами своего воспитания и понимая, какое влияние они оказывают на своих и ваших детей.</w:t>
      </w:r>
    </w:p>
    <w:p>
      <w:r>
        <w:t>21. Ваш ребёнок — это ваше самое основное миссионерское поле, которое вы не можете безнаказанно оставить и заняться чем-то более полезным, на ваш взгляд.</w:t>
      </w:r>
    </w:p>
    <w:p>
      <w:r>
        <w:t>22. Слушайте советы тех людей, у которых прекрасные дети, а также учитесь на ошибках тех, чьи дети ушли в мир и не желают ничего слышать о Боге.</w:t>
      </w:r>
    </w:p>
    <w:p>
      <w:r>
        <w:t>23. Любите друг друга так, чтобы ваши дети это знали и видели. Говорите о вашей любви друг к другу в присутствии детей.</w:t>
      </w:r>
    </w:p>
    <w:p>
      <w:r>
        <w:t>24. Никогда не кричите на ребёнка и не бейте его в присутствии других людей. Они могут пожаловаться в соответствующие органы, что вы жестоко обращаетесь с детьми, и у вас их заберут навсегда.</w:t>
      </w:r>
    </w:p>
    <w:p>
      <w:r>
        <w:t>25. Никогда не ругайте детей за их честность и искренность, даже если они будут признаваться вам в очень плохих вещах. Тогда они не будут вас обманывать и станут рассказывать всё, что с ними происходит.</w:t>
      </w:r>
    </w:p>
    <w:p>
      <w:r>
        <w:t>26. Покажите своим детям, что Бог является Самым главным в вашей жизни. Тогда они будут иметь возможность сделать Его главою и своей жизни.</w:t>
      </w:r>
    </w:p>
    <w:p>
      <w:r>
        <w:t>27. Никогда не выясняйте свои отношения в присутствии детей, чтобы они никогда не были свидетелями ваших плохих слов и возмущения.</w:t>
      </w:r>
    </w:p>
    <w:p>
      <w:r>
        <w:t>28. Хоть принципы воспитания одинаковы для всех, но каждый ребёнок уникален по своему восприятию и нуждается в таком же уникальном подходе к нему с учётом его особенностей.</w:t>
      </w:r>
    </w:p>
    <w:p>
      <w:r>
        <w:t>29. В самых сложных и безвыходных ситуациях поможет только молитва до ответа. Не прекращайте молиться за своих непослушных детей.</w:t>
      </w:r>
    </w:p>
    <w:p>
      <w:r>
        <w:t>30. Не бойтесь быть строгими, но при этом не переставайте любить своих детей.</w:t>
      </w:r>
    </w:p>
    <w:p>
      <w:r>
        <w:t>31. Дети хорошо чувствуют вашу безусловную любовь и ждут е её от вас.</w:t>
      </w:r>
    </w:p>
    <w:p>
      <w:pPr>
        <w:pStyle w:val="Heading2"/>
      </w:pPr>
      <w:r>
        <w:t>Домашнее задание 884</w:t>
      </w:r>
    </w:p>
    <w:p>
      <w:r>
        <w:t>1. Прочитайте, пожалуйста, Втор.6:4-9; Прит.22:6; 27:9; Пс.72:24; Евр.13:5; Мат.6:33; 1Пет.5:7-10; Еф.5:25; 6:4,11-13; Втор.12:28 в свете этого урока.</w:t>
      </w:r>
    </w:p>
    <w:p>
      <w:r>
        <w:t>2. Какие ещё стихи из Библии пришли вам на память?</w:t>
      </w:r>
    </w:p>
    <w:p>
      <w:r>
        <w:t>3. Что вы поняли из этого урока?</w:t>
      </w:r>
    </w:p>
    <w:p>
      <w:r>
        <w:t>4. Какие ещё советы, не описанные в этом уроке, пришли вам на сердце, которыми бы вы хотели поделиться?</w:t>
      </w:r>
    </w:p>
    <w:p>
      <w:r>
        <w:t>5. Стоит ли прислушиваться к чужим советам по воспитанию детей или лучше иметь свой опыт?</w:t>
      </w:r>
    </w:p>
    <w:p>
      <w:r>
        <w:t>6. Почему учиться на чужих ошибках интереснее, чем на своих?</w:t>
      </w:r>
    </w:p>
    <w:p>
      <w:r>
        <w:t>7. Могут ли мудрые советы что-то изменить в вашем подходе к воспитанию детей?</w:t>
      </w:r>
    </w:p>
    <w:p>
      <w:r>
        <w:t>8. Что делать, если мне советуют делать то, что я уже знаю?</w:t>
      </w:r>
    </w:p>
    <w:p>
      <w:r>
        <w:t>9. Почему люди любят давать советы?</w:t>
      </w:r>
    </w:p>
    <w:p>
      <w:r>
        <w:t>10. Как отличить полезный и мудрый совет от других?</w:t>
      </w:r>
    </w:p>
    <w:p>
      <w:r>
        <w:t>11. Какой из перечисленных советов звучит для вас впервые?</w:t>
      </w:r>
    </w:p>
    <w:p>
      <w:r>
        <w:t>12. Какие советы по воспитанию детей даёт Библия?</w:t>
      </w:r>
    </w:p>
    <w:p>
      <w:r>
        <w:t>13. Что делать, если я не терплю чужих советов, а как воспитывать ребёнка, не знаю?</w:t>
      </w:r>
    </w:p>
    <w:p>
      <w:r>
        <w:t>14. Имеет ли каждое поколение свою специфику в воспитании детей?</w:t>
      </w:r>
    </w:p>
    <w:p>
      <w:r>
        <w:t>15. Был ли этот урок вам полезен?</w:t>
      </w:r>
    </w:p>
    <w:p>
      <w:r>
        <w:br w:type="page"/>
      </w:r>
    </w:p>
    <w:p>
      <w:pPr>
        <w:pStyle w:val="Heading1"/>
      </w:pPr>
      <w:r>
        <w:t>Урок 885. Формирование личности</w:t>
      </w:r>
    </w:p>
    <w:p>
      <w:r>
        <w:t>Принято считать, что возраст детей, которые растут и воспитываются в любви и страхе Божьем, делится на несколько стадий, которые плавно переходят одна в другую. До пяти лет родители служат ребёнку, с пяти до десяти лет ребёнок служит родителям, с десяти до тринадцати родители дружат со своими детьми, а с тринадцати и далее родители любят своих подростков и сотрудничают с ними.</w:t>
      </w:r>
    </w:p>
    <w:p>
      <w:r>
        <w:t>До пяти-семи лет идёт основное формирование разума, и в этот период ребёнок может вести себя непредсказуемо. Пока он совсем маленький, все свои желания он выражает через крик, плач, кряхтение, и даже говорят: «Чем бы дитя ни тешилось, лишь бы не плакало».</w:t>
      </w:r>
    </w:p>
    <w:p>
      <w:r>
        <w:t>Когда малыш осознаёт, что он осязает, и начинает трогать разные предметы, тогда в его мозгу происходит синхронизация правого и левого полушария, которые отвечают за левые и правые конечности в отдельности.</w:t>
      </w:r>
    </w:p>
    <w:p>
      <w:r>
        <w:t>Когда родители показывают разные предметы и называют их своими именами, объясняют все свои действия вслух, тогда зрительное и слуховое восприятие создаёт образ того, о чём идёт речь. Идёт запоминание всего.</w:t>
      </w:r>
    </w:p>
    <w:p>
      <w:r>
        <w:t>Обычный семейный лексикон содержит определённый набор слов, которые используются в разных ситуациях, и юному разуму легко воспринимать знакомые слова и составлять логические цепочки в тех или иных выражениях. Мы учим нашего малыша речи, начиная с его рождения, и в его разуме происходят очень сложные процессы анализа и визуализации, которые формируют логику, аналитическое мышление и разум. И когда ребёнок начинает говорить, нас удивляет его словарный запас и умение правильно и грамотно выражать свои мысли и желания. Но всё это вкладывали в него мы своими ежедневными разговорами с ним и в его присутствии.</w:t>
      </w:r>
    </w:p>
    <w:p>
      <w:r>
        <w:t>Также принято считать, что основное становление разума начинает формироваться с того момента, когда ребёнок пробует разговаривать и обмениваться словесной информацией с окружающими. Тем и отличается человек от животных, что он имеет логическую и разумную речь и может контролировать и планировать своё волеизъявление.</w:t>
      </w:r>
    </w:p>
    <w:p>
      <w:r>
        <w:t>Способность ребёнка ходить делает его мобильным и независимым, и в задачу родителей входит обязанность направлять маленькие стопы в нужном направлении. Дети не могут сами отличать добро от зла и поэтому могут очень быстро выходить из себя и устраивать «концерты», что не всегда приятно переживать родителям. Детские капризы, спонтанные крики и слёзы, смех и возгласы радости говорят нам о том, что разум малышей ещё формируется, и они нуждаются в терпении своих родителей и понимании того, что не всё так плохо, и это пройдёт, когда процесс развития разума перейдёт в стадию ответственности.</w:t>
      </w:r>
    </w:p>
    <w:p>
      <w:r>
        <w:t>Родительское наставление и принципы воспитания учат ребёнка правилам жизни и устанавливают определённые границы в его мировоззрении. Слово Божье определяет добро и зло и утверждает добрые нравы на прочном основании. Поэтому те дети, которым с детства читают Библию и разъясняют принципы Божьего закона и различных правил поведения, более склонны к осознанному послушанию и доверию Богу.</w:t>
      </w:r>
    </w:p>
    <w:p>
      <w:r>
        <w:t>Младенец Иисус прошёл весь жизненный путь и все стадии роста и формирования личности и разума, и Он знает, что переживают дети в той или иной ситуации, и как им помочь в том или ином вопросе. Поэтому, когда родители сотрудничают со Христом в воспитании детей, Господь прикладывает и Своё духовное убеждение, что помогает детям принимать мудрые советы и наставления гораздо быстрее и правильнее, чем это происходит без Него.</w:t>
      </w:r>
    </w:p>
    <w:p>
      <w:r>
        <w:t>До определённого возраста детей родители являются для них представителями Бога и имеют абсолютный авторитет у своих домочадцев. И если у маленького ребёнка спросить об его уверенности в той или иной истине, то он вам смело скажет, что так говорят его отец или мать, а раз они так говорят, то оно так и есть.</w:t>
      </w:r>
    </w:p>
    <w:p>
      <w:r>
        <w:t>Неверие зарождается там, где между родителями нет согласия, а их поведение непоследовательно, когда они сегодня учат одному, а завтра противоположному, когда они сами не живут так, как требуют от других.</w:t>
      </w:r>
    </w:p>
    <w:p>
      <w:r>
        <w:t>Дети подмечают все мелочи и несоответствия в воспитании и начинают путаться в этом и составлять свои пути и свои границы, которые будут отличаться от путей их родителей. По ребёнку, по его поведению и мышлению можно понять, кем являются его родители, и кем он станет, когда вырастет. «Можно узнать даже отрока по занятиям его, чисто ли и правильно ли будет поведение его» Прит. 20:11.</w:t>
      </w:r>
    </w:p>
    <w:p>
      <w:r>
        <w:t>Любовь между отцом и матерью обязательно отразится и на их детях. Мы просто не сможем, любя с женою друг друга, как-то иначе относиться и к нашей маленькой дочери. Строгость в воспитании не говорит об отсутствии любви, а наоборот придаёт любви правильную форму отношений и определённых границ, в рамках которых дети чувствуют свою безопасность и могут делать всё, что им захочется. Любовь формирует в характере отца и матери терпение, а при необходимости и долготерпение.</w:t>
      </w:r>
    </w:p>
    <w:p>
      <w:r>
        <w:t>Когда я имею отношения со Христом и, следуя Его совету, покупаю у Него золото, очищенное огнём из Откр. 3:18, тогда это благословение веры и любви даётся мне для того, чтобы я мог делиться им со всеми членами своей семьи. И этот источник никогда не иссякнет, и мои соки останутся при мне, когда маленькие «соковыжиматели» займутся своим привычным делом по изматыванию нервов. Любовь свыше поможет мне с мудростью реагировать на все нападки извне и действовать по установлению и утверждению Божьих стандартов в моей семье.</w:t>
      </w:r>
    </w:p>
    <w:p>
      <w:r>
        <w:t>Наши дети были созданы Любовью для любви, и, когда они получают то, для чего были рождены, они видят правильный смысл своей жизни и не переживают за всякие мелочи, сохраняя уверенность в различных перипетиях. Безусловная любовь отца и матери является прочным основанием для их детей во время различных испытаний, а вера в Бога помогает им принимать правильные решения согласно полученному свету.</w:t>
      </w:r>
    </w:p>
    <w:p>
      <w:r>
        <w:t>Основной фундамент в формировании личности ребёнка закладывается до семи лет, и поэтому очень важно, чтобы родители как можно больше и дольше держали маленьких деток при себе, не позволяя миру учить их другим ценностям и строить их жизнь по другим принципам. Не стоит бояться, что вдали от мира ваши дети станут непригодными для жизни среди людей и будут легко уязвимыми для нападок сатаны. Имея прочное основание веры и любви, они смогут достойно встретить и перенести любое испытание, и Бог дарует им такую мудрость, что они будут постигать любые науки и знания быстрее своих сверстников и видеть всё в правильном свете.</w:t>
      </w:r>
    </w:p>
    <w:p>
      <w:r>
        <w:t>Родителям свойственно уставать, ошибаться и терять терпение. Но знание того, кем являются для Бога их дети, чего Бог ожидает от родителей и как сотрудничает с ними, помогут не сдаваться и не опускать руки, но день за днём лепить из мягкой глины то, что будет потом радовать их в течение всей последующей жизни. И любовь свыше приложит свою руку и украсит ваши отношения так, как это не сможет сделать ничто другое. Что мы слепим, то и получим, а огонь испытаний утвердит и укрепит все наши и Божьи принципы в жизни наших детей, и им будет несложно делиться тем, из чего они состоят и кем являются. Всё в наших руках и в нашей власти до определённого возраста и времени.</w:t>
      </w:r>
    </w:p>
    <w:p>
      <w:pPr>
        <w:pStyle w:val="Heading2"/>
      </w:pPr>
      <w:r>
        <w:t>Домашнее задание 885</w:t>
      </w:r>
    </w:p>
    <w:p>
      <w:r>
        <w:t>1. Прочитайте, пожалуйста, Мат.18:3; Еф. 6:1; 1Пет.1:14; Прит. 20:7,11; Быт.33:12-14; Иер.22:20; Пс.126:3-5; 138:13-18; Ис. 8:18; 1Кор.7:14 в свете этого урока.</w:t>
      </w:r>
    </w:p>
    <w:p>
      <w:r>
        <w:t>2. Какие ещё стихи из Библии пришли вам на память?</w:t>
      </w:r>
    </w:p>
    <w:p>
      <w:r>
        <w:t>3. Что вы поняли из этого урока?</w:t>
      </w:r>
    </w:p>
    <w:p>
      <w:r>
        <w:t>4. Вы когда-нибудь задумывались о том, что все дети во всех странах развиваются одинаково и последовательно?</w:t>
      </w:r>
    </w:p>
    <w:p>
      <w:r>
        <w:t>5. Нужно ли просить у Бога любви для своих детей, которых ты и так любишь?</w:t>
      </w:r>
    </w:p>
    <w:p>
      <w:r>
        <w:t>6. Откуда у детей есть такая способность выжимать из родителей все соки и при этом оставаться непосредственными и активными?</w:t>
      </w:r>
    </w:p>
    <w:p>
      <w:r>
        <w:t>7. Почему родители имеют самый большой авторитет в глазах ребёнка?</w:t>
      </w:r>
    </w:p>
    <w:p>
      <w:r>
        <w:t>8. Что происходит в разуме ребёнка, если его родители учат одному, а живут иначе?</w:t>
      </w:r>
    </w:p>
    <w:p>
      <w:r>
        <w:t>9. Каким образом появляется и в чём выражается родительская любовь к детям?</w:t>
      </w:r>
    </w:p>
    <w:p>
      <w:r>
        <w:t>10. Как вы думаете, легко ли в семье любить капризных детей, если есть любовь между их родителями?</w:t>
      </w:r>
    </w:p>
    <w:p>
      <w:r>
        <w:t>11. Будет ли правильно как можно дольше не отдавать ребёнка в какие-то светские учебные и воспитательные заведения?</w:t>
      </w:r>
    </w:p>
    <w:p>
      <w:r>
        <w:t>12. Почему Господь сравнивает нас с глиной? Ис.64:8.</w:t>
      </w:r>
    </w:p>
    <w:p>
      <w:r>
        <w:t>13. Являются ли наши дети глиной в наших руках?</w:t>
      </w:r>
    </w:p>
    <w:p>
      <w:r>
        <w:t>14. Почему наши дети бывают так похожи на нас?</w:t>
      </w:r>
    </w:p>
    <w:p>
      <w:r>
        <w:t>15. Был ли этот урок вам полезен?</w:t>
      </w:r>
    </w:p>
    <w:p>
      <w:r>
        <w:br w:type="page"/>
      </w:r>
    </w:p>
    <w:p>
      <w:pPr>
        <w:pStyle w:val="Heading1"/>
      </w:pPr>
      <w:r>
        <w:t>Урок 886. Мама</w:t>
      </w:r>
    </w:p>
    <w:p>
      <w:r>
        <w:t>У каждого из нас есть или была мама, которая выносила нас под сердцем и подарила нам жизнь. Когда я слышу это слово, я сразу вспоминаю своих родителей, но моя жена тоже стала мамой, получила этот пожизненный статус и теперь наглядно открывает мне то, с чем сталкивались мои родители, сколько любви и заботы они проявляли ко мне, и как много они отдали своим детям, руководствуясь любовью.</w:t>
      </w:r>
    </w:p>
    <w:p>
      <w:r>
        <w:t>В нашем мире не принято благодарить родителей, хотя все они ждут, когда их дети хоть что-то оценят и как-то проявят свою благодарность. Но наша благодарность проявляется уже в наших детях, которых Господь подарил нам, и которые не собираются нас благодарить за то добро, которое мы им делаем.</w:t>
      </w:r>
    </w:p>
    <w:p>
      <w:r>
        <w:t>Почему Господь избрал именно женщину стать матерью Его детей, которые будут появляться на свет как плод любви их родителей? Сложно сказать, но это был Божий план и задумка при творении. В этом союзе Творец хотел наглядно открыть всей Вселенной нечто большее, чем отношения между людьми. Ему удалось приоткрыть завесу Божественных отношений. Когда Господь творит кого-то по Своему образу и подобию, при этом Он закладывает в это создание такую непостижимую глубину для изучения, что пытливый ум может делать постоянные открытия на протяжении всей Вечности.</w:t>
      </w:r>
    </w:p>
    <w:p>
      <w:r>
        <w:t>К сожалению, грех и падшее состояние мира низвели роль матери до конвейерного производства и спрятали её в дальний пыльный угол, не придавая особого значения рождению. А ведь в этом процессе задействованы все Божественные Силы, идёт подготовка к появлению на свет новой души, за которую была пролита драгоценная кровь нашего Спасителя. По плану Бога каждый человек рождается, чтобы жить вечно и никогда не умирать, и мать становится первым учителем, наставником, кормильцем этого маленького создания.</w:t>
      </w:r>
    </w:p>
    <w:p>
      <w:r>
        <w:t>Посещая лагерные собрания, я люблю наблюдать за мамами, особенно за теми, у которых есть малыши. Им так хочется заняться любимым делом, от всего отдохнуть, поучаствовать в общественной жизни, послушать полезные семинары, но они невидимыми нитями привязаны к своим детям, и всё их внимание и весь их слух, да и они сами там, где их сыны и дочери. И даже если ребёнок находится под присмотром других людей и в хороших руках, мама сердцем всегда в том месте, готовая прийти, утешить, наставить и отдать всю себя, если того потребуют обстоятельства. И так ведут себя все мамы без исключения.</w:t>
      </w:r>
    </w:p>
    <w:p>
      <w:r>
        <w:t>Работа матери совершается 24 часа в сутки, 7 дней в неделю, без выходных и отпусков. И чем можно оценить такой напряжённый график? Но самое интересное состоит в том, что многие девушки и женщины мечтают об этой работе на законных основаниях. Уже с детства им интересно играть с куклами, нянчить их и проявлять материнское внимание к своим игрушкам. Это уже заложено в женщину, и этого не отнять.</w:t>
      </w:r>
    </w:p>
    <w:p>
      <w:r>
        <w:t>Верующая мать — это особое благословение для детей и для мужа. Она тесно сотрудничает с Тем, Кто подарил ей такое наследство и даёт ей терпение и мудрость, чтобы вырастить достойных людей не только для этого мира, но и для Вечного Царства. Чем можно оценить труд верующей женщины, которая посвящает всю себя служению детям, чтобы научить их любить друг друга и бояться Бога?</w:t>
      </w:r>
    </w:p>
    <w:p>
      <w:r>
        <w:t>Мама — это не только та женщина, которая родила своего ребёнка, но ею может стать и та, которая решила усыновить или взять под опеку, на своё иждивение, тех, о ком некому больше заботиться. И бывает так, что ответственность за чужую душу гораздо больше, чем за своих родных детей.</w:t>
      </w:r>
    </w:p>
    <w:p>
      <w:r>
        <w:t>Мама — это тот человек, который всегда рядом и всегда придёт на помощь в трудную минуту, оставив все свои важные дела, потому что она не может по-другому жить и мыслить. Хоть в какой-то момент ей приходится отпускать своих детей, чтобы они стали самостоятельными, но они не перестают быть детьми, и её сердце всегда с ними.</w:t>
      </w:r>
    </w:p>
    <w:p>
      <w:r>
        <w:t>Кем является мама в Божьих глазах? Она непосредственный представитель Бога для своих детей. Именно через неё происходит излитие Божьей любви и заботы в жизнь этих маленьких созданий. Через прикосновения, нежность и ласковую речь она дарит своим детям смысл жизни, заверяя их в том, что любовь есть и её много у Бога. Именно она становится первым учителем в Школе Божьей Любви. Именно она наглядно показывает своим домочадцам, как их любит Господь. Но Библия учит нас, что Божья любовь выше материнской, поэтому нам есть куда расти. Читаем Ис. 49:15-16: «Забудет ли женщина грудное дитя своё, чтобы не пожалеть сына чрева своего? Но если бы и она забыла, то Я не забуду тебя. Вот, Я начертал тебя на дланях Моих; стены твои всегда предо Мною». Но как бы ни был велик Господь в Своей любви к Своим детям, это ни в коем случае не делает любовь матери чем-то малозначимым. Именно Бог сделал мать тем, кем она является, и вложил в неё дар материнства, который остаётся с ней навсегда.</w:t>
      </w:r>
    </w:p>
    <w:p>
      <w:r>
        <w:t>Хоть грех и повредил разум некоторых женщин, которые отказываются от своих детей или живут для себя, позволяя своим малышам как-нибудь расти, но это исключение не может быть критерием для всех матерей.</w:t>
      </w:r>
    </w:p>
    <w:p>
      <w:r>
        <w:t>Бог дал нам Свою заповедь, чтобы мы почитали отца и мать и через это повеление учились расставлять правильные жизненные приоритеты, всегда вспоминая, благодаря кому мы появились в этот мир. А под старость это почитание должно перерасти в заботу о людях, которые всю жизнь заботились о тебе.</w:t>
      </w:r>
    </w:p>
    <w:p>
      <w:r>
        <w:t>Мама — это мудрый друг, который всегда с радостью поделится всем, что у неё есть, и отдаст больше, чем нужно. Меня всегда удивляет способность матери чувствовать настроение своих детей и догадываться обо всём, что происходит в их сердцах. Они могут даже чувствовать и видеть грехи своих детей, когда об этом не знает никто другой.</w:t>
      </w:r>
    </w:p>
    <w:p>
      <w:r>
        <w:t>Но самое интересное состоит в том, что своим влиянием и своею мудростью мать делает из своего ребёнка такого человека, которым ему предстоит прожить всю последующую жизнь. Своими наставлениями, своей заботой и любовью она формирует его образ мысли, его характер и определяет его духовные ценности.</w:t>
      </w:r>
    </w:p>
    <w:p>
      <w:r>
        <w:t>Многие люди, попав в Вечность, поймут, что они оказались тут не случайно, а благодаря упорному труду, постоянным молитвам и неизменной заботе своих матерей.</w:t>
      </w:r>
    </w:p>
    <w:p>
      <w:r>
        <w:t>Когда в церкви идёт призыв к общественным молитвам, тогда первое, о чём молятся все женщины, — это их дети, если таковые есть, а потом уже озвучиваются и все остальные молитвенные нужды. Мать просто не может иначе мыслить, дети — это её приоритет.</w:t>
      </w:r>
    </w:p>
    <w:p>
      <w:r>
        <w:t>Если попросить любого человека нарисовать нежность, то все нарисуют маму с младенцем на руках. А ведь Господь тоже обещал нас носить на Своих руках и до старости заботиться о нас (Ис.46:3-4), но при этом Он не умаляет роль матери в жизни и влиянии на её детей, но даёт ей силы, терпение и мудрость на всякое время.</w:t>
      </w:r>
    </w:p>
    <w:p>
      <w:r>
        <w:t>Стоит обратить внимание и на то, что если ваша жена является матерью, то необходимо поддерживать её авторитет матери в глазах её детей и любить её от всей души, давая этим отношением своим детям пример того, как нужно относиться к маме. И детям просто ничего не останется, как подражать вам в этой любви и делать то же самое, постоянно радуя сердце своей дорогой мамочки.</w:t>
      </w:r>
    </w:p>
    <w:p>
      <w:r>
        <w:t>Мама — это подарок от Бога, который мы не выбираем.</w:t>
      </w:r>
    </w:p>
    <w:p>
      <w:pPr>
        <w:pStyle w:val="Heading2"/>
      </w:pPr>
      <w:r>
        <w:t>Домашнее задание 886</w:t>
      </w:r>
    </w:p>
    <w:p>
      <w:r>
        <w:t>1. Прочитайте, пожалуйста, 3Цар.2:19; Еф.6:1-2; Исх.20:12; 21:15,17; Быт.3:20; Прит.15:20; 20:20; 28:24; Мат.15:4-6; Лук.1:42-45, в свете этого урока.</w:t>
      </w:r>
    </w:p>
    <w:p>
      <w:r>
        <w:t>2. Какие ещё стихи из Библии пришли вам на память?</w:t>
      </w:r>
    </w:p>
    <w:p>
      <w:r>
        <w:t>3. Что вы поняли из этого урока?</w:t>
      </w:r>
    </w:p>
    <w:p>
      <w:r>
        <w:t>4. Кто такая мама?</w:t>
      </w:r>
    </w:p>
    <w:p>
      <w:r>
        <w:t>5. Что значит почитать отца и мать?</w:t>
      </w:r>
    </w:p>
    <w:p>
      <w:r>
        <w:t>6. Кто является самым близким человеком для молодожёнов?</w:t>
      </w:r>
    </w:p>
    <w:p>
      <w:r>
        <w:t>7. На какой срок мама становится мамой, и когда её миссия мамы заканчивается?</w:t>
      </w:r>
    </w:p>
    <w:p>
      <w:r>
        <w:t>8. Сколько мам может быть в жизни человека?</w:t>
      </w:r>
    </w:p>
    <w:p>
      <w:r>
        <w:t>9. Чем мама отличается от папы?</w:t>
      </w:r>
    </w:p>
    <w:p>
      <w:r>
        <w:t>10. В чём заключается миссия матери перед Богом?</w:t>
      </w:r>
    </w:p>
    <w:p>
      <w:r>
        <w:t>11. Почему не все матери являются таковыми и калечат жизни своих детей?</w:t>
      </w:r>
    </w:p>
    <w:p>
      <w:r>
        <w:t>12. Кто является нашей Небесной матерью?</w:t>
      </w:r>
    </w:p>
    <w:p>
      <w:r>
        <w:t>13. Почему нельзя обожествлять мать Иисуса и поклоняться ей?</w:t>
      </w:r>
    </w:p>
    <w:p>
      <w:r>
        <w:t>14. Быть мамой — это почётная обязанность в глазах Неба или что-то обычное, на что не стоит обращать внимания?</w:t>
      </w:r>
    </w:p>
    <w:p>
      <w:r>
        <w:t>15. Был ли этот урок вам полезен?</w:t>
      </w:r>
    </w:p>
    <w:p>
      <w:r>
        <w:br w:type="page"/>
      </w:r>
    </w:p>
    <w:p>
      <w:pPr>
        <w:pStyle w:val="Heading1"/>
      </w:pPr>
      <w:r>
        <w:t>Урок 887. Постоянство</w:t>
      </w:r>
    </w:p>
    <w:p>
      <w:r>
        <w:t>Написано: «Иисус Христос вчера и сегодня и во веки Тот же» Евр.13:8. Постоянство — это одна из самых надёжных черт Божьего характера. Благодаря этому принципу мы можем строить прочные отношения с нашим Творцом, рассчитывать на определённое поведение с Его стороны, что-то просить и верить в получение. Господь знает, что нам нужно, и постоянно занимается тем, что обеспечивает всё Своё творение самым необходимым, желая непрестанно давать что-то большее и лучшее.</w:t>
      </w:r>
    </w:p>
    <w:p>
      <w:r>
        <w:t>Неизменность Божьего закона защищает нас от неразберихи и непредсказуемости. Представьте себе, что было бы, если бы Божьи заповеди периодически менялись, исходя из настроения Творца? Наступил бы такой хаос, который даже сложно представить. Но именно постоянство этих принципов и их неизменность, несмотря на время, защищает нас от власти греха и помогает строить отношения с Богом. И в отношениях с нами Господь неизменен в Своей безусловной любви и желании служить. Он хочет, чтобы мы в это поверили, пришли к Нему в своей нужде и прилепились к Нему на постоянной основе. Хоть Ему печально смотреть на всю нашу суету и бега в беличьем колесе, но Он уважает то, что мы выбираем, и всегда предлагает нам нечто более ценное и лучшее — всего Себя и всё Небо.</w:t>
      </w:r>
    </w:p>
    <w:p>
      <w:r>
        <w:t>Зная о Божьем постоянстве, я имею в своём сознании определённое понимание того, что в этом мире есть нечто неизменное, на чём можно строить что-то прочное. И это прочное не пропадёт, когда я в очередной раз захочу его получить.</w:t>
      </w:r>
    </w:p>
    <w:p>
      <w:r>
        <w:t>Исходя из Божьего постоянства, мы открываем и имеем всевозможные научные законы и правила, которые не меняются никогда. Если, например, взять математику, химию или физику, то это настолько точные науки, что даже сложно представить какие-то другие правила и формулы. И они неизменны в своём постоянстве. И никакая ошибка не станет законом или правилом, потому что ей нет места в этих науках.</w:t>
      </w:r>
    </w:p>
    <w:p>
      <w:r>
        <w:t>Если же мы обратимся к истории и политике, то тут сплошная неразбериха. Победители пишут историю так, как им это выгодно, а политики говорят ложь, и ты не знаешь, чему верить.</w:t>
      </w:r>
    </w:p>
    <w:p>
      <w:r>
        <w:t>Люди, которые имеют в себе определённое постоянство и живут по определённым принципам, считаются надёжными, и на них можно в чём-то положиться. Хоть мы и знаем, что человеческая природа изменчива, но всё же мы очень ценим надёжных людей, особенно если это наши родственники или друзья. С ними можно что-то организовать и что-то спланировать, зная, что тебя не подведут.</w:t>
      </w:r>
    </w:p>
    <w:p>
      <w:r>
        <w:t>Человек с определёнными принципами считается благонадёжным партнёром, с которым можно иметь предсказуемые отношения, и это позволяет достижению поставленных целей и решению определённых задач.</w:t>
      </w:r>
    </w:p>
    <w:p>
      <w:r>
        <w:t>Заглядывая в своё сердце и оценивая свои жизненные принципы, я могу увидеть, кого я представляю из себя, и честно признаться себе, насколько я постоянен или благонадёжен в той или иной сфере своей жизнедеятельности. Мне будет несложно увидеть, в чём я постоянен, а где меня штормит, и я не имею прочного основания. Мне свойственно иметь определённые привычки, которые наполняют мою жизнь автоматизмом, когда я особенно не размышляю. Но есть такие вещи, которые я планирую. Я принимаю решение совершать определённые поступки, потому что так надо и так правильно. Это касается всех духовных ценностей и всего, что укрепляет моё здоровье и приносит счастье.</w:t>
      </w:r>
    </w:p>
    <w:p>
      <w:r>
        <w:t>Любовь — это самое прочное основание и самый твёрдый принцип, но я всегда стою перед выбором любить или нет, когда встречаю различные испытания. Даже когда любовь стала частью меня, и я ею живу и думаю, моя плотская природа, которая не умирает, так и норовит предложить другой путь и другое решение многих вопросов.</w:t>
      </w:r>
    </w:p>
    <w:p>
      <w:r>
        <w:t>Постоянный выбор Божьего пути и жизни с Богом — это борьба с влиянием зла и непрестанное сопротивление всевозможным соблазнам и искушениям. Пока я живу в этом мире с Богом, мне всегда необходимо плыть против течения этого мира и прилагать постоянные усилия, чтобы противостоять могучим потокам зла. Стоит только на мгновение прекратить эту борьбу и отпустить вёсла, и зло неизменно захватит и закружит мою лодку и понесёт меня к водопаду погибели, чтобы сбросить меня на скалы отчаяния и разочарования и лишить связи с Богом.</w:t>
      </w:r>
    </w:p>
    <w:p>
      <w:r>
        <w:t>Я не могу молиться много или долго, потому что не всегда понимаю, как правильно и где найти на это время. Но я могу это делать постоянно. Мне бы очень хотелось оставить всё и молиться с утра до вечера, но есть определённые дела и обязанности, от которых меня никто не освобождает. И даже если я возьму отпуск от всего и всё-таки достигну своей мечты, то, скорее всего, это будет одноразовый опыт непрестанной молитвы, а потом придётся вернуться к обычной жизни и делать многое из того, что могу делать только я. Но моё постоянство в молитве учит меня выделять определённые часы в своём расписании, чтобы пообщаться с Богом, а также приглашать Его во все свои планы, задачи и повседневные дела. Я приглашаю Бога присутствовать при любом моём общении с другими людьми.</w:t>
      </w:r>
    </w:p>
    <w:p>
      <w:r>
        <w:t>Подобный молитвенный дух вырабатывает во мне привычку быть на постоянной связи с Небом и посвящать все свои планы Богу.</w:t>
      </w:r>
    </w:p>
    <w:p>
      <w:r>
        <w:t>Если обрушить воды мирового океана на камень и быстро излить все эти потоки, то камню ничего не будет. Он будет твёрдо стоять, не меняя свою форму. Но если поставить этот камень так, чтобы на него постоянно капала вода, то со временем на этом месте образуется выемка, которая затем углубится. Даже есть поговорка о том, что вода камень точит. Имеется в виду постоянство водяного потока.</w:t>
      </w:r>
    </w:p>
    <w:p>
      <w:r>
        <w:t>Как мы называем тех, кто что-то обещает и не делает? Кто даёт надежду и потом передумывает? Кто говорит одно, а делает другое? Подобных людей мы отмечаем для себя как пустословов. Нам не хочется им доверять.</w:t>
      </w:r>
    </w:p>
    <w:p>
      <w:r>
        <w:t>В любой учёбе есть принцип получения знаний, который заключается в маленьких уроках на постоянной основе с увеличением нагрузки и сложности материала.</w:t>
      </w:r>
    </w:p>
    <w:p>
      <w:r>
        <w:t>Возьмём для примера любого успешного спортсмена. Он стал успешным не из-за того, что быстро одолел все нагрузки и с утра до ночи тренировал свои мышцы, а благодаря постоянству тренировок с постепенным увеличением нагрузки. Никакая наука не постигается за один раз. Моё одноразовое решение или поступок может что-то изменить в жизни, но не сделает меня другим. Однако постоянство в принятии одних и тех же решений и совершении дел сформирует во мне определённые навыки и привычки и научит меня многому.</w:t>
      </w:r>
    </w:p>
    <w:p>
      <w:r>
        <w:t>Учёба на постоянной основе делает меня специалистом в той сфере, которую я изучаю. А непрестанная практика полученных знаний делает меня профессионалом в этой области.</w:t>
      </w:r>
    </w:p>
    <w:p>
      <w:r>
        <w:t>Читаем в Кол 4:2: «Будьте постоянны в молитве, бодрствуя в ней с благодарением». В молитве я заявляю духовному миру о своём посвящении себя и своей жизни Богу. Я прошу Господа о многом. Знание Божьих обетований побуждает меня напоминать Ему об обещанном и давать то, что является по праву моим. Постоянство в подобных отношениях делает меня тем каналом и проводником Божьих благословений, который Господь будет активно использовать в Своих целях и планах. Иисус также желает видеть во мне что-то прочное и постоянное, хотя и человеческое, чтобы непрестанно использовать меня как Своё орудие. И моё постоянство во многих вопросах способствует неуклонному движению Божьего дела вперёд и к победе.</w:t>
      </w:r>
    </w:p>
    <w:p>
      <w:pPr>
        <w:pStyle w:val="Heading2"/>
      </w:pPr>
      <w:r>
        <w:t>Домашнее задание 887</w:t>
      </w:r>
    </w:p>
    <w:p>
      <w:r>
        <w:t>1. Прочитайте, пожалуйста, Пс.17:3; 1Цар.2:2; Кол.4:2; 1Пет.1:22; Рим.2:6-7; 12:12; 13:6; Еф.6:18; 1Тим.4:16; Деян.6:3-4; Мар.4:16-17; Лук.9:62 в свете этого урока.</w:t>
      </w:r>
    </w:p>
    <w:p>
      <w:r>
        <w:t>2. Какие ещё стихи из Библии пришли вам не память?</w:t>
      </w:r>
    </w:p>
    <w:p>
      <w:r>
        <w:t>3. Что вы поняли из этого урока?</w:t>
      </w:r>
    </w:p>
    <w:p>
      <w:r>
        <w:t>4. Что такое постоянство?</w:t>
      </w:r>
    </w:p>
    <w:p>
      <w:r>
        <w:t>5. Почему Господь выбрал для Себя стабильность и постоянство?</w:t>
      </w:r>
    </w:p>
    <w:p>
      <w:r>
        <w:t>6. Что в нашем мире непостоянно?</w:t>
      </w:r>
    </w:p>
    <w:p>
      <w:r>
        <w:t>7. Вам нравится иметь дела с надёжными людьми? Чем они отличаются от неблагонадёжных?</w:t>
      </w:r>
    </w:p>
    <w:p>
      <w:r>
        <w:t>8. Важно ли нам иметь постоянство в духовных вопросах?</w:t>
      </w:r>
    </w:p>
    <w:p>
      <w:r>
        <w:t>9. Чем чревато заигрывание с миром и увлечение различными ветрами учений?</w:t>
      </w:r>
    </w:p>
    <w:p>
      <w:r>
        <w:t>10. Приносит ли постоянство в чём-то благословение в жизнь?</w:t>
      </w:r>
    </w:p>
    <w:p>
      <w:r>
        <w:t>11. Что будет, если я решу постичь какую-то духовную науку экстерном, в короткий срок с максимальной нагрузкой?</w:t>
      </w:r>
    </w:p>
    <w:p>
      <w:r>
        <w:t>12. Как проявляется постоянство в любви? Возможно ли такое?</w:t>
      </w:r>
    </w:p>
    <w:p>
      <w:r>
        <w:t>13. Есть ли в нашей учёбе в Школе Любви Агапэ какое-то постоянство?</w:t>
      </w:r>
    </w:p>
    <w:p>
      <w:r>
        <w:t>14. Чем отличается мирское постоянство от духовного? В чём их сходство?</w:t>
      </w:r>
    </w:p>
    <w:p>
      <w:r>
        <w:t>15. Был ли этот урок вам полезен?</w:t>
      </w:r>
    </w:p>
    <w:p>
      <w:r>
        <w:br w:type="page"/>
      </w:r>
    </w:p>
    <w:p>
      <w:pPr>
        <w:pStyle w:val="Heading1"/>
      </w:pPr>
      <w:r>
        <w:t>Урок 888. Постоянство в семье</w:t>
      </w:r>
    </w:p>
    <w:p>
      <w:r>
        <w:t>Постоянство — это способность сохранять продолжительное время какие-то особенности или черты своего характера. Оно также включает в себя неизменность поведения, межличностных отношений, правовых и духовных норм и многое из того, с чем соприкасается человек.</w:t>
      </w:r>
    </w:p>
    <w:p>
      <w:r>
        <w:t>Ребёнок, который рождается в мир, каким-то удивительным образом уже знает, что ему нужно, что полезно, что ему положено по статусу и куда ему двигаться в своём развитии. Любящие родители, даже если они неопытные, очень быстро определяют законы развития личности, вложенные в человеческое естество, и подстраиваются под них. Но те отец и мать, которые обладают знаниями и могут управлять ситуацией, делая из своего ребёнка именно то, что они хотят видеть, имеют гораздо больше преимуществ и достигают определённого успеха в формировании личности своего ребёнка.</w:t>
      </w:r>
    </w:p>
    <w:p>
      <w:r>
        <w:t>Постоянство, стабильность, последовательность, верность принципам — всё это создаёт прочный фундамент для строительства счастливых семейных отношений в рамках своего домашнего хозяйства.</w:t>
      </w:r>
    </w:p>
    <w:p>
      <w:r>
        <w:t>Бог даровал нам неизменные свидетельства Своего постоянства, которые не портят нашу жизнь, но дают твёрдую уверенность в том, что так будет всегда. Солнце восходит и заходит в положенное время, времена года последовательно идут одно за другим, круговорот воды в природе питает землю и растительный мир, воздух, которым мы дышим, содержит определённую концентрацию газов, а неделя имеет семь дней. Эта и любая другая стабильность и постоянство не портят нам жизнь, но способствуют нашему спокойному развитию и уверенности в завтрашнем дне.</w:t>
      </w:r>
    </w:p>
    <w:p>
      <w:r>
        <w:t>Богом вложены законы развития тела и личности в сердце и естество ребёнка, которые могут приспосабливаться к определённым условиям жизни, но в то же время стремятся к гармонии отношений, которая может существовать в атмосфере взаимной любви, свободы и уважения. Для молодых родителей, которые не имеют представления о нуждах и потребностях малыша, их сын или дочка становятся очередной игрушкой, которая может быстро надоесть и начать периодически раздражать своими протестами против недопустимого произвола.</w:t>
      </w:r>
    </w:p>
    <w:p>
      <w:r>
        <w:t>Человек рождён для любви, и, когда он её получает, ему несложно передавать её дальше и делиться ею с теми, кто в ней нуждается.</w:t>
      </w:r>
    </w:p>
    <w:p>
      <w:r>
        <w:t>Изучая психологию и устройство детского мышления, мы выявили для себя определённые закономерности развития интеллекта и то, что мы должны делать для воспитания полноценной личности. Помимо любви, ребёнок нуждается в чистоте, правильном питании, в стабильном распорядке дня, в понимании своих прав и обязанностей, в твёрдых границах и рамках, в пределах которых он будет защищён и может делать то, что захочет, в личном примере своих родителей и в их последовательности относительно своих же правил.</w:t>
      </w:r>
    </w:p>
    <w:p>
      <w:r>
        <w:t>Дети очень наблюдательны, и наши с супругой отношения являются для них наглядной демонстрацией практического применения тех законов, которые мы предлагаем своим маленьким гражданам нашего дома. Мы не несём ответственность за воспитание чужих детей, но очень чувствительны к поведению своего ребёнка.</w:t>
      </w:r>
    </w:p>
    <w:p>
      <w:r>
        <w:t>Когда жена находится одна с дочерью, тогда на протяжении всего дня она может видеть и открывать для себя особенности поведения нашей дочки и потом рассказывать мне, чтобы мы могли понимать, как можно лучшим образом давать пример и влиять на неё.</w:t>
      </w:r>
    </w:p>
    <w:p>
      <w:r>
        <w:t>Когда наша девочка была совсем маленькой, она мало ела и очень много спала. Но чем старше она становилась, тем быстрее увеличивался период её бодрствования, а время сна укорачивалось. И если первое время она тихо лежала и смотрела на мир вокруг себя, то затем ей всё хотелось потрогать и попробовать на вкус. А когда она стала ходить, то её заинтересовало устройство всего, что было в нашем доме.</w:t>
      </w:r>
    </w:p>
    <w:p>
      <w:r>
        <w:t>Мы ввели распорядок детского дня и старались придерживаться этого расписания, не обращая внимание на капризы и нежелание дочери следовать этим правилам. В результате она привыкла к тому, что, когда шёл призыв к приёму пищи, к купанию или ко сну, ей нужно было всё оставить и заняться тем, что мы объявляли. Если во время грудного вскармливания ребёнок сам напоминал нам о том, что пришло время трапезы, то, когда она стала есть самостоятельно, нам приходилось настаивать на том, чтобы все её маленькие дела были отложены и она садилась в свой стул для приёма пищи. Даже в туристических поездках мы старались соблюдать режим дня и давать пищу вовремя. Исключением могли быть только походы в гости, но и тут мы объясняли дочери, что нас будут кормить тогда, когда принято в этом доме.</w:t>
      </w:r>
    </w:p>
    <w:p>
      <w:r>
        <w:t>Для себя я решил не приносить в дом свои рабочие и житейские проблемы, но всегда входить с хорошим настроением и радоваться очередной встрече с домашними. И если случались какие-то неприятности на работе, то я старался их удалить из сердца и отдать Иисусу до того, как переступлю порог своего дома. В результате мои домашние знали, что когда папа приходит, тогда с ним приходит любовь, радость и благословение его присутствия. Постоянство в таком подходе сделало каждый мой приход домой праздником, а когда удавалось приходить раньше, это вызывало особую радость. И это тянуло меня побыстрее вернуться к своим домашним и вкусить их радостные переживания, отдавая им всего себя. Я старался приходить с работы в одно и то же время, а когда задерживался, тогда звонил жене и объяснял причину задержки, а она сообщала дочери, что папа придёт позже, так как нужно решить рабочие вопросы.</w:t>
      </w:r>
    </w:p>
    <w:p>
      <w:r>
        <w:t>Также мы с супругой выработали определённые правила поведения и отношений в нашем доме и следили за тем, чтобы дочь их неукоснительно соблюдала. Слово отца или матери были законом для всех, и мы следили за тем, что мы говорим или требуем, и были неподатливы желанию дочки нарушать наши правила в угоду своему эгоизму.</w:t>
      </w:r>
    </w:p>
    <w:p>
      <w:r>
        <w:t>Я заметил, что ребёнок очень быстро усваивает правила поведения и внимательно следит за тем, чтобы и мы их соблюдали. Например, мы учили дочь во время прогулок ходить только по тротуару и не выходить на проезжую часть. Она это быстро усвоила и поднимала крик возмущения, когда видела, что я нарушаю это правило и иду по дороге, где ездят машины, даже если мне ничто не угрожает. Я тут же извинялся за своё нарушение и переходил на пешеходную зону.</w:t>
      </w:r>
    </w:p>
    <w:p>
      <w:r>
        <w:t>Если мы вводили какой-то запрет, то это было запретом навсегда и по возможности для всех.</w:t>
      </w:r>
    </w:p>
    <w:p>
      <w:r>
        <w:t>В духовном развитии у нас было время для молитвы и чтения, которое мы выделяли каждый вечер, а по выходным собирались и по утрам. В рабочие дни утренние вдохновения с дочерью жене часто приходилось проводить без меня, так как я обычно уходил до того, как ребёнок просыпался. А пока я работал, жена с дочерью учили очередное Божье обетование и размышляли о том, как и когда оно может пригодиться в жизни. А когда я приходил с работы, тогда дочка мне рассказывала о том, что она выучила, и как это важно знать. Нас веселило то, как она ставила наших гостей и знакомых в неловкое положение, когда спрашивала их о том, какой стих они сегодня учили, и что он означает. Её детская искренность обличала наших друзей лучше всякой проповеди, и они после этого старались до прихода к нам подготовить стихи из Библии, чтобы достойно ответить на все детские вопросы.</w:t>
      </w:r>
    </w:p>
    <w:p>
      <w:pPr>
        <w:pStyle w:val="Heading2"/>
      </w:pPr>
      <w:r>
        <w:t>Домашнее задание 888</w:t>
      </w:r>
    </w:p>
    <w:p>
      <w:r>
        <w:t>1. Прочитайте, пожалуйста, Втор.6:6-9; 32:46-47; Лук.9:62; 1Тим.4:16; 5:8; Втор.11:10-12; Прит.12:10,28; Ис.38:19; Иоил.1:3 в свете этого урока.</w:t>
      </w:r>
    </w:p>
    <w:p>
      <w:r>
        <w:t>2. Какие ещё стихи из Библии пришли вам на память?</w:t>
      </w:r>
    </w:p>
    <w:p>
      <w:r>
        <w:t>3. Что вы поняли из этого урока?</w:t>
      </w:r>
    </w:p>
    <w:p>
      <w:r>
        <w:t>4. О каком постоянстве в семье идёт речь в этом уроке?</w:t>
      </w:r>
    </w:p>
    <w:p>
      <w:r>
        <w:t>5. Какое преимущество даёт семейное постоянство?</w:t>
      </w:r>
    </w:p>
    <w:p>
      <w:r>
        <w:t>6. Почему важно, чтобы в воспитании детей были постоянные требования, ожидания и законы?</w:t>
      </w:r>
    </w:p>
    <w:p>
      <w:r>
        <w:t>7. Как чувствует себя ребёнок, если ему что-то запрещают, а потом разрешают, а затем снова запрещают, и так всегда?</w:t>
      </w:r>
    </w:p>
    <w:p>
      <w:r>
        <w:t>8. Должны ли родители сами иметь твёрдые принципы прежде, чем учить этому своих детей?</w:t>
      </w:r>
    </w:p>
    <w:p>
      <w:r>
        <w:t>9. Формируют ли справедливые требования родителей что-то прочное в характере ребёнка?</w:t>
      </w:r>
    </w:p>
    <w:p>
      <w:r>
        <w:t>10. В чём должно выражаться и проявляться семейное постоянство? Приведите примеры некоторых принципов.</w:t>
      </w:r>
    </w:p>
    <w:p>
      <w:r>
        <w:t>11. Должна ли быть в постоянстве определённая цель, к которой нужно вести ребёнка?</w:t>
      </w:r>
    </w:p>
    <w:p>
      <w:r>
        <w:t>12. Должны ли постоянные семейные принципы основываться на Божьей воле?</w:t>
      </w:r>
    </w:p>
    <w:p>
      <w:r>
        <w:t>13. Находятся ли дети под защитой, когда есть определённое постоянство в их воспитании?</w:t>
      </w:r>
    </w:p>
    <w:p>
      <w:r>
        <w:t>14. Какие примеры семейного постоянства в воспитании вы встречаете в Библии?</w:t>
      </w:r>
    </w:p>
    <w:p>
      <w:r>
        <w:t>15. Был ли этот урок вам полезен?</w:t>
      </w:r>
    </w:p>
    <w:p>
      <w:r>
        <w:br w:type="page"/>
      </w:r>
    </w:p>
    <w:p>
      <w:pPr>
        <w:pStyle w:val="Heading1"/>
      </w:pPr>
      <w:r>
        <w:t>Урок 889. Воспитание в послушании</w:t>
      </w:r>
    </w:p>
    <w:p>
      <w:r>
        <w:t>Написано: «Цель же увещания есть любовь от чистого сердца и доброй совести и нелицемерной веры» 1Тим 1:5.</w:t>
      </w:r>
    </w:p>
    <w:p>
      <w:r>
        <w:t>Воспитание — это целенаправленный постоянный процесс формирования разума, характера и личности ребёнка в соответствии с Божьими принципами, культурными ценностями и общественными нормами. Воспитание направлено на развитие волевых, моральных, нравственных, культурных, интеллектуальных и физических качеств человека. Этот процесс включает в себя передачу ребёнку знаний, нравственных ценностей, опыта, способностей различения добра и зла для его дальнейшего самостоятельного развития, социализации и самореализации в обществе.</w:t>
      </w:r>
    </w:p>
    <w:p>
      <w:r>
        <w:t>Послушание — это поведение ребёнка, которое включает в себя добровольное выполнение просьб, требований, наставлений и правил родителей, основанное не на страхе наказания или авторитарном давлении, а на естественном желании исполнять то, о чём его просят или чего ожидают.</w:t>
      </w:r>
    </w:p>
    <w:p>
      <w:r>
        <w:t>Послушание — это один из самых важных навыков, который ребёнок должен освоить как можно раньше, так как в течение всей последующей жизни ему придётся постоянно принимать подобные решения в той или иной ситуации, исходя из своих желаний и знаний, полученных в родительском доме. Отец и мать своим влиянием и родительским авторитетом закладывают основание для развития принципов послушания.</w:t>
      </w:r>
    </w:p>
    <w:p>
      <w:r>
        <w:t>Воля ребёнка подвержена сильному влиянию инстинкта, врождённого плотского естества, неконтролируемых чувств и необузданного аппетита. Он ещё не умеет отличать добро от зла и делать осознанный выбор, и поэтому будет естественным образом требовать то, что диктуют ему низшие силы души. Его воля, разум и совесть чисты, как белый лист бумаги, и открыты для обучения. И в задачу родителей входит привитие детям тех навыков, которые не будут калечить личность ребёнка, но будут соответствовать Божьей воле и ожиданиям.</w:t>
      </w:r>
    </w:p>
    <w:p>
      <w:r>
        <w:t>Привычка быть послушным родителям вырабатывается не за один раз, но вследствие постоянного влияния и наставления, и личного примера со стороны отца и матери, которые сами послушны высшему Небесному Авторитету. Эта привычка помогает в будущем быть принятым в любом обществе, быть добрым другом, быть послушным новым требованиям и быть законопослушным гражданином своей страны.</w:t>
      </w:r>
    </w:p>
    <w:p>
      <w:r>
        <w:t>Послушание делает из ничего не знающего дикаря цивилизованного человека, и цель воспитания состоит в том, чтобы человек научился владеть собой и подчинять все свои желания и хотения Божьей воле. Читаем в 1Пет 1:22: «Послушанием истине чрез Духа, очистив души ваши к нелицемерному братолюбию, постоянно любите друг друга от чистого сердца».</w:t>
      </w:r>
    </w:p>
    <w:p>
      <w:r>
        <w:t>Родителям стоит всегда помнить, что Бог сотрудничает с ними и в ответ на их усилия оказывает и Своё влияние. Наш ребёнок — это также и Божье дитя, которое Господь любит и желает видеть в Своём Царстве. И когда мы призываем в помощь для воспитания детей Божье имя, тогда Дух Святой выполняет Свою часть работы, которую Он не будет делать без нас.</w:t>
      </w:r>
    </w:p>
    <w:p>
      <w:r>
        <w:t>Учить ребёнка послушанию, основываясь лишь на том, что этого желают отец и мать, — серьёзная ошибка, потому что они тоже могут ошибаться и своим поведением разочаровывать своих воспитанников. Родителям следует изначально внушать детям, что их послушание основывается на том, что так требует Господь и Его закон, Который является высшим Авторитетом как для детей, так и для их родителей. В таком случае ошибки родителей не будут разрушать детское доверие Богу, так как ребёнок будет понимать, что его папа и мама тоже учатся послушанию у Высших Сил.</w:t>
      </w:r>
    </w:p>
    <w:p>
      <w:r>
        <w:t>В естестве ребёнка уже содержатся семена восстания и недовольства, которые называются наследственностью, и воспитание в послушании проводит этого маленького человека через различные лишения, разочарования, тяготы и радости жизни, чтобы дисциплинировать его и научить отличать добро от зла, выбирая доброе. Послушание побеждает все наследственные склонности ко злу и учит волю ребёнка добровольному согласию в духе смирения и радости. Послушание из страха наказания, из-за угроз и упрёков или из-за нехватки сил, чтобы противостоять родительскому авторитету, является временной уступкой, которая не будет постоянной, но когда-то приведёт душу ребёнка к возмущению и восстанию, и это вызовет в нём дух осознанного сопротивления воле родителей. Хоть ребёнок и маленький, но в нём уже заложено чувство справедливости и очень сильны плотские склонности к эгоизму, и эти качества души обязательно будут выставлены в противовес родительскому авторитету. Не стоит этого бояться, но нужно быть готовым к подобным действиям и побеждать такое проявление духом любви и уважения, объясняя ребёнку его ошибку и то, как лучше себя вести.</w:t>
      </w:r>
    </w:p>
    <w:p>
      <w:r>
        <w:t>Требования родителей, основанные на их познании истины и страхе Божьем, должны быть постоянными и соответствующими принципам. Если что-то нельзя делать, то это нельзя делать всегда, без каких-либо компромиссов. Тогда ребёнку будет легко усвоить это правило и отметить этот запрет как закон, который нельзя нарушать.</w:t>
      </w:r>
    </w:p>
    <w:p>
      <w:r>
        <w:t>Не стоит забывать, что непослушание одного первого человека открыло дверь для беззакония и передалось по наследству всем его потомкам. Если вы хотите иметь это зло в своём доме и видеть, как оно прогрессирует, то позвольте детям делать то, что они захотят, исходя из своих желаний.</w:t>
      </w:r>
    </w:p>
    <w:p>
      <w:r>
        <w:t>Ограничения в плохом и свобода в добром ставят определённые рамки в сознании ребёнка, и он чувствует себя свободным и любимым в этих границах и полноценно развивается, имея творческий подход к жизни.</w:t>
      </w:r>
    </w:p>
    <w:p>
      <w:r>
        <w:t>Если я у себя на огороде буду только пропалывать сорняки, то у меня не вырастет ничего доброго. Чтобы мне получить с поля что-то вкусное и съедобное, это нужно посадить и за этим необходимо ухаживать. Тот же принцип действует и в жизни ребёнка. Ему нужно не только что-то запрещать, но и учить его добрым манерам, объяснять преимущества послушания, внушать ему полезные истины и давать добрый пример своим поведением. Когда слова соответствуют жизни родителей, тогда дети охотно копируют эту модель, и она становится их мировоззрением. Любое послушание из чувства долга, страха или жалости недолговечно, но подчинение, которое вошло в сердце из любви, из понимания и различения добра и зла, будет прочным якорем истины, удерживающим корабль жизни ребёнка во время штормов и испытаний.</w:t>
      </w:r>
    </w:p>
    <w:p>
      <w:r>
        <w:t>Послушание человеку, имеющему силу и авторитет, временно, пока есть опасность наказания и страх перед ответственностью за нарушение. Послушание из принципа долговечно и не требует постоянного родительского контроля. Ребёнок сам не хочет делать то, что плохо, и когда этот принцип утверждён в сердце постоянным наставлением и поощрением в духе любви и дружбы, тогда воля ребёнка становится непоколебимой в этом вопросе, и ему несложно сопротивляться злу, не страдая при этом от насмешек или оскорблений мирского окружения. Любовь не может жить вне послушания, ибо она послушна Богу и знает Его голос.</w:t>
      </w:r>
    </w:p>
    <w:p>
      <w:r>
        <w:t>Воспитание в послушании — это не только временное благо для сегодняшнего дня, но и формирование доброго характера ребёнка, который с годами возмужает и будет вести самостоятельный образ жизни и пользоваться теми преимуществами благочестивой жизни, которым он был научен в отчем доме.</w:t>
      </w:r>
    </w:p>
    <w:p>
      <w:pPr>
        <w:pStyle w:val="Heading2"/>
      </w:pPr>
      <w:r>
        <w:t>Домашнее задание 889</w:t>
      </w:r>
    </w:p>
    <w:p>
      <w:r>
        <w:t>1. Прочитайте, пожалуйста, Кол.3:20-21; 1Цар.15:22-23; 1Пет.1:14-15; Ис.29:23-24; Рим.1:30; 5:19; 6:16-17; Флп.2:12-13; Быт.2:16-17 в свете этого урока.</w:t>
      </w:r>
    </w:p>
    <w:p>
      <w:r>
        <w:t>2. Какие ещё стихи из Библии пришли вам на память?</w:t>
      </w:r>
    </w:p>
    <w:p>
      <w:r>
        <w:t>3. Что вы поняли из этого урока?</w:t>
      </w:r>
    </w:p>
    <w:p>
      <w:r>
        <w:t>4. Что такое послушание?</w:t>
      </w:r>
    </w:p>
    <w:p>
      <w:r>
        <w:t>5. В чём заключался самый первый грех первых людей?</w:t>
      </w:r>
    </w:p>
    <w:p>
      <w:r>
        <w:t>6. Почему послушание, основанное на страхе наказания, неэффективно?</w:t>
      </w:r>
    </w:p>
    <w:p>
      <w:r>
        <w:t>7. Как добиться того, чтобы дети были послушными?</w:t>
      </w:r>
    </w:p>
    <w:p>
      <w:r>
        <w:t>8. Чем отличается искреннее послушание от вынужденного?</w:t>
      </w:r>
    </w:p>
    <w:p>
      <w:r>
        <w:t>9. Видите ли вы сходство в послушании между земными детьми и небесными?</w:t>
      </w:r>
    </w:p>
    <w:p>
      <w:r>
        <w:t>10. Вам приятно иметь дело с послушными детьми и людьми? В чём их отличие от других?</w:t>
      </w:r>
    </w:p>
    <w:p>
      <w:r>
        <w:t>11. Даёт ли ваша любовь ребёнку право выбора — слушаться или нет, или у него нет никаких шансов?</w:t>
      </w:r>
    </w:p>
    <w:p>
      <w:r>
        <w:t>12. Почему неправильно основывать послушание только на родительском авторитете?</w:t>
      </w:r>
    </w:p>
    <w:p>
      <w:r>
        <w:t>13. Чтобы требовать от детей послушания, нужно ли и самому быть послушным Высшей власти?</w:t>
      </w:r>
    </w:p>
    <w:p>
      <w:r>
        <w:t>14. Кто такие законопослушные граждане? Берёт ли это послушание своё начало в семье?</w:t>
      </w:r>
    </w:p>
    <w:p>
      <w:r>
        <w:t>15. Был ли этот урок вам полезен?</w:t>
      </w:r>
    </w:p>
    <w:p>
      <w:r>
        <w:br w:type="page"/>
      </w:r>
    </w:p>
    <w:p>
      <w:pPr>
        <w:pStyle w:val="Heading1"/>
      </w:pPr>
      <w:r>
        <w:t>Урок 890. Послушание в любви</w:t>
      </w:r>
    </w:p>
    <w:p>
      <w:r>
        <w:t>Послушание, которого от меня ожидает Бог, не должно основываться на страхе перед наказанием, на слепом и необдуманном повиновении Его воле или на желании получить высшую награду. Хоть в воспитательном процессе все эти факторы могут присутствовать, но они не являются желанным Божьим инструментом и средством для достижения цели в подчинении моей воли Божьей. Хоть у Бога достаточно сил и средств для наказания грешников, для смирения гордых и для убеждения строптивых, но это является крайней мерой, которая не решает проблему греха на уровне сердца, но очень наглядно показывает, какие последствия влечёт нечестивый образ жизни.</w:t>
      </w:r>
    </w:p>
    <w:p>
      <w:r>
        <w:t>Самым ярким примером Божьего наказания были воды потопа. Они дали людям пожать то, что они сеяли, но это, хоть и смирило всё гордое, не сделало грешников праведными и не научило их безусловной любви.</w:t>
      </w:r>
    </w:p>
    <w:p>
      <w:r>
        <w:t>Послушание из любви — это искреннее выражение сердечной привязанности и желание угодить тому, кого любишь, чтобы наполнить его сердце радостью и пониманием его ценности и значимости для тебя. В любви нет страха перед наказанием, но есть страх в причинении боли своим непослушанием или в доставлении огорчения тому, с кем у тебя дружеские отношения, и кого ты любишь от всей души.</w:t>
      </w:r>
    </w:p>
    <w:p>
      <w:r>
        <w:t>В воспитании ребёнка мы имеем дело с сильной волей, которая ещё не может отличать добро от зла и отвечать любовью на любовь, но которая с рождения имеет эгоцентричные настройки и категорически встречает любое неудобство, несправедливость, давление или насилие извне. Если подавлять эту волю более сильной родительской волей, то нужно понять, что ждёт таких воспитателей в будущем. Это может привести к восстанию, переходящему в открытый бунт, когда ваш ребёнок станет подростком и уже сам будет решать, как ему жить. Или это может привести к сломанной психике, когда человек становится духовным абьюзером или жертвой, которую будут использовать в корыстных целях или о которую будут вытирать ноги. Или же для человека зло станет нормой жизни, а не чем-то плохим.</w:t>
      </w:r>
    </w:p>
    <w:p>
      <w:r>
        <w:t>Конечно же, есть много исключений, когда покалеченная душа находит Бога и получает исцеление в лучах Его любви, и такие примеры преобразования мы видим в Божьей церкви. Но нужно ли доводить душу до такого состояния?</w:t>
      </w:r>
    </w:p>
    <w:p>
      <w:r>
        <w:t>Послушание в любви — это не вседозволенность в дружеской атмосфере, а осознанное восприятие Божьей воли, которая открывается в постоянном мудром наставлении со стороны благочестивых родителей и поощряется их добрыми словами и личным примером в духе кротости и терпения.</w:t>
      </w:r>
    </w:p>
    <w:p>
      <w:r>
        <w:t>Иисус учил тому, что мы, будучи злы, умеем благие даяния давать детям нашим (Мат.7:11). Но последствия такого воспитания будут катастрофичны для души, и нет гарантии того, что эта душа будет спасена для Вечности.</w:t>
      </w:r>
    </w:p>
    <w:p>
      <w:r>
        <w:t>Хоть Божья благодать способна исправить в сердце многое и исцелить душу, но будет ли у этой души желание и вера, чтобы прийти за этим исцелением к Богу?</w:t>
      </w:r>
    </w:p>
    <w:p>
      <w:r>
        <w:t>Семья, в которой говорят о Боге, молятся Ему, соблюдают Его законы, но не имеют взаимной любви, несёт искажённое свидетельство о Том, Кто есть Любовь.</w:t>
      </w:r>
    </w:p>
    <w:p>
      <w:r>
        <w:t>В любой армии существует понятие о дисциплине, и та армия, в которой нет железных правил, несёт огромные потери и разлагается внутри себя. Но армейская дисциплина имеет другие цели и не проявляет милости к нарушителям. Когда же дисциплинированный военнослужащий попадает в свободную обстановку, где может быть самим собой, и над ним не висит карающий меч воинского устава, тогда он может проявить истинное лицо «свободного» человека, который, оказывается, несвободен от влияния греха.</w:t>
      </w:r>
    </w:p>
    <w:p>
      <w:r>
        <w:t>Любовь, которая живёт в сердце родителей, обязательно мудро проявит себя и в воспитании их детей. Мы с женой, научившись любить друг друга, не сможем по-другому относиться к тем, кого Господь подарит нам для воспитания.</w:t>
      </w:r>
    </w:p>
    <w:p>
      <w:r>
        <w:t>Любовь умеет смело встречать все детские капризы и нападки и выбирать наиболее подходящие методы воздействия и влияния без подавления воли.</w:t>
      </w:r>
    </w:p>
    <w:p>
      <w:r>
        <w:t>Например, мать просит дочь убрать за собой игрушки, но трёхлетняя девочка демонстративно говорит: «Нет» и занимается своими делами. Если мама начнёт через угрозу наказания или через физическое давление заставлять ребёнка выполнить требуемое задание, не отступая назад, то в этом отношении возникает конфликт воли матери и дочки, в котором мать добивается желаемого результата, а дочь терпит поражение и таит обиду из-за такого насилия. И когда-то дочь выльет всё своё негодование на маму в непредсказуемой форме.</w:t>
      </w:r>
    </w:p>
    <w:p>
      <w:r>
        <w:t>Но если мама в ответ на отказ дочери наводить порядок сама убрала игрушки, а потом, позвав ребёнка к себе, объяснила, как плохо быть непослушной девочкой и вынесла дочери наказание, которое привела в исполнение, то в данном случае не было конфликта воли. Мать с уважением приняла протест ребёнка и наказала дочь за непослушание, объясняя с любовью, почему она вынуждена принимать такие крайние меры. Дочь понимает, что именно её непослушание стало причиной наказания, но её воля при этом не пострадала. Никто её не унижал.</w:t>
      </w:r>
    </w:p>
    <w:p>
      <w:r>
        <w:t>Любовь умеет находить мудрый подход в достижении должной дисциплины. Она уважает мнение другого, но при этом и чувствует, когда детский эгоизм стремится к первенству, и не даёт ему на это никаких шансов.</w:t>
      </w:r>
    </w:p>
    <w:p>
      <w:r>
        <w:t>Любовь — это не разрешение ребёнку делать всё, что он захочет, а мудрый контроль всех действий малыша в рамках его безопасности и в соответствии с Божьими требованиями. Любовь успешно подавляет все детские восстания, не оставляя в сердце ребёнка семян бунтарства. Любая попытка подавить непослушание с помощью физической силы или возрастного превосходства насилует волю и сеет в сердце ребёнка семена бунта, которые обязательно прорастут и заявят о себе через много лет.</w:t>
      </w:r>
    </w:p>
    <w:p>
      <w:r>
        <w:t>Важно понимать, что победа любви — это не достижение быстрого результата послушания здесь и сейчас, а долгосрочный проект воспитания, который целенаправленно ведёт волю ребёнка к личной победе над властью зла и осознанному выбору пути добра. А жизнь в родительском доме помогает сыну или дочери наглядно увидеть преимущество праведности и последствия непослушания.</w:t>
      </w:r>
    </w:p>
    <w:p>
      <w:r>
        <w:t>Чем больше авторитет родителей в глазах их детей, тем меньше этот авторитет себя проявляет во время критических испытаний. Любовь умеет защитить и поддержать родительский авторитет без ущемления детских прав. Дети зависят от отца с матерью, хотя иногда им кажется, что они самые главные в мире. Однако любовь родителей помогает им спуститься с пьедестала своего воображения и делать то, о чём их просят взрослые люди.</w:t>
      </w:r>
    </w:p>
    <w:p>
      <w:r>
        <w:t>Любое требование или правило не должно выражаться в резкой и грубой форме, подобно словам: «Я кому сказала!» или «Сколько можно тебе повторять!». Лучше всего, чтобы любые требования или возражения к непослушному ребёнку основывались на взаимной симпатии и уважении.</w:t>
      </w:r>
    </w:p>
    <w:p>
      <w:r>
        <w:t>Посмотрите в своё сердце. Приятно ли вам, когда ваш начальник кричит на вас или обзывает вас нехорошими словами, даже если вы что-то сделали не так? Думаю, вы не очень счастливы от такого насилия. А что чувствуют дети?</w:t>
      </w:r>
    </w:p>
    <w:p>
      <w:r>
        <w:t>Мягкое наставление с добрыми словами, но твёрдыми принципами гораздо охотнее воспринимается слухом, чем резкие и гневные реплики.</w:t>
      </w:r>
    </w:p>
    <w:p>
      <w:pPr>
        <w:pStyle w:val="Heading2"/>
      </w:pPr>
      <w:r>
        <w:t>Домашнее задание 890</w:t>
      </w:r>
    </w:p>
    <w:p>
      <w:r>
        <w:t>1. Прочитайте, пожалуйста, Прит.25:15; Кол.3:20; 1Кор.13:4-8; Откр.3:19; Иер.3:22; Рим.6:17; Флп.2:12; Флм.1:22; Евр.2:2; 1Пет.1:14; Мих.5:15 в свете этого урока.</w:t>
      </w:r>
    </w:p>
    <w:p>
      <w:r>
        <w:t>2. Какие ещё стихи из Библии пришли вам на память?</w:t>
      </w:r>
    </w:p>
    <w:p>
      <w:r>
        <w:t>3. Что вы поняли из этого урока?</w:t>
      </w:r>
    </w:p>
    <w:p>
      <w:r>
        <w:t>4. Что такое послушание в любви?</w:t>
      </w:r>
    </w:p>
    <w:p>
      <w:r>
        <w:t>5. Что такое послушание из любви?</w:t>
      </w:r>
    </w:p>
    <w:p>
      <w:r>
        <w:t>6. Должны ли родители, желающие иметь послушных детей, относиться к ним с любовью?</w:t>
      </w:r>
    </w:p>
    <w:p>
      <w:r>
        <w:t>7. Чем отличается послушание из страха от послушания из любви?</w:t>
      </w:r>
    </w:p>
    <w:p>
      <w:r>
        <w:t>8. Как Господь воспитывает Своих детей? Вы послушны Ему из страха или из любви, или непослушны вовсе?</w:t>
      </w:r>
    </w:p>
    <w:p>
      <w:r>
        <w:t>9. Как определить, послушен ли я Богу?</w:t>
      </w:r>
    </w:p>
    <w:p>
      <w:r>
        <w:t>10. Как вы думаете, исполнится ли обетование из Лук.1:16-17 и в наши дни?</w:t>
      </w:r>
    </w:p>
    <w:p>
      <w:r>
        <w:t>11. Что значит «следовать за Агнцем, куда бы Он ни пошёл»? Откр.14:3.</w:t>
      </w:r>
    </w:p>
    <w:p>
      <w:r>
        <w:t>12. Когда мне Господь что-то советует, ожидает ли Он моего послушания в следовании этому совету? Откр.3:18.</w:t>
      </w:r>
    </w:p>
    <w:p>
      <w:r>
        <w:t>13. Почему тех, кто Ему послушен, Господь любит, обличает и наказывает, а непослушных не трогает? Откр.3:19.</w:t>
      </w:r>
    </w:p>
    <w:p>
      <w:r>
        <w:t>14. Нужно ли добиваться послушания непокорных детей или пусть живут, как им хочется?</w:t>
      </w:r>
    </w:p>
    <w:p>
      <w:r>
        <w:t>15. Был ли этот урок вам полезен?</w:t>
      </w:r>
    </w:p>
    <w:p>
      <w:r>
        <w:br w:type="page"/>
      </w:r>
    </w:p>
    <w:p>
      <w:pPr>
        <w:pStyle w:val="Heading1"/>
      </w:pPr>
      <w:r>
        <w:t>Урок 891. Границы послушания</w:t>
      </w:r>
    </w:p>
    <w:p>
      <w:r>
        <w:t>Одним из законов счастливой жизни является правило: «Я послушен». Когда какое-то требование выдвигается в резкой форме, как приказ, не терпящий возражений и нарушений, тогда сильной воле свойственно сопротивляться, возмущаться и идти наперекор подобным порядкам. А если приходится подчиняться из страха, то в страхе есть мучение. Границы для поведения детей в семье можно устанавливать жёстко и авторитарно, что принесёт порядок, но не даст ребёнку чувства безопасности. Он будет мучим от мук совести и страха наказания, что может привести к серьёзным проблемам в психике.</w:t>
      </w:r>
    </w:p>
    <w:p>
      <w:r>
        <w:t>Любой закон или требование должны иметь исполнительную власть, которая быстро выявит нарушителя и накажет его за непослушание. Без подобной власти всякое правило принимает форму рекомендательного характера, в каком бы тоне оно ни звучало.</w:t>
      </w:r>
    </w:p>
    <w:p>
      <w:r>
        <w:t>Удивительным образом в сознание ребёнка уже вложено понимание того, что и когда можно делать, а что не стоит. Он настолько чувствует интонацию голоса и выражение лиц своих родителей, что не нуждается в дополнительных объяснениях, когда ему что-то запрещают. Но греховной природе всегда свойственно сопротивляться запретам, и она исследует те границы, в рамках которых можно нарушать родительские наставления. Этой границей может быть более повышенный тон или физическое вмешательство родителей, которые берут ребёнка на руки и не дают ему возможности продолжать двигаться не в том направлении. Это могут быть резкие приказы к прекращению нарушения или соответствующее наказание за открытое непослушание. Ребёнок идёт до конца, пытаясь понять, где находится та черта, за которую уже лучше не заходить, и когда он определил эту крайнюю точку, он может себя спокойно вести в этих рамках, даже если этой границей является истерический крик матери. По сути, родители сами ставят эти границы, в которых их дети могут делать всё, что им вздумается.</w:t>
      </w:r>
    </w:p>
    <w:p>
      <w:r>
        <w:t>Когда ребёнок только научился ходить, ему свойственно соваться во все щели, всё трогать и всё изучать. И ему многие запреты непонятны, ведь окружающий мир такой интересный, а туалетной бумаги так много, что её можно очень долго тянуть, и она не заканчивается. В таком возрасте мудрые родители закрывают все шкафы и двери, которые ребёнку нежелательно открывать, а если он что-то нашёл и стал изучать, то его легко можно перенести в другое место.</w:t>
      </w:r>
    </w:p>
    <w:p>
      <w:r>
        <w:t>Но когда этот маленький гражданин научился говорить и может понимать и анализировать то, что ему говорят, он уже становится ответственным за своё поведение и должен нести последствия своего непослушания.</w:t>
      </w:r>
    </w:p>
    <w:p>
      <w:r>
        <w:t>Возьмём пример одной из границ. В определённое время дочери нужно идти спать. А у неё так много интересных дел, что она решает не обращать внимания на мамины правила и продолжает решать свои маленькие задачи. Мама уже на повышенном тоне повторяет своё требование, но дочь как будто не слышит и занимается более важными делами. Мама уже очень громко даёт знать, что пора спать и необходимо всё оставить, а не то будут неприятности. Дочь говорит: «Сейчас, мама» и продолжает играть в свои игры. И тут мамино терпение лопается, и она врывается в детскую комнату с перекошенным лицом и начинает очень громко требовать всё прекратить и быстро ложиться в постель. Дочь понимает, что граница близка, и делает вид, что она уже собирается, неохотно оставляя свои важные дела. Мама вышла с чувством победы и пошла дочитывать историю друзей в интернете. А дочь спокойно продолжила свои игры, находясь в состоянии напряжения. Когда мама в очередной раз заглянула в детскую комнату, тогда произошёл взрыв эмоций, и дочка поняла, что достигла окончательного предела, быстро залезла под одеяло и попросила выключить свет. Мама пригрозила, что в следующий раз накажет и, потушив светильник, ушла к себе в комнату. Что произошло в сердце ребёнка? Она выясняла ту крайнюю линию, за которую уже нежелательно заходить. А мама позволила дочери установить эту границу так далеко, как это было возможно. В следующие разы ребёнок будет проверять прочность этих ограничений и, возможно, попробует их ещё дальше отодвинуть в мамину сторону. А если мать решит подвинуть границу в сторону дочери, то ей придётся встретить законное сопротивление и возмущение за нарушение детских прав, которые мама сама и установила.</w:t>
      </w:r>
    </w:p>
    <w:p>
      <w:r>
        <w:t>В другом случае мама попросила дочь заканчивать свои игры и готовиться ко сну. Дочь кивнула и продолжила свои игры. Мама поняла, что её проигнорировали и, взяв свой телефон, выставила на нём таймер, сказав, что у дочери есть ещё 5 минут, чтобы закончить свои игры и начать готовиться ко сну. После чего они расстались. Когда зазвенел звонок, мама тут же вошла в детскую комнату и всем своим видом дала понять, что игры закончились, и нужно идти ко сну. На все заявления и просьбы дочери ещё чуть-чуть поиграть мама с нежностью предложила сладкий сон, чтобы потом утром продолжить делать все важные дела. Она стала помогать складывать игрушки и говорить о том, что ещё надо сходить в туалет и помолиться перед сном, не идя ни на какие компромиссы с желаниями дочери. Твёрдость намерений в мамином голосе убедили дочь в том, что здесь заканчивается невидимая граница, и она побежала в ванную чистить зубы. Возможно, в будущем ребёнок захочет подвинуть эту черту в мамину сторону, учитывая мамину занятость другими задачами. Но тут уже всё зависит от мудрости и готовности мамы позволить это дочери.</w:t>
      </w:r>
    </w:p>
    <w:p>
      <w:r>
        <w:t>В коммуникации между людьми существуют определённые ими стадии и границы позволенного. Даже в дружбе есть определённые рамки, за которые нельзя безнаказанно заходить, хотя так иногда хочется перейти к более близкому общению и познать более неизведанные глубины. В отношениях со своими детьми мы также устанавливаем определённые границы дозволенного, в которых дети чувствуют себя спокойно и могут делать, что захотят. Если эти границы не ставим мы, то этим начинают заниматься дети, и они определяют те «красные линии», за которые им уже лучше не заходить. И это самое плохое, что могут позволить детям родители. Это будет означать, что ребёнок в любое время может доводить ситуацию до кипения и в этих рамках может чувствовать себя безопасно.</w:t>
      </w:r>
    </w:p>
    <w:p>
      <w:r>
        <w:t>Есть и другая ситуация, когда границы имеют непонятные очертания. Сегодня ребёнок должен вести себя так, а завтра иначе, а потом, как захочет, пока сам не уснёт от усталости, а потом, как захотят родители, и в каком они будут настроении. В таком случае детям сложно определиться, и они восстанут против подобного отношения и будут вести себя непредсказуемо.</w:t>
      </w:r>
    </w:p>
    <w:p>
      <w:r>
        <w:t>Божий закон, правила и Божьи заповеди определяют те границы в отношениях с Ним и между людьми, в которых всё общество может быть в безопасности и заниматься тем, что приемлемо и законно. Когда этих правил нет, тогда наступает анархия и хаос, и люди сами должны устанавливать свои законы, которые разделят общество на классовых господ и рабов. Этого хочет враг души и постоянно предлагает людям новые перспективы очередного «изма», которые в своём корне противоречат Божьим стандартам и не несут в себе счастья людям, хотя могут давать некоторые временные блага.</w:t>
      </w:r>
    </w:p>
    <w:p>
      <w:pPr>
        <w:pStyle w:val="Heading2"/>
      </w:pPr>
      <w:r>
        <w:t>Домашнее задание 891</w:t>
      </w:r>
    </w:p>
    <w:p>
      <w:r>
        <w:t>1. Прочитайте, пожалуйста, Исх.20:1-17; Быт.2:16-17; 3Цар.2:36-37; Иер.5:22; Иов.38:8-11; Пс.104:15; 1Пет.1:22 в свете этого урока.</w:t>
      </w:r>
    </w:p>
    <w:p>
      <w:r>
        <w:t>2. Какие ещё стихи из Библии пришли вам на память?</w:t>
      </w:r>
    </w:p>
    <w:p>
      <w:r>
        <w:t>3. Что вы поняли из этого урока?</w:t>
      </w:r>
    </w:p>
    <w:p>
      <w:r>
        <w:t>4. Что такое границы послушания?</w:t>
      </w:r>
    </w:p>
    <w:p>
      <w:r>
        <w:t>5. Для чего нужны границы в отношениях?</w:t>
      </w:r>
    </w:p>
    <w:p>
      <w:r>
        <w:t>6. Кто должен устанавливать границы в семье, и где они проходят?</w:t>
      </w:r>
    </w:p>
    <w:p>
      <w:r>
        <w:t>7. Являются ли Божьи заповеди теми границами, которые лучше не нарушать?</w:t>
      </w:r>
    </w:p>
    <w:p>
      <w:r>
        <w:t>8. Охраняют ли заповеди тех, кто находится в их пределах?</w:t>
      </w:r>
    </w:p>
    <w:p>
      <w:r>
        <w:t>9. Можно ли использовать определённые границы для наказания ребёнка? Например, ставить его на какое-то время в угол?</w:t>
      </w:r>
    </w:p>
    <w:p>
      <w:r>
        <w:t>10. Что будет, если при установлении границ не будет исполнительной власти для контроля и наказания нарушителей?</w:t>
      </w:r>
    </w:p>
    <w:p>
      <w:r>
        <w:t>11. Что делать, если трёхлетний ребёнок нарушает повеления родителей и устанавливает свои правила?</w:t>
      </w:r>
    </w:p>
    <w:p>
      <w:r>
        <w:t>12. Что произойдёт, если убрать все границы в воспитании и не устанавливать их?</w:t>
      </w:r>
    </w:p>
    <w:p>
      <w:r>
        <w:t>13. Нужно ли быть строгим родителем, если идёт нарушение границ?</w:t>
      </w:r>
    </w:p>
    <w:p>
      <w:r>
        <w:t>14. С какого возраста нужно устанавливать определённые границы и вводить чёткие правила?</w:t>
      </w:r>
    </w:p>
    <w:p>
      <w:r>
        <w:t>15. Был ли этот урок вам полезен?</w:t>
      </w:r>
    </w:p>
    <w:p>
      <w:r>
        <w:br w:type="page"/>
      </w:r>
    </w:p>
    <w:p>
      <w:pPr>
        <w:pStyle w:val="Heading1"/>
      </w:pPr>
      <w:r>
        <w:t>Урок 892. Мягкий язык</w:t>
      </w:r>
    </w:p>
    <w:p>
      <w:r>
        <w:t>Среди законов физики есть третий закон Ньютона, который гласит, что сила действия равна силе противодействия, которая направлена в противоположную сторону. Также есть и следующее правило. При наличии напряжения в электрической цепи возникает электрический ток, и этот ток встречает сопротивление, зависящее от свойств проводника. Подобные принципы прослеживаются и в воспитании детей, но имеют исключения, когда любовь и мудрость присутствуют в наставлении на истинный путь.</w:t>
      </w:r>
    </w:p>
    <w:p>
      <w:r>
        <w:t>Если мы возьмём пример Иисуса и проследим, с какой любовью и нежностью Он спасал погибшее и близкое к смерти, но в тоже время был принципиальным и беспощадным в отношении всякого греха, то мы увидим в этом примере особую силу, способную менять жизнь и освобождать от власти зла.</w:t>
      </w:r>
    </w:p>
    <w:p>
      <w:r>
        <w:t>Сам Господь описывал Свою миссию так: «Се, Отрок Мой, Которого Я избрал, Возлюбленный Мой, Которому благоволит душа Моя. Положу Дух Мой на Него, и возвестит народам суд; не воспрекословит, не возопиет, и никто не услышит на улицах голоса Его; трости надломленной не переломит, и льна курящегося не угасит, доколе не доставит суду победы; и на имя Его будут уповать народы». Мат 12:18-21.</w:t>
      </w:r>
    </w:p>
    <w:p>
      <w:r>
        <w:t>Также читаем в Прит. 25:15: «Кротостью склоняется к милости вельможа, и мягкий язык переламывает кость».</w:t>
      </w:r>
    </w:p>
    <w:p>
      <w:r>
        <w:t>В спокойствии и мягкости есть особая сила влияния, которая способна преодолеть любое воздействие и нежно прикоснуться к струнам души ребёнка, чтобы научить его с желанием делать то, чего желают его наставники. Дети более охотно повинуются просьбе и нежному наставлению, чем крикам, приказам и резким требованиям. И это повиновение со временем входит в привычку. Даже когда ребёнок не понимает, как очередное послушание послужит его благу, но, имея опыт предыдущих отношений с любящими родителями, он полагается на их мудрость и с детским доверием подчиняется их власти, чем вызывает родительское одобрение.</w:t>
      </w:r>
    </w:p>
    <w:p>
      <w:r>
        <w:t>Дети являются самыми отчаянными борцами за справедливость и очень хорошо чувствуют, когда родители неправы, а когда они поступают с любовью.</w:t>
      </w:r>
    </w:p>
    <w:p>
      <w:r>
        <w:t>Добрые, нежные и вежливые слова наставления понятны и приятны уху в любом возрасте и воспринимаются более охотно, чем резкие высказывания. Если взять площадку с песком и поставить на неё груз весом в 10 тонн, то песок промнётся под этим весом, но не даст этому грузу провалиться сквозь себя и при этом останется сухим и сыпучим. Если же мы создадим определённые границы и в них зальём 10 кубометров воды, что по весу равно предыдущему грузу, то вскоре увидим, что вся вода быстро ушла в песок и оставила после себя влажную поверхность, из которой можно будет построить интересные формы и сооружения.</w:t>
      </w:r>
    </w:p>
    <w:p>
      <w:r>
        <w:t>Ребёнок прекрасно слышит интонацию просьбы и хорошо понимает, когда «нет» означает запрет, хотя сказано с нежностью и любовью, или когда он слышит неуверенность, что для него звучит как рекомендация, которую можно безнаказанно проигнорировать.</w:t>
      </w:r>
    </w:p>
    <w:p>
      <w:r>
        <w:t>Привычка быть послушным мудрым родителям вырабатывается не за один раз, но день за днём в неукоснительном следовании родительским наставлениям. И в этой последовательности родители порою переживают больше напряжения и проблем, чем их дети. Отец и мать должны быть в согласии друг с другом и держать планку дисциплины на должном уровне, невзирая на своё самочувствие и настроение. Стабильность в требованиях и нерушимость установленных правил приучают ребёнка к послушанию, и у него вырабатывается собственное желание жить в том порядке, которому он научен.</w:t>
      </w:r>
    </w:p>
    <w:p>
      <w:r>
        <w:t>Множество просьб и наставлений, высказанных за один раз, могут запутать ребёнка, и он просто забудет, что ему говорили, и обязательно что-то сделает не так. Например, мать решила быстро сбегать в магазин за солью и перед выходом она дала маленькой дочери 27 нежных наставлений о том, как ей себя вести в мамино отсутствие. Можно быть уверенным, что дочь растеряется, хотя будет кивать головой, а потом сразу забудет всё, что ей было сказано, и начнёт делать то, что ей будет интересно. В таком случае лучше давать ребёнку какое-то одно задание, которое будет ей по силам и по душе, а потом проверить, как дочь с этим справилась.</w:t>
      </w:r>
    </w:p>
    <w:p>
      <w:r>
        <w:t>Вежливость и уважительная манера общения открывает детское сердце, и ребёнок охотно впитывает в себя всевозможные наставления, а потом хвалится родителям своим послушанием и испытывает неподдельное счастье и удовлетворение от того, что сделал что-то полезное и приятное маме и папе.</w:t>
      </w:r>
    </w:p>
    <w:p>
      <w:r>
        <w:t>Есть некоторые детские действия, которые превышают силы ребёнка, и он не может сам с этим справиться в долгосрочной перспективе, поэтому родителям стоит это понимать и выбрать другую тактику воздействия. Например, если ребёнок сутулится, заикается или грызёт ногти, то запрет это делать будет неосознанно нарушаться и приносить угрызения совести, но проблема останется. Поэтому в данном случае родителям нужна мудрость, как исправить эти пороки, которые их ребёнок не в силах сам преодолеть. И не стоит выдвигать запрещающие требования по этому поводу, лучше придумывать занятия, которые помогут исправить эти недостатки.</w:t>
      </w:r>
    </w:p>
    <w:p>
      <w:r>
        <w:t>Дети очень наблюдательны и хитры. Они быстро понимают, что их поцелуи и объятия вам нравятся, и поэтому попробуют их использовать, чтобы добиться законного нарушения каких-то правил или избежать заслуженного наказания, а потом в случае успеха возьмут эту тактику себе за правило. Не нужно отвергать их ласки, но при этом следует быть строгим и принципиальным.</w:t>
      </w:r>
    </w:p>
    <w:p>
      <w:r>
        <w:t>Также хитрость может проявляться и в том, что, получив на что-то запрет от матери, сын бежит к отцу и просит его разрешения на то, что мама запретила, не говоря об этом своему папе. И если отец разрешил, то он забывает мамины запреты и идёт делать то, что папа позволил. Вследствие этого у родителей возникает конфликт, в котором они понимают, что их обманули. Подобные действия необходимо пресекать, спрашивая, что по этому поводу говорит другой родитель, и дать понять, что если мама запретила, то не нужно просить отцовского разрешения. Это хитрость и лукавство, которые будут наказываться.</w:t>
      </w:r>
    </w:p>
    <w:p>
      <w:r>
        <w:t>Также ребёнку необходимо с нежностью объяснять, что он слушается родителей не потому, что они так хотят, а потому, что они тоже послушны более высокой Божьей власти. А их дети — это подарок от Бога, Который им был дан для правильного воспитания. Детям очень нравится слушать о том, что Библия говорит о детях, и о том, как эти дети ведут себя в юные годы. Понимая, что над их родителями есть высшая власть, они желают понять требования этой власти, чтобы потом определить, насколько их родители послушны Богу. И будьте уверены, что ваш ребёнок не промолчит, когда увидит, как вы нарушаете Божий закон и не придаёте этому значения. Если подобное обличение будет иметь место, то ни в коем случае нельзя укорять ребёнка за его справедливые высказывания. Стоит признать вслух свою ошибку и что-то изменить в своей жизни. Ведь Бог использует ваших детей и для вашего спасения. В случае если вы говорите, что не им вас учить, вы роняете свой и Божий авторитет, и плоды такого влияния будут очень горькими.</w:t>
      </w:r>
    </w:p>
    <w:p>
      <w:r>
        <w:t>Дети понимают язык любви, но очень чутки к несправедливости.</w:t>
      </w:r>
    </w:p>
    <w:p>
      <w:pPr>
        <w:pStyle w:val="Heading2"/>
      </w:pPr>
      <w:r>
        <w:t>Домашнее задание 892</w:t>
      </w:r>
    </w:p>
    <w:p>
      <w:r>
        <w:t>1. Прочитайте, пожалуйста, Кол.4:6; Прит.4:1-6; 15:1; 31:26-28; Ис.42:1-4; 46:3-4; 49:15; Рим.12:9-10; 1Фес.2:7; 1Тим.3:2-5; Евр.5:13-14 в свете этого урока.</w:t>
      </w:r>
    </w:p>
    <w:p>
      <w:r>
        <w:t>2. Какие ещё стихи из Библии пришли вам на память?</w:t>
      </w:r>
    </w:p>
    <w:p>
      <w:r>
        <w:t>3. Что вы поняли из этого урока?</w:t>
      </w:r>
    </w:p>
    <w:p>
      <w:r>
        <w:t>4. Что такое мягкий язык, и почему он переламывает кость?</w:t>
      </w:r>
    </w:p>
    <w:p>
      <w:r>
        <w:t>5. Всем ли нравится уважительное и вежливое с ними обращение?</w:t>
      </w:r>
    </w:p>
    <w:p>
      <w:r>
        <w:t>6. Почему дети охотнее откликаются на просьбы, чем на приказы?</w:t>
      </w:r>
    </w:p>
    <w:p>
      <w:r>
        <w:t>7. Какую силу в себе таит спокойствие и нежное отношение?</w:t>
      </w:r>
    </w:p>
    <w:p>
      <w:r>
        <w:t>8. Как Господь воспитывает нас? Мягок ли Он с нами?</w:t>
      </w:r>
    </w:p>
    <w:p>
      <w:r>
        <w:t>9. Открывался ли вам Господь как тихое веяние ветра? 3Цар.19:11-12.</w:t>
      </w:r>
    </w:p>
    <w:p>
      <w:r>
        <w:t>10. Мягкий язык — это то, чем обладает каждый родитель, или это черта характера, которая отражает состояние сердца?</w:t>
      </w:r>
    </w:p>
    <w:p>
      <w:r>
        <w:t>11. Является ли мягкий язык даром Святого Духа?</w:t>
      </w:r>
    </w:p>
    <w:p>
      <w:r>
        <w:t>12. Откуда дети знают, что нежность — это хорошо, а резкий или бранный голос — это плохо?</w:t>
      </w:r>
    </w:p>
    <w:p>
      <w:r>
        <w:t>13. Является ли громкий разговор выражением негодования?</w:t>
      </w:r>
    </w:p>
    <w:p>
      <w:r>
        <w:t>14. В чём заключается победа любви и нежности?</w:t>
      </w:r>
    </w:p>
    <w:p>
      <w:r>
        <w:t>15. Был ли этот урок вам полезен?</w:t>
      </w:r>
    </w:p>
    <w:p>
      <w:r>
        <w:br w:type="page"/>
      </w:r>
    </w:p>
    <w:p>
      <w:pPr>
        <w:pStyle w:val="Heading1"/>
      </w:pPr>
      <w:r>
        <w:t>Урок 893. Послушание в общем</w:t>
      </w:r>
    </w:p>
    <w:p>
      <w:r>
        <w:t>Характер каждого из нас состоит из многих элементов гармоничной совокупности духовных, душевных и физических особенностей, которые при взаимодействии друг с другом, подпадая под влияние, исходящее как извне, так и изнутри, формируют в нас определённый образ мыслей и чувств, что впоследствии отражается на нашем внешнем поведении и формирует наше мировоззрение. Наш характер состоит из большого количества многих отдельных звеньев одной длинной цепи, на которой мы подвешены над пропастью под названием «мирские соблазны», а верх этой цепи прикреплён к невидимой Божьей руке, которая желает пронести нас над этим миром по пути под названием «жизнь» и привести нас в конечный пункт под названием «Царство Небесное». Прочность этой цепи определяется самым слабым её звеном.</w:t>
      </w:r>
    </w:p>
    <w:p>
      <w:r>
        <w:t>В задачу всех родителей входит как формирование своих характеров для Жизни Вечной, так и формирование подобающих характеров у своих детей, чтобы научить их отличать добро от зла и избирать путь добрый. В этом процессе формирования участвуют как сами родители и дети, так и Представители духовного мира, Которых мы приглашаем в помощь своим выбором и молитвами.</w:t>
      </w:r>
    </w:p>
    <w:p>
      <w:r>
        <w:t>Когда речь идёт о цепи, которую Бог держит в Своей руке, пронося её над соблазнами мира, стоит учесть, что вторая Божья рука всегда находится под этой цепью, чтобы в случае разрыва одного из звеньев не произошла катастрофа всей жизни, и пока идёт ремонт порванного звена, душа может покоиться в надёжной руке любящего Творца, хотя имеет свободу спрыгнуть в бурлящий мир и погибнуть там навсегда.</w:t>
      </w:r>
    </w:p>
    <w:p>
      <w:r>
        <w:t>Воспитание послушных детей требует от их родителей подобного послушания высшей Небесной власти и добровольного подчинения своей воли воле Христа.</w:t>
      </w:r>
    </w:p>
    <w:p>
      <w:r>
        <w:t>Если маленький ребёнок склонен к непослушанию в некоторых случаях, то его родителям не нужно позволять ему постоянно совершать одни и те же неправильные действия, так как частое повторение чего-то формирует привычку, которая становится впоследствии частью характера. Нарушение определяется правилами поведения, которое устанавливает и озвучивает отец или мать. И если они видят, что ребёнок неосознанно делает что-то неправильно, но ещё этого не понимает, а родители не знают, как это запретить, то лучше всего занять маленького человечка делом, в котором ему будет интересно быть послушным, и он охотно будет заниматься полезными вещами и получать в награду похвалу и одобрение родителей. Хорошие поступки также входят в привычку, и их поощрение вырабатывает в теле ребёнка гормоны счастья, наполняя его жизнь смыслом.</w:t>
      </w:r>
    </w:p>
    <w:p>
      <w:r>
        <w:t>Когда ребёнок уже научился говорить и может анализировать свои поступки, тогда с ним необходимо беседовать на вашем родном языке, на котором принято говорить в вашем доме, чтобы объяснять ему красоту послушания и подводить его к тому, чтобы он сам давал негативную оценку неправильным действиям. Рассказы про послушных и непослушных мальчиков и девочек очень нравятся детям, и они с радостью осуждают всякое непослушание и выносят справедливые приговоры нарушителям правил поведения.</w:t>
      </w:r>
    </w:p>
    <w:p>
      <w:r>
        <w:t>Когда ребёнок умеет сам отличать добро от зла, тогда в этой сфере родителям легко добиваться послушания на примере оценки ребёнком тех или иных поступков из детских рассказов.</w:t>
      </w:r>
    </w:p>
    <w:p>
      <w:r>
        <w:t>Маленьким детям свойственно послушание, так как родители для них являются единственными наставниками и бесспорным авторитетом. И они слушаются по умолчанию, потому что так хотят их папа и мама. Но чем старше становятся дети, тем они больше нуждаются в разъяснении того, почему грех является злом, и какие последствия несёт за собой непослушание как воле родителей, так и Божьей воле. И когда предоставляется возможность, дети сами должны пожать плоды своего неправильного выбора и нести последствия нарушений правил и законов.</w:t>
      </w:r>
    </w:p>
    <w:p>
      <w:r>
        <w:t>Даже при самом правильном воспитании всегда возникают ситуации, когда ребёнок оступается или делает что-то не так. Это может происходить под влиянием сверстников или по желанию попробовать что-то запретное. Не нужно оставлять без внимания все замеченные нарушения, но необходима мудрость, чтобы исправить ошибки и предложить лучшую альтернативу.</w:t>
      </w:r>
    </w:p>
    <w:p>
      <w:r>
        <w:t>Хорошо с раннего детства приучить ребёнка рассказывать всё плохое и хорошее, что с ним происходит, не наказывая его за честность. Дети доверяют своим родителям и не боятся их, когда они с интересом слушают их признания и рассказы. Когда ребёнок понимает, что за свою честность он не будет поруган или наказан, и в последствии родители не причинят ему вред, тогда он выработает в себе привычку делиться всем и будет открыт к слушанию мнения отца или матери. И чем старше ребёнок, тем больше страшных вещей он будет вам рассказывать. Но возьмите себе за правило, чтобы никогда не упрекать и не ругать ребёнка за честность и искренность. Один или два неверных шага с вашей стороны или упрёк за неправильное поведение, которое он не скрывает от вас, могут закрыть его сердце, и он будет частично правдив, а может и навсегда замкнуться в себе и ничего вам не рассказывать.</w:t>
      </w:r>
    </w:p>
    <w:p>
      <w:r>
        <w:t>Подобная практика родительского самообладания должна развиваться гораздо раньше, до появления ребёнка на свет, когда мать и отец учатся быть друг с другом правдивыми и «не пилить» друг друга за честность и искренность. Если они этого не имеют между собой, то подобный дух проявит себя и в отношениях с детьми, и ребёнку будет проще идти по пути наименьшего сопротивления и не рассказывать о своих переживаниях ради избежания осуждения или наказания.</w:t>
      </w:r>
    </w:p>
    <w:p>
      <w:r>
        <w:t>А если мать открыла нечестность или какой-то тайный грех своих подопечных, то ей нужно иметь особую мудрость, чтобы объяснить другой подход к жизни и дать ребёнку понять, как можно бороться с грехом и побеждать его. Не стоит ругать ребёнка при этом.</w:t>
      </w:r>
    </w:p>
    <w:p>
      <w:r>
        <w:t>Крики, упрёки, возмущение, негодование, угрозы расправы подобны внезапному опустошающему граду, который побивает нежную зелень и убивает молодые растения на корню. После таких стихийных проявлений своего возмущения можно долго сожалеть о своей реакции, но мало что можно исправить по воскрешению затоптанных нежных чувств. Хоть дети умеют вызывать негодование родителей и справедливый гнев, но тут необходимо проявлять самообладание, к которому стоит приучать и ребёнка.</w:t>
      </w:r>
    </w:p>
    <w:p>
      <w:r>
        <w:t>Послушание — это основа для дальнейшего строительства и формирования личности человека, но это не единственная задача, которую родители должны решать в своих отношениях с детьми.</w:t>
      </w:r>
    </w:p>
    <w:p>
      <w:r>
        <w:t>Если ребёнок проявляет непослушание по забывчивости или непониманию того, зачем это нужно делать, то не стоит заострять внимание и отстаивать свой авторитет. Вас уважают как родителя, но должны и понимать справедливость ваших требований. Например, детям свойственно есть немытыми руками. И они не всегда понимают, зачем мыть руки перед едой, когда они не испачканы в грязи. А иногда они просто это забывают, потому что считают это чем-то второстепенным. Здесь нужно иметь тактичный подход, чтобы привить ребёнку этот навык и не наказывать его за забывчивость. Ведь мы и сами, будучи взрослыми, нарушаем это правило. Да и Сам Иисус учил тому, что не грех — есть немытыми руками. Мат.15:20.</w:t>
      </w:r>
    </w:p>
    <w:p>
      <w:pPr>
        <w:pStyle w:val="Heading2"/>
      </w:pPr>
      <w:r>
        <w:t>Домашнее задание 893</w:t>
      </w:r>
    </w:p>
    <w:p>
      <w:r>
        <w:t>1. Прочитайте, пожалуйста, Прит. 22:6; Кол.3:20; Рим.6:16; Ис.29:23-24; 46:3-4; Втор.6:4-9; 1Цар.15:22-23; 2Кор.10:4-6; Прит. 8:32-36; Мат.15:1-2,19-20 в свете этого урока.</w:t>
      </w:r>
    </w:p>
    <w:p>
      <w:r>
        <w:t>2. Какие ещё стихи из Библии пришли вам на память?</w:t>
      </w:r>
    </w:p>
    <w:p>
      <w:r>
        <w:t>3. Что вы поняли из этого урока?</w:t>
      </w:r>
    </w:p>
    <w:p>
      <w:r>
        <w:t>4. Почему привычки, привитые ребёнку с детства, будут сохраняться им до самой старости?</w:t>
      </w:r>
    </w:p>
    <w:p>
      <w:r>
        <w:t>5. Какими качествами души должны обладать родители, чтобы воспитать достойных детей?</w:t>
      </w:r>
    </w:p>
    <w:p>
      <w:r>
        <w:t>6. Что делать, если ребёнок не понимает, что вы от него хотите, и неосознанно нарушает ваши указания?</w:t>
      </w:r>
    </w:p>
    <w:p>
      <w:r>
        <w:t>7. Стоит ли понимать, имеете ли вы дело со здоровым ребёнком или с тем, у которого есть нарушения в восприятии ваших слов?</w:t>
      </w:r>
    </w:p>
    <w:p>
      <w:r>
        <w:t>8. Понимает ли Господь, насколько повреждён разум тех, кто приходит к Нему? Всех ли Он воспитывает одинаково?</w:t>
      </w:r>
    </w:p>
    <w:p>
      <w:r>
        <w:t>9. Какие навыки и черты характера являются фундаментальными в формировании христианского характера у детей?</w:t>
      </w:r>
    </w:p>
    <w:p>
      <w:r>
        <w:t>10. Что делать, если дети выжимают из меня все силы, и не хватает терпения, чтобы с ними справиться?</w:t>
      </w:r>
    </w:p>
    <w:p>
      <w:r>
        <w:t>11. Какие ещё правила, кроме мытья рук, дети могут нарушать неосознанно?</w:t>
      </w:r>
    </w:p>
    <w:p>
      <w:r>
        <w:t>12. Почему послушание должно исходить из сердца ребёнка и стать его доброй привычкой?</w:t>
      </w:r>
    </w:p>
    <w:p>
      <w:r>
        <w:t>13. Нужна ли родителям мудрость свыше, чтобы воспитать послушного ребёнка?</w:t>
      </w:r>
    </w:p>
    <w:p>
      <w:r>
        <w:t>14. Где брать мудрость в воспитании детей после того, как попросишь её у Бога?</w:t>
      </w:r>
    </w:p>
    <w:p>
      <w:r>
        <w:t>15. Был ли этот урок вам полезен?</w:t>
      </w:r>
    </w:p>
    <w:p>
      <w:r>
        <w:br w:type="page"/>
      </w:r>
    </w:p>
    <w:p>
      <w:pPr>
        <w:pStyle w:val="Heading1"/>
      </w:pPr>
      <w:r>
        <w:t>Урок 894. Самообладание</w:t>
      </w:r>
    </w:p>
    <w:p>
      <w:r>
        <w:t>Самообладание — это способность ребёнка контролировать свои страсти, аппетит, инстинкты, эмоции и негативные чувства в сложных стрессовых ситуациях, которые могут возникнуть внутри сердца или прийти извне. Это сознательный контроль своего поведения, основанный на ясном понимании происходящего, и способность управлять своей реакцией, делая выбор в пользу добра, которому научен своими родителями.</w:t>
      </w:r>
    </w:p>
    <w:p>
      <w:r>
        <w:t>Самообладание не является врождённым свойством души, но это та важная черта характера, которая прививается в родительском доме с ранних лет жизни и последовательно развивается, и формируется в атмосфере любви. В страхе перед наказанием, криком или обвинением, воля ребёнка сковывается, и это препятствует естественному развитию многих полезных качеств души.</w:t>
      </w:r>
    </w:p>
    <w:p>
      <w:r>
        <w:t>Написано в Прит. 16:32: «Долготерпеливый лучше храброго, и владеющий собою лучше завоевателя города». Самообладание отличает человека от животных и говорит о верховенстве в его характере воли и разума над низменными качествами души. Самообладание является фундаментальным принципом, который должен закладываться родителями с момента рождения и развиваться под их контролем.</w:t>
      </w:r>
    </w:p>
    <w:p>
      <w:r>
        <w:t>Личный пример отца и матери в их терпеливом и принципиальном поведении является самым лучшим образом для подражания, и детям легко понимать, чего желают от них родители. Требовать от ребёнка того, чем не владеешь сам, можно, но маловероятно, что будет достигнут ожидаемый результат.</w:t>
      </w:r>
    </w:p>
    <w:p>
      <w:r>
        <w:t>Наш ребёнок, как и мы сами, подвержен нападкам внутренних плотских влияний. Также он открыт и для внешних нападений из различных источников, и в нашу задачу входит обучение этого маленького человечка в духе терпения, прощения и обладания собой. Это качество души не возникает естественно, если родители не будут контролировать поведение детей и объяснять, как лучше себя вести в том или ином случае.</w:t>
      </w:r>
    </w:p>
    <w:p>
      <w:r>
        <w:t>Есть дети, которые от природы спокойные и меньше подвержены стрессовым ситуациям, но и они нуждаются в мудром наставлении. Очень же активные и любознательные дети сталкиваются с гораздо большими испытаниями своего терпения и должны находиться под постоянным контролем их попечителей.</w:t>
      </w:r>
    </w:p>
    <w:p>
      <w:r>
        <w:t>Обучение ребёнка самообладанию — это длительный процесс, который требует родительского опыта, терпения и мудрости свыше. Всё это необходимо, чтобы сделать своё чадо достойным гражданином как земного, так и Небесного Царства.</w:t>
      </w:r>
    </w:p>
    <w:p>
      <w:r>
        <w:t>Самые первые уроки воспитания начинаются с момента рождения малыша путём заботы о его физических нуждах. Положенный распорядок кормления, купания, переодевания оказывает должное влияние и вносит в разум младенца осознание стабильности, на которую он может рассчитывать. Это приучает его подчиняться обстоятельствам и проявлять терпение в позволении заботиться о себе. А нежный тон голоса его родителей приводит эмоциональный мир ребёнка в гармонию с миром его отца и матери. Нежное направление желаний и капризов малыша приучает его к подчинению родительской воле. Это закладывает основание для последующих уроков самообладания.</w:t>
      </w:r>
    </w:p>
    <w:p>
      <w:r>
        <w:t>Безусловная любовь родителей и их принципиальность в установленных порядках и распорядке дня охраняют маленького человека от ненужных страхов и дают ему свободу к полноценному и всестороннему творческому развитию.</w:t>
      </w:r>
    </w:p>
    <w:p>
      <w:r>
        <w:t>Родительский пример стоит во основе воспитания, и домашняя атмосфера любви оказывает своё влияние на разум младенца с первых дней жизни. Хоть ребёнок ещё не понимает смысла слов, но он ощущает атмосферу любви, уважения и самообладания своих родителей и братьев с сёстрами. Ему передаётся дух отношений, и он чувствует себя в безопасности, которая несёт в себе мир.</w:t>
      </w:r>
    </w:p>
    <w:p>
      <w:r>
        <w:t>Родителям стоит озвучивать негативные эмоции ребёнка, называя их по имени и давая отрицательную оценку. Например: «Ты сейчас злишься, и это грех». Или: «Ты расстроен. Давай установим причину и разберёмся, откуда это взялось». Хоть ребёнок и может капризничать в ответ на подобные заявления, но мудрый подход окажет должное влияние, и в следующий раз ему придут на память эти наставления.</w:t>
      </w:r>
    </w:p>
    <w:p>
      <w:r>
        <w:t>Если я знаю, как в той или иной ситуации побороть очередную негативную эмоцию, то я смогу представить свой опыт победы и ребёнку, объясняя ему, как я побеждаю раздражение, когда в моей жизни происходит что-то подобное. Присутствие юмора и добродушия в моих словах смогут гораздо быстрее овладеть детским вниманием и помочь ему усвоить уроки воздержания, а мой опыт победы навсегда останется в памяти юного ученика и поможет ему при очередном испытании, когда я объясняю какие способы выражения эмоций приемлемы в моей жизни, а какие нет.</w:t>
      </w:r>
    </w:p>
    <w:p>
      <w:r>
        <w:t>Не стоит себя идеализировать, но нужно признаваться в том, что и в моей жизни были ошибки, когда я учился самообладанию, и поэтому я понимаю, что происходит в сердце ребёнка.</w:t>
      </w:r>
    </w:p>
    <w:p>
      <w:r>
        <w:t>Похвала, поощрение и радость очередной победе добра над злыми чувствами ребёнка укрепят его в этой победе и вдохновят на будущие преодоления препятствий и формирование этого навыка.</w:t>
      </w:r>
    </w:p>
    <w:p>
      <w:r>
        <w:t>Всегда лучше обучать детей победам до того, как наступит сражение. Это можно делать в форме игры или живой дискуссии, где необходимо подводить своими вопросами малышей к правильному ответу, чтобы они сами говорили, какая реакция будет лучшей, и объясняли, почему так будет хорошо, а иначе нет. Привычка обсуждать заранее те или иные реакции на эмоции поможет распознавать искушение и противостоять ему.</w:t>
      </w:r>
    </w:p>
    <w:p>
      <w:r>
        <w:t>Также нужно учить детей развивать терпение и откладывать свою реакцию до тех пор, пока придёт их очередь. Это помогает воздерживаться от мгновенных реакций и планировать ответ с перспективой более значимых результатов.</w:t>
      </w:r>
    </w:p>
    <w:p>
      <w:r>
        <w:t>Перемена рода занятий может также привить привычку замещать негативную реакцию более полезным делом и отвлекать сознание на более значимые вещи.</w:t>
      </w:r>
    </w:p>
    <w:p>
      <w:r>
        <w:t>Огромную роль в обучении самообладанию играет молитва, осознание Божественного вмешательства в ситуацию и вера в помощь свыше. Мы лишь соработники у Бога, которым Он доверил воспитание достойного человека. Без нас Он не будет делать ничего, а без Него мы не сможем противостоять силам зла этого мира. Но самое важное, что мы можем сделать для своих детей, — это научить их иметь личные отношения со Христом и учиться добрым манерам у Самого Спасителя, обращаясь к Нему за помощью и одерживая с Ним победы.</w:t>
      </w:r>
    </w:p>
    <w:p>
      <w:r>
        <w:t>Неоднократно я был свидетелем того, когда наша маленькая дочь склонялась в молитве и просила Иисуса помочь ей в её маленьких вопросах, а потом с радостью делилась с нами, как Господь ответил на её молитвы. И Господь реально отвечает и имеет общение с детьми, которые с верою обращаются к Нему и просят Его о многом.</w:t>
      </w:r>
    </w:p>
    <w:p>
      <w:r>
        <w:t>Мы и Бог — это та сила, перед которой ни один ребёнок не сможет устоять, но эта сила не калечит волю малыша, а формирует её в гармонии с Божьими принципами и особенностями родительского влияния.</w:t>
      </w:r>
    </w:p>
    <w:p>
      <w:r>
        <w:t>Объясняйте своим детям, что любое зло исходит от врага души и что с Божьей помощью можно противостоять этому влиянию и одержать победу.</w:t>
      </w:r>
    </w:p>
    <w:p>
      <w:r>
        <w:t>Примеры из детства и юности Иисуса и то, как Он побеждал всякий грех, также помогают нашим детям поступать и реагировать соответственно. Дети хотят быть похожими на тех, на кого они взирают, поэтому пусть их родители и Бог будут для них лучшим примером для подражания.</w:t>
      </w:r>
    </w:p>
    <w:p>
      <w:pPr>
        <w:pStyle w:val="Heading2"/>
      </w:pPr>
      <w:r>
        <w:t>Домашнее задание 894</w:t>
      </w:r>
    </w:p>
    <w:p>
      <w:r>
        <w:t>1. Прочитайте, пожалуйста. Гал. 5:22; Втор. 6:4-9; Исх.34:6; Пс.85:15; Прит. 14:29; 15:18; 16:32; Еккл.7:8; Плач. 3:26; Лук. 8:15; 21:19 в свете этого урока.</w:t>
      </w:r>
    </w:p>
    <w:p>
      <w:r>
        <w:t>2. Какие ещё стихи из Библии пришли вам на память?</w:t>
      </w:r>
    </w:p>
    <w:p>
      <w:r>
        <w:t>3. Что вы поняли из этого урока?</w:t>
      </w:r>
    </w:p>
    <w:p>
      <w:r>
        <w:t>4. Что такое самообладание?</w:t>
      </w:r>
    </w:p>
    <w:p>
      <w:r>
        <w:t>5. Самообладание и терпение — это одно и то же, или есть различия?</w:t>
      </w:r>
    </w:p>
    <w:p>
      <w:r>
        <w:t>6. Приведите примеры самообладания Иисуса?</w:t>
      </w:r>
    </w:p>
    <w:p>
      <w:r>
        <w:t>7. Является ли самообладание врождённой чертой характера?</w:t>
      </w:r>
    </w:p>
    <w:p>
      <w:r>
        <w:t>8. Можно ли считать правильным, что жизнь сама научит ребёнка владеть своим духом?</w:t>
      </w:r>
    </w:p>
    <w:p>
      <w:r>
        <w:t>9. В каких сферах жизни нам может помочь самообладание?</w:t>
      </w:r>
    </w:p>
    <w:p>
      <w:r>
        <w:t>10. Если я вижу в себе дух невоздержания, то стоит ли мне начать учиться самообладанию?</w:t>
      </w:r>
    </w:p>
    <w:p>
      <w:r>
        <w:t>11. Какую пользу приносит терпеливый дух?</w:t>
      </w:r>
    </w:p>
    <w:p>
      <w:r>
        <w:t>12. Почему о любви написано, что она долготерпит (1Кор.13:4)? Так ли это на самом деле?</w:t>
      </w:r>
    </w:p>
    <w:p>
      <w:r>
        <w:t>13. Что делать, если меня что-то или кто-то раздражает и выводит из себя?</w:t>
      </w:r>
    </w:p>
    <w:p>
      <w:r>
        <w:t>14. Почему реакция родителей на то или иное событие является убедительным примером для подражания для их детей?</w:t>
      </w:r>
    </w:p>
    <w:p>
      <w:r>
        <w:t>15. Был ли этот урок вам полезен?</w:t>
      </w:r>
    </w:p>
    <w:p>
      <w:r>
        <w:br w:type="page"/>
      </w:r>
    </w:p>
    <w:p>
      <w:pPr>
        <w:pStyle w:val="Heading1"/>
      </w:pPr>
      <w:r>
        <w:t>Урок 895. Личный пример самообладания</w:t>
      </w:r>
    </w:p>
    <w:p>
      <w:r>
        <w:t>Самой большой ошибкой в неправильном формировании характера ребёнка является поведение самих родителей. Ребёнок, хоть и наследует от природы некоторые плотские наклонности, не имеет жизненного опыта для их осознанного применения, и, когда создаются определённые условия для проявления детского эгоизма, они не заставят себя ждать. Если родители в силу своей некомпетентности или занятости не обращают внимания на ярко выраженные негативные эмоции их чада, то эти плотские наклонности очень быстро утверждаются в сознании маленького человека, и потом их довольно сложно, а порою и невозможно искоренить.</w:t>
      </w:r>
    </w:p>
    <w:p>
      <w:r>
        <w:t>Самый лучший и главный пример обучения самообладанию — это жизнь отца и матери и их реакция на тот или иной раздражитель. Прежде чем учить ребёнка каким-то добрым манерам, необходимо самому их принять или хотя бы знать, что это такое и что для этого нужно. Дети, не осознавая того, становятся учителями своих родителей, вынуждая последних заняться более пристальным изучением вопросов воспитания и изменить многие свои негативные привычки, чтобы не передать этот дух своим детям.</w:t>
      </w:r>
    </w:p>
    <w:p>
      <w:r>
        <w:t>Наблюдая в течение жизни за молодыми семьями, я заметил, как меняется характер молодожёнов, когда в их семье появляются дети. Девушки, становясь мамами, обретают больше мудрости и рассудительности. Они обдуманно подходят к решению многих задач, и их сердце и внимание всегда там, где находится их ребёнок. Бывает, что мысленно желаешь многим поверхностным девушкам того, чтобы она побыстрее родили, потому что это событие поможет им многое переоценить и изменить в своей жизни.</w:t>
      </w:r>
    </w:p>
    <w:p>
      <w:r>
        <w:t>Нам, взрослым, свойственно многие решения принимать импульсивно, но импульс ярко демонстрирует отсутствие самообладания и разума в подобном подходе. Наша война с духами злобы поднебесной имеет совершенно другую природу и тактику победы. То доброе влияние, которое хотелось оказать своим ответом, очень быстро нейтрализуется присутствием нечистого духа, который постоянно предлагает свои плотские услуги с быстрым результатом. А стоит задуматься и заглянуть в будущее. Принесёт ли быстрая «победа» здесь и сейчас благословение в последующую жизнь ребёнка и его родителей?</w:t>
      </w:r>
    </w:p>
    <w:p>
      <w:r>
        <w:t>Громкий голос, крик, раздражение — это явные проявления нечистого духа, с помощью которого родители пытаются решать сложные задачи в воспитании детей. Но это ломает волю ребёнка и учит его подобному поведению, которое может проявиться не сразу. Встречали ли вы раздражительных и вспыльчивых людей? Если попытаться разобраться в первопричине такого их отношения к жизни, то, скорее всего, начало этому было положено в родительском доме. Даже говорят, если хочешь понять, кем будет твоя невеста, посмотри на поведение её матери.</w:t>
      </w:r>
    </w:p>
    <w:p>
      <w:r>
        <w:t>Также спокойные и рассудительные люди не стали таковыми от природы. Такими их сделало воспитание их мудрых родителей. Конечно же, не стоит отбрасывать и влияние худых сообществ, мирских школ и сверстников, но пример отца и матери формирует основу и закладывает фундамент дальнейшего поведения.</w:t>
      </w:r>
    </w:p>
    <w:p>
      <w:r>
        <w:t>И чтобы избежать негативных последствий, родителям стоит начать с себя и с отношений между собою.</w:t>
      </w:r>
    </w:p>
    <w:p>
      <w:r>
        <w:t>Тихий и спокойный голос, имеющий в интонации твёрдость и уверенность, является самым действенным средством в обращении к разуму ребёнка. Иногда этот голос может доходить до шёпота, но преследовать определённую цель — решить проблему Божьим методом воздействия. Безусловная любовь также звучит в голосе матери, и ребёнок сердцем это слышит, хотя может находиться под влиянием другого духа.</w:t>
      </w:r>
    </w:p>
    <w:p>
      <w:r>
        <w:t>Подобный навык общения быстро усваивается юным сознанием и формирует привычку к послушанию и подражанию. И после бури, когда родители начинают объяснять, как должны себя вести воспитанные дети, ребёнку несложно понять, что от него ожидают, потому что он имеет пример самообладания своих родителей.</w:t>
      </w:r>
    </w:p>
    <w:p>
      <w:r>
        <w:t>Как бы мы ни ограждали своих детей от ошибок, но всегда будут моменты, когда они что-то сломают, разобьют или испортят без злого умысла. Мы с женой обсуждали эти вопросы и решили не ругать нашу дочь за подобные вещи, но спокойно реагировать и нести материальные последствия таких случаев. И их было предостаточно как по нашей непредусмотрительности, так и по чрезмерной активности дочери. И первым импульсом было желание громко крикнуть: «Как ты могла!!!» Но приходилось сдерживать свои эмоции и искать причину в себе: «Как я допустил, что ребёнок это сделал?» Например, стакан с напитком был поставлен на край стола в зоне, где ребёнок мог легко его задеть. Или при закупке в магазине коляска с ребёнком оказалась очень близко к прилавку с вазами. Шум от бьющейся посуды был слышен и дочери, и ей всегда было очень интересно наблюдать, как красивые предметы красиво летели на пол и превращались в красивые кучи мусора. А нам приходилось становиться акробатами, чтобы спасти очередной предмет от помойки, а затем приходилось объяснять, что это «ай-я-яй», и нужно быть осторожнее. Иногда наше терпение не выдерживало, и нужно было выходить в другую комнату, чтобы прийти в себя. Но мы учились самообладанию, ещё не понимая, как важно проявлять его в воспитании.</w:t>
      </w:r>
    </w:p>
    <w:p>
      <w:r>
        <w:t>Как бы вам ни казалось, что ваше самообладание было напрасным, и нужно было резко пресечь неправильное поведение ребёнка, будьте уверены, что посеянное доброе семя примера вашего спокойствия принесёт в своё время добрый плод и окажет неоценимую помощь в будущем. Добрый пример тоже очень заразителен и подразумевает логическое объяснение вашего поведения. Проявляя спокойствие и выдержку, родитель должен взирать не на нынешнюю ситуацию, а на то, как это влияние пригодится в будущем, и какие благословения оно принесёт через много лет.</w:t>
      </w:r>
    </w:p>
    <w:p>
      <w:r>
        <w:t>Пока ребёнок ещё не научился говорить, детский крик или плач является его естественной коммуникацией со своими родителями. Отцу и матери необходимо научиться различать эти звуки и понимать их причину. Если это вызвано его законными потребностями, то их следует тут же удовлетворять. Если это связано с болью, то это нужно видеть. Если крик вызван капризом или своеволием, то необходимо правильно на это реагировать. Это тоже является первыми уроками по самообладанию.</w:t>
      </w:r>
    </w:p>
    <w:p>
      <w:r>
        <w:t>Крик малыша не нравится его родителям, и сразу предпринимаются попытки, чтобы нейтрализовать этот шум. Но ребёнок очень проницателен, и, если он поймёт, что подобным образом он может добиваться своих целей, он начнёт манипулировать своими родителями, а им просто будет некуда деваться, считая, что продолжительный крик калечит психику ребёнка.</w:t>
      </w:r>
    </w:p>
    <w:p>
      <w:r>
        <w:t>Изначально, подавая громкий голос, ребёнок не планирует манипулировать родителями, но, видя их реакцию, он берёт себе на заметку, что это действенное средство для достижения желаемого, и начинает усиливать своё влияние, теряя контроль над собой. Здесь необходимо родительское понимание истинных нужд ребёнка и правильная реакция на подобное волеизъявление.</w:t>
      </w:r>
    </w:p>
    <w:p>
      <w:r>
        <w:t>Для ребёнка его крик — это усилие, которое ему необходимо прилагать, чтобы получить то, что ему нужно. Если маленького усилия не хватает, то его нужно умножить. И пришёл он к этому, исходя из предыдущего опыта получения желаемого. А родители недоумевают, откуда это.</w:t>
      </w:r>
    </w:p>
    <w:p>
      <w:pPr>
        <w:pStyle w:val="Heading2"/>
      </w:pPr>
      <w:r>
        <w:t>Домашнее задание 895</w:t>
      </w:r>
    </w:p>
    <w:p>
      <w:r>
        <w:t>1. Прочитайте, пожалуйста, Иак.1:5-7; Прит.19:8; Лук.9:39; Еф.4:30-32; Исх.2:6; Пс.83:7; Мат.5:4; Лук.7:13; Кол.3:20; 1Пет.1:14; Откр.21:4 в свете этого урока.</w:t>
      </w:r>
    </w:p>
    <w:p>
      <w:r>
        <w:t>2. Какие ещё стихи из Библии пришли вам на память?</w:t>
      </w:r>
    </w:p>
    <w:p>
      <w:r>
        <w:t>3. Что вы поняли из этого урока?</w:t>
      </w:r>
    </w:p>
    <w:p>
      <w:r>
        <w:t>4. Является ли крик или плач ребёнка чем-то негативным, с чем нужно бороться?</w:t>
      </w:r>
    </w:p>
    <w:p>
      <w:r>
        <w:t>5. Что вы переживаете, когда слышите крик чужих детей, которые мешают вам спокойно жить?</w:t>
      </w:r>
    </w:p>
    <w:p>
      <w:r>
        <w:t>6. Как вы думаете, плакал ли и кричал ли Иисус, когда был Младенцем?</w:t>
      </w:r>
    </w:p>
    <w:p>
      <w:r>
        <w:t>7. Как вы думаете, видит ли небо в нас плачущих и кричащих детей?</w:t>
      </w:r>
    </w:p>
    <w:p>
      <w:r>
        <w:t>8. Носит ли Господь нас на руках, когда мы начинаем капризничать и плакать?</w:t>
      </w:r>
    </w:p>
    <w:p>
      <w:r>
        <w:t>9. Почему иногда плач ребёнка выходит из-под его контроля и переходит в истерику, которую сложно остановить?</w:t>
      </w:r>
    </w:p>
    <w:p>
      <w:r>
        <w:t>10. Есть ли у вас опыт того, как бороться с истерикой ребёнка?</w:t>
      </w:r>
    </w:p>
    <w:p>
      <w:r>
        <w:t>11. Капризничают ли дети в семьях, где царит диктатура и насилие?</w:t>
      </w:r>
    </w:p>
    <w:p>
      <w:r>
        <w:t>12. Помогает ли Господь найти лучшее решение в утешении ребёнка, когда все привычные методы не помогают?</w:t>
      </w:r>
    </w:p>
    <w:p>
      <w:r>
        <w:t>13. Что будет с ребёнком, если родители будут удовлетворять все его капризы?</w:t>
      </w:r>
    </w:p>
    <w:p>
      <w:r>
        <w:t>14. Что вы переживаете, когда видите, как чужие дети устраивают публичные концерты, а их родители им потакают и идут на уступки?</w:t>
      </w:r>
    </w:p>
    <w:p>
      <w:r>
        <w:t>15. Был ли этот урок вам полезен? Увидели ли вы в нём намёк на нас как на духовных детей в своём отношении к Небу?</w:t>
      </w:r>
    </w:p>
    <w:p>
      <w:r>
        <w:br w:type="page"/>
      </w:r>
    </w:p>
    <w:p>
      <w:pPr>
        <w:pStyle w:val="Heading1"/>
      </w:pPr>
      <w:r>
        <w:t>Урок 896. Крик и плач ребёнка</w:t>
      </w:r>
    </w:p>
    <w:p>
      <w:r>
        <w:t>Есть такая поговорка: «Чем бы дитя ни тешилось, лишь бы не плакало». Детский плач и крик являются естественным способом коммуникации ребёнка с внешним миром и со своими попечителями. Также это может быть вызвано внутренней болью или дискомфортом и желанием ребёнка донести важную информацию о своих чувствах окружающему миру.</w:t>
      </w:r>
    </w:p>
    <w:p>
      <w:r>
        <w:t>Для выражения крика или плача могут быть десятки разнообразных причин, которые родители зачастую могут безошибочно определять, но иногда и они теряются в догадках, пытаясь понять, что переживает их чадо.</w:t>
      </w:r>
    </w:p>
    <w:p>
      <w:r>
        <w:t>Наблюдая за матерями, которые имеют маленьких деток, я всегда удивлялся тому, как они умеют отличать голос, крик и плач своего ребёнка из десятков других голосов и по силе этого звука определять, насколько нужна их помощь, и находится ли их ребёнок в опасности. Я был свидетелем и того, как измученная мать уже просто не реагировала на плач и крик и объясняла это тем, что нет ничего страшного в этом шуме, так как малыш своевольничает, и не стоит обращать внимание на его капризы. Но, как только крик ребёнка переходил в другой тембр, его мама тут же оставляла все дела и спешила к своему сокровищу, считая всё остальное маловажным.</w:t>
      </w:r>
    </w:p>
    <w:p>
      <w:r>
        <w:t>Я не помню, как я вёл себя в детстве, но из рассказов своей мамы понимал, что я не был особенным человеком, а она была обычной мамой, которая очень любила меня и делала всё для того, чтобы мне было хорошо и комфортно жить.</w:t>
      </w:r>
    </w:p>
    <w:p>
      <w:r>
        <w:t>Понимая нужды и потребности ребёнка, его физиологию, переживания и возрастные особенности, можно быстро определить и причину его эмоционального настроя.</w:t>
      </w:r>
    </w:p>
    <w:p>
      <w:r>
        <w:t>Крик ребёнка — это более громкий звук, который требует немедленного привлечения внимания к себе и своим нуждам. Также он является выражением боли, гнева или испуга.</w:t>
      </w:r>
    </w:p>
    <w:p>
      <w:r>
        <w:t>Плач ребёнка — это обычно более мягкая и продолжительная попытка младенца привлечь к себе внимание. Она не требует мгновенной реакции, но выражает потребность в кормлении, прикосновении, утешении или личном присутствии кого-то из близких.</w:t>
      </w:r>
    </w:p>
    <w:p>
      <w:r>
        <w:t>Причин для выражения подобного шума может быть много. Например, голод, жажда, боль, дискомфорт, усталость, отсутствие ласки, общения или внимания, страх, тревога, солидарность с окружающими, переутомление, смена обстановки, проблемы с пищеварением или здоровьем, недосыпание или преждевременное пробуждение, стресс, скука, выражение независимости, попытка манипулировать родителями и многое другое. И мать чувствует состояние ребёнка и реагирует на его нужды.</w:t>
      </w:r>
    </w:p>
    <w:p>
      <w:r>
        <w:t>Часто бывает, что у младенца ещё не высохли слёзы, а он уже расплывается в улыбке до ушей на руках у родителей. Все эти шумы не являются чем-то особенным и непредсказуемым. Скорее всего, это естественные звуки при наличии в доме ребёнка. И чем больше детей находится в доме, тем больше шума они создают. А в задачу родителей входит умение различать причину крика и плача и соответственно реагировать, отвечая на нужды ребёнка или направляя его внимание в нужное русло.</w:t>
      </w:r>
    </w:p>
    <w:p>
      <w:r>
        <w:t>Стоит обратить внимание на особый крик ребёнка, который вызван желанием манипулировать родителями или отстаиванием своей эгоистичной позиции. И когда ребёнок не получает своего, тогда этот крик и плач могут перейти в истерику и выйти из-под контроля. Даже опытные родители не всегда понимают, что нужно делать в таких случаях, особенно если это происходит в общественном месте. Истерика может произойти даже у спокойных и воспитанных детей в любом возрасте. Чего ни в коем случае нельзя делать — это кричать на ребёнка или наказывать его. Бывает очень сложно определить причину подобных расстройств, но шум нарастает, и никакое наставление или утешение не действует. В таких случаях лучше всего выводить ребёнка из общественного помещения на улицу и отвлекать его внимание на другие вещи, если это возможно, или, если это дома, оставлять малыша одного, давая ему возможность самостоятельно прийти в себя. Если это происходит в его комнате, то можно ещё включить ему спокойную мелодию и своим поведением дать понять, что вы его любите. А закрыв за ним дверь, молиться Небесному Отцу о вмешательстве в эту ситуацию и утешении для своего ребёнка.</w:t>
      </w:r>
    </w:p>
    <w:p>
      <w:r>
        <w:t>У меня однажды произошло подобное событие в магазине. Моя дочь решила что-то получить, но столкнулась с вежливым отказом, который вызвал её возмущение и привёл её к истерическим крикам. Обычно на шум детей никто не обращает внимания, но в этот момент все покупатели стали наблюдать за происходящим. Я оставил тележку с покупками и вынес бушующего человечка на улицу, где она продолжала свои вопли. И чтобы не привлекать внимание прохожих, я посадил её в машину и закрыл двери снаружи, молясь о помощи и ожидая, чем это закончится. Шум длился ещё несколько минут, а потом стал затихать, переходя в обычный плач. Дочка стала стучать в окно и показывать на свои мокрые колготки. Она описалась от пережитого стресса и переключилась на насущную проблему. Я открыл дверь и взял её на руки, а она стала жаловаться на мокрую одежду, которую мы тут же заменили и утешились. После этого я не ругал дочь и не напоминал ей о случившемся. Мне так и не стала понятна причина произошедшего, но не стоит паниковать, когда подобный дух активно проявляет себя. Любовь помогает найти выход из любого затруднения.</w:t>
      </w:r>
    </w:p>
    <w:p>
      <w:r>
        <w:t>Не всегда крик или плач ребёнка переходит в истерику. Скорее, это исключение, если родители понимают причину детских требований. Но если малыш понял, что через усиление крика он сможет добиваться каких-то запрещённых или желаемых вещей, то его капризы могут стать нормой жизни с переходом от плача к истерике. А попытки родителей пресечь этот произвол грубостью или наказанием могут только усугубить ситуацию.</w:t>
      </w:r>
    </w:p>
    <w:p>
      <w:r>
        <w:t>Не надо проводить разъяснительные беседы во время подобного инцидента. Стоит подождать, пока ребёнок успокоится, придёт в себя, отвлечётся, забудет, и тогда вывести его на разговор о случившемся конфликте в дружеской манере, чтобы он смог спокойно анализировать своё поведение и делать выводы. Путём правильных вопросов и весёлых выводов можно подвести малыша к тому, что он сам осудит себя как поступившего неправильно и даже сможет добавить, как нужно действовать в подобных случаях. Но подобный разговор должен проходить в дружественной форме, без осуждения и угроз. В атмосфере любви ребёнку будет проще проанализировать своё поведение и признать свои ошибки.</w:t>
      </w:r>
    </w:p>
    <w:p>
      <w:r>
        <w:t>Так или иначе, любой ребёнок когда-то решит добиться своего путём истерики. И если при этом присутствуют другие дети, то они не приветствуют поведение своего сверстника, но с интересом наблюдают за реакцией взрослых. Дети учатся на чужих примерах, и мудрый ответ родителей поможет им не впадать в подобные крайности, а беседы на эти темы позволят им контролировать свои желания в рамках принятых правил.</w:t>
      </w:r>
    </w:p>
    <w:p>
      <w:r>
        <w:t>И всегда необходимо подводить разговор к Божественному видению случившегося и указывать на Того, Кто не дремлет и всегда следит за происходящим, желая наделить молящихся добрыми мыслями и чувствами. Бог не желает, чтобы детский крик стал орудием сатаны в управлении волей родителей, поэтому всегда готов давать мудрость тем, кто её у Него просит.</w:t>
      </w:r>
    </w:p>
    <w:p>
      <w:pPr>
        <w:pStyle w:val="Heading2"/>
      </w:pPr>
      <w:r>
        <w:t>Домашнее задание 896</w:t>
      </w:r>
    </w:p>
    <w:p>
      <w:r>
        <w:t>1. Прочитайте, пожалуйста, Иак.1:5-7; Прит.19:8; Лук.9:39; Еф.4:30-32; Исх.2:6; Пс.83:7; Мат.5:4; Лук.7:13; Откр.21:4 в свете этого урока.</w:t>
      </w:r>
    </w:p>
    <w:p>
      <w:r>
        <w:t>2. Какие ещё стихи из Библии пришли вам на память?</w:t>
      </w:r>
    </w:p>
    <w:p>
      <w:r>
        <w:t>3. Что вы поняли из этого урока?</w:t>
      </w:r>
    </w:p>
    <w:p>
      <w:r>
        <w:t>4. Является ли крик или плач ребёнка чем-то негативным, с чем нужно бороться?</w:t>
      </w:r>
    </w:p>
    <w:p>
      <w:r>
        <w:t>5. Что вы переживаете, когда слышите крик чужих детей, которые мешают вам спокойно жить?</w:t>
      </w:r>
    </w:p>
    <w:p>
      <w:r>
        <w:t>6. Как вы думаете, плакал ли и кричал ли Иисус, когда был Младенцем?</w:t>
      </w:r>
    </w:p>
    <w:p>
      <w:r>
        <w:t>7. Как вы думаете, видит ли Небо в нас плачущих и кричащих детей?</w:t>
      </w:r>
    </w:p>
    <w:p>
      <w:r>
        <w:t>8. Носит ли Господь нас на руках, когда мы начинаем капризничать и плакать?</w:t>
      </w:r>
    </w:p>
    <w:p>
      <w:r>
        <w:t>9. Почему иногда плач ребёнка выходит из-под его контроля и переходит в истерику, которую сложно остановить?</w:t>
      </w:r>
    </w:p>
    <w:p>
      <w:r>
        <w:t>10. Есть ли у вас опыт того, как бороться с истерикой ребёнка?</w:t>
      </w:r>
    </w:p>
    <w:p>
      <w:r>
        <w:t>11. Капризничают ли дети в семьях, где царит диктатура и насилие?</w:t>
      </w:r>
    </w:p>
    <w:p>
      <w:r>
        <w:t>12. Помогает ли Господь найти лучшее решение в утешении ребёнка, когда все привычные методы не помогают?</w:t>
      </w:r>
    </w:p>
    <w:p>
      <w:r>
        <w:t>13. Что будет с ребёнком, если родители будут удовлетворять все его капризы?</w:t>
      </w:r>
    </w:p>
    <w:p>
      <w:r>
        <w:t>14. Что вы переживаете, когда видите, как чужие дети устраивают публичные концерты, а их родители им потакают и идут на уступки?</w:t>
      </w:r>
    </w:p>
    <w:p>
      <w:r>
        <w:t>15. Был ли этот урок вам полезен? Увидели ли вы в нём духовные параллели с нашим отношением к Небу?</w:t>
      </w:r>
    </w:p>
    <w:p>
      <w:r>
        <w:br w:type="page"/>
      </w:r>
    </w:p>
    <w:p>
      <w:pPr>
        <w:pStyle w:val="Heading1"/>
      </w:pPr>
      <w:r>
        <w:t>Урок 897. Самообладание в аппетите</w:t>
      </w:r>
    </w:p>
    <w:p>
      <w:r>
        <w:t>В основании формирования христианского характера у детей находится воспитание аппетита. Аппетит — это естественный инстинкт, вложенный в человека Творцом для подкрепления тела необходимой для него энергией, получаемой из пищи и воды. Аппетит является низменной силой души и должен находиться под абсолютным контролем разума и воли. Если не уделять этому свойству должного внимания, то аппетит ребёнка возьмёт власть в свои руки и будет управлять высшими силами души по своему желанию и вкусу.</w:t>
      </w:r>
    </w:p>
    <w:p>
      <w:r>
        <w:t>Воспитание ребёнка в области аппетита начинается с воспитания воздержания, вкусов и привычек у его родителей, в особенности у матери. Невежество в понимании важности правильного формирования детского аппетита приводит к тому, что родители встают на лёгкий и удобный путь, который в результате приводит их чадо к серьёзным последствиям.</w:t>
      </w:r>
    </w:p>
    <w:p>
      <w:r>
        <w:t>Так как тело человека тесно связано с его духом и душой, нужно учитывать и принимать во внимание всё, что укрепляет эту связь и что её разрушает. Думаю, что в планы даже самых невежественных родителей не входит воспитание пьяницы или наркомана, но именно формирование правильного вкуса и аппетита или отсутствие такового и закладывает основание для всех будущих бед и благословений. И начинать в этом вопросе родителям необходимо с себя. Их личный пример в сфере воздержания и порядка будет оказывать большее влияние, когда их аппетит будет находиться под абсолютным контролем их воли и разума.</w:t>
      </w:r>
    </w:p>
    <w:p>
      <w:r>
        <w:t>Питание беременной матери, качество пищи и режим приёма полезных продуктов — всё это непосредственно влияет на формирование плода внутри утробы. Уже в это время закладывается любовь к порядку и воздержанию. Хоть время беременности и может повлиять на формирование каких-то наклонностей во вкусе ребёнка, но основное влияние и воспитание аппетита всё же происходит после рождения.</w:t>
      </w:r>
    </w:p>
    <w:p>
      <w:r>
        <w:t>Если сразу после родов младенца поднести к груди матери, то он уже знает, что ему нужно делать, и начинает сосать то, что ему предлагают. Многие родители, зная этот естественный инстинкт, дают младенцу соску и видят, как тот успокаивается, получив что-то существенное, что удовлетворяет его инстинкт.</w:t>
      </w:r>
    </w:p>
    <w:p>
      <w:r>
        <w:t>Аппетит ребёнка, подарённый ему Богом, нуждается в естественной пище, которую организм матери натуральным образом производит в её груди. Молоко формируется на основе того, что мать есть и пьёт, какой свет попадает на её кожу, чем она дышит и в каком окружении она находится. При этом мать изучает своё дитя и устанавливает время кормления. Нет одинаковых детей, и, хотя все они имеют разные особенности в принятии пищи, есть общие принципы, которые нужно знать и учитывать при кормлении. Оно не должно быть непрерывным, когда ребёнок бодрствует, но должно иметь определённые часы. Организм ребёнка очень быстро формирует распорядок питания и громко напоминает о том, что пришло время, которое никак нельзя пропустить.</w:t>
      </w:r>
    </w:p>
    <w:p>
      <w:r>
        <w:t>В моей жизни был случай, когда я взял месячную дочь на прогулку в коляске на свежем воздухе, считая, что кислород будет оказывать на неё усыпляющее воздействие. Но ровно когда пришло время кормления, она стала плакать, прося положенное питания. Я пытался её успокоить, объясняя, что мы гуляем, и мамы рядом нет, но она не унималась и требовала своего. И даже когда к нам навстречу вышла мама, дочь не успокоилась, пока не получила свою положенную по праву порцию молока. Я понял, что спорить с голодными детьми бесполезно, и взял себе это на заметку.</w:t>
      </w:r>
    </w:p>
    <w:p>
      <w:r>
        <w:t>Чем старше становится ребёнок, тем большие паузы в приёме пищи необходимо делать, увеличивая при этом и само количество молока. Вода или травяной чай должны также присутствовать в рационе младенца, чтобы восполнять дефицит необходимой организму жидкости, а порою и замещать преждевременное кормление.</w:t>
      </w:r>
    </w:p>
    <w:p>
      <w:r>
        <w:t>Интуиция матери подсказывает решение всех этих вопросов, но хорошо бы знать также и здравый подход к этому процессу. Например, ребёнок испытывает внутренний дискомфорт и выражает это вслух, а ему тут же дают пищу, не разобравшись в его истинных потребностях. Аппетит быстро привыкает к такой реакции и требует еду вовремя и не вовремя. В результате чувство вкуса начинает господствовать над здравым смыслом и распорядком питания, и понадобится гораздо больше терпения, сил и мужества, чтобы побороть этот порок и подчинить аппетит принятым нормам.</w:t>
      </w:r>
    </w:p>
    <w:p>
      <w:r>
        <w:t>Организм ребёнка очень быстро приспосабливается к тому порядку или беспорядку в питании, который устраивают родители. У кого-то установление режима питания происходит легко и естественно, а какой-то матери нужно перебороть свои внутренние страхи, чтобы быть принципиальной в этом вопросе.</w:t>
      </w:r>
    </w:p>
    <w:p>
      <w:r>
        <w:t>Когда ребёнку исполняется шесть месяцев, помимо молока, ему нужно давать и дополнительный прикорм, используя полезные овощи и фрукты в виде пюре, учитывая то, что ребёнок ещё не умеет самостоятельно жевать.</w:t>
      </w:r>
    </w:p>
    <w:p>
      <w:r>
        <w:t>Ошибка родителей может заключаться и в том, что по мере роста их ребёнка они решат, что он достаточно большой и может есть ту же еду, что едят они сами. Но, хоть у детей и вложен механизм быстрого переваривания пищи, они ещё очень малы для того, чтобы всё тщательно пережёвывать и переваривать то, что тяжело для детского организма. Даже здоровая для родителей пища может быть неприемлемой для детской пищеварительной системы и вредить всему организму. И если этого не видно невооружённым глазом, то последствия подобного питания дадут о себе знать позже, и вряд ли родители вспомнят свои общие застолья, видя в них причину невоздержания или повреждённого здоровья. Общее питание экономит время для приготовления пищи и очень удобно, но это не значит, что оно полезно для малыша. Здесь нужна особая мудрость свыше для выбора соответствующего возрасту питания и его приготовления.</w:t>
      </w:r>
    </w:p>
    <w:p>
      <w:r>
        <w:t>Есть заблуждение, которое может сильно повлиять на сознание неопытных родителей, когда им говорят, что чьи-то дети ели то, что ели их родители, и выросли здоровыми. Пусть подобные люди несут последствия в своих семьях, но у вас да будет во всём здравый смысл.</w:t>
      </w:r>
    </w:p>
    <w:p>
      <w:r>
        <w:t>Маленькие дети часто капризничают и переживают разные стрессы, за решением которых они естественно бегут к родителям, и вместо того, чтобы вникнуть в нужду ребёнка, мама суёт ему в рот очередную вкуснятину. Подобное решение трудных ситуаций формирует в разуме ребёнка привычку заедать свои проблемы, что впоследствии он будет делать осознанно и постоянно.</w:t>
      </w:r>
    </w:p>
    <w:p>
      <w:r>
        <w:t>О вреде перекусов между приёмами пищи уже много сказано, но почему-то эта проблема остаётся для многих насущной до сих пор, а кто-то не видит в этом никаких проблем.</w:t>
      </w:r>
    </w:p>
    <w:p>
      <w:r>
        <w:t>В моём детстве взрослые учили меня тому, что в рот полезло, то полезно. И я в это верил. Но пришло время, когда здравый смысл стал мне показывать другую сторону жизни, и Господь начал разрушать принятые стереотипы.</w:t>
      </w:r>
    </w:p>
    <w:p>
      <w:r>
        <w:t>Наиболее полезным питанием для ребёнка является то, что приготовила сама природа, начиная от молока матери и включая овощи, ягоды и фрукты. Современная индустрия заточена на получение максимальной прибыли при минимальных затратах, поэтому продукты долго хранятся. Не стоит доверять производителям заботу о вкусах и здоровье ваших детей. Готовьте еду сами.</w:t>
      </w:r>
    </w:p>
    <w:p>
      <w:pPr>
        <w:pStyle w:val="Heading2"/>
      </w:pPr>
      <w:r>
        <w:t>Домашнее задание 897</w:t>
      </w:r>
    </w:p>
    <w:p>
      <w:r>
        <w:t>1. Прочитайте, пожалуйста, Еккл.5:11; 9:16-17; Ис.22:13-14; 66:17; Прит.23:20-21; 25:16; Иез.16:49; Лук.6:25; Чис.6:2-4; 2Пет.1:6 в свете этого урока.</w:t>
      </w:r>
    </w:p>
    <w:p>
      <w:r>
        <w:t>2. Какие ещё стихи из Библии пришли вам на память?</w:t>
      </w:r>
    </w:p>
    <w:p>
      <w:r>
        <w:t>3. Что вы поняли из этого урока?</w:t>
      </w:r>
    </w:p>
    <w:p>
      <w:r>
        <w:t>4. Что такое воспитание аппетита?</w:t>
      </w:r>
    </w:p>
    <w:p>
      <w:r>
        <w:t>5. Как вы считаете, будут ли привычки в питании, приобретённые в детстве, влиять на последующую жизнь?</w:t>
      </w:r>
    </w:p>
    <w:p>
      <w:r>
        <w:t>6. С какого возраста можно начинать практиковать воздержание?</w:t>
      </w:r>
    </w:p>
    <w:p>
      <w:r>
        <w:t>7. Что такое воздержание?</w:t>
      </w:r>
    </w:p>
    <w:p>
      <w:r>
        <w:t>8. Как вы думаете, сложно ли младенцу учиться самообладанию в питании?</w:t>
      </w:r>
    </w:p>
    <w:p>
      <w:r>
        <w:t>9. Какая польза будет родителям от того, что их ребёнок будет есть по расписанию только полезную пищу?</w:t>
      </w:r>
    </w:p>
    <w:p>
      <w:r>
        <w:t>10. Нужно ли наставлять ребёнка в правильных принципах питания, когда сам их нарушаешь?</w:t>
      </w:r>
    </w:p>
    <w:p>
      <w:r>
        <w:t>11. Почему воспитание другого начинается с самого себя?</w:t>
      </w:r>
    </w:p>
    <w:p>
      <w:r>
        <w:t>12. Как быть, если я сейчас понял эти важные истины о воздержании в еде, а до этого питался как попало?</w:t>
      </w:r>
    </w:p>
    <w:p>
      <w:r>
        <w:t>13. Могут ли страхи матери перед голодной смертью ребёнка мешать ей иметь твёрдые принципы в кормлении младенца?</w:t>
      </w:r>
    </w:p>
    <w:p>
      <w:r>
        <w:t>14. Есть ли что-то общее между младенцем и вами в вопросе воспитания аппетита?</w:t>
      </w:r>
    </w:p>
    <w:p>
      <w:r>
        <w:t>15. Был ли этот урок Вам полезен?</w:t>
      </w:r>
    </w:p>
    <w:p>
      <w:r>
        <w:br w:type="page"/>
      </w:r>
    </w:p>
    <w:p>
      <w:pPr>
        <w:pStyle w:val="Heading1"/>
      </w:pPr>
      <w:r>
        <w:t>Урок 898. Формирование аппетита</w:t>
      </w:r>
    </w:p>
    <w:p>
      <w:r>
        <w:t>Формирование христианского характера в области аппетита ребёнка является одной из самых сложных и интересных задач. Мы, родители, имеем дело не только с маленьким человеком, но также и с его плотской натурой, влиянием мира и окружения, с нападками врага души, который обрушивает свои соблазны на наших детей, желая сделать их рабами низменных склонностей души и через это иметь доступ к их воле.</w:t>
      </w:r>
    </w:p>
    <w:p>
      <w:r>
        <w:t>Не стоит забывать, что самый первый грех был совершён под влиянием человеческого аппетита, и к каким катастрофическим последствиям привело невоздержание! Но Бог не опустил руки и предлагает всем людям Свою помощь и мудрость в этой борьбе, зная, с какими силами сталкиваются родители.</w:t>
      </w:r>
    </w:p>
    <w:p>
      <w:r>
        <w:t>Многие особенности в питании ребёнка зависят не только от его желания и аппетита, но также исходят от понимания, мировоззрения и согласия родителей в этой сфере. Младенец ещё не знает, что хорошо, а что плохо, но, видя порядок и норму в питании, принимает это, как само собой разумеющееся. Он имеет свои внутренние ограничители и свои потребности, о которых может громко заявлять и давать всем понять, что ему нравится, а что нет.</w:t>
      </w:r>
    </w:p>
    <w:p>
      <w:r>
        <w:t>Если ребёнок отказывается от какой-то полезной и обычной еды, то отцу или матери не стоит паниковать и искать замену, чтобы их чадо что-то поело. Ребёнок в меру своих внутренних чувств может отказаться от любой пищи, но если он получает замену, то его разум отмечает это для себя, и он в следующий раз может попробовать уже сознательно отказаться, чтобы получить что-то другое. Здесь нужна мудрость и интуиция родителей, чтобы понять истинные мотивы малыша. Если еда привычная, качественная и полезная, то не надо паниковать, но немного подождать и предложить её вновь. Можно придумать интересный комментарий к очередной порции или показать, как это вкусно вам. И если это не подействовало, то закончить приём пищи до следующего раза, не заменяя его на что-то более вкусное.</w:t>
      </w:r>
    </w:p>
    <w:p>
      <w:r>
        <w:t>Если на столе стоит несколько блюд, и ребёнок может выбирать, что он ест вначале, а что потом, то не страшно, если он не станет есть пищу, которая ему не нравится. Но после его отказа от пищи нельзя приносить со стороны ещё что-то, чтобы он поел. Дети не понимают, что рацион должен быть разнообразным. Они с детства приучены сосать одно и то же мамино молоко, и поэтому, когда они получают одну и ту же кашу, их это не возмущает.</w:t>
      </w:r>
    </w:p>
    <w:p>
      <w:r>
        <w:t>Иногда в меру своей занятости ребёнок просто не хочет ничего. Или если он выпил много воды, то он не видит смысла в еде. Желудок даёт сигнал о своей наполненности, и идёт отказ от пищи. Родителям нужно разобраться в причине отказа и наблюдать за тем, чтобы перед самой едой дети ничего не пили.</w:t>
      </w:r>
    </w:p>
    <w:p>
      <w:r>
        <w:t>Занятый делами малыш может упустить из внимания то, что ему нужно есть, и время обеда считать чем-то неважным. Но вкус еды, которую мама даст ему попробовать, напомнит ему об этом мероприятии, и он охотно будет открывать рот для следующей порции.</w:t>
      </w:r>
    </w:p>
    <w:p>
      <w:r>
        <w:t>Когда на отказ поесть родители убирают пищу до следующего раза, тогда им стоит донести до сознания ребёнка, что он не получит ничего, так как обед по расписанию. Малыш позже может опомниться и начать просить еды, но тут нужна мудрость родителей, чтобы не приучать ребёнка к самоволию, но дать понять, что в доме есть порядок.</w:t>
      </w:r>
    </w:p>
    <w:p>
      <w:r>
        <w:t>Во время болезни дети могут продолжительное время отказываться от любой еды. Не надо этого бояться. В организм вложены подобные функции, которые защищают его от ненужных перегрузок, чтобы он сам смог навести порядок. Аппетит обязательно вернётся, когда иммунитет выполнит свою работу.</w:t>
      </w:r>
    </w:p>
    <w:p>
      <w:r>
        <w:t>Походы в гости к друзьям или совместные обеды в церкви могут быть исключениями в режиме дня малыша, и это может сильно влиять на юное сознание, разрушая привычный распорядок. Пока ребёнок маленький, мама, предвидя подобные ситуации, должна брать с собой привычную детскую еду и кормить своё чадо отдельно. Если это невозможно, то необходимо заранее обговаривать меню и распорядок вашего кормления, чтобы друзья с пониманием относились к вашим принципам.</w:t>
      </w:r>
    </w:p>
    <w:p>
      <w:r>
        <w:t>Хоть отдельные встречи не нарушают домашний порядок, но они вносят в жизнь ребёнка новое видение мира и возможности, которые он запоминает. Какой бы интересной ни была встреча с друзьями, внимание родителей должно быть с их ребёнком и его занятиями. Но, когда наступает время отпусков или долгосрочных выездов из дома, детский режим кормления не стоит менять в угоду временной смене обстановки.</w:t>
      </w:r>
    </w:p>
    <w:p>
      <w:r>
        <w:t>Большой вред воспитанию аппетита ребёнка могут нанести самые близкие люди. Наши родители любят наших детей порою больше, чем нас, и готовы отдать им всё самое лучшее и дорогое, чем не баловали своих детей. Прежде чем отдать им своё чадо на временное попечение, стоит убедиться, что их принципы в питании не расходятся с вашими, и что вы являетесь главным управителем в воспитании сына или дочери. Дети не всегда расскажут, чем и как их кормили, а родители могут скрыть всю правду, поэтому все эти вопросы следует заранее серьёзно обговаривать.</w:t>
      </w:r>
    </w:p>
    <w:p>
      <w:r>
        <w:t>Знаю одну семью, в которой мать, поехав с трёхлетней дочкой в отпуск, попала в больницу с аппендицитом, а дочь на время пребывания матери в больнице забрала неверующая свекровь. Более недели она была со своей внучкой у себя дома и приучала её к своим правилам. Зная принципы родителей, она решила кормить девочку тем, что ела сама, включая и нечистую пищу, чем потом и хвалилась, заявляя, что никто не умер, и ребёнок был доволен, питаясь «нормальной» едой. Родители девочки были очень опечалены такой ситуацией и потом уже никогда не отдавали свою дочь на попечение своей мамы.</w:t>
      </w:r>
    </w:p>
    <w:p>
      <w:r>
        <w:t>Даже если ваш внук является вашей прямой роднёй, всегда нужно помнить, что его родители выше вас и несут ответственность перед Богом за воспитание своего чада. Поэтому, прежде чем кого-то от них брать, необходимо узнать порядок и принципы их семьи, особенно в кормлении, и подстраивать эти принципы под себя, а не наоборот.</w:t>
      </w:r>
    </w:p>
    <w:p>
      <w:r>
        <w:t>Испортить аппетит ребёнка и сломать все его принципы можно очень быстро, но для того, чтобы вырастить достойного человека, нужен упорный труд, стойкость, терпение и много молитв.</w:t>
      </w:r>
    </w:p>
    <w:p>
      <w:r>
        <w:t>Есть ещё один порок, который очень часто можно наблюдать в церкви. Когда ты приходишь на богослужение со своими детьми, которые одеты в лучшую одежду и очень нарядны, чем вызывают умиление у собратьев, тогда находятся «добрые люди», которые запасаются вкусными конфетами и начинают ими угощать вашего ребёнка без вашего разрешения. А куда деваться детям? Они с радостью берут всё, что им дают. А есть такие собратья, которые даже разворачивают эти конфеты и норовят их сунуть прямо в рот вашему малышу. Что делать в таких случаях? Мы обычно брали эти «подарки» из рук ребёнка и благодарили за угощение, а потом беседовали с этими сердобольными людьми и вежливо просили их не делать подобное, так как это нам не нравится и противоречит нашим принципам. Кто-то с пониманием нас слушал, а кто-то обижался, но мы были строгими в этом вопросе и не делали из богослужения столовую с изысканными деликатесами. Да и наше расписание питания было построено так, чтобы на время богослужений не выпадало никаких приёмов пищи, за исключением грудного кормления.</w:t>
      </w:r>
    </w:p>
    <w:p>
      <w:pPr>
        <w:pStyle w:val="Heading2"/>
      </w:pPr>
      <w:r>
        <w:t>Домашнее задание 898</w:t>
      </w:r>
    </w:p>
    <w:p>
      <w:r>
        <w:t>1. Прочитайте, пожалуйста, 1Кор. 8:8,13; 10:3; Ис. 7:14-15; Евр.5:12-14; Суд.13:3-4; Прит.22:6; 23:1-3; Лук.1:13-15; 24:41-43; Рим.14:15-17; Пс.77:29-33 в свете этого урока.</w:t>
      </w:r>
    </w:p>
    <w:p>
      <w:r>
        <w:t>2. Какие ещё стихи пришли вам на память?</w:t>
      </w:r>
    </w:p>
    <w:p>
      <w:r>
        <w:t>3. Что вы поняли из этого урока?</w:t>
      </w:r>
    </w:p>
    <w:p>
      <w:r>
        <w:t>4. Почему так важно формирование правильного аппетита у детей?</w:t>
      </w:r>
    </w:p>
    <w:p>
      <w:r>
        <w:t>5. Какие последствия несёт в себе невоздержанность или невежество в еде?</w:t>
      </w:r>
    </w:p>
    <w:p>
      <w:r>
        <w:t>6. Почему маленькие дети всегда ищут возможность перейти на неправильное питание, лишь бы это было вкусно?</w:t>
      </w:r>
    </w:p>
    <w:p>
      <w:r>
        <w:t>7. Какую роль в питании играет гормон дофамин?</w:t>
      </w:r>
    </w:p>
    <w:p>
      <w:r>
        <w:t>8. Почему при отказе ребёнка от полезной и вкусной еды нельзя заменять её на другую пищу?</w:t>
      </w:r>
    </w:p>
    <w:p>
      <w:r>
        <w:t>9. Может ли страх матери перед тем, что её ребёнок не поест, заставлять её идти на уступки капризам своего малыша и кормить его тем, что он потребует?</w:t>
      </w:r>
    </w:p>
    <w:p>
      <w:r>
        <w:t>10. Что делать, если ребёнок хочет есть только конфеты, а всё другое откидывает от себя?</w:t>
      </w:r>
    </w:p>
    <w:p>
      <w:r>
        <w:t>11. Почему маленькому ребёнку проще привить правильный вкус и дисциплину в приёме пищи, чем взрослому человеку?</w:t>
      </w:r>
    </w:p>
    <w:p>
      <w:r>
        <w:t>12. Можете ли вы свою пищу назвать вкусной, полезной и соответствующей реформе здоровья?</w:t>
      </w:r>
    </w:p>
    <w:p>
      <w:r>
        <w:t>13. Как быть, если аппетит ребёнка уже испорчен, а мне только сейчас стала понятна эта проблема?</w:t>
      </w:r>
    </w:p>
    <w:p>
      <w:r>
        <w:t>14. Какую роль играет молитва родителей в вопросе формирования аппетита у ребёнка?</w:t>
      </w:r>
    </w:p>
    <w:p>
      <w:r>
        <w:t>15. Был ли этот урок вам полезен?</w:t>
      </w:r>
    </w:p>
    <w:p>
      <w:r>
        <w:br w:type="page"/>
      </w:r>
    </w:p>
    <w:p>
      <w:pPr>
        <w:pStyle w:val="Heading1"/>
      </w:pPr>
      <w:r>
        <w:t>Урок 899. Культура питания</w:t>
      </w:r>
    </w:p>
    <w:p>
      <w:r>
        <w:t>Единство в принципах формирования христианского характера у ребёнка начинается задолго до его появления. Основы и понимание святости закладываются в сердце родителей ещё до того, как они стали взрослыми и встретили друг друга. Выбор спутника жизни, единомыслие, личное послушание Богу также закладывают правильное основание для успешного воспитания будущего поколения.</w:t>
      </w:r>
    </w:p>
    <w:p>
      <w:r>
        <w:t>Хорошо иметь развитую интуицию и умение предвидеть многие опасности при формировании личности, но при этом необходимо обладать и знанием того, что и как делать, а чего стоит избегать при развитии юной личности для подготовки к жизни в Небесных обителях. Опыта моей семьи недостаточно, чтобы вникнуть в психологию ребёнка и узнать законы взаимодействия его души с внешним и внутренним миром. Хоть мирские источники информации и включают в себя много полезных знаний, но они не учат тому, как прилепить душу ребёнка ко Христу и помочь детям иметь личные отношения со своим Спасителем.</w:t>
      </w:r>
    </w:p>
    <w:p>
      <w:r>
        <w:t>Если у нас в семье нет духовного сплочения, или наша семейная иерархия составлена неправильно, то в вопросе воспитания детей у нас не будет того единства, которое создаёт авторитет отцу и матери в глазах ребёнка. Мать, постоянно спорящая со своим мужем в присутствии юных свидетелей, не будет обладать авторитетом среди своих домочадцев, да и отца им будет сложно уважать при таком подходе. Читаем в Иов 14:4: «Кто родится чистым от нечистого? Ни один».</w:t>
      </w:r>
    </w:p>
    <w:p>
      <w:r>
        <w:t>Дружелюбный дух между супругами передаётся и их потомству. Семья, дисциплина и порядок — это не только свод правил, но и отношения, общение, взаимоуважение и почитание мнения и желаний другого.</w:t>
      </w:r>
    </w:p>
    <w:p>
      <w:r>
        <w:t>Мать, готовя пищу ребёнку, руководствуется не только расписанием кормления, но и пониманием физических нужд своего чада. Она учитывает его вкусы и возраст. Она учит детей доверию ей в этом вопросе.</w:t>
      </w:r>
    </w:p>
    <w:p>
      <w:r>
        <w:t>Когда вся семья по возможности садится вместе за стол и благодарит Бога за всё, что Он им даёт в пищу, тогда происходит что-то интересное в духовном единении всех членов. А дальнейшее общение за столом формирует особую атмосферу этого дома. Не все застольные беседы могут иметь религиозный характер, но любовь членов семьи друг к другу придаёт особый вкус любой избранной теме. Радость и взаимная привязанность делают любой приём пищи праздником. А вкусная и полезная еда придаёт такому общению особую атмосферу дружелюбия, в которой очень полезно делиться мудрыми наставлениями, прививать культуру поведения и учить детей самообладанию.</w:t>
      </w:r>
    </w:p>
    <w:p>
      <w:r>
        <w:t>Когда ребёнок только учится самостоятельно кушать, он пачкается сам и пачкает всё пространство вокруг себя. Для этого события родители готовят специальную одежду и надевают передник. Но проходит время, и навык в принятии пищи способствует тому, что ребёнок ест более аккуратно и имеет понятие о чистоте.</w:t>
      </w:r>
    </w:p>
    <w:p>
      <w:r>
        <w:t>В каждой культуре существуют свои традиции и этикет относительно приёма пищи, и его стоит учитывать и прививать своим детям. Где-то едят руками, где-то палочками, где-то, сидя на полу, а у нас принято есть за столом с ножом, ложкой и вилкой. При этом мы используем салфетки для вытирания рта и ставим отдельную посуду для пищевого мусора и обёрток. Иногда на ужин мы гасили свет и зажигали свечи. Но это было больше исключением, чем правилом, и вносило особую радость и романтичность в наше общение за столом.</w:t>
      </w:r>
    </w:p>
    <w:p>
      <w:r>
        <w:t>Ребёнку нравится подражать своим родителям, и он охотно учится тому, что видит в их поведении. Чистота также нравится детям. Хоть они не сразу и неохотно постигают эту науку, но проходит время, и они начинают сами видеть грязь и умеют с ней бороться.</w:t>
      </w:r>
    </w:p>
    <w:p>
      <w:r>
        <w:t>Мы не применяем дисциплинарные взыскания в области питания. Наша дочь не научена тому, что за плохое поведение её лишат чего-то вкусного или полезного. Также мы не предлагаем деликатесы в качестве поощрения за какие-то успехи. Пища в нашем доме не является особой привилегией, которую нужно заслуживать или которую можно не получить за нарушение порядка.</w:t>
      </w:r>
    </w:p>
    <w:p>
      <w:r>
        <w:t>Также мы следим и за тем, чтобы ребёнок не переедал даже полезные продукты. Хоть иногда за нашим столом и появляются особые вкусности, которые быстро исчезают, но мы следим за тем, чтобы их было в меру, и поэтому стараемся не выкладывать на стол изобилие всего в переизбытке, но ставим столько еды, сколько нужно. Если ребёнок желает получить добавку супа, то это значит, что он будет есть меньше других блюд.</w:t>
      </w:r>
    </w:p>
    <w:p>
      <w:r>
        <w:t>Но за вкусом и мерою наших гостей мы не следим. В этом случае мы предоставляем им самим выбирать блюда и количество еды.</w:t>
      </w:r>
    </w:p>
    <w:p>
      <w:r>
        <w:t>Иногда моя жена спрашивает дочь о том, что бы она хотела поесть на обед, и затем вместе с ней готовит эти блюда. Но в основном составление меню лежит во власти матери, и она сама решает, что и когда есть другим членам семьи. А если дочь требует чего-то другого, то ей даётся понять, что её желания будут учтены в следующий раз, а сейчас нужно есть то, что приготовлено.</w:t>
      </w:r>
    </w:p>
    <w:p>
      <w:r>
        <w:t>Обычно детям очень нравится есть блюда, которые они сами готовили. А когда им объясняешь за столом, какую пользу приносит тот или иной продукт, они с пониманием это принимают, а затем рассказывают гостям, какие полезные блюда стоят на их столе. При вкушении разнообразных продуктов мы стараемся объяснить, как они сочетаются, и что лучше есть отдельно. Пока дочь была маленькой, в этом не было необходимости, но, когда она уже стала больше понимать, мы ей объясняли, почему что-то есть категорически нельзя, и почему некоторые полезные продукты несовместимы друг с другом. И надо сказать, что дочка очень внимательно следила за тем, насколько мы сами придерживаемся этих правил, и сразу поднимала шум, когда видела, что мы едим что-то несовместимое.</w:t>
      </w:r>
    </w:p>
    <w:p>
      <w:r>
        <w:t>С раннего детства мы учили дочь, что кока-кола – плохой напиток, и она его никогда даже не пробовала, но считала это чем-то горьким. Но однажды наши собратья пригласили нас на свадьбу. В разгаре свадебного торжества к нам подбежала дочка и сообщила нам, что, оказывается, кока-кола такая вкусная. Другие дети дали ей это попробовать. Нам потом пришлось долго объяснять, что не всё вкусное полезно, и что помимо сахара там содержатся и другие вредные вещества. И в нашем доме никогда не было этого напитка.</w:t>
      </w:r>
    </w:p>
    <w:p>
      <w:r>
        <w:t>Также в процесс обучения культуре питания входило понятие уважения к другим людям, особенно к старшим. Мы учили дочь, что при выборе продуктов нужно всегда уступать другим и ждать, пока они возьмут себе необходимое, а затем давать свою тарелку. Исключением был лишь тот момент, когда ей разрешали брать что-то первой.</w:t>
      </w:r>
    </w:p>
    <w:p>
      <w:r>
        <w:t>Вежливые слова, благодарение Бога за пищу, благодарность тем, кто её приготовил и подал, — всё это необходимо прививать детям с ранних лет, чтобы они понимали, что еда — это не само собой разумеющееся, а чья-то забота о тебе, за которую нужно благодарить, уважая труд людей.</w:t>
      </w:r>
    </w:p>
    <w:p>
      <w:r>
        <w:t>Но мы не ставили еду и её вкус на пьедестал, уделяя ей особое внимание, делая эти продукты главной темой наших застольных бесед. Нам всегда было о чём поговорить в дружественной атмосфере нашего дома. А когда у нас были дни рождения, тогда мы всегда готовили на этот день особое блюдо, которое не ели в другие дни. А Господь всегда и за всё, что мы ели и пили, получал от нас благодарность.</w:t>
      </w:r>
    </w:p>
    <w:p>
      <w:pPr>
        <w:pStyle w:val="Heading2"/>
      </w:pPr>
      <w:r>
        <w:t>Домашнее задание 899</w:t>
      </w:r>
    </w:p>
    <w:p>
      <w:r>
        <w:t>1. Прочитайте, пожалуйста, Рим.14:17; 1Цар.2:12-17; Мат.6:31-33; Прит.4:1-2; 8:32-36; 20:7; 31:14-15,27-28; 1Тим.3:2-5,12; Пс.126:1-5; 1Кор.14:20; Еф.6:1-4 в свете этого урока.</w:t>
      </w:r>
    </w:p>
    <w:p>
      <w:r>
        <w:t>2. Какие ещё стихи пришли вам на память?</w:t>
      </w:r>
    </w:p>
    <w:p>
      <w:r>
        <w:t>3. Что вы поняли из этого урока?</w:t>
      </w:r>
    </w:p>
    <w:p>
      <w:r>
        <w:t>4. Нужно ли ребёнку прививать хорошие манеры поведения за столом?</w:t>
      </w:r>
    </w:p>
    <w:p>
      <w:r>
        <w:t>5. Стоит ли иметь в виду, что за столом семья всегда собирается вместе по три раза в день, и это должно быть особым временем для семьи?</w:t>
      </w:r>
    </w:p>
    <w:p>
      <w:r>
        <w:t>6. Учит ли ребёнка самообладанию тот факт, что мать решает, что, когда и в каком количестве ему есть?</w:t>
      </w:r>
    </w:p>
    <w:p>
      <w:r>
        <w:t>7. Чему учит нас рассказ о сыновьях Илия из 1Цар.2:12-17? Какой урок можно извлечь, читая 1Цар.4:11 ?</w:t>
      </w:r>
    </w:p>
    <w:p>
      <w:r>
        <w:t>8. К чему приведёт ребёнка невоздержание в еде, и какие последствия ожидают его родителей?</w:t>
      </w:r>
    </w:p>
    <w:p>
      <w:r>
        <w:t>9. Что делать, если в моей семье всё не так хорошо происходит, как описано в этом уроке?</w:t>
      </w:r>
    </w:p>
    <w:p>
      <w:r>
        <w:t>10. Стоит ли следить за тем, чтобы вредная пища и напитки никогда не появлялись на вашем столе?</w:t>
      </w:r>
    </w:p>
    <w:p>
      <w:r>
        <w:t>11. Почему из еды не стоит делать культ или средство для поощрения или наказания?</w:t>
      </w:r>
    </w:p>
    <w:p>
      <w:r>
        <w:t>12. Сближают ли семью совместные застолья?</w:t>
      </w:r>
    </w:p>
    <w:p>
      <w:r>
        <w:t>13. Почему, когда люди знакомятся, они много времени проводят за столом где-то в ресторане?</w:t>
      </w:r>
    </w:p>
    <w:p>
      <w:r>
        <w:t>14. Нужно ли иногда вносить романтику в совместные трапезы? Если да, то что это даёт?</w:t>
      </w:r>
    </w:p>
    <w:p>
      <w:r>
        <w:t>15. Был ли этот урок вам полезен?</w:t>
      </w:r>
    </w:p>
    <w:p>
      <w:r>
        <w:br w:type="page"/>
      </w:r>
    </w:p>
    <w:p>
      <w:pPr>
        <w:pStyle w:val="Heading1"/>
      </w:pPr>
      <w:r>
        <w:t>Урок 900. Навык чистоты и гигиены</w:t>
      </w:r>
    </w:p>
    <w:p>
      <w:r>
        <w:t>Когда в мир рождается человек, тогда он из себя представляет дикое существо, движимое врождёнными инстинктами, но в него уже вложен разум и перспектива развития. Он ещё ничего не умеет и не понимает, но это не смущает его родителей, и они готовы к тому, чтобы сделать из этого маленького человечка достойного члена общества, который знает правила поведения и понимает культурные особенности своего народа.</w:t>
      </w:r>
    </w:p>
    <w:p>
      <w:r>
        <w:t>Чистота и гигиена ребёнка включают соблюдение ряда правил и процедур, направленных на поддержание здоровья и предотвращение инфекций и заболеваний. Это подразумевает как личную гигиену ребёнка, так и поддержание чистоты окружающей среды, в которой малыш находится.</w:t>
      </w:r>
    </w:p>
    <w:p>
      <w:r>
        <w:t>Маленьким детям несвойственно понятие чистоты и гигиены. И когда родители начинают это практиковать в их жизни, малыши поднимают шум и громко возмущаются такому вторжению в их личное пространство. Они имеют тенденцию справлять свои нужды прямо под себя, когда приходит в этом необходимость, и быстро понимают, что проводить время в сухом бельё гораздо приятнее, чем лежать в мокрых пелёнках, о чём многие младенцы громко сообщают своим родителям. И, как правило, у мамы уже заготовлена запасная одежда, и она переодевает своё чадо, наблюдая при этом, чтобы после переодевания тело было чистым. Так прививаются первые навыки чистоты и гигиены.</w:t>
      </w:r>
    </w:p>
    <w:p>
      <w:r>
        <w:t>Кто-то из мудрых людей придумал памперсы, которые успешно заменили пелёнки и экономят уйму времени и сил многим родителям. Мы сразу оценили подобное изобретение и стали выделять часть своего семейного бюджета на покупку этих подгузников. Но малыш растёт, и мы начинаем задумываться о том, как его научить самостоятельно ходить на горшок, чтобы он сам справлял свои нужды. Обычно родители начинают этим заниматься с того момента, когда ребёнок делает первые шаги. Стоит заметить, что переполненный мочой памперс может привести к чрезмерному перегреву половых органов у мальчиков, что может нарушить репродуктивные процессы и привести к бесплодию в юные годы.</w:t>
      </w:r>
    </w:p>
    <w:p>
      <w:r>
        <w:t>Купание малыша также становится неотъемлемым ритуалом каждой семьи. Не всем детям поначалу нравится, что их погружают в воду, и они отчаянно протестуют против этого мероприятия, особенно если вода холодная или горячая. Поэтому родителям хорошо вначале опускать свой локоть в воду, чтобы определить приемлемую для тела температуру воды.</w:t>
      </w:r>
    </w:p>
    <w:p>
      <w:r>
        <w:t>Подход к использованию при купании моющих средств должен быть очень грамотным и осторожным. Часто это делается под влиянием рекламы или красивой упаковки с приятным запахом. Читайте состав того, чем вы будете мыть своего ребёнка. Кожа младенца впитывает всё, с чем она соприкасается, и если на неё попадают химические вещества, то это может стать причиной аллергической реакции или воспаления внутренних органов. Самое лучшее и проверенное средство для поддержания чистоты — это чистая вода. Она хорошо растворяет то, с чем соприкасается, и смывает с тела ребёнка ненужную грязь и пот, оставляя при этом в сохранности естественное жировое покрытие, которое защищает тело от попадания в него ненужных бактерий.</w:t>
      </w:r>
    </w:p>
    <w:p>
      <w:r>
        <w:t>С взрослением ребёнок понимает, что от купания можно получать много радости, а вода — это самая лучшая игрушка, которая приносит столько счастья, и поэтому всё вокруг должно быть мокрое.</w:t>
      </w:r>
    </w:p>
    <w:p>
      <w:r>
        <w:t>Мытьё рук и лица также входит в правила гигиены, и ребёнку объясняют, что грязные руки должны быть чистыми, а садиться за стол нужно только с помытыми руками.</w:t>
      </w:r>
    </w:p>
    <w:p>
      <w:r>
        <w:t>В этом случае родители сами дают пример того, как нужно мыть руки, и ежедневное многократное повторение этого действия входит в привычку у ребёнка, и он сам начинает это делать. Но надо понимать, что дети ещё не осознают нужды в мытьё рук и могут об этом забывать или считать свои руки достаточно чистыми, чтобы лишний раз их мочить.</w:t>
      </w:r>
    </w:p>
    <w:p>
      <w:r>
        <w:t>Мне очень хорошо запомнился один урок по мытью рук, который нам преподала воспитательница в пионерском лагере. Она объяснила, что руки нужно мыть с мылом два раза, так как первый раз смывает всю грязь, а второй раз добивается нужной чистоты. И когда после этого вытираешь руки о белое полотенце, тогда на нём не должно оставаться следов грязи. Если полотенце пачкается, то руки необходимо перемыть ещё раз. Этот урок мне настолько врезался в память, что я до сих пор его помню и слежу за тем, чтобы моё полотенце было чистым.</w:t>
      </w:r>
    </w:p>
    <w:p>
      <w:r>
        <w:t>Чистка зубов также стала доброй традицией в нашем обществе. Но здесь нужно также быть предельно осторожным, так как маленькие дети глотают вкусную зубную пасту, и им сложно понять, зачем её нужно выплёвывать, ведь она такая сладкая. Также не стоит доверять производителям, считая, что они думают о здоровье ваших детей, предлагая лишь хорошее и полезное. Самое безопасное мыло, шампунь и зубная паста — это то, что вы делаете сами, понимая чистоту и безопасность для тела необходимых ингредиентов.</w:t>
      </w:r>
    </w:p>
    <w:p>
      <w:r>
        <w:t>Ребёнку необходимо не только прививать навыки гигиены, но и объяснять, почему это нужно делать. Дети очень смышлёные и быстро начинают любить чистоту, отличая чистое от нечистого.</w:t>
      </w:r>
    </w:p>
    <w:p>
      <w:r>
        <w:t>Если ребёнка не научить в детстве принципам гигиены, то потом это будет очень сложно, а порою невозможно привить. Плотская натура глупа и ленива, и она избегает лишних телодвижений ради общепринятых норм. Поэтому привитие правил гигиены становится определённой борьбой, в которой родители должны всегда побеждать.</w:t>
      </w:r>
    </w:p>
    <w:p>
      <w:r>
        <w:t>Мытьё грязной посуды не стоит доверять посудомоечной машине. Детям нужно привить навык и этой процедуры.</w:t>
      </w:r>
    </w:p>
    <w:p>
      <w:r>
        <w:t>Уход за ногтями и волосами ребёнка является обязанностью родителей до более старшего возраста, так как малыши не могут этого правильно делать, но им стоит объяснять, что ногти на руках и ногах не должны быть длинными, а волосы, особенно у девочек, должны быть чистыми, причесанными и уложенными. Дочери быстро привыкают к заботе о своих волосах и с охотой дают делать им косички или хвостики. Также многим детям нравится, когда во время причёсывания их гладят по голове и нежно с ними разговаривают.</w:t>
      </w:r>
    </w:p>
    <w:p>
      <w:r>
        <w:t>Детям свойственно пачкать свою одежду, в которой они гуляют и играют. Им не нужно запрещать пачкаться. Маленький ребёнок и грязь — это два неразлучных друга. Не надо этого бояться или ругаться, если малыш испачкался, но стоит объяснить, что грязную одежду нужно менять и стирать. Дети быстро схватывают это правило и охотно переодеваются в чистое, когда приходят с прогулки домой. Родителям хорошо бы иметь такую одежду для прогулок и игр на улице, которую легко будет стирать.</w:t>
      </w:r>
    </w:p>
    <w:p>
      <w:r>
        <w:t>Чистоту в детской комнате, доступ свежего воздуха и солнечного света необходимо всегда поддерживать, объясняя детям важность гигиены в этой области. Порядок необходимо наводить после каждой игры и перед отходом ко сну. Вначале родители своим личным примером и участием учат детей этому порядку, а потом, когда дети начинают это понимать и нести ответственность за выполнение, начинают с них требовать и ожидать послушания в этой сфере.</w:t>
      </w:r>
    </w:p>
    <w:p>
      <w:r>
        <w:t>Стоит учить детей и тому, что наш Бог есть Бог порядка и чистоты. Ведь на Небе всё чисто, и от нас на земле ожидается подобное поведение и устройство наших жилищ.</w:t>
      </w:r>
    </w:p>
    <w:p>
      <w:pPr>
        <w:pStyle w:val="Heading2"/>
      </w:pPr>
      <w:r>
        <w:t>Домашнее задание 900</w:t>
      </w:r>
    </w:p>
    <w:p>
      <w:r>
        <w:t>1. Прочитайте, пожалуйста, Пс.50:9; Втор.23:12-14; Ин.13:4-10; Исх.40:30-32; Лев.11:25-26; 14:8-9; 15:7,16-18; 17:15-16; Исх.29:4; Ис.1:16; Иез.16:4 в свете этого урока.</w:t>
      </w:r>
    </w:p>
    <w:p>
      <w:r>
        <w:t>2. Какие ещё стихи из Библии пришли вам на память?</w:t>
      </w:r>
    </w:p>
    <w:p>
      <w:r>
        <w:t>3. Что вы поняли из этого урока?</w:t>
      </w:r>
    </w:p>
    <w:p>
      <w:r>
        <w:t>4. Что такое чистота и гигиена? Для чего это нужно?</w:t>
      </w:r>
    </w:p>
    <w:p>
      <w:r>
        <w:t>5. Рождаются ли дети с пониманием того, что такое чистота и как её необходимо соблюдать?</w:t>
      </w:r>
    </w:p>
    <w:p>
      <w:r>
        <w:t>6. С какого возраста необходимо начинать прививать детям принципы чистоты и гигиены?</w:t>
      </w:r>
    </w:p>
    <w:p>
      <w:r>
        <w:t>7. Смогут ли родители научить ребёнка тому, что сами не соблюдают?</w:t>
      </w:r>
    </w:p>
    <w:p>
      <w:r>
        <w:t>8. Для чего Господь давал Своему народу особые повеления о чистоте и гигиене? Какие благословения от этого имел Израиль?</w:t>
      </w:r>
    </w:p>
    <w:p>
      <w:r>
        <w:t>9. Не мыть руки перед едой — это грех?</w:t>
      </w:r>
    </w:p>
    <w:p>
      <w:r>
        <w:t>10. Как вы себя чувствуете после мытья рук или купания?</w:t>
      </w:r>
    </w:p>
    <w:p>
      <w:r>
        <w:t>11. Включает ли в себя принцип чистоты и гигиены то, чтобы все ваши вещи и ваш дом был в чистоте и порядке?</w:t>
      </w:r>
    </w:p>
    <w:p>
      <w:r>
        <w:t>12. Почему детей иногда нужно заставлять мыть руки и тело?</w:t>
      </w:r>
    </w:p>
    <w:p>
      <w:r>
        <w:t>13. Насколько опасны химические средства при омовении детского и вашего тела? Почему необходимо соблюдать осторожность в их применении или иметь полное воздержание?</w:t>
      </w:r>
    </w:p>
    <w:p>
      <w:r>
        <w:t>14. Как вы себя чувствуете в компании человека, который долго не мылся или не моется вовсе?</w:t>
      </w:r>
    </w:p>
    <w:p>
      <w:r>
        <w:t>15. Что вы поняли из этого урока?</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Liberation Serif" w:hAnsi="Liberation Serif" w:eastAsia="Liberation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200"/>
      <w:outlineLvl w:val="0"/>
    </w:pPr>
    <w:rPr>
      <w:rFonts w:asciiTheme="majorHAnsi" w:eastAsiaTheme="majorEastAsia" w:hAnsiTheme="majorHAnsi" w:cstheme="majorBidi" w:ascii="Liberation Serif" w:hAnsi="Liberation Serif" w:eastAsia="Liberation Serif"/>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erif" w:hAnsi="Liberation Serif" w:eastAsia="Liberation Serif"/>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erif" w:hAnsi="Liberation Serif" w:eastAsia="Liberation Serif"/>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erif" w:hAnsi="Liberation Serif" w:eastAsia="Liberation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Школа Любви Агапэ — уроки 851–900</dc:title>
  <dc:subject/>
  <dc:creator>Андрей Карпекин</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