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Любви Агапэ</w:t>
      </w:r>
    </w:p>
    <w:p>
      <w:pPr>
        <w:pStyle w:val="Subtitle"/>
      </w:pPr>
      <w:r>
        <w:t>Уроки 801–850</w:t>
      </w:r>
    </w:p>
    <w:p>
      <w:r>
        <w:t>Андрей Карпекин</w:t>
      </w:r>
    </w:p>
    <w:p>
      <w:r>
        <w:t>https://www.karpekin.de</w:t>
      </w:r>
    </w:p>
    <w:p>
      <w:r>
        <w:br w:type="page"/>
      </w:r>
    </w:p>
    <w:p>
      <w:pPr>
        <w:pStyle w:val="Heading1"/>
      </w:pPr>
      <w:r>
        <w:t>Содержание</w:t>
      </w:r>
    </w:p>
    <w:p>
      <w:r>
        <w:t>Урок 801. А можно я это сделаю?</w:t>
      </w:r>
    </w:p>
    <w:p>
      <w:r>
        <w:t>Урок 802. Закрытая территория</w:t>
      </w:r>
    </w:p>
    <w:p>
      <w:r>
        <w:t>Урок 803. Закрытая Богом территория</w:t>
      </w:r>
    </w:p>
    <w:p>
      <w:r>
        <w:t>Урок 804. Закрытая семейная территория</w:t>
      </w:r>
    </w:p>
    <w:p>
      <w:r>
        <w:t>Урок 805. А стоит ли разводиться?</w:t>
      </w:r>
    </w:p>
    <w:p>
      <w:r>
        <w:t>Урок 806. Чужая свадьба</w:t>
      </w:r>
    </w:p>
    <w:p>
      <w:r>
        <w:t>Урок 807. Прекрасный Жених</w:t>
      </w:r>
    </w:p>
    <w:p>
      <w:r>
        <w:t>Урок 808. Почта</w:t>
      </w:r>
    </w:p>
    <w:p>
      <w:r>
        <w:t>Урок 809. Сколько стоит «бесплатно»?</w:t>
      </w:r>
    </w:p>
    <w:p>
      <w:r>
        <w:t>Урок 810. На что взираем, в то и преображаемся</w:t>
      </w:r>
    </w:p>
    <w:p>
      <w:r>
        <w:t>Урок 811. Вера от слышания</w:t>
      </w:r>
    </w:p>
    <w:p>
      <w:r>
        <w:t>Урок 812. Престол Божий</w:t>
      </w:r>
    </w:p>
    <w:p>
      <w:r>
        <w:t>Урок 813. Эго или любовь?</w:t>
      </w:r>
    </w:p>
    <w:p>
      <w:r>
        <w:t>Урок 814. Свидетель Верный и Истинный</w:t>
      </w:r>
    </w:p>
    <w:p>
      <w:r>
        <w:t>Урок 815. Имя Бога на челах</w:t>
      </w:r>
    </w:p>
    <w:p>
      <w:r>
        <w:t>Урок 816. Защита в Божьем имени</w:t>
      </w:r>
    </w:p>
    <w:p>
      <w:r>
        <w:t>Урок 817. Сила имени</w:t>
      </w:r>
    </w:p>
    <w:p>
      <w:r>
        <w:t>Урок 818. Имена Иисуса</w:t>
      </w:r>
    </w:p>
    <w:p>
      <w:r>
        <w:t>Урок 819. Постоянство семейного счастья</w:t>
      </w:r>
    </w:p>
    <w:p>
      <w:r>
        <w:t>Урок 820. Уважение свободы выбора в семье</w:t>
      </w:r>
    </w:p>
    <w:p>
      <w:r>
        <w:t>Урок 821. Свобода выбора в моей семье</w:t>
      </w:r>
    </w:p>
    <w:p>
      <w:r>
        <w:t>Урок 822. Немощный сосуд</w:t>
      </w:r>
    </w:p>
    <w:p>
      <w:r>
        <w:t>Урок 823. Жена</w:t>
      </w:r>
    </w:p>
    <w:p>
      <w:r>
        <w:t>Урок 824. Как понять женщину?</w:t>
      </w:r>
    </w:p>
    <w:p>
      <w:r>
        <w:t>Урок 825. Семейные обиды</w:t>
      </w:r>
    </w:p>
    <w:p>
      <w:r>
        <w:t>Урок 826. Наш семейный мир</w:t>
      </w:r>
    </w:p>
    <w:p>
      <w:r>
        <w:t>Урок 827. Юмор в семье</w:t>
      </w:r>
    </w:p>
    <w:p>
      <w:r>
        <w:t>Урок 828. Мелочи семейной жизни</w:t>
      </w:r>
    </w:p>
    <w:p>
      <w:r>
        <w:t>Урок 829. Мужчина в семье</w:t>
      </w:r>
    </w:p>
    <w:p>
      <w:r>
        <w:t>Урок 830. Как понять мужчину?</w:t>
      </w:r>
    </w:p>
    <w:p>
      <w:r>
        <w:t>Урок 831. Уважение к мужу</w:t>
      </w:r>
    </w:p>
    <w:p>
      <w:r>
        <w:t>Урок 832. Семья и суббота</w:t>
      </w:r>
    </w:p>
    <w:p>
      <w:r>
        <w:t>Урок 833. Хвалите своего мужа</w:t>
      </w:r>
    </w:p>
    <w:p>
      <w:r>
        <w:t>Урок 834. Восхищайтесь своим мужем</w:t>
      </w:r>
    </w:p>
    <w:p>
      <w:r>
        <w:t>Урок 835. Не судите друга за правду</w:t>
      </w:r>
    </w:p>
    <w:p>
      <w:r>
        <w:t>Урок 836. Почему я одинока?</w:t>
      </w:r>
    </w:p>
    <w:p>
      <w:r>
        <w:t>Урок 837. Что не нравится вашему мужу?</w:t>
      </w:r>
    </w:p>
    <w:p>
      <w:r>
        <w:t>Урок 838. Настоящий мужчина</w:t>
      </w:r>
    </w:p>
    <w:p>
      <w:r>
        <w:t>Урок 839. Что не нравится вашей жене?</w:t>
      </w:r>
    </w:p>
    <w:p>
      <w:r>
        <w:t>Урок 840. Влияние друг на друга</w:t>
      </w:r>
    </w:p>
    <w:p>
      <w:r>
        <w:t>Урок 841. Богатый мужчина</w:t>
      </w:r>
    </w:p>
    <w:p>
      <w:r>
        <w:t>Урок 842. Шестая заповедь</w:t>
      </w:r>
    </w:p>
    <w:p>
      <w:r>
        <w:t>Урок 843. Седьмая заповедь</w:t>
      </w:r>
    </w:p>
    <w:p>
      <w:r>
        <w:t>Урок 844. Десятая заповедь</w:t>
      </w:r>
    </w:p>
    <w:p>
      <w:r>
        <w:t>Урок 845. Обычный лаодикиец</w:t>
      </w:r>
    </w:p>
    <w:p>
      <w:r>
        <w:t>Урок 846. Вера, действующая любовью</w:t>
      </w:r>
    </w:p>
    <w:p>
      <w:r>
        <w:t>Урок 847. Восьмая заповедь</w:t>
      </w:r>
    </w:p>
    <w:p>
      <w:r>
        <w:t>Урок 848. Визит царя Соломона</w:t>
      </w:r>
    </w:p>
    <w:p>
      <w:r>
        <w:t>Урок 849. Пустота</w:t>
      </w:r>
    </w:p>
    <w:p>
      <w:r>
        <w:t>Урок 850. Полнота</w:t>
      </w:r>
    </w:p>
    <w:p>
      <w:r>
        <w:br w:type="page"/>
      </w:r>
    </w:p>
    <w:p>
      <w:pPr>
        <w:pStyle w:val="Heading1"/>
      </w:pPr>
      <w:r>
        <w:t>Урок 801. А можно я это сделаю?</w:t>
      </w:r>
    </w:p>
    <w:p>
      <w:r>
        <w:t>Когда он и она создают что-то общее, их дела и заботы не уменьшаются в связи с этим союзом, а многократно увеличиваются.</w:t>
      </w:r>
    </w:p>
    <w:p>
      <w:r>
        <w:t>Работая в сфере строительства и ремонта жилья, я обратил внимание на то, что одинокие люди не строят для себя частные дома и не снимают большие квартиры. Они по большей части довольствуются минимальным комфортом, и им не так много нужно. Но, когда у человека появляется семья, а потом ещё и дети, запросы и желания домочадцев становятся такими большими, что ради удовлетворения их потребностей требуется много средств, времени и всевозможных обслуживающих фирм.</w:t>
      </w:r>
    </w:p>
    <w:p>
      <w:r>
        <w:t>Эти семьи не боятся брать большие кредиты и потом несколько десятилетий выплачивать долги ради того, чтобы жить в уюте и комфорте.</w:t>
      </w:r>
    </w:p>
    <w:p>
      <w:r>
        <w:t>А что касается домашних дел, то с созданием семьи и благоустройством быта их почему-то становится настолько много, что ты постоянно чем-то занят, и эти дела длинным списком преследуют тебя всю последующую жизнь. И чтобы как-то убежать от всех этих забот, семьи нашли себе лазейку, — ездить в отпуск и платить большие деньги за то, чтобы хоть какое-то время ничего не делать и позволить другим обслуживать свой отдых.</w:t>
      </w:r>
    </w:p>
    <w:p>
      <w:r>
        <w:t>Каким бы хорошим ни был этот отпуск, но всегда приходится возвращаться в то место, которое принято называть «Домой», и дальше делать всё, что принято называть домашними делами.</w:t>
      </w:r>
    </w:p>
    <w:p>
      <w:r>
        <w:t>Соломон однажды назвал всю нашу жизнь суетой. Но есть суета без особого смысла, а есть простые домашние занятия, которые радуют сердца и делают супругов роднее и ближе. Ну, а что удивительного, если мы и были созданы для того, чтобы шесть дней работать и совершать все дела свои?</w:t>
      </w:r>
    </w:p>
    <w:p>
      <w:r>
        <w:t>Когда в семье все обязанности распределены честно и поровну, тогда каждый знает, что от него ожидается, и не претендует на большее. Но в подобный быт и рутину можно внести маленький праздник для души и нарушить привычный порядок вещей, делая их с любовью.</w:t>
      </w:r>
    </w:p>
    <w:p>
      <w:r>
        <w:t>Любовь очень мудра и способна придумать, что будет делать жизнь другого счастливой, постоянно радуя сердце твоей второй половинки. Агапэ досконально изучает язык любви друга по жизни и старается периодически на нём общаться.</w:t>
      </w:r>
    </w:p>
    <w:p>
      <w:r>
        <w:t>Она прекрасно видит, как кто-то трудится на благо семьи от всего сердца или делает свои обязанности неохотно, потому что так надо. Но так или иначе любовь побуждает сердце супруга напасть на своего друга с активным предложением: «А можно я это сделаю?» А затем она сразу вливается в работу и старается или сделать всё вместо того, кто выполняет этот труд, или начинает активно помогать другому, если не получает всю работу целиком.</w:t>
      </w:r>
    </w:p>
    <w:p>
      <w:r>
        <w:t>Цель этого урока состоит не в том, чтобы начать мечтать о таком заботливом друге жизни, а самому стать тем, кто, будучи движим любовью, пожелает думать в этом направлении и позволять своей любви строить дальнейшие планы по активному участию в жизни другого. Можно читать эти строки и думать о том, где бы взять такого друга. Наша цель не указать вам «рыбное место», а помочь вам стать той самой рыбкой, которая будет радовать того, кто её имеет, если, конечно же, этот рыболов существует.</w:t>
      </w:r>
    </w:p>
    <w:p>
      <w:r>
        <w:t>Написано в 1Ин 3:18: «Дети мои! станем любить не словом или языком, но делом и истиною». Забота о другом, помощь в делах и перекладывание чужой нагрузки на свои плечи, — всё это было нормой счастливых отношений во все времена, и, думаю, Вечность не станет исключением в этих вопросах, но предоставит гораздо больше вечных возможностей, чтобы вечно думать о счастье других вечных ближних.</w:t>
      </w:r>
    </w:p>
    <w:p>
      <w:r>
        <w:t>Когда я начинаю размышлять или говорить о Вечности и о том, как там всем нам будет хорошо, и как мы радостно на Небе станем заботиться друг о друге, выстраиваясь в очередь для служения ближним, с которыми будем пересекаться, тогда почему-то меня слушают с грустью, думая, что этого прекрасного времени ещё очень долго ждать. А зачем ждать? Для нас Вечная жизнь уже началась по вере в Иисуса. Святой Дух родил нас свыше для Себя, а затем Он начинает нас учить правилам Вечной жизни, чтобы мы были мудрыми Божьими детьми во всяком месте. А Сам Бог Отец наделяет нас Небесной агапэ, которая производит в нас хотение и действия по Его благоволению.</w:t>
      </w:r>
    </w:p>
    <w:p>
      <w:r>
        <w:t>Совсем не обязательно спрашивать своего супруга о том, можно ли ему помочь. Иногда об этом нужно просто сказать, заявляя, что вы возьмёте на себя её или его обязанности. Когда сердце хочет устроить другому праздник, тогда любовь всегда найдёт подходящие слова и выражения, как об этом лучше заявить. Ей нужен только повод, чтобы проявить себя, а фантазии, как это сделать, у любви предостаточно.</w:t>
      </w:r>
    </w:p>
    <w:p>
      <w:r>
        <w:t>Хочу вас заверить в том, что, когда вы начинаете взаимно или однобоко строить своё семейное счастье, оно обязательно придёт в вашу семью или в ваше сердце. Но пусть всё у вас будет с любовью, чтобы всё было честно и правильно.</w:t>
      </w:r>
    </w:p>
    <w:p>
      <w:r>
        <w:t>Даже если вы решили что-то доброе начать осуществлять через силу, то не опускайте руки, а идите вперёд, и счастье вас догонит.</w:t>
      </w:r>
    </w:p>
    <w:p>
      <w:r>
        <w:t>Только просьба учесть, что, если вы, следуя этим советам, будете постоянно ждать, когда же это счастье наконец-то появится, и вы станете всё делать от души и для души, то, возможно, вы так и не дождётесь того, о чём здесь идёт речь.</w:t>
      </w:r>
    </w:p>
    <w:p>
      <w:r>
        <w:t>Нам очень нравится, когда нас искренне ценят и уважают, когда замечают наши добрые дела и говорят о них, когда с радостью принимают все наши труды на благо других. И у нас вырастают крылья! Хочется сделать ещё больше и быть ещё лучше. Но пусть эти ожидания будут не целью, а станут следствием ваших добрых дел. Живите уже сейчас по правилам Вечной жизни, думайте уже сейчас о счастье ближних, не мечтайте о себе, и все эти вечные законы придут в вашу жизнь и выстроятся в красивую очередь, чтобы благословлять вас своею радостью и влиять через вас на других.</w:t>
      </w:r>
    </w:p>
    <w:p>
      <w:r>
        <w:t>Задам вопрос. Сколько людей сейчас думают о вашем счастье и мечтают о вас заботиться? Нисколько или один, или очень мало. А сколько людей будет в Вечности думать о вашем счастье и что-то делать для этого? Все. А у вас началась Вечная Жизнь, или вы ждёте её начала с Пришествием Христа? Не хотите ли вы пополнить уже сейчас эту группу под названием «все», чтобы стать тем исключением из правил, которое думает не только о себе, но и о других? Не спешите что-либо мне отвечать. Поделитесь вначале вашими мыслями с Богом, и пусть Он поможет осуществить то, что принесёт вам радость и порадует вашу семью.</w:t>
      </w:r>
    </w:p>
    <w:p>
      <w:r>
        <w:t>Никогда не настанет то время, когда мне не о ком будет заботиться и некому будет помочь и послужить. А нужно ли мне это сейчас, решаю я сам. Без Бога и Его любви я не смогу сделать что-то правильно, хотя что-то доброе может получиться. А с Ним и в Нём способен на всё. Без меня Бог не будет делать то, что может выполнить со мной, хотя у Него достаточно средств и сил.</w:t>
      </w:r>
    </w:p>
    <w:p>
      <w:r>
        <w:t>Богу нужен я и моё решение заботиться о другом, и тогда вся Его сила станет моей, а Его любовь прицепит мне крылья энтузиазма и придумает много интересных видов служения, в которых не только я буду счастлив, но и те, кому моя забота придётся по сердцу и облегчит обязанности.</w:t>
      </w:r>
    </w:p>
    <w:p>
      <w:r>
        <w:t>Хочу, чтобы в ваших семьях шла борьба за охотное выполнение своих и чужих дел, которые станут вашими.</w:t>
      </w:r>
    </w:p>
    <w:p>
      <w:pPr>
        <w:pStyle w:val="Heading2"/>
      </w:pPr>
      <w:r>
        <w:t>Домашнее задание 801</w:t>
      </w:r>
    </w:p>
    <w:p>
      <w:r>
        <w:t>1. Прочитайте, пожалуйста, Гал.6:9-10; Иак.4:17; Флп.2:4,13-14; 4:6-9; 1Ин.3:18; 5:11-12; Еккл.6:10; 9:10; Рим.13:8-14; Исх.20:9; Пс.33:13-17; 36:25-28; Откр.14:13; Лук.6:31; Иак.2:26 в свете этого урока.</w:t>
      </w:r>
    </w:p>
    <w:p>
      <w:r>
        <w:t>2. Какие ещё стихи из Библии пришли вам на память?</w:t>
      </w:r>
    </w:p>
    <w:p>
      <w:r>
        <w:t>3. Что вы поняли из этого урока?</w:t>
      </w:r>
    </w:p>
    <w:p>
      <w:r>
        <w:t>4. Призывает ли нас Бог делать добрые дела, не ожидая награды за это?</w:t>
      </w:r>
    </w:p>
    <w:p>
      <w:r>
        <w:t>5. Как вы думаете, оценит ли Небо то, что вы начнёте делать добро в своей семье по личной инициативе?</w:t>
      </w:r>
    </w:p>
    <w:p>
      <w:r>
        <w:t>6. Возникли ли в ваших планах после изучения этого урока какие-то хорошие проекты добрых дел для ваших родных и близких?</w:t>
      </w:r>
    </w:p>
    <w:p>
      <w:r>
        <w:t>7. Как вы считаете, будет ли выполнение вами чьих-то обязанностей приносить вам особое благословение?</w:t>
      </w:r>
    </w:p>
    <w:p>
      <w:r>
        <w:t>8. Стоит ли обратить внимание на то, с каким духом и с каким настроением вы делаете добро для своего супруга и какие цели преследуете?</w:t>
      </w:r>
    </w:p>
    <w:p>
      <w:r>
        <w:t>9. Стоит ли мне первому начинать делать добро или выполнять чьи-то дела, если моё сердце не привыкло к этому?</w:t>
      </w:r>
    </w:p>
    <w:p>
      <w:r>
        <w:t>10. Стоит ли вообще делать за кого-то что-то? Не сядут ли эти кто-то мне на шею?</w:t>
      </w:r>
    </w:p>
    <w:p>
      <w:r>
        <w:t>11. Как вы думаете, сложно ли делать то, о чём учит этот урок? Если нет, то почему мало тех, кто так живёт?</w:t>
      </w:r>
    </w:p>
    <w:p>
      <w:r>
        <w:t>12. Если у вас нет опыта делания чужих дел, то с чего стоит начать?</w:t>
      </w:r>
    </w:p>
    <w:p>
      <w:r>
        <w:t>13. Делает ли Господь для вас что-то, что вы бы могли делать сами?</w:t>
      </w:r>
    </w:p>
    <w:p>
      <w:r>
        <w:t>14. Если Господь учит нас делать добро просто так и даже любить врагов ваших, то стоит ли к этому прислушаться?</w:t>
      </w:r>
    </w:p>
    <w:p>
      <w:r>
        <w:t>15. Даёт ли Господь силы и мудрости тем, кто встаёт на путь заботы о других и бескорыстного служения?</w:t>
      </w:r>
    </w:p>
    <w:p>
      <w:r>
        <w:br w:type="page"/>
      </w:r>
    </w:p>
    <w:p>
      <w:pPr>
        <w:pStyle w:val="Heading1"/>
      </w:pPr>
      <w:r>
        <w:t>Урок 802. Закрытая территория</w:t>
      </w:r>
    </w:p>
    <w:p>
      <w:r>
        <w:t>Творя разумные и свободные существа, Бог шёл на очень большой риск, понимая, что свобода воли и выбора может привести Его творение к восстанию против Божества и избранию гибельного пути. И время подтвердило, что все эти опасения были не напрасными.</w:t>
      </w:r>
    </w:p>
    <w:p>
      <w:r>
        <w:t>Создавая человека, Бог наделил его свободой выбора и свободной волей. Стоит заметить, что в Небесных обителях уже произошло восстание, и существовал наглядный пример того, как может быть использована свобода. Но Бог не изменяет Сам Себе и не творит разумных рабов, которые будут всегда выбирать добро и ничего кроме добра.</w:t>
      </w:r>
    </w:p>
    <w:p>
      <w:r>
        <w:t>Свободный выбор доброго пути подразумевает здоровый разум и возможность самоопределения. Присутствие Бога в таком разуме показывает истинный путь и преимущество верного решения, не лишая при этом человека возможности избрать или попробовать что-то другое.</w:t>
      </w:r>
    </w:p>
    <w:p>
      <w:r>
        <w:t>Уважение свободы подразумевает наличие в сердце каждого разумного существа личного пространства, куда могут входить только по приглашению или разрешению те, кому это будет позволено. Даже в самых близких отношениях Господь не нарушает эти границы и всегда спрашивает и ждёт личного свободного решения от человека, с которым Он решил пообщаться лицом к лицу. Прямым доказательством этого уважения является Весть к Лаодикии, где Свидетель Верный и Истинный говорит: «Се, стою у двери и стучу: если кто услышит голос Мой и отворит дверь, войду к нему и буду вечерять с ним, и он со Мною» Откр.3:20. Он уже пришёл к тем, кто вступил с Ним в торговые отношения, к тем, кто в Его планах считается избранным. Но даже в жизни этих людей есть та территория личного пространства, куда Бог не сможет войти без разрешения.</w:t>
      </w:r>
    </w:p>
    <w:p>
      <w:r>
        <w:t>Господь знает всё, что происходит в теле и разуме Его творения. На то Он и Бог, чтобы стоять во главе всего этого и знать того, с кем имеет дело. Но Творец не использует Свою безграничную власть, чтобы врываться в сердце даже избранного человека, посылая при этом свет и определённые вести. Он ждёт свободный выбор Своих детей и действует согласно волеизъявлению и принятию полученных истин. Удивительная любовь!</w:t>
      </w:r>
    </w:p>
    <w:p>
      <w:r>
        <w:t>Иногда мы, родители, чтобы добиться желаемого поведения от своих детей, можем избрать не Божьи методы. Но Господь не так с нами поступает. Он, подобно навигатору в машине, всегда предлагает лучший путь, но Он не влияет на управление движением.</w:t>
      </w:r>
    </w:p>
    <w:p>
      <w:r>
        <w:t>Тайна — это то, что знает один человек. Господу известны все наши тайны, но Он не использует эту власть против нас и не злоупотребляет Своими знаниями. Он видит нас насквозь и посылает нам именно тот свет, который вскроет все наши тайные намерения и поможет нам освободиться от всего нечистого и губительного.</w:t>
      </w:r>
    </w:p>
    <w:p>
      <w:r>
        <w:t>В здоровой семье он и она избрали друг друга в спутники жизни и строят здоровые отношения, чтобы стать ближе и узнать свою половинку настолько хорошо, насколько это партнёр позволяет. У них, по большому счёту, нет тайн друг от друга, и их личное пространство настолько открыто, что они могут входить в него без ограничения.</w:t>
      </w:r>
    </w:p>
    <w:p>
      <w:r>
        <w:t>Но стоит заметить, что даже при самых близких и доверительных отношениях у каждого свободного человека существует та территория в его сердце, куда он вас никогда не пустит. И он или она будет тщательно оберегать все подступы к этой зоне.</w:t>
      </w:r>
    </w:p>
    <w:p>
      <w:r>
        <w:t>Например, возьмём молитву. Есть общая молитва, где супруги открыто молятся о насущных нуждах, но есть и тайная молитвенная жизнь. Муж и жена не знают, о чём молится другой, и понимают, что это закрытая территория, где никто не может присутствовать без приглашения. И даже если кто-то из супругов решит узнать, о чём втайне молится его вторая половинка, то это будет грубым нарушением тех невидимых границ, которые должны оставаться в жизни каждого человека.</w:t>
      </w:r>
    </w:p>
    <w:p>
      <w:r>
        <w:t>Бог знает о нас всё и не удивляется, когда мы посвящаем Его в свои тайны. Однако при этом Он слушает нас и определяет те сферы, куда Его впустили, а куда Ему ещё нет доступа.</w:t>
      </w:r>
    </w:p>
    <w:p>
      <w:r>
        <w:t>В семье и дружбе должно быть доверие. И чем ближе эти отношения, тем глубже идёт познание друг друга, и тем больше будет риск, что эти знания могут быть использованы против вас или во вред вам. Но любовь не боится рисковать, потому что открытое сердце менее уязвимо для повреждений извне.</w:t>
      </w:r>
    </w:p>
    <w:p>
      <w:r>
        <w:t>Однако стоит помнить, что даже при самых близких и доверительных отношениях в сердце каждого человека остаётся та закрытая зона его личного пространства, где он желает быть один, имея свои личные тайны и принимая те решения, которые ему нравятся. Ваша попытка войти на эту территорию из любопытства или любознательности не приведёт ни к чему хорошему. Если вы видите эту границу, и ваш друг жизни вам ясно говорит о том, что не может вам рассказать какую-то тайну, может, даже незначительную, то не стоит настаивать на своём и давить на его совесть, обвиняя в том, что вам не доверяют. Это нарушение свободы выбора, которое может привести к очень плохим последствиям. Возможно, что ради сохранения с вами мира ваш друг начнёт придумывать что-то или станет вас обманывать, или даже откроет тайну своей души и будет чувствовать себя голым. Так или иначе пользы от этих знаний вам не прибавится, а вот сердце друга может пережить кризис, который способен повлечь за собой непредсказуемые последствия.</w:t>
      </w:r>
    </w:p>
    <w:p>
      <w:r>
        <w:t>Поставьте себя на место друга. Что вы чувствуете, когда кто-то ломится в ваше личное пространство, несмотря на ваше заявление о том, что вы не можете что-то рассказать? Если у вас нет тайн, и вы делитесь с другом жизни многими особенностями личной жизни, то это не значит, что он имеет открытый доступ на закрытую территорию. Это означает лишь то, что в своих доверительных беседах вы делитесь тем, что посчитаете нужным рассказать, но при этом оставляя втайне те секреты, которые друг не должен знать. Если хотите узнать побольше из того, что друг недоговаривает, то просто ждите, когда он это сделает открытым для вас и сам решит поделиться.</w:t>
      </w:r>
    </w:p>
    <w:p>
      <w:r>
        <w:t>В близких отношениях есть много интересных тем, которые можно глубинно исследовать. Но когда друг начинает делиться с вами секретами своей души, тогда положите себе на сердце никогда не использовать эти знания во вред другу и ни в коем случае не передавать это другим людям.</w:t>
      </w:r>
    </w:p>
    <w:p>
      <w:r>
        <w:t>Любовь чувствует границу чужой души и не нарушает её. Так же она охраняет и ваши границы, находя нежные отговорки для тех, кто пытается их нарушить. Она разумно взвешивает все слова и решает пойти на риск и пустить друга глубже в ваше сердце, наблюдая за тем, как этот друг будет использовать глубину полученных знаний и отношений.</w:t>
      </w:r>
    </w:p>
    <w:p>
      <w:r>
        <w:t>Рассказывает ли вам Бог о том, что Он узнал о вашем друге? Нет. Вот и вы поступайте так же.</w:t>
      </w:r>
    </w:p>
    <w:p>
      <w:r>
        <w:t>И пусть вашей тайной станет всё то, что вам открыл ваш друг жизни. Внесите все эти знания в вашу личную закрытую территорию и не впускайте туда посторонние уши, даже если им очень хочется узнать то, во что посвящены вы.</w:t>
      </w:r>
    </w:p>
    <w:p>
      <w:r>
        <w:t>Многое ли вам расскажут мёртвые? Пусть и ваше посвящение в тайны друга станет для других могилой, которая ничего никому не расскажет.</w:t>
      </w:r>
    </w:p>
    <w:p>
      <w:r>
        <w:t>Свобода выбора друга — это та святая территория, на которой нужно быть предельно осторожным и внимательным. И уважение этой свободы вызовет ответное доверие.</w:t>
      </w:r>
    </w:p>
    <w:p>
      <w:pPr>
        <w:pStyle w:val="Heading2"/>
      </w:pPr>
      <w:r>
        <w:t>Домашнее задание 802</w:t>
      </w:r>
    </w:p>
    <w:p>
      <w:r>
        <w:t>1. Прочитайте, пожалуйста, Мат.6:6; Евр.4:13; Пс.24:14; 43:21-22; 89:8; Прит.11:3; 20:15,19; 25:2,9-10; Дан.2:22; Рим.12:10; 1Кор.2:7; Быт.2:25; 3:21; Исх.20:26; Ис.47:2-3; Откр.3:18-20 в свете этого урока.</w:t>
      </w:r>
    </w:p>
    <w:p>
      <w:r>
        <w:t>2. Какие ещё стихи из Библии пришли вам на память?</w:t>
      </w:r>
    </w:p>
    <w:p>
      <w:r>
        <w:t>3. Что вы поняли из этого урока?</w:t>
      </w:r>
    </w:p>
    <w:p>
      <w:r>
        <w:t>4. Является ли ваша одежда и то, что находится под ней, той закрытой территорией, куда не всякий даже близкий человек имеет доступ?</w:t>
      </w:r>
    </w:p>
    <w:p>
      <w:r>
        <w:t>5. Какие ещё закрытые территории вы знаете?</w:t>
      </w:r>
    </w:p>
    <w:p>
      <w:r>
        <w:t>6. Могут ли члены вашей семьи иметь свою закрытую территорию? Если да, то стоит ли нарушать эти границы?</w:t>
      </w:r>
    </w:p>
    <w:p>
      <w:r>
        <w:t>7. Призывает ли нас Господь иметь свои неприступные закрытые территории? Лев.18:19.</w:t>
      </w:r>
    </w:p>
    <w:p>
      <w:r>
        <w:t>8. О чём идёт речь в Лук 8:17: «Ибо нет ничего тайного, что не сделалось бы явным, ни сокровенного, что не сделалось бы известным и не обнаружилось бы»? Говорится ли здесь о нарушении моего личного пространства?</w:t>
      </w:r>
    </w:p>
    <w:p>
      <w:r>
        <w:t>9. Прочитайте Ис 6:2: «Вокруг Него стояли Серафимы; у каждого из них по шести крыл: двумя закрывал каждый лицо своё, и двумя закрывал ноги свои, и двумя летал». Для чего святым ангелам нужно закрываться?</w:t>
      </w:r>
    </w:p>
    <w:p>
      <w:r>
        <w:t>10. Уважает ли Господь моё личное пространство?</w:t>
      </w:r>
    </w:p>
    <w:p>
      <w:r>
        <w:t>11. Какие виды тайны являются закрытой территорией, а какие делают меня закрытым для общения и дружбы с человеком?</w:t>
      </w:r>
    </w:p>
    <w:p>
      <w:r>
        <w:t>12. Если кто-то из ваших близких друзей не хочет вам что-то рассказывать, нужно ли вынуждать его открыть свою тайну?</w:t>
      </w:r>
    </w:p>
    <w:p>
      <w:r>
        <w:t>13. Что говорится о личном пространстве в Откр.3:18?</w:t>
      </w:r>
    </w:p>
    <w:p>
      <w:r>
        <w:t>14. Является ли семья закрытой территорией, где есть свои семейные тайны?</w:t>
      </w:r>
    </w:p>
    <w:p>
      <w:r>
        <w:t>15. Как Библия называет тех, кто рассказывает другим доверенные вами тайны? Что она советует делать с подобными людьми? Лев.19:16.</w:t>
      </w:r>
    </w:p>
    <w:p>
      <w:r>
        <w:br w:type="page"/>
      </w:r>
    </w:p>
    <w:p>
      <w:pPr>
        <w:pStyle w:val="Heading1"/>
      </w:pPr>
      <w:r>
        <w:t>Урок 803. Закрытая Богом территория</w:t>
      </w:r>
    </w:p>
    <w:p>
      <w:r>
        <w:t>В обращении к Церкви Лаодикии Верный Свидетель объявляет причину недовольства Своим народом, перечисляя некоторые признаки отступления. Одно из обвинений звучит так: «Ты наг» Откр.3:17. И с этим заявлением Христа стоит разобраться каждому сыну и дочери Бога лично. Далее, в стихе 18, Господь советует купить у Него средство для прикрытия этой наготы.</w:t>
      </w:r>
    </w:p>
    <w:p>
      <w:r>
        <w:t>Какие виды наготы мы знаем?</w:t>
      </w:r>
    </w:p>
    <w:p>
      <w:r>
        <w:t>1. Физическая нагота — это когда человек полностью раздет или обнажает те части тела, которые вызывают соблазн или вожделение у противоположного пола.</w:t>
      </w:r>
    </w:p>
    <w:p>
      <w:r>
        <w:t>2. Душевная нагота — когда человек искренне делится с посторонними людьми тайнами своей души, открывая свои мысли и чувства, делая себя уязвимым, и позволяет другим людям быть в курсе всего происходящего в его личной жизни.</w:t>
      </w:r>
    </w:p>
    <w:p>
      <w:r>
        <w:t>3. Духовная нагота в свете Библии — это когда верующий человек имеет какую-либо неосознанную или тайную греховную зависимость или живёт в явном грехе, открывая через это своё сердце влиянию злых духов, которые, войдя, лишают душу права на Вечную жизнь. Бог не станет покрывать осквернённую грехом совесть одеждами Своей праведности, пока человек лаодикийского периода не осознает своего печального состояния и не последует совету Верного Свидетеля, вступая в постоянные торговые отношения со Христом. Откр.3:18.</w:t>
      </w:r>
    </w:p>
    <w:p>
      <w:r>
        <w:t>4. Также наготой может называться естественный вид кого-то или чего-то, без лишних искусственных дополнений или украшений. Это может быть то, к чему не прикасалась рука человека.</w:t>
      </w:r>
    </w:p>
    <w:p>
      <w:r>
        <w:t>Нагота бывает видимой и невидимой глазу.</w:t>
      </w:r>
    </w:p>
    <w:p>
      <w:r>
        <w:t>Когда были сотворены первые люди, они были наги. На них не было привычных нам одежд, но Божий свет покрывал их тела как символ чистоты и праведности, в которой Адам и Ева были созданы и укрыты. Грех лишил их этой уникальной одежды, и они увидели, что наги, и убоялись этого. Чтобы как-то прикрыть свою наготу, Адам и жена сделали себе одежды из смоковных листьев, считая, что так они скроют свою проблему. Бог обличил людей во грехе, который сделал их нагими во всех отношениях, и позаботился о том, чтобы дать людям кожаные одежды, сшитые из шкур убитых за грехи людей невинных животных. Так был установлен обряд жертвоприношений, который должен был постоянно напоминать о той цене, которая будет уплачена за грех человека, и о лучшей Жертве, которая будет принесена для избавления от власти греха.</w:t>
      </w:r>
    </w:p>
    <w:p>
      <w:r>
        <w:t>Когда Господь вывел Свой народ из Египта, тогда через Моисея миру были открыты Божьи законы и постановления. Эти правила регламентировали отношения людей с Богом и друг с другом. Часть этих законов касалась и формы одежды, того, кто и что должен был носить, и насколько открытым это одеяние могло быть.</w:t>
      </w:r>
    </w:p>
    <w:p>
      <w:r>
        <w:t>Прошло время, и в середине 19 века Господь дал миру через Дух Пророчества весть о Реформе одежды, очень ясно и подробно объясняя те критерии, следование которым ожидается Небом от Божьих детей.</w:t>
      </w:r>
    </w:p>
    <w:p>
      <w:r>
        <w:t>Живя в 21 веке, мы не имеем нового света относительно ношения одежды, который бы отменял более ранние постановления. Нам даётся здравый смысл, который позволяет в контексте современной культуры соответствовать Божьим стандартам и не выглядеть при этом нелепо или сексуально.</w:t>
      </w:r>
    </w:p>
    <w:p>
      <w:r>
        <w:t>Нас окружает мир, который оказывает стойкое влияние и предлагает свои ценности. Мода диктует нам, как и что надевать. Всевозможные СМИ рекламируют нам товары, которые не соответствуют Божьему свету. Через это враг желает повредить наш разум в этом вопросе и навязать свои понятия и стандарты.</w:t>
      </w:r>
    </w:p>
    <w:p>
      <w:r>
        <w:t>Церковь не имеет прописанного порядка по пропуску на богослужения людей в той или иной форме одежде. Вас допустят в собрание в любом виде, если вы не совсем голый. И вас не выгонят с богослужения, если ваш вид не будет соответствовать Реформе одежды. Да и свет этой Реформы незнаком многим прихожанам, и о нём всё меньше говорят с кафедры, боясь потерять тех, кто хоть так приходит.</w:t>
      </w:r>
    </w:p>
    <w:p>
      <w:r>
        <w:t>В Божьих церквях некоторых регионов мира существуют этические правила, которые не принято нарушать, и есть влияние постоянных членов церкви, которые показывают вновь прибывшим людям из мира, как принято одеваться в этом обществе.</w:t>
      </w:r>
    </w:p>
    <w:p>
      <w:r>
        <w:t>Господь стоит выше всех человеческих культур и Сам определяет, что прилично, а что нет, что можно открывать, а что должно быть всегда закрыто.</w:t>
      </w:r>
    </w:p>
    <w:p>
      <w:r>
        <w:t>Одежда — это та закрытая территория и установленная граница, за которую никто не может войти просто так. Я сам решаю, что мне надевать и что мне с себя снимать в той или иной ситуации. Есть люди, которые имеют моральное право нарушать эти границы. Это моя супруга, лечащий врач и в ряде случаев службы спасения или безопасности.</w:t>
      </w:r>
    </w:p>
    <w:p>
      <w:r>
        <w:t>Бог очень внимателен к тому, что и как я на себя надеваю, и насколько это прилично. Ведь я являюсь Его видимым представителем в этом мире, и мой внешний вид должен отражать святость и чистоту.</w:t>
      </w:r>
    </w:p>
    <w:p>
      <w:r>
        <w:t>Как бы мир ни пытался стереть эти границы святости в моём понимании, но в Божьих требованиях они остаются незыблемыми. Тем более, что Бог ожидает не только внешнего соответствия моего вида Своим требованиям, но также чтобы и моё внутреннее содержание было на высоте Божьих стандартов. Эти знания не приходят сами по себе. Их необходимо искать, изучать и неукоснительно соблюдать. Вера приходит от слышания, а слышание от слова Божьего. Рим.10:17.</w:t>
      </w:r>
    </w:p>
    <w:p>
      <w:r>
        <w:t>Называя меня нагим, Господь ожидает, что я приму Его решение этого вопроса и вступлю с Ним в торговые отношения, буду ревностным в изучении посланного Им света и покаюсь в своём тёплом состоянии. Он никогда не опустит эту планку ниже Своих критериев и не сделает Свой свет старомодным или неактуальным.</w:t>
      </w:r>
    </w:p>
    <w:p>
      <w:r>
        <w:t>Приходящего к Нему грешника Иисус принимает в любом виде, но не оставляет его таким, какой он есть навсегда, но омывает, одевает в Свои одежды и учит мудрости и святости.</w:t>
      </w:r>
    </w:p>
    <w:p>
      <w:r>
        <w:t>В моём личном пространстве я имею власть и право на установление своих границ, решая что-то сделать тайной, а что-то кому-то открыть. Но то, что Бог закрыл и объявил неприличным, я не могу безнаказанно обнажать.</w:t>
      </w:r>
    </w:p>
    <w:p>
      <w:r>
        <w:t>Мне нравится в Боге Его постоянство и определённость. Когда я понял, что Он ожидает и требует от меня, тогда я перестал бояться, что когда-то Он изменит Свои постановления или снизит уровень доверия. Он всегда просит подняться выше и постигнуть что-то новое, и Господь последователен в этом росте, не заставляя меня перепрыгивать через то простое, что необходимо изучить, чтобы понять более сложное.</w:t>
      </w:r>
    </w:p>
    <w:p>
      <w:r>
        <w:t>Зная, о чём повествует свет Реформы одежды, уже невозможно жить вопреки полученным знаниям, но неукоснительное следование этому свету вызовет ожесточённое сопротивление и насмешки даже в среде единоверцев и даже в семье. К этому надо быть готовым и не стоит этого бояться.</w:t>
      </w:r>
    </w:p>
    <w:p>
      <w:r>
        <w:t>Для меня важнее быть одетым в Божьих глазах и иметь Его одобрение, чем быть своим в глазах мира и считать, что Богу не так важно, как я выгляжу, а главное, какой я в сердце.</w:t>
      </w:r>
    </w:p>
    <w:p>
      <w:r>
        <w:t>Ваш внешний вид, друзья, не должен вызывать восхищение, но вызывать уважение. И Бог позаботится об этом, когда вы твёрдо встанете на этот путь.</w:t>
      </w:r>
    </w:p>
    <w:p>
      <w:r>
        <w:t>Без самостоятельного изучения этого света вы не сможете узнать Божью волю в этом вопросе и будете сдвигать эти границы не в лучшую сторону, попадая под осуждение Верного Свидетеля.</w:t>
      </w:r>
    </w:p>
    <w:p>
      <w:pPr>
        <w:pStyle w:val="Heading2"/>
      </w:pPr>
      <w:r>
        <w:t>Домашнее задание 803</w:t>
      </w:r>
    </w:p>
    <w:p>
      <w:r>
        <w:t>1. Прочитайте, пожалуйста, Ос.4:6; Ис.1:16-18; Мат.5:20; Ис.64:6; Откр.3:16-19; 7:13-14; 16:15; 19:8; Быт.2:25; 3:6-7,21; Исх.20:26; Ис.47:2-3; Втор.22:5; Еккл.9:7-8; 1Пет.3:3-4; Прит.31:25; 1СЦ гл.85, 88 в свете этого урока.</w:t>
      </w:r>
    </w:p>
    <w:p>
      <w:r>
        <w:t>2. Какие ещё стихи из Библии пришли вам на память?</w:t>
      </w:r>
    </w:p>
    <w:p>
      <w:r>
        <w:t>3. Что вы поняли из этого урока?</w:t>
      </w:r>
    </w:p>
    <w:p>
      <w:r>
        <w:t>4. Вы изучали в «Свидетельствах для Церкви» свет о реформе одежды? Если нет, то планируете ли изучить этот вопрос?</w:t>
      </w:r>
    </w:p>
    <w:p>
      <w:r>
        <w:t>5. Даёт ли Господь какой-то свет для того, чтобы он был просто где-то записан?</w:t>
      </w:r>
    </w:p>
    <w:p>
      <w:r>
        <w:t>6. Как Библия называет тех, кто не желает изучать Божью волю и отвергает Божий свет?</w:t>
      </w:r>
    </w:p>
    <w:p>
      <w:r>
        <w:t>7. Обратили ли вы внимание, читая Библию, на то, сколько внимания было уделено одежде священников и народа, когда Господь давал Свой закон Своему народу?</w:t>
      </w:r>
    </w:p>
    <w:p>
      <w:r>
        <w:t>8. Как вы думаете, обращает ли Господь Своё внимание на то, как и во что мы одеты?</w:t>
      </w:r>
    </w:p>
    <w:p>
      <w:r>
        <w:t>9. Стоит ли судить кого-то за то, что его одежда не соответствует тому свету, который открыт вам?</w:t>
      </w:r>
    </w:p>
    <w:p>
      <w:r>
        <w:t>10. Важно ли понимать, что вопрос об одежде имеет отношение как к внешнему облачению, так и к внутреннему состоянию души?</w:t>
      </w:r>
    </w:p>
    <w:p>
      <w:r>
        <w:t>11. Какая мне будет польза, если я буду прилично одет, но в мыслях буду далёк от Господа?</w:t>
      </w:r>
    </w:p>
    <w:p>
      <w:r>
        <w:t>12. Дана ли Реформа одежды только для женщин, или она касается также и мужчин?</w:t>
      </w:r>
    </w:p>
    <w:p>
      <w:r>
        <w:t>13. В чём отличие приличной одежды от неприличной? Прит.7:10.</w:t>
      </w:r>
    </w:p>
    <w:p>
      <w:r>
        <w:t>14. Важно ли не только знать и изучать Божий свет, но и жить в нём?</w:t>
      </w:r>
    </w:p>
    <w:p>
      <w:r>
        <w:t>15. Стоит ли, изучая вопрос о Реформе одежды, помнить о том, что без любви я ничто, и нет мне пользы ни от каких знаний? 1Кор.13:1-3.</w:t>
      </w:r>
    </w:p>
    <w:p>
      <w:r>
        <w:br w:type="page"/>
      </w:r>
    </w:p>
    <w:p>
      <w:pPr>
        <w:pStyle w:val="Heading1"/>
      </w:pPr>
      <w:r>
        <w:t>Урок 804. Закрытая семейная территория</w:t>
      </w:r>
    </w:p>
    <w:p>
      <w:r>
        <w:t>Семья является самой сложной организацией во всей Вселенной. Она — собственность Бога, которая по факту творения вышла из Его рук, и которую Он благословляет на принесение плода взаимной любви.</w:t>
      </w:r>
    </w:p>
    <w:p>
      <w:r>
        <w:t>Таинство земных семейных отношений уникально, и по задумке Творца они должны открывать славу и характер Небесных отношений Божества. Тайна сия настолько велика, что нет подходящих слов, чтобы правильно выразить и описать весь план Бога относительно изобретения семейного союза.</w:t>
      </w:r>
    </w:p>
    <w:p>
      <w:r>
        <w:t>Сам принцип того, что семья создаётся навсегда, говорит о том, что у четы начинается процесс длительного обучения, которое по мере своего развития должно вести молодоженов от одной фазы отношений к более глубокой и высокой ступени образования.</w:t>
      </w:r>
    </w:p>
    <w:p>
      <w:r>
        <w:t>Семья является самым закрытым обществом, в котором есть свои тайны, свои правила и порядки, свои установки и договорённости, свои традиции и праздники. Приходя в семью своих друзей, вы становитесь свидетелем того, что вам открывается в момент визита, и то, что вам можно увидеть на период пребывания в этом доме. Но вы не знаете, что происходило в этой семье до вас, и никогда не узнаете, что будет в ней, когда вы её покинете. Есть семейные вещи, которые вам никогда не расскажут и не покажут, хотя вы будете прекрасно понимать, что они есть, и что они из себя представляют.</w:t>
      </w:r>
    </w:p>
    <w:p>
      <w:r>
        <w:t>Бог наделил семью свободой самоопределения, свободой находить свою модель отношений, свободой передвижения и выбора места жительства, свободой планирования своей численности, независимостью от чужого мнения, свободой любить друг друга по мере понимания этого процесса и многими другими факторами, которые могут правильно развиваться только в условиях абсолютной свободы.</w:t>
      </w:r>
    </w:p>
    <w:p>
      <w:r>
        <w:t>Удивительно также и то, что семейный союз, являясь самым консервативным установлением с наиболее радикальными ограничениями свободы, при этом не лишает волю каждого из супругов свободы выбора того пути, которым человек решит идти по жизни, независимо ни от кого. Например, если я пожелал верить в Бога и поклоняться Ему в духе и истине, а моя супруга не разделяет моих убеждений, то, оставаясь мужем и женой и живя в одном доме, мы свободны каждый идти своим путём веры или неверия, находя при этом единство в других сферах жизни и имея физическую близость, независимо от наших вероубеждений.</w:t>
      </w:r>
    </w:p>
    <w:p>
      <w:r>
        <w:t>Любовь в семье может также развиваться только в условиях свободы выбора такого взаимного отношения друг к другу. Муж и жена начинают любить друг друга и позволяют этому Божьему дару полностью овладеть ими, но они не могут понять, как это получается. Как мы не знаем, каким образом прорастает семя, и откуда приходит жизнь к посаженному растению, так никогда и не поймём, почему у нас всё получилось так, а у других иначе. Любовь, хоть и исходит от Одного Источника и не имеет в себе ограничений, но в каждой семье проявляется по-разному, в зависимости от особенностей людей и склада их характеров.</w:t>
      </w:r>
    </w:p>
    <w:p>
      <w:r>
        <w:t>Любовь делает совершенными любые отношения и покрывает множество изъянов и недостатков своим совершенством. Она, подобно чистому снегу, состоящему из миллиардов прекрасных снежинок, укрывает собою все семейные заботы и проблемы и всё приводит к лучшему состоянию. Когда в отношениях есть взаимная любовь, и муж и жена понимают, знают, видят и чувствуют, что они любят и любимы друг другом, тогда всё остальное становится приложением и полезным дополнением к этой любви. И ничто не сможет заменить или подделать отношения любви.</w:t>
      </w:r>
    </w:p>
    <w:p>
      <w:r>
        <w:t>В том и состоит план Бога, чтобы присутствовать в каждой семье посредством Своей любви и придавать смысл всему, что там происходит.</w:t>
      </w:r>
    </w:p>
    <w:p>
      <w:r>
        <w:t>Именно наличие любви определяет, насколько та или иная семья будет по-настоящему счастлива.</w:t>
      </w:r>
    </w:p>
    <w:p>
      <w:r>
        <w:t>Мудрые люди, которые имеют свой жизненный опыт, всегда советуют молодоженам «не выносить сор из избы», то есть не делиться во всех подробностях с другими тем, что происходит в их семье. А так иногда хочется пожаловаться на вопиющую несправедливость, которая имеет место быть. Но здесь содержится опасность, что подобные рассказы могут дискредитировать вашего супруга. Любой семейный конфликт рано или поздно вами решится, а те, кто знает о ваших проблемах, могут так и остаться с высказанным вами плохим мнением и долго иметь предвзятое отношение к тому, о ком вы ранее рассказали много нехороших вещей.</w:t>
      </w:r>
    </w:p>
    <w:p>
      <w:r>
        <w:t>Мою семью окружает невидимая Божья ограда, внутри которой Господь знает обо всём происходящем и даёт Свою мудрость и благость для решения многих спорных вопросов. Делясь со своими ближними своими семейными проблемами или секретами, я разрушаю эту ограду и открываю дверь влиянию посторонних людей, не зная, какой дух они привнесут в нашу семью и в моё сознание. Благо мне, если этот человек будет мудрым и, понимая проблему, предложит лучшее её решение, молясь и поддерживая меня и в дальнейшем. Но горе мне, если иной дух займётся этим вопросом и начнёт предлагать мне не Божьи методы выхода из затруднений. Или если моё доверенное лицо начнёт пересказывать все мои проблемы на свой лад по секрету всему свету.</w:t>
      </w:r>
    </w:p>
    <w:p>
      <w:r>
        <w:t>Вспоминаю случай, когда один брат имел большую проблему в своей семье, которую не знал, как решить, и он поделился своей бедой в собрании домашней церкви, прося помочь. Его внимательно выслушали, а потом кто-то из присутствующих рассказал его жене о том, что он ходит и жалуется на неё всем вокруг. И вместо решения проблемы она настолько усугубилась, что только Богу было под силу всё это решить, не доводя семью до развода.</w:t>
      </w:r>
    </w:p>
    <w:p>
      <w:r>
        <w:t>Развод разрушает всё, оставляя после себя горькие следы боли и разочарования. Хоть в некоторых случаях его не избежать, и это тоже предусмотрено свободой, но лучше не доводить дела до такого решения.</w:t>
      </w:r>
    </w:p>
    <w:p>
      <w:r>
        <w:t>Большим благословением в защите семьи от разных проблем и разводов могут стать семейные консультанты, которые поставлены Богом для того, чтобы определять истинную причину, видеть корень и суть сложившейся проблемы и предложить лучший выход из создавшейся ситуации, а затем курировать эту семью в доверительных беседах. Обычно этим занимаются немолодые люди, имеющие свой личный опыт и опыт многолетних наблюдений за другими семьями. Как правило, они никогда не расскажут другим о вас, но могут привести пример из вашей жизни, не называя ваших имён, чтобы помочь другим семьям решить свои проблемы лучшим образом.</w:t>
      </w:r>
    </w:p>
    <w:p>
      <w:r>
        <w:t>Во всех других случаях, делясь с посторонними людьми своими проблемами, вы рискуете усугубить их и позволить чужому мнению влиять на ваше сознание.</w:t>
      </w:r>
    </w:p>
    <w:p>
      <w:r>
        <w:t>Раненые чувства и горечь обиды могут побудить человека открыть тайны своей семьи любому, кто первым встретится, но не спешите изливать постороннему то, что ему не нужно знать. Вам станет легче, но принесёт ли это благо вашей семье, вы не знаете.</w:t>
      </w:r>
    </w:p>
    <w:p>
      <w:r>
        <w:t>Если у вас есть друг, который любит во всякое время и как брат явится во время несчастья, и всегда обращается к Богу, возлагая на Него все свои и ваши заботы, руководствуясь Божьими методами, то радуйтесь и благодарите Бога за такое благословение, но всегда ставьте Бога в приоритет ваших доверительных рассказов. А Бог знает, как вам помочь, напрямую или используя способности вашего друга.</w:t>
      </w:r>
    </w:p>
    <w:p>
      <w:r>
        <w:t>И всё у вас да будет с любовью.</w:t>
      </w:r>
    </w:p>
    <w:p>
      <w:pPr>
        <w:pStyle w:val="Heading2"/>
      </w:pPr>
      <w:r>
        <w:t>Домашнее задание 804</w:t>
      </w:r>
    </w:p>
    <w:p>
      <w:r>
        <w:t>1. Прочитайте, пожалуйста, Еф.5:31-33; Быт.1:28-31; 2:18-25; Мат.19:5-6; Еккл.9:8; Пс.30:4; Прит.13:3; 20:19; 22:28; 24:30-31; Втор.27:17; Лев.19:16 в свете этого урока.</w:t>
      </w:r>
    </w:p>
    <w:p>
      <w:r>
        <w:t>2. Какие ещё стихи из Библии пришли вам на память?</w:t>
      </w:r>
    </w:p>
    <w:p>
      <w:r>
        <w:t>3. Что вы поняли из этого урока?</w:t>
      </w:r>
    </w:p>
    <w:p>
      <w:r>
        <w:t>4. Открывается ли вам на примере земной семьи то, как устроена Небесная семья? Задумывались ли вы об этом?</w:t>
      </w:r>
    </w:p>
    <w:p>
      <w:r>
        <w:t>5. Важно ли понимать, что Бог является Изобретателем семейных союзов, какими бы странными они нам ни казались?</w:t>
      </w:r>
    </w:p>
    <w:p>
      <w:r>
        <w:t>6. Что такое закрытая семейная территория? Как определить её границы?</w:t>
      </w:r>
    </w:p>
    <w:p>
      <w:r>
        <w:t>7. Для чего нужны семейные тайны?</w:t>
      </w:r>
    </w:p>
    <w:p>
      <w:r>
        <w:t>8. Стоит ли рассказывать всем подряд о своих и чужих семейных проблемах?</w:t>
      </w:r>
    </w:p>
    <w:p>
      <w:r>
        <w:t>9. Нужно ли рассказывать Богу о том, что в вашей семье что-то происходит не так, как хотелось бы?</w:t>
      </w:r>
    </w:p>
    <w:p>
      <w:r>
        <w:t>10. Что делать с любопытными друзьями, которые хотят узнать о моей семье больше, чем я хочу им рассказать?</w:t>
      </w:r>
    </w:p>
    <w:p>
      <w:r>
        <w:t>11. Какие сферы семейной жизни должны быть всегда закрыты от всех?</w:t>
      </w:r>
    </w:p>
    <w:p>
      <w:r>
        <w:t>12. Что делать, если вы храните ваши семейные тайны, а ваша вторая половина делится ими со всеми подряд?</w:t>
      </w:r>
    </w:p>
    <w:p>
      <w:r>
        <w:t>13. Чем отличается семейный консультант от соседки по дому?</w:t>
      </w:r>
    </w:p>
    <w:p>
      <w:r>
        <w:t>14. Стоит ли обращаться к семейным консультантам за помощью, если самим не решить некоторые вопросы? Не будет ли это нарушением границ?</w:t>
      </w:r>
    </w:p>
    <w:p>
      <w:r>
        <w:t>15. Что полезное вы извлекли для себя из этого урока?</w:t>
      </w:r>
    </w:p>
    <w:p>
      <w:r>
        <w:br w:type="page"/>
      </w:r>
    </w:p>
    <w:p>
      <w:pPr>
        <w:pStyle w:val="Heading1"/>
      </w:pPr>
      <w:r>
        <w:t>Урок 805. А стоит ли разводиться?</w:t>
      </w:r>
    </w:p>
    <w:p>
      <w:r>
        <w:t>В жизни каждой семьи могут возникнуть непредсказуемые конфликтные ситуации, которые враг души будет использовать для того, чтобы разрушить отношения и посеять семена разочарования, отчуждения, гордости и обиды.</w:t>
      </w:r>
    </w:p>
    <w:p>
      <w:r>
        <w:t>Когда происходит разлад по каким-либо причинам, тогда сатана тут как тут со своим арсеналом услуг и со своим основным обольщением под названием: «Надо разводиться!» И когда конфликтующие супруги находятся под наплывом негативных эмоций и чувств, врагу очень легко укоренить в их сердцах мысли о расторжении брака, а затем утверждать несовершенный разум в том, чтобы довести это дело до конца, неважно с какими последствиями.</w:t>
      </w:r>
    </w:p>
    <w:p>
      <w:r>
        <w:t>Развод — это психологический и юридический процесс окончания брака, который включает в себя раздел имущества, установление прав и обязанностей родителей по отношению к детям, а также другие юридические моменты.</w:t>
      </w:r>
    </w:p>
    <w:p>
      <w:r>
        <w:t>Важным аспектом этого процесса является защита интересов детей и создание условий для их благополучия. Суд может принимать решения о том, как будет обеспечиваться финансовая поддержка детей, на чьём иждивении они будут находиться, как распределяются родительские обязанности, как родители могут встречаться с детьми и сколько времени с ними проводить.</w:t>
      </w:r>
    </w:p>
    <w:p>
      <w:r>
        <w:t>Причины развода могут быть разными, от глупых и банальных разногласий до серьёзных и опасных для жизни членов семьи угроз и действий. И если взглянуть на корень всех этих причин, то им является эгоизм одного из супругов или обеих сторон.</w:t>
      </w:r>
    </w:p>
    <w:p>
      <w:r>
        <w:t>Эгоизм — это абсолютная противоположность любви. Он имеет тенденцию к бесконечному развитию, которое заканчивается абсолютным правом на смерть.</w:t>
      </w:r>
    </w:p>
    <w:p>
      <w:r>
        <w:t>Любовь также имеет неиссякаемый потенциал к совершенству и к саморазвитию, конец которого — Жизнь Вечная.</w:t>
      </w:r>
    </w:p>
    <w:p>
      <w:r>
        <w:t>Многие люди создают семьи, потому что им надоело быть одним, а потом разводятся по той же самой причине.</w:t>
      </w:r>
    </w:p>
    <w:p>
      <w:r>
        <w:t>Когда возникает какое-то серьёзное разногласие, тогда враг души тут же желает разделить супругов эмоционально, а потом властвовать над каждым в отдельности, внушая свои методы для усугубления кризиса. Это очень сильное влияние духов злобы поднебесных, и его не стоит недооценивать. В таком состоянии разума человек не способен адекватно мыслить и принимать трезвые и правильные решения.</w:t>
      </w:r>
    </w:p>
    <w:p>
      <w:r>
        <w:t>Помочь в данное время испытания смогут:</w:t>
      </w:r>
    </w:p>
    <w:p>
      <w:r>
        <w:t>- Божьи принципы, записанные в разуме и сердце;</w:t>
      </w:r>
    </w:p>
    <w:p>
      <w:r>
        <w:t>- мудрые люди, которые сразу оценят ситуацию и укажут лучший путь;</w:t>
      </w:r>
    </w:p>
    <w:p>
      <w:r>
        <w:t>- молитва к Богу о вмешательстве и мудрости свыше;</w:t>
      </w:r>
    </w:p>
    <w:p>
      <w:r>
        <w:t>- безусловная любовь, которую человек успел познать ранее;</w:t>
      </w:r>
    </w:p>
    <w:p>
      <w:r>
        <w:t>- время, которое не спешит с принятием кардинальных решений, но даёт возможность остыть всем страстям и накалам, понять истинную причину конфликта и указать на возможность решения сложившейся проблемы.</w:t>
      </w:r>
    </w:p>
    <w:p>
      <w:r>
        <w:t>Так или иначе важно положить себе на сердце не предпринимать скоропалительных действий в реализации плохих планов.</w:t>
      </w:r>
    </w:p>
    <w:p>
      <w:r>
        <w:t>Развод — это плохое решение, а иногда очень плохое.</w:t>
      </w:r>
    </w:p>
    <w:p>
      <w:r>
        <w:t>Когда у человека заболела нога, не думаю, что лучшим выходом станет её ампутация. Любой здравомыслящий врач вначале назначит вам лечение, будет давать вам советы и прописывать лекарства, лишь бы спасти, обезболить и исцелить вашу ногу. Да и вы сами, видя происходящее, будете взывать в молитве к Богу и просить не об ампутации, а об исцелении. Вам не будет жалко никаких средств, лишь бы не лишиться той части тела, которая ваша и без которой никак не обойтись.</w:t>
      </w:r>
    </w:p>
    <w:p>
      <w:r>
        <w:t>И даже если эта нога станет бесчувственной и выйдет из-под контроля тела и нервных импульсов, то всё равно вы не станете её удалять, а предпримете необходимые меры, чтобы жить с нею дальше и влачить её за собой по жизни до самой смерти, не теряя надежды на то, что она неожиданно исцелится. Вы купите себе костыли или инвалидную коляску, приспособите ваше жильё под новые условия, но ни за что не расстанетесь со своей никчёмной ногой.</w:t>
      </w:r>
    </w:p>
    <w:p>
      <w:r>
        <w:t>А если эта нога просто болит и нормально выполняет свои функции, то придётся смириться с этой болью и как-то жить.</w:t>
      </w:r>
    </w:p>
    <w:p>
      <w:r>
        <w:t>Конечно же, если болезнь ноги станет представлять смертельную опасность вашему здоровью и телу, то не останется ничего другого, как лишиться её навсегда, как бы больно это вам ни было.</w:t>
      </w:r>
    </w:p>
    <w:p>
      <w:r>
        <w:t>Любовь учит подходить к любым семейным разногласиям с мудростью и видением этих вопросов с иной стороны. Она трезво оценивает любой конфликт и принимает решение любить. Как бы гордое сердце ни было глубоко ранено, любовь позволяет Богу вложить в естество человека иное сердце, чуткое к Божьим принципам и постановлениям.</w:t>
      </w:r>
    </w:p>
    <w:p>
      <w:r>
        <w:t>Любой кризис в отношениях любовь расценивает как новую возможность для своего проявления, как трамплин для свободного полёта мысли и чувств в заданном направлении.</w:t>
      </w:r>
    </w:p>
    <w:p>
      <w:r>
        <w:t>Любую ситуацию, какой бы сложной она ни была, любовь видит в ином ракурсе и оценивает с позиции любви и уважения свободы выбора и действий другого человека.</w:t>
      </w:r>
    </w:p>
    <w:p>
      <w:r>
        <w:t>Любовь не мыслит зла, и поэтому всякое решение, принятое из любви, не нанесёт вреда душе, но пополнит арсенал мудрости и жизненного опыта.</w:t>
      </w:r>
    </w:p>
    <w:p>
      <w:r>
        <w:t>Любовь умеет принимать правильные решения любить не только в своей семье, но также и в жизни других семей. Она способна делиться своим опытом и рассказывать о победах своих принципов, убеждая слушателей избирать путь любви и прощения.</w:t>
      </w:r>
    </w:p>
    <w:p>
      <w:r>
        <w:t>Для кого-то покажется немыслимым жить в тех невыносимых семейных условиях, где придётся всё делать самому и самому зарабатывать на своё пропитание, но любовь придаёт смысл и такому образу жизни, вкладывая всю себя во всякое действие.</w:t>
      </w:r>
    </w:p>
    <w:p>
      <w:r>
        <w:t>Читаем в Гал.6:7-9: «Не обманывайтесь: Бог поругаем не бывает. Что посеет человек, то и пожнёт: сеющий в плоть свою от плоти пожнёт тление, а сеющий в дух от духа пожнёт жизнь вечную. Делая добро, да не унываем, ибо в своё время пожнём, если не ослабеем».</w:t>
      </w:r>
    </w:p>
    <w:p>
      <w:r>
        <w:t>Не сразу бывают видны плоды нашей жатвы, но есть определённые принципы, которые мы принимает верою и ждём их исполнения. Сея любовь, я не ожидаю, что эти семена принесут плоды злобы и эгоизма, хотя реакция на мои действия может быть именно такой. Но семя любви обязательно прорастёт и даст много плода, который, если не понравится моей второй половинке, будет насыщать меня и всё Небесное воинство.</w:t>
      </w:r>
    </w:p>
    <w:p>
      <w:r>
        <w:t>Там, где царствует любовь, сатана не сможет ничего сделать. Просто не останется места для его соблазнов, особенно если любовь взаимна.</w:t>
      </w:r>
    </w:p>
    <w:p>
      <w:r>
        <w:t>Любовь — это знамя победы победителя последнего времени, а семья — это то место, где проходят самые сложные учения по формированию характера и оттачиванию навыков по захвату территории. Любовь учит меня отличать добро от зла и выбирать лучшее. Она не может заставить другого поступать с любовью, но, когда моё сердце находится в её власти, она помогает мне применять ту тактику, которая дарует мне победу.</w:t>
      </w:r>
    </w:p>
    <w:p>
      <w:r>
        <w:t>Стоит ли разводиться, когда в мою жизнь пришли испытания и открылись новые возможности к проявлению любви? Конечно же, я не всегда готов к тем ударам судьбы, которые обрушиваются исподтишка или сзади, но любовь всегда защищает мой дух от проявления эгоистичной натуры и даёт радость в подобных испытаниях и тем более в конечной победе.</w:t>
      </w:r>
    </w:p>
    <w:p>
      <w:r>
        <w:t>Если ваш супруг совершенно иного духа, и нет никаких шансов на его спасение даже при всей вашей безусловной любви, то настройтесь на то, что вы войдёте в Вечность без него, и любите дальше.</w:t>
      </w:r>
    </w:p>
    <w:p>
      <w:pPr>
        <w:pStyle w:val="Heading2"/>
      </w:pPr>
      <w:r>
        <w:t>Домашнее задание 805</w:t>
      </w:r>
    </w:p>
    <w:p>
      <w:r>
        <w:t>1. Прочитайте, пожалуйста, Еф.4:15; 1Кор.13:4-8; 16:14; Прит.11:29; Ин.17:3; Ис.40:28-31; Пс.106:9; Гал.5:6,13; 6:7-9; Ос.8:7; Еф.4:1-4; 1Фес.3:12; 5:14-24; Откр.3:21 в свете этого урока.</w:t>
      </w:r>
    </w:p>
    <w:p>
      <w:r>
        <w:t>2. Какие ещё стихи из Библии пришли вам на память?</w:t>
      </w:r>
    </w:p>
    <w:p>
      <w:r>
        <w:t>3. Что полезное есть для вас в этом уроке?</w:t>
      </w:r>
    </w:p>
    <w:p>
      <w:r>
        <w:t>4. Что вы поняли из этого урока?</w:t>
      </w:r>
    </w:p>
    <w:p>
      <w:r>
        <w:t>5. Стоит ли разводиться с тем, кого обещал любить в любой ситуации?</w:t>
      </w:r>
    </w:p>
    <w:p>
      <w:r>
        <w:t>6. Как вы думаете, может ли любовь всё изменить к лучшему в вашей жизни?</w:t>
      </w:r>
    </w:p>
    <w:p>
      <w:r>
        <w:t>7. Читаем в Ис 58:12: «…и будут называть тебя восстановителем развалин…» Под силу ли любящему человеку получить такое звание в своей семье?</w:t>
      </w:r>
    </w:p>
    <w:p>
      <w:r>
        <w:t>8. Как понять, что путь любви гораздо лучше обид и огорчений, когда в семье всё рушится?</w:t>
      </w:r>
    </w:p>
    <w:p>
      <w:r>
        <w:t>9. Если у вас есть семья, то было ли в вашей жизни такое, что во время конфликта приходили мысли о разводе? Как вы об этом думали позже, когда конфликт утихал, и вы переживали радостные минуты в объятиях своей второй половинки?</w:t>
      </w:r>
    </w:p>
    <w:p>
      <w:r>
        <w:t>10. Может ли Господь исправить положение вещей в рушащейся семье, если вы начнёте Его просить о помощи и о любви?</w:t>
      </w:r>
    </w:p>
    <w:p>
      <w:r>
        <w:t>11. Стоит ли любой конфликт воспринимать как возможность чему-то научиться?</w:t>
      </w:r>
    </w:p>
    <w:p>
      <w:r>
        <w:t>12. Нужно ли создавать семью, если в ней бывает так много проблем?</w:t>
      </w:r>
    </w:p>
    <w:p>
      <w:r>
        <w:t>13. Верите ли вы в то, что любовь побеждает всё и делает победителем того, кто ею руководствуется?</w:t>
      </w:r>
    </w:p>
    <w:p>
      <w:r>
        <w:t>14. Почему конфликты и разногласия приносят с собой разочарования и плохие мысли? Как этому можно и нужно противостоять?</w:t>
      </w:r>
    </w:p>
    <w:p>
      <w:r>
        <w:t>15. Находите ли вы в жизни Христа те примеры поведения и Его реакции на зло, которые бы помогли вам противостоять злу в вашей семье?</w:t>
      </w:r>
    </w:p>
    <w:p>
      <w:r>
        <w:br w:type="page"/>
      </w:r>
    </w:p>
    <w:p>
      <w:pPr>
        <w:pStyle w:val="Heading1"/>
      </w:pPr>
      <w:r>
        <w:t>Урок 806. Чужая свадьба</w:t>
      </w:r>
    </w:p>
    <w:p>
      <w:r>
        <w:t>Чем старше мы становимся, тем больше разных событий мы переживаем, и тем более богатый опыт наблюдений мы имеем.</w:t>
      </w:r>
    </w:p>
    <w:p>
      <w:r>
        <w:t>За свою жизнь я посетил очень много свадебных торжеств, а затем всегда наблюдал за созданными семьями, желая понять секрет их семейного счастья или несчастья.</w:t>
      </w:r>
    </w:p>
    <w:p>
      <w:r>
        <w:t>Чужая свадьба — это такое событие, которое всегда вызывает особый интерес! Приятно видеть молодожёнов, которые непременно нарядные, счастливые и светлые. Крайне интересно наблюдать за тем, как два разных человека становятся одним целым, как они смотрят друг на друга, какие у них прекрасные ожидания и грандиозные планы для их союза.</w:t>
      </w:r>
    </w:p>
    <w:p>
      <w:r>
        <w:t>Хотя обычно бывает много гостей, и все желают молодой семье любви и счастья, но тебе всегда хочется как-то особенно их поздравить и разделить с ними твою искреннюю радость за них, став каким-то особенным другом в их жизни. Однако потом ты понимаешь, что таких желающих много, а молодожены больше нужны друг другу и думают в этот момент не о тебе, поэтому ты скромно отходишь в сторону и ждёшь, когда ты им пригодишься.</w:t>
      </w:r>
    </w:p>
    <w:p>
      <w:r>
        <w:t>Чужие свадьбы бывают разными – со скромным присутствием двух свидетелей или большими собраниями всевозможных друзей, родственников, соседей, коллег по работе и собратьев из церкви. И за всё платит серебро. Но всякий раз это мероприятие проходит в радости и ожидании чего-то прекрасного и сулящего счастье.</w:t>
      </w:r>
    </w:p>
    <w:p>
      <w:r>
        <w:t>Когда произносятся торжественные слова напутствия и благословения, ты веришь, что у этой семьи всё это обязательно осуществится, и они, с радостью пройдя все трудности, выйдут победителями, ведь они для этого и создают свою семью.</w:t>
      </w:r>
    </w:p>
    <w:p>
      <w:r>
        <w:t>Так как бракосочетание является Божьим проектом, то Сам Господь соединяет двух разных людей по их согласию в одного целого человека. Даже если эти люди не верят в Бога, то сам факт их союза и торжественного обещания стать мужем и женой перед представителями высшей государственной власти достаточен для того, чтобы их брак считался законным. Хотя Бог всегда желает дать что-то большее и охотно благословляет всех, кто стремится обрести и Его благословение.</w:t>
      </w:r>
    </w:p>
    <w:p>
      <w:r>
        <w:t>На мирских торжествах почему-то принято пить алкоголь. Через это многие молодожёны, сами того не понимая, приглашают демонов, которые околдовывают людей и толкают их на всякие дурные поступки. И всё это иногда очень трагически заканчивается. Однако у многих мирских людей уже вписано в сознании, что свадьба без спиртного — это не праздник, и веселья там не будет.</w:t>
      </w:r>
    </w:p>
    <w:p>
      <w:r>
        <w:t>Но когда ты попадаешь на священное торжество, где жених и невеста принадлежат Богу, ты видишь, как их посвящение передаётся и организации свадебного торжества:</w:t>
      </w:r>
    </w:p>
    <w:p>
      <w:r>
        <w:t>— Никакого алкоголя;</w:t>
      </w:r>
    </w:p>
    <w:p>
      <w:r>
        <w:t>— Мудро подобранная музыка;</w:t>
      </w:r>
    </w:p>
    <w:p>
      <w:r>
        <w:t>— Торжественная свадебная программа;</w:t>
      </w:r>
    </w:p>
    <w:p>
      <w:r>
        <w:t>— Чистая и полезная пища на столах;</w:t>
      </w:r>
    </w:p>
    <w:p>
      <w:r>
        <w:t>— Уважительное отношение ко всем гостям;</w:t>
      </w:r>
    </w:p>
    <w:p>
      <w:r>
        <w:t>— Отсутствие глупости и вульгарности;</w:t>
      </w:r>
    </w:p>
    <w:p>
      <w:r>
        <w:t>— Приличная одежда на невесте;</w:t>
      </w:r>
    </w:p>
    <w:p>
      <w:r>
        <w:t>— Благоговейная атмосфера торжества и многое другое, что привлекает Божьих ангелов и располагает сердца людей к дружелюбному общению и святой радости по поводу создания новой семьи.</w:t>
      </w:r>
    </w:p>
    <w:p>
      <w:r>
        <w:t>Из моих долголетних наблюдений могу смело сделать вывод, что те молодожёны, которые очень благоговейно и тщательно подходят к выбору друга жизни и к составлению программы свадебного торжества, впоследствии и в своей семье оказываются такими же чистыми и благоговейными перед Божьим законом. Хотя возможны и исключения.</w:t>
      </w:r>
    </w:p>
    <w:p>
      <w:r>
        <w:t>Интересно наблюдать за гостями из мира, когда они впервые попадают на христианскую свадьбу без алкоголя и танцев. Они испытывают большое удивление и напряжение, думая, что будет скучно. Но когда Божье присутствие касается и их сердец, тогда они переживают неземную радость и окунаются в атмосферу Неба, удивляясь потом, как можно быть счастливым и при этом иметь трезвый ум. Бог знает, как сделать радостными всех, минуя мирские традиционные взгляды и правила.</w:t>
      </w:r>
    </w:p>
    <w:p>
      <w:r>
        <w:t>Будучи уже верующим человеком, я вынужден был посещать свадебные торжества мирских людей. Хоть атмосфера встречи и не всегда была благоговейной, приготовленные угощения и пища не всегда полезными и чистыми, а фоновая музыка совсем не святой, но с Божьей помощью мне удавалось сохранять свою совесть чистой и строго придерживаться тех принципов, которым я был научен в Божьей церкви. Иногда, понимая, какая будет кухня, я заранее предупреждал молодожёнов, что есть пища, которую я не ем, и они, как правило, заботились о том, чтобы дать мне подходящую еду.</w:t>
      </w:r>
    </w:p>
    <w:p>
      <w:r>
        <w:t>Как интересно привлекать к себе внимание, живя по Божьим принципам! Всем сразу становится любопытно, как так можно жить. А ты переводишь их взор с себя и своей тарелки на Христа и на тот свет Реформы здоровья, который Господь дал миру. И получаются интересные беседы.</w:t>
      </w:r>
    </w:p>
    <w:p>
      <w:r>
        <w:t>Когда твоё сердце наполнено любовью и дружелюбием, когда тебе хочется о ком-то заботиться, отдавать и радоваться, тогда этот дух замечают и другие люди, и, вполне возможно, они будут охотно принимать и слушать то, чем ты захочешь с ними поделиться. Любовь умеет обращаться даже к незнакомым людям на правильном языке. Чужая свадьба — это праздник не только для твоей души, но и для всех приглашённых. И при таком настрое очень легко обретать новых друзей и открывать для себя новые сердца.</w:t>
      </w:r>
    </w:p>
    <w:p>
      <w:r>
        <w:t>Когда один из моих близких родственников решил праздновать свою свадьбу в субботу, тогда я вначале отказался от посещения этого мероприятия, но потом мой друг объяснил, что мне нужно там обязательно быть ради этого человека. Я не соглашался с таким взглядом, и, чтобы понять, кто из нас прав, я разослал описание этой проблемы многим доверенным пасторам и духовным наставникам. Мне нужен был ответ, как мне поступить. И все единогласно ответили мне, что я должен быть на этой свадьбе, что я и сделал. Всему нужно учиться и делать выводы, хоть иногда бывает очень сложно сломать свои стереотипы в голове.</w:t>
      </w:r>
    </w:p>
    <w:p>
      <w:r>
        <w:t>Христос говорил, что до самого Второго Пришествия люди будут жениться и выходить замуж. Поэтому нужно учиться тому, с каким духом и целью являться на подобные мероприятия.</w:t>
      </w:r>
    </w:p>
    <w:p>
      <w:r>
        <w:t>Один раз меня даже попросили сказать на чужой свадьбе проповедь. Всё было неожиданно, но Господь дал нужные слова и напомнил те истины, которыми я смог поделиться с другими. И я заметил, что те публичные наставления, которыми ты делишься с молодожёнами, очень бывают полезны и гостям, потому что помогают и им что-то пересмотреть в своих семейных отношениях. Так что надо быть всегда готовым к подобным неожиданностям. Мы не знаем, когда Господь даст нам внимательную аудиторию, и на какую свадьбу Он нас приведёт, но сегодняшнее обучение Божьим истинам приготовит моё сердце к тому, чтобы каждому дать отчёт о своём уповании и поделиться той любовью, в которой нуждаются все.</w:t>
      </w:r>
    </w:p>
    <w:p>
      <w:r>
        <w:t>Самым первым мероприятием, на котором Иисус совершил Своё чудо, была чужая свадьба. Спаситель посетил и благословил её. Стоит помнить, что иногда мы можем оказаться единственными представителями Христа на чьей-то свадьбе, через которых Господь способен даровать Своё благословение новой семье. И пусть «сапоги готовности» благовествовать миру будут всегда на своём месте в любое время года. А Господь, видя нашу готовность, обязательно найдёт, куда и когда нас послать.</w:t>
      </w:r>
    </w:p>
    <w:p>
      <w:r>
        <w:t>Также помните, что ваша свадьба, хоть и будет для других чужой, может стать свидетельством лучшей и счастливой жизни во Христе.</w:t>
      </w:r>
    </w:p>
    <w:p>
      <w:pPr>
        <w:pStyle w:val="Heading2"/>
      </w:pPr>
      <w:r>
        <w:t>Домашнее задание 806</w:t>
      </w:r>
    </w:p>
    <w:p>
      <w:r>
        <w:t>1. Прочитайте, пожалуйста, Мат.22:2-5; 25:10; Откр.19:7-9; 21:9; Ис.6:8; 61:1-3; Еф.6:13-18; Еккл.8:15; 9:7-10; Пс.34:28; Прит.1:20-21; 1Кор.1:23; 9:16; 2Тим.4:2-4 в свете этого урока.</w:t>
      </w:r>
    </w:p>
    <w:p>
      <w:r>
        <w:t>2. Какие ещё стихи из Библии пришли вам на память?</w:t>
      </w:r>
    </w:p>
    <w:p>
      <w:r>
        <w:t>3. Что вы поняли из этого урока?</w:t>
      </w:r>
    </w:p>
    <w:p>
      <w:r>
        <w:t>4. Часто ли вы бывали на чужих свадьбах? Если да, то что вы переживали в это время?</w:t>
      </w:r>
    </w:p>
    <w:p>
      <w:r>
        <w:t>5. Знаете ли вы о том, что на Небе тоже будет Свадебное торжество?</w:t>
      </w:r>
    </w:p>
    <w:p>
      <w:r>
        <w:t>6. Хотите ли вы, чтобы Небесная свадьба стала вашей, а не чужой?</w:t>
      </w:r>
    </w:p>
    <w:p>
      <w:r>
        <w:t>7. Что нужно делать, чтобы не слышать о чужой свадьбе Агнца и невесты, а быть на ней?</w:t>
      </w:r>
    </w:p>
    <w:p>
      <w:r>
        <w:t>8. Должен ли Небесный Жених узнать Свою невесту до свадьбы и проводить с ней время?</w:t>
      </w:r>
    </w:p>
    <w:p>
      <w:r>
        <w:t>9. Как вы думаете, предлагает ли Господь сейчас Свои руку и сердце Своей возлюбленной, чтобы приготовить её к брачному торжеству?</w:t>
      </w:r>
    </w:p>
    <w:p>
      <w:r>
        <w:t>10. Есть ли у Божьего народа последнего времени какое-то особое преимущество перед верующими других времён в истории христианства?</w:t>
      </w:r>
    </w:p>
    <w:p>
      <w:r>
        <w:t>11. Как вы думаете, почему Иисус, невзирая на лица, любил посещать всевозможные торжества и совместные трапезы, на которые Его приглашали? Лук.15:2.</w:t>
      </w:r>
    </w:p>
    <w:p>
      <w:r>
        <w:t>12. Стоит ли нам помнить пример Иисуса и не забывать про свою миссию?</w:t>
      </w:r>
    </w:p>
    <w:p>
      <w:r>
        <w:t>13. С чем у вас ассоциируется чужая свадьба? Со вкусной едой или с возможностью обрести новых друзей и кому-то что-то полезное рассказать, или с чем-то другим?</w:t>
      </w:r>
    </w:p>
    <w:p>
      <w:r>
        <w:t>14. Есть ли отличие мирской свадьбы от христианской? Если да, то в чём?</w:t>
      </w:r>
    </w:p>
    <w:p>
      <w:r>
        <w:t>15. Стоит ли посещать мирские свадьбы, если вас туда приглашают?</w:t>
      </w:r>
    </w:p>
    <w:p>
      <w:r>
        <w:br w:type="page"/>
      </w:r>
    </w:p>
    <w:p>
      <w:pPr>
        <w:pStyle w:val="Heading1"/>
      </w:pPr>
      <w:r>
        <w:t>Урок 807. Прекрасный Жених</w:t>
      </w:r>
    </w:p>
    <w:p>
      <w:r>
        <w:t>Когда я приобретаю себе, по Божьей милости, друга, тогда наша дружба проходит стадии развития, которые отражаются на том, насколько доверительной будет глубина нашего общения. В самом начале знакомства у нас нет в этом опыта. Мы осторожно прощупываем незнакомую территорию, на которую нам позволяется войти. Вместе с этим душа решается на более глубокие отношения, в которых есть доля риска — стать более открытой, что делает её очень уязвимой. Но любовь не боится открываться и защищает открытую территорию своим покрытием, не страшась никакого внешнего воздействия.</w:t>
      </w:r>
    </w:p>
    <w:p>
      <w:r>
        <w:t>Глубина отношений с другом, независимо от нашего языка любви, определяется нашими личными беседами. Общение открывает наши сердца друг для друга, и мы, уже не боясь, впускаем ближнего в такие глубины своей души, о которых порою сами не догадываемся. Я не способен открыть себя так, как это сможет сделать мой дорогой друг. Исходя из глубины и продолжительности наших отношений, я обнаруживаю новые грани красоты сердца друга и постоянно удивляюсь тем открытиям, которые он совершает во мне.</w:t>
      </w:r>
    </w:p>
    <w:p>
      <w:r>
        <w:t>Будучи свободными людьми, мы начинаем открывать друг другу такие прекрасные черты своего характера, которые никогда бы не проявили себя в поверхностных отношениях.</w:t>
      </w:r>
    </w:p>
    <w:p>
      <w:r>
        <w:t>Современные технологии дают уникальный шанс держать друзей на связи друг с другом, даже если их разделяют большие расстояния. Подобное общение, хоть и не даёт возможность пережить физическую близость, но оно не ограничивает доступ к сердцу того, с кем ты поддерживаешь отношения. Беспроводные наушники позволяют мне иметь свободные руки и заниматься во время разговора своими делами, приглашая в них и собеседника.</w:t>
      </w:r>
    </w:p>
    <w:p>
      <w:r>
        <w:t>А время нашего общения определяется взаимной заинтересованностью друг в друге и внешними факторами, которые не препятствуют нам беседовать на разные темы.</w:t>
      </w:r>
    </w:p>
    <w:p>
      <w:r>
        <w:t>Присутствие рядом с нами третьих лиц может ограничить нашу открытость друг перед другом, когда мы не желаем пускать на эту глубину посторонние уши. Но когда никто не мешает, а общение с другом не препятствует выполнению житейских обязанностей, тогда можно наряду с развитием отношений делать много всего необходимого. И друг виртуально присутствует в таком общении, внося свою атмосферу радости в твою жизнь, а ты радуешь его сердце.</w:t>
      </w:r>
    </w:p>
    <w:p>
      <w:r>
        <w:t>Свобода в общении и в любви позволяет непринуждённо начать очередной разговор или не начинать его, если друг не может уделить тебе это время. Также можно неожиданно прервать общение по каким-то известным тебе причинам и продолжить разговор при следующей возможности. Свобода выбора времени, продолжительности и глубины общения защищает нас от всевозможных обид, когда приходится внезапно прервать разговор или отказать другу в очередной спонтанной беседе. Мы понимаем, что сейчас не время для бесед, и спокойно ждём другой возможности. И наш очередной разговор начинается с вопроса: «Удобно ли говорить?» И общение продолжается или откладывается на потом, если я или друг занят.</w:t>
      </w:r>
    </w:p>
    <w:p>
      <w:r>
        <w:t>Не наши очные встречи, а наше общение открывает нам истинную красоту наших сердец, которая затмевает всё видимое и делает внешность друга настолько прекрасной благодаря замечательным свойствам его души, что ты уже, встречая его буквально, любуешься его внутренним содержанием. И оно обязательно проявляется и во внешнем виде. И даже если мы не соответствуем мирским эталонам навязываемой красоты, нам это не мешает любоваться друг другом, потому что мы знаем, какие мы прекрасные внутри. И в подобном познании сердечной красоты друг друга есть Божий план, который Он озвучил словами: «Да любите друг друга».</w:t>
      </w:r>
    </w:p>
    <w:p>
      <w:r>
        <w:t>Наше земное общение с земным близким другом открывает полноту возможностей отношений с нашим Небесным Другом, Который не просто хочет стать Таковым, но ещё стремится быть и Супругом.</w:t>
      </w:r>
    </w:p>
    <w:p>
      <w:r>
        <w:t>Заключая с Ним завет через обряд водного крещения, я даю Иисусу право на более близкие отношения со мной и начинаю постигать эту науку на личном опыте.</w:t>
      </w:r>
    </w:p>
    <w:p>
      <w:r>
        <w:t>Мало кому Господь является видимым образом. Даже Библия содержит лишь немного примеров подобных событий. Но с каждым из нас Иисус имеет близкие личные отношения, глубину которых мы, люди, определяем сами по мере своего понимания и возможностей. И Господь терпеливо ждёт, когда я надену свои беспроводные наушники и приглашу Его на очередное общение, пуская Его во все сферы своих житейских дел и вопросов. И Он с удовольствием общается со мной, уважая мою свободу неожиданно начать или прервать нашу беседу.</w:t>
      </w:r>
    </w:p>
    <w:p>
      <w:r>
        <w:t>Наше общение с Богом принято называть молитвой, а общение с другом — дружбой. Но по своей сути это одно и то же, тот же принцип, только в отношениях с Иисусом я не слышу Его голос буквально. Однако Он умеет говорить со мной через моё сердце, совесть и разум.</w:t>
      </w:r>
    </w:p>
    <w:p>
      <w:r>
        <w:t>Когда я читаю Библию, Он говорит со мной через это Писание и открывает красоту Своей любви, давая уразуметь то, что я могу сегодня понять и услышать.</w:t>
      </w:r>
    </w:p>
    <w:p>
      <w:r>
        <w:t>Благодаря тому, что наше общение с Богом невидимое, и я не представляю себе Его внешность, я начинаю больше открывать для себя Его внутреннюю красоту. И я осознаю, насколько прекрасно сердце нашего Спасителя, насколько Он открыт для более глубоких отношений со мной, и как охотно Он приглашает меня на глубину Своего доброго сердца. Я вижу, как терпеливо Иисус ждёт меня, когда я не решаюсь с головой окунуться в Него.</w:t>
      </w:r>
    </w:p>
    <w:p>
      <w:r>
        <w:t>Познавая сердце Христа и позволяя Ему познать меня, я влюбляюсь в красоту Божьего характера и привыкаю к тому, что Он для меня всегда невидим, а Его внешний вид будет лишь прекрасным дополнением к открытому внутреннему содержанию.</w:t>
      </w:r>
    </w:p>
    <w:p>
      <w:r>
        <w:t>Бог является Творцом красоты. Он определяет гармонию, симметричность и совершенство Своим творческим оформлением. Он просто не может быть не прекрасным, потому что Сам является Основоположником любой красоты. Его внешний вид ослепит меня Своим светом и убьёт Своей славою, если я не знаю Его изнутри и не даю познать подобным образом и себя.</w:t>
      </w:r>
    </w:p>
    <w:p>
      <w:r>
        <w:t>Постоянная связь с Богом делает меня зависимым в хорошем смысле этого слова и превращает наши отношения в настолько доверительные, что мне уже легче жить с Ним и постоянно думать о Нём, чем решаться на духовное одиночество и жить во тьме своего неверия.</w:t>
      </w:r>
    </w:p>
    <w:p>
      <w:r>
        <w:t>Кто-то говорит, что Бога нет, а я с Ним сегодня разговаривал и сейчас продолжаю поддерживать эти отношения.</w:t>
      </w:r>
    </w:p>
    <w:p>
      <w:r>
        <w:t>При общении с Богом не стоит пренебрегать и развитием тесных отношений с близкими друзьями. Одно другому не мешает, и заповедь о нашей взаимной любви подразумевает, что мы будем иметь близкие и глубокие отношения.</w:t>
      </w:r>
    </w:p>
    <w:p>
      <w:r>
        <w:t>Не стоит и в любви друг к другу пренебрегать общением с Господом. Но Его всегда можно приглашать в наши земные отношения и удивляться тому, как Он делает их удивительно прекрасными, а нас — счастливыми в обществе друг друга.</w:t>
      </w:r>
    </w:p>
    <w:p>
      <w:r>
        <w:t>Бог не ревнует, если я люблю своего друга так же глубоко, как и Его. А друг не ревнует меня, если я люблю Господа и уделяю Иисусу своё самое лучшее время для личного общения.</w:t>
      </w:r>
    </w:p>
    <w:p>
      <w:r>
        <w:t>Многие небожители уже привыкли к созерцанию образа Божьего, и им очень интересно посмотреть, какой красивой будет невеста. А я мечтаю взглянуть на прекрасного Жениха, в Котором совмещается Его внутренняя и внешняя красота.</w:t>
      </w:r>
    </w:p>
    <w:p>
      <w:pPr>
        <w:pStyle w:val="Heading2"/>
      </w:pPr>
      <w:r>
        <w:t>Домашнее задание 807</w:t>
      </w:r>
    </w:p>
    <w:p>
      <w:r>
        <w:t>1. Прочитайте, пожалуйста, Песн.5:10-16; Откр.1:12-17; 19:11-16; 22:4; 1Пет.1:8,22; 4:8; Ин.13:34-35; Рим.12:9-10; Еф.5:25; Песн.7:11-12; 8:6-7; Иер.31:3; Ин.17:26; 1Ин.4:7-8 в свете этого урока.</w:t>
      </w:r>
    </w:p>
    <w:p>
      <w:r>
        <w:t>2. Какие ещё стихи из Библии пришли вам на память?</w:t>
      </w:r>
    </w:p>
    <w:p>
      <w:r>
        <w:t>3. Что вы поняли из этого урока?</w:t>
      </w:r>
    </w:p>
    <w:p>
      <w:r>
        <w:t>4. Насколько прекрасны в ваших глазах те, кого вы любите?</w:t>
      </w:r>
    </w:p>
    <w:p>
      <w:r>
        <w:t>5. Влияет ли внутренние содержание человека на его внешний вид?</w:t>
      </w:r>
    </w:p>
    <w:p>
      <w:r>
        <w:t>6. Может ли красивый лицом человек вызывать у вас отвращение своим негативным поведением?</w:t>
      </w:r>
    </w:p>
    <w:p>
      <w:r>
        <w:t>7. Может ли невзрачный внешностью человек быть обаятельным за счёт своего доброго отношения к вам?</w:t>
      </w:r>
    </w:p>
    <w:p>
      <w:r>
        <w:t>8. По каким признакам человек выбирает себе друга по жизни?</w:t>
      </w:r>
    </w:p>
    <w:p>
      <w:r>
        <w:t>9. Каким вы представляете себе Иисуса?</w:t>
      </w:r>
    </w:p>
    <w:p>
      <w:r>
        <w:t>10. Как вы думаете, когда мы увидим Иисуса, превзойдёт ли эта очная встреча все наши ожидания?</w:t>
      </w:r>
    </w:p>
    <w:p>
      <w:r>
        <w:t>11. За счёт чего Господь прекрасен в ваших глазах?</w:t>
      </w:r>
    </w:p>
    <w:p>
      <w:r>
        <w:t>12. Опишите, Кто Иисус для вас, и насколько Он прекрасен.</w:t>
      </w:r>
    </w:p>
    <w:p>
      <w:r>
        <w:t>13. Почему мы считаем красивыми тех, кого любим и кто отвечает нам взаимностью?</w:t>
      </w:r>
    </w:p>
    <w:p>
      <w:r>
        <w:t>14. Как вы думаете, насколько вы привлекательны в глазах других людей? По каким признакам они вас оценивают?</w:t>
      </w:r>
    </w:p>
    <w:p>
      <w:r>
        <w:t>15. Стоит ли всё время думать о своей внешности и не уделять внимания своему внутреннему содержанию?</w:t>
      </w:r>
    </w:p>
    <w:p>
      <w:r>
        <w:br w:type="page"/>
      </w:r>
    </w:p>
    <w:p>
      <w:pPr>
        <w:pStyle w:val="Heading1"/>
      </w:pPr>
      <w:r>
        <w:t>Урок 808. Почта</w:t>
      </w:r>
    </w:p>
    <w:p>
      <w:r>
        <w:t>Вы когда-нибудь пытались вникнуть в устройство и работу земной почты? Мы привыкли, что почта — это ящик для писем или почтовое отделение для приёма или получения почтовых отправлений. А как эти отправления доходят, и через что они проходят, мы порою даже не задумываемся.</w:t>
      </w:r>
    </w:p>
    <w:p>
      <w:r>
        <w:t>Современные коммуникации и программное обеспечение позволяют сегодня отслеживать весь путь, которым идёт посылка, и немножко вникать в устройство почты. А если в поисковых программах набрать запрос о том, как работает почта, то можно своими глазами увидеть, как и что происходит в этом учреждении.</w:t>
      </w:r>
    </w:p>
    <w:p>
      <w:r>
        <w:t>У меня есть маленькое хобби, которое приносит мне большое удовольствие, — это собирание и отправление денег и посылок друзьям. Я порою не знаю, почему я этим занимаюсь, и иногда этот процесс может затягиваться на очень долгое время. Но однажды наступает момент, когда я держу в руке конечный продукт отправления и несу его в почтовое отделение, чтобы воспользоваться услугами этой сложноустроенной организации. Сдав посылку, я запускаю процесс доставки и получаю маленькую квитанцию с номером отправления, и я могу по этому номеру отслеживать все передвижения моего благословения для друзей. Я не вижу, так ли это на самом деле, но верю тому, что мне пишет почта, когда я интересуюсь движением посылки.</w:t>
      </w:r>
    </w:p>
    <w:p>
      <w:r>
        <w:t>Есть ещё один интересный факт. Когда я решаюсь кому-то подарить что-то нужное, я заранее обещаю это сделать, чтобы потом следовать своему обещанию и порадовать сердце друга его исполнением.</w:t>
      </w:r>
    </w:p>
    <w:p>
      <w:r>
        <w:t>Я не сторонник неожиданных сюрпризов. Хоть подобные подарки и радуют друзей, но человек не приобретает много счастливых переживаний, наблюдая за процессом моего хобби, направленного в его адрес. И вместо того чтобы радоваться вместе со мной долгие дни приготовлений к отправке, он живёт своею жизнью и даже не подозревает, что вокруг происходят такие удивительные события, которые делаются ради него.</w:t>
      </w:r>
    </w:p>
    <w:p>
      <w:r>
        <w:t>Суть отправления состоит в том, что мне нужно решить, что отправить, приобрести это, взвесить, составить описание посылки, упаковать собранные вещи в положенную тару, оформить отправление, отнести каким-то образом его до почтового отделения, отстоять там в очереди, поставить посылку на весы, оплатить принятую почтой услугу и получить квитанцию. После того, как сотрудник почтовой службы взял в свои руки мою посылку, я уже никоим образом не могу повлиять на её передвижение. И в силу вступает организованная логистика, которая настроена на то, чтобы доставлять мои отправления в любой конец земного шара, где есть зона действия поместных почтовых отделений.</w:t>
      </w:r>
    </w:p>
    <w:p>
      <w:r>
        <w:t>Я заметил ещё одну особенность. Пока я собираюсь что-то отправить, я могу это делать днями, неделями, месяцами или даже годами, и почта не будет меня торопить, чтобы я пошевеливался. Но, когда я сдаю посылку в эту организацию, мне сообщают примерное время доставки моего отправления. И оно может быть более продолжительным по причине задержки получателя. А если мой адресат решит не забирать мою посылку, то мне её возвращают в целости обратно.</w:t>
      </w:r>
    </w:p>
    <w:p>
      <w:r>
        <w:t>С того момента, как я кому-то что-то пообещал, эта вещь перестаёт быть моей, и я её просто посвящаю новому хозяину и начинаю заботиться об организации приобретения и отправки. В моих правилах — не делиться ненужными вещами, а дарить лучшее, порою даже то, что я себе никогда не позволю, потому что это дорого. И взамен я получаю удивительный эффект особой радости от Господа, Который однажды сказал через Своего слугу, что «блаженнее давать, нежели принимать» Деян.20:35. Хотя принимать подарки тоже радостно. И Иисус учил тому, что мы обретём совершенную радость, когда будем получать просимое. Ин.16:24.</w:t>
      </w:r>
    </w:p>
    <w:p>
      <w:r>
        <w:t>Для чего я так подробно описал принцип земной почты? Чтобы на примере работы этой службы мы увидели, что в Небесной логистике есть те же технологии и принципы, в которых принимают участие все Небесные силы, невидимые нам, но реально существующие. Бог даёт очень много обещаний в Своём Слове — Библии. Есть безусловные вещи, которые я обязательно получу, потому что так решил и объявил Господь, но есть и такие вещи, которые я смогу получить, только прося Его дать мне это, если это было обещано.</w:t>
      </w:r>
    </w:p>
    <w:p>
      <w:r>
        <w:t>И то, что Он пообещал, перестаёт Ему принадлежать в тот момент, когда я попросил Его дать мне это.</w:t>
      </w:r>
    </w:p>
    <w:p>
      <w:r>
        <w:t>Любая просьба подразумевает определённые сроки доставки. Что-то приходит сразу, как электронный денежный перевод, а что-то нужно терпеливо ждать, потому что так устроена Небесная логистика.</w:t>
      </w:r>
    </w:p>
    <w:p>
      <w:r>
        <w:t>Если я буду просить немыслимые или глупые вещи, которые никем не обещаны, например, чтобы высох океан, то вряд ли я когда-нибудь получу ответ на подобные просьбы.</w:t>
      </w:r>
    </w:p>
    <w:p>
      <w:r>
        <w:t>Однажды пророк Даниил, изучая писания других пророков и видя исполнение назначенного Богом времени, решил молиться Богу об осуществлении ожидаемого. Небесным силам понадобилось три недели и участие самых могущественных Сил, чтобы доставить по назначению то, что нужно было для получения обещанного. Дан.10:13.</w:t>
      </w:r>
    </w:p>
    <w:p>
      <w:r>
        <w:t>Бог любит иногда делать и сюрпризы и давать нам то, в чём мы очень нуждаемся, забывая просить об этом. Однако Ему более приятно слышать наши просьбы и посылать благословения, о которых мы настойчиво молимся.</w:t>
      </w:r>
    </w:p>
    <w:p>
      <w:r>
        <w:t>В исполнении молитвы есть особая закономерность. Если я хочу о чём-то просить и собираю все обетования, изучаю принципы работы Небесной почты, упаковываю свои просьбы в положенную тару и складываю их в виде будущего отправления в «подвале ожидания», надеясь, что когда-то я об этом помолюсь, то все Небесные силы ничем не смогут мне помочь и будут обслуживать других клиентов, которые пользуются услугами этой организации и отдают в доставку свои посылки.</w:t>
      </w:r>
    </w:p>
    <w:p>
      <w:r>
        <w:t>Но как только я сделал всё со своей стороны и передал в Небесную логистику все свои просьбы, тут же вступила в силу служба доставки, и я могу верою отслеживать путь своих отправлений до намеченной цели.</w:t>
      </w:r>
    </w:p>
    <w:p>
      <w:r>
        <w:t>Также и со стороны Бога есть те посылки, Которые Он уже не считает Своими, но ждёт моего позволения и молитвы о том, чтобы Он мне их отправил. Когда я прошу Его дать мне обещанное, тогда Господь с радостью расстаётся с очередным благословением и передаёт его в Небесную почту, где множество ангелов исполняют то, что им надлежит сделать, чтобы всё было доставлено в срок и совершило всё, для чего было сказано.</w:t>
      </w:r>
    </w:p>
    <w:p>
      <w:r>
        <w:t>Иногда Бог не спешит с ответом, чтобы испытать нашу веру. Читаем 2Пет 3:9: «Не медлит Господь исполнением обетования, как некоторые почитают то медлением; но долготерпит нас, не желая, чтобы кто погиб, но чтобы все пришли к покаянию».</w:t>
      </w:r>
    </w:p>
    <w:p>
      <w:r>
        <w:t>А есть такие посылки, приготовленные Богом для нас, содержание которых мы узнаем только при особом прошении. Читаем об этом Иер 33:3: «Воззови ко Мне — и Я отвечу тебе, покажу тебе великое и недоступное, чего ты не знаешь».</w:t>
      </w:r>
    </w:p>
    <w:p>
      <w:r>
        <w:t>Богу очень приятно посылать нам то, что мы просим и что Ему очень дорого.</w:t>
      </w:r>
    </w:p>
    <w:p>
      <w:pPr>
        <w:pStyle w:val="Heading2"/>
      </w:pPr>
      <w:r>
        <w:t>Домашнее задание 808</w:t>
      </w:r>
    </w:p>
    <w:p>
      <w:r>
        <w:t>1. Прочитайте, пожалуйста, Евр.1:7,13-14; Пс.19:5; 36:4; 103:4; 138:4; 144:19; Лук.12:8-9; Иер.1:12; Ис.55:10-11; Иак.4:2-3; Мат.6:6; Прит.10:22,24 в свете этого урока.</w:t>
      </w:r>
    </w:p>
    <w:p>
      <w:r>
        <w:t>2. Какие ещё стихи из Библии пришли вам на память?</w:t>
      </w:r>
    </w:p>
    <w:p>
      <w:r>
        <w:t>3. Что интересное вы поняли и узнали из этого урока?</w:t>
      </w:r>
    </w:p>
    <w:p>
      <w:r>
        <w:t>4. Как долго можно мечтать о получении чего-то от Бога, не прося об этом в молитве?</w:t>
      </w:r>
    </w:p>
    <w:p>
      <w:r>
        <w:t>5. Слышит ли Господь наши мечты, чтобы воплощать их в реальность?</w:t>
      </w:r>
    </w:p>
    <w:p>
      <w:r>
        <w:t>6. Почему Небесная почта не заставляет нас пользоваться их услугами, а терпеливо ждёт, когда мы сами обратимся к ним в молитве?</w:t>
      </w:r>
    </w:p>
    <w:p>
      <w:r>
        <w:t>7. Понимаете ли вы, сколько Небесных сил задействовано в том, чтобы осуществить ответ хотя бы на одну молитву?</w:t>
      </w:r>
    </w:p>
    <w:p>
      <w:r>
        <w:t>8. Как устроена Небесная почта?</w:t>
      </w:r>
    </w:p>
    <w:p>
      <w:r>
        <w:t>9. Вас радует, что наш Небесный Отец так велик, что может ежеминутно получать и осуществлять все многомиллиардные молитвы за мгновение?</w:t>
      </w:r>
    </w:p>
    <w:p>
      <w:r>
        <w:t>10. Вам радостно получать Небесные подарки?</w:t>
      </w:r>
    </w:p>
    <w:p>
      <w:r>
        <w:t>11. Как часто вы просите Бога показать вам великое и недоступное? Иер.33:3.</w:t>
      </w:r>
    </w:p>
    <w:p>
      <w:r>
        <w:t>12. Что из великого и недоступного, чего вы не знали ранее, вам открылось в последние дни?</w:t>
      </w:r>
    </w:p>
    <w:p>
      <w:r>
        <w:t>13. Что вам приятнее: получать или отдавать, или и то и другое?</w:t>
      </w:r>
    </w:p>
    <w:p>
      <w:r>
        <w:t>14. Как вы думаете, что приятнее Богу: получать или отдавать, или и то и другое?</w:t>
      </w:r>
    </w:p>
    <w:p>
      <w:r>
        <w:t>15. Возникает ли у вас желание просить о большем и почаще обращаться к услугам Небесной почты?</w:t>
      </w:r>
    </w:p>
    <w:p>
      <w:r>
        <w:t>16. Как вы думаете, наступит ли когда-то момент, когда Небесная почта скажет вам, что они перегружены и больше не оказывают никаких услуг?</w:t>
      </w:r>
    </w:p>
    <w:p>
      <w:r>
        <w:br w:type="page"/>
      </w:r>
    </w:p>
    <w:p>
      <w:pPr>
        <w:pStyle w:val="Heading1"/>
      </w:pPr>
      <w:r>
        <w:t>Урок 809. Сколько стоит «бесплатно»?</w:t>
      </w:r>
    </w:p>
    <w:p>
      <w:r>
        <w:t>Вы когда-нибудь задумывались о том, во что вы обошлись своим родителям, пока не стали зарабатывать сами и жить самостоятельно? Сколько денег было вложено государством в ваше дошкольное воспитание и в ваше образование? Сколько кому-то стоят бесплатные медицинские услуги?</w:t>
      </w:r>
    </w:p>
    <w:p>
      <w:r>
        <w:t>Мы постоянно встречаемся по жизни с подобными «бесплатными» услугами и даже не задумываемся о том, сколько стоит это «бесплатно». Но когда-то настаёт такой момент, когда меняется государственный строй или положение вещей, и я сам должен за всё и всех платить. И тогда открывается совсем иная картина.</w:t>
      </w:r>
    </w:p>
    <w:p>
      <w:r>
        <w:t>Ребёнок не заботится о своём содержании и образовании. У него ещё просто нет мудрости, чтобы всё это вместить и анализировать. И даже если он что-то и поймёт, у него нет сил и возможностей, чтобы что-то заработать и оплатить заботу о себе.</w:t>
      </w:r>
    </w:p>
    <w:p>
      <w:r>
        <w:t>Подобные вещи не принято обсуждать в нашем обществе. Они относятся к само собой разумеющимся принципам, которые вложены в сознание с самого детства, и мы так и живём, не представляя себе иной жизни.</w:t>
      </w:r>
    </w:p>
    <w:p>
      <w:r>
        <w:t>Сколько кому-то стоят те подарки и та «халява», которые мы привыкли получать от других, считая себя достойными или недостойными такой чести?</w:t>
      </w:r>
    </w:p>
    <w:p>
      <w:r>
        <w:t>А вы когда-нибудь задумывались о том, сколько стоит ваше спасение, и можно ли его как-то оценить принятыми в нашем понимании единицами измерения? Когда стал распадаться Советский Союз, и так называемый «железный занавес» рухнул вместе с ним, тогда для всего христианского мира открылись уникальные возможности для проповеди Евангелия на новых территориях, и в эту страну хлынули потоки всевозможных евангелистов. И они приезжали не с пустыми руками, а везли с собой Хлеб жизни. Я пережил это время и посещал духовные мероприятия, которые проводились в больших залах и на огромных стадионах. Вначале я был любопытным гостем, которого желали спасти заграничные миссионеры, а через несколько лет я сам встречал новых гостей и рассказывал им о Христе.</w:t>
      </w:r>
    </w:p>
    <w:p>
      <w:r>
        <w:t>Помню, что как-то я спросил братьев, сколько стоит аренда спортивного комплекса, в котором проводилась двухнедельная Евангельская кампания. Мне был дан ответ, что это стоит более миллиона долларов. В то время это была довольно круглая сумма. И кто-то из-за океана привёз эти деньги в чужую страну, чтобы местные аборигены смогли познать истину и стать в ней свободными.</w:t>
      </w:r>
    </w:p>
    <w:p>
      <w:r>
        <w:t>А сейчас я сам еженедельно или по необходимости жертвую свои деньги на подобные мероприятия, понимая, что бесплатное Евангелие кому-то стоит больших денег.</w:t>
      </w:r>
    </w:p>
    <w:p>
      <w:r>
        <w:t>Возьмите любого продвинутого интернет-блогера, который интересно рассказывает о Христе. Он не просит у вас денег, чтобы приготовить для вас очередной ролик и бесплатно выложить его на свой канал. Но, как правило, за подобными публичными людьми стоит целая команда обученных специалистов, которые работают, не покладая рук, совершенствуют свои навыки, делятся своими откровениями, узнают новые не бесплатные пути для продвижения этих каналов в социальных сетях. И за всё это кто-то платит.</w:t>
      </w:r>
    </w:p>
    <w:p>
      <w:r>
        <w:t>Случайный зритель даже не задумывается о том, сколько было вложено сил, времени и средств, чтобы он смог что-то бесплатно посмотреть.</w:t>
      </w:r>
    </w:p>
    <w:p>
      <w:r>
        <w:t>А сколько волонтёров трудится повсеместно для продвижения Божьего дела, отдавая свои жизни для проповеди Евангелия? И кто оценит их бесплатный труд?</w:t>
      </w:r>
    </w:p>
    <w:p>
      <w:r>
        <w:t>Но если взглянуть на весь наш мир и собрать все средства, вложенные в любой труд, в любое дело, собрать все человеко-часы, затраченные на всевозможные дела, и сложить всё вместе, то один спасённый человек, только один, сможет сделать и вложить в миллионы и миллиарды раз больше сил и средств, чем это сделал весь мир за все эпохи своего существования. Этот факт я привожу для сравнения, чтобы вы понимали, как оценивается одна спасённая душа даже в материальном плане.</w:t>
      </w:r>
    </w:p>
    <w:p>
      <w:r>
        <w:t>Вы когда-нибудь задумывались о том, во что обошлось Богу то «бесплатно», которое вам так назойливо предлагают всевозможные евангелисты? Сколько было уплачено за спасение от смерти только одной души? Какою мерой можно оценить тот вклад, который ежедневно вносят невидимые Небесные силы в наше спасение и образование?</w:t>
      </w:r>
    </w:p>
    <w:p>
      <w:r>
        <w:t>Сколько стоит одна, только одна капля Божьей крови, которую Он пролил для моего спасения, не требуя за это от меня ничего, но бесплатно предлагая мне принять этот Дар Небес и ожидая, что я буду иметь к этому чрезвычайный интерес? Есть много «бесплатных вещей», которые мы получаем от Бога как само собой разумеющееся, даже не задумываясь о том, во что это обходится Богу, и как нам было бы без этого плохо жить, и смогли бы мы тогда вообще жить.</w:t>
      </w:r>
    </w:p>
    <w:p>
      <w:r>
        <w:t>Бог не призывает нас оценивать Свой труд, но Ему было бы приятно понимать, что мы осознаём, какая высокая цена была уплачена за наше искупление от власти греха и смерти.</w:t>
      </w:r>
    </w:p>
    <w:p>
      <w:r>
        <w:t>Закон требует за любой грех смерти грешника, причём вечной смерти или, как называет её Библия, «второй смерти». Откр.20:14. Много ли у вас в запасе этих смертей, чтобы внести положенную плату за каждую свою ошибку и при этом жить дальше? Ответ: только одна, после которой нет никакого права на жизнь. А Иисус Своею смертью внёс эту колоссальную плату за всё человечество, чтобы всякий верующий в Него не погиб, но имел жизнь Вечную. Ин.3:16. Бог Отец отдал Самое Дорогое, что имел, чтобы я мог жить. А потом ещё сделал этот путь ко спасению настолько доступным, чтобы каждый грешник смог бы его найти. И что Он ожидает взамен? Моей веры, чтобы я принял этот план и жил в нём!</w:t>
      </w:r>
    </w:p>
    <w:p>
      <w:r>
        <w:t>Как мир оценил Божий вклад в своё спасение? Мало того, что он распял Спасителя, так и теперь гонит всех Его последователей, навязывая всем свои ценности и правила.</w:t>
      </w:r>
    </w:p>
    <w:p>
      <w:r>
        <w:t>Но Господь не останавливается на достигнутом. Он вносит в план Спасения новые возможности и перспективы развития.</w:t>
      </w:r>
    </w:p>
    <w:p>
      <w:r>
        <w:t>Удивительно и то, что в самом конце времени самому последнему поколению Господь вдруг решает не дарить, а продать самое дорогое, что у Него есть, чтобы сделать победителями тех, кто отзовётся. Откр.3:18. Хоть это и называется Небесной торговлей, а цена за выставленные товары необычная, но за привычное «бесплатно» что-то получить, увы, не получится. И эта торговля входит в Божий план последнего времени, и мне не обойти этот стих. А как хотелось бы иметь это всё просто так, не вкладывая ничего, просто веря, что это моё, и получая всё в изобилии.</w:t>
      </w:r>
    </w:p>
    <w:p>
      <w:r>
        <w:t>Нам по большому счёту не нужно ничего делать, чтобы бесплатно дышать, пить воду из источников, греться на солнце, есть плоды с деревьев и жить в этом мире. Но для того чтобы иметь оружие победителя, нужно постоянно за это платить, вступая в вечные торговые отношения. Как так? А вот так и иначе никак. Но это то, что сделает нас устойчивыми в последнее время и дарует нам победу.</w:t>
      </w:r>
    </w:p>
    <w:p>
      <w:r>
        <w:t>Когда-то Небесный Отец вкладывал в наше воспитание и образование очень много, и мы это принимали как норму, но сейчас Он желает, чтобы мы стали самостоятельными и сами определили, что ещё нам нужно, и отозвались на Его совет, данный через Верного Свидетеля.</w:t>
      </w:r>
    </w:p>
    <w:p>
      <w:r>
        <w:t>Но всегда стоит помнить о том, что, хоть мы и вносим определённую плату за предлагаемые благословения, их истинная цена неимоверно велика и превосходит наше воображение.</w:t>
      </w:r>
    </w:p>
    <w:p>
      <w:pPr>
        <w:pStyle w:val="Heading2"/>
      </w:pPr>
      <w:r>
        <w:t>Домашнее задание 809</w:t>
      </w:r>
    </w:p>
    <w:p>
      <w:r>
        <w:t>1. Прочитайте, пожалуйста, Ис.43:4; 1Кор.6:19-20; 7:23; Зах.11:13; Мат.26:14-16; 27:3-10; Пс.48:7-14; 71:13-14; Прит.3:13-18; Иов.28:12-23; Ис.28:16; 62:11-12; Мат.13:45-46; 1Пет.1:17-20; Еф.4:30; Откр.21:6; 22:17 в свете этого урока.</w:t>
      </w:r>
    </w:p>
    <w:p>
      <w:r>
        <w:t>2. Какие ещё стихи из Библии пришли вам на память?</w:t>
      </w:r>
    </w:p>
    <w:p>
      <w:r>
        <w:t>3. Что вы поняли из этого урока?</w:t>
      </w:r>
    </w:p>
    <w:p>
      <w:r>
        <w:t>4. Как вы оцениваете себя? Во сколько вы обошлись нашему Господу?</w:t>
      </w:r>
    </w:p>
    <w:p>
      <w:r>
        <w:t>5. Как вы думаете, ценит ли Господь то, во что Он так много всего вложил?</w:t>
      </w:r>
    </w:p>
    <w:p>
      <w:r>
        <w:t>6. Что бесплатное доброе в этом мире никому ничего не стоит?</w:t>
      </w:r>
    </w:p>
    <w:p>
      <w:r>
        <w:t>7. Как Бог оценивает то, что Он для нас сделал, и что мы порою не ценим? Рим.3:24.</w:t>
      </w:r>
    </w:p>
    <w:p>
      <w:r>
        <w:t>8. Почему наше спасение даётся нам бесплатно? Еф.2:8-9.</w:t>
      </w:r>
    </w:p>
    <w:p>
      <w:r>
        <w:t>9. Почему Господь всё даёт даром (Откр.22:17), а что-то решил продать (Откр.3:18)?</w:t>
      </w:r>
    </w:p>
    <w:p>
      <w:r>
        <w:t>10. Как понимать Ис 55:1: «Жаждущие! идите все к водам; даже и вы, у которых нет серебра, идите, покупайте и ешьте; идите, покупайте без серебра и без платы вино и молоко»?</w:t>
      </w:r>
    </w:p>
    <w:p>
      <w:r>
        <w:t>11. Как вы понимаете Прит 23:23: «Купи истину и не продавай мудрости и учения и разума»?</w:t>
      </w:r>
    </w:p>
    <w:p>
      <w:r>
        <w:t>12. Вам известно значение символов из Откр.3:18?</w:t>
      </w:r>
    </w:p>
    <w:p>
      <w:r>
        <w:t>13. Оценивают ли ваши ближние по достоинству тот труд и те подарки, которыми вы их благословляете?</w:t>
      </w:r>
    </w:p>
    <w:p>
      <w:r>
        <w:t>14. Что делать, чтобы понимать истинную ценность ценных вещей и ценить это всегда?</w:t>
      </w:r>
    </w:p>
    <w:p>
      <w:r>
        <w:t>15. Стоит ли обратить внимание на то, что мы дарим другим, и насколько это ценно? Мал 1:8: «И когда приносите в жертву слепое, не худо ли это? или когда приносите хромое и больное, не худо ли это? Поднеси это твоему князю; будет ли он доволен тобою и благосклонно ли примет тебя? говорит Господь Саваоф».</w:t>
      </w:r>
    </w:p>
    <w:p>
      <w:r>
        <w:br w:type="page"/>
      </w:r>
    </w:p>
    <w:p>
      <w:pPr>
        <w:pStyle w:val="Heading1"/>
      </w:pPr>
      <w:r>
        <w:t>Урок 810. На что взираем, в то и преображаемся</w:t>
      </w:r>
    </w:p>
    <w:p>
      <w:r>
        <w:t>Наш 21 век можно смело назвать веком информации и удивительных открытий в этой области, которая ранее была неизведана, и мы не представляли всех тех возможностей, которые несёт с собой передача информации по воздуху на большие расстояния. Но знания бывают всякие, и всё то, что получает мой разум, является строительным материалом моего мировоззрения.</w:t>
      </w:r>
    </w:p>
    <w:p>
      <w:r>
        <w:t>В сознании человека есть следующая особенность. Разум формируется на основе того, на чём он больше всего сосредоточен. При этом если я свободный человек и могу сам задавать направление своим стопам на жизненном пути, то моя воля будет мне указывать именно то направление, по которому пойдёт мой разум и моё сердце.</w:t>
      </w:r>
    </w:p>
    <w:p>
      <w:r>
        <w:t>Помня о том, что я живу в мире, где идёт вселенская борьба между добром и злом за обладание моим разумом, я всегда должен быть на страже своего разума, чтобы не впустить в него ненужное.</w:t>
      </w:r>
    </w:p>
    <w:p>
      <w:r>
        <w:t>В Библии содержится предупреждение о последнем времени. Читаем Лук.21:26: «Люди будут издыхать от страха и ожидания бедствий, грядущих на вселенную, ибо силы небесные поколеблются». Идёт ли здесь речь обо всём человечестве, включая и верующих, или это пророчество описывает определённую группу людей, разум которых был сосредоточен на этом мире и на всём, что в нём происходит?</w:t>
      </w:r>
    </w:p>
    <w:p>
      <w:r>
        <w:t>Положите губку в сок и дайте ей впитать в себя эту жидкость. Затем при нажатии она выдаст вам то, чем напитана. Так же устроен и наш разум. Он выдаёт другим то, чем питается, и влияет на ход моих мыслей именно в той сфере, на которую больше всего обращает внимание.</w:t>
      </w:r>
    </w:p>
    <w:p>
      <w:r>
        <w:t>Если я ожидаю не бедствий, грядущих на Вселенную, а пришествие Христа, и сосредотачиваю свой взор на этом событии, то меня, скорее всего, будут переполнять не страхи и ужас, а благодарение и радость от предстоящей встречи. Я стану изучать все подробности этого события, буду ждать знамений, готовиться к излитию Силы Святого Духа и молиться об этом, стану направлять свой взор к Небу и выпрашивать любовь, которая всё переносит. У меня просто не останется времени на то, что может отвлекать мой взор от Христа.</w:t>
      </w:r>
    </w:p>
    <w:p>
      <w:r>
        <w:t>Хоть этот мир и видим, и я пока ещё в нём живу, но я могу глазами веры взирать на невидимое и созерцать то, что Господь станет открывать мне в Своей любви и по Своему плану для меня.</w:t>
      </w:r>
    </w:p>
    <w:p>
      <w:r>
        <w:t>Не очень советую вам взирать на военные слухи. Если начать изучать все происходящие конфликты и пытаться в них разобраться, то, возможно, вы станете специалистом в этой сфере, но никогда не узнаете всю правду и истинную причину происходящего так, как знает и видит её Бог. А Он сейчас не будет вам открывать суть вещей. Ваши познания в области военных событий сделают вас диванным экспертом, но никак не повлияют на ход истории. Но самое печальное и страшное, что произойдёт, — это то, что беззаконие этого мира охладит в вашем сердце любовь и наполнит его совершенно другим содержанием. Христос не станет делить Свой престол с теми, кто пристально взирает на мир, изучая науку греха и думая о том, как бы улучшить свою жизнь среди этого зла.</w:t>
      </w:r>
    </w:p>
    <w:p>
      <w:r>
        <w:t>Иисус обещал, что вместе с Ним на Его престоле будут сидеть победители, те, которые строго следовали Божьему плану, изучали Небесную стратегию, взирали на Небесного Верховного Главнокомандующего и слышали голос Его приказов и откровений.</w:t>
      </w:r>
    </w:p>
    <w:p>
      <w:r>
        <w:t>Хоть порою бывает очень тяжело сконцентрироваться на хороших вещах и приходится видеть и происходящее в мире, но окунаться с головой в ту или иную сферу событий — это моё личное решение, которое принимаю только я.</w:t>
      </w:r>
    </w:p>
    <w:p>
      <w:r>
        <w:t>Например, я беру в руки телефон. Он не заставляет меня смотреть то, что разрушит мой разум и сделает меня непригодным для Вечности. Также смартфон не просит меня слушать полезные проповеди и изучать науку спасения. Он спокойно лежит в моей ладони и ждёт приказа моего пальца, чтобы открыть мне информацию, к которой я, а не он, проявляю интерес. Аналитические программы разработчиков способны распознать, что мне больше всего нравится, и они пытаются подсунуть мне материал на излюбленную тему, но они не могут заставить мой палец идти их путём. Я сам решаю, что для меня важнее. И тут вступают в действие мои воля и разум. Им легче предлагать мне то, чем они уже наполнены.</w:t>
      </w:r>
    </w:p>
    <w:p>
      <w:r>
        <w:t>Но самое большое влияние на мою волю оказывает её законный муж. Их может быть у любого человека только два. Христос и Его разум или плотский человек и его принципы.</w:t>
      </w:r>
    </w:p>
    <w:p>
      <w:r>
        <w:t>Если моя воля находится замужем за Христом, то она будет стремиться угождать своему Мужу во всём и не отвлекаться на других мужей. И, взирая на Христа, она станет уподобляться Ему в мыслях и чувствах, и все её желания будут о Нём и для Него.</w:t>
      </w:r>
    </w:p>
    <w:p>
      <w:r>
        <w:t>Плотская натура ближе к моему сердцу по факту греховной наследственности, и ей всегда проще овладеть моей волей, если та не занята Христом. И желания плоти знакомы моему разуму и постоянно влекут его к себе. Плотский человек не против своего присутствия и в духовных вопросах, и он бы с удовольствием воссел и на Божьем престоле, но любовь никогда не позволит этому произойти. Она или изгонит плотские мысли или покинет сердце человека навсегда, но не будет соединяться с беззаконием и пропитывать собою греховные вещи.</w:t>
      </w:r>
    </w:p>
    <w:p>
      <w:r>
        <w:t>Похоть плоти не против того, чтобы носить имя любви и под ним представлять миру свои вожделения. Но она никогда не станет от этого любовью. Как южный полюс никогда не станет северным, так и любовь никогда не будет беззаконием.</w:t>
      </w:r>
    </w:p>
    <w:p>
      <w:r>
        <w:t>Взирая на этот мир, я впитываю в себя его ценности, а потом делюсь ими с другими.</w:t>
      </w:r>
    </w:p>
    <w:p>
      <w:r>
        <w:t>Взирая на Христа и на Божьи принципы, я пронизываю свой разум Небесным содержанием и буду обязательно этим делиться со всеми.</w:t>
      </w:r>
    </w:p>
    <w:p>
      <w:r>
        <w:t>Предлагая нам купить Свои товары из Откр.3:18, Верный Свидетель желает научить нас постоянству в этих торговых отношениях. Это своего рода взирание на Божью славу и погружение в науку победы над миром. Символически покупая Отца, Сына и Святого Духа, я приобретаю вместе с Ними и их силу для победы над грехом. Мой разум ставит эту торговлю в приоритете всего, а моя воля прилепляется к Небесному Мужу, Который каждый вечер приходит на ужин, чтобы пообщаться со мной и ещё ближе привлечь меня к Себе.</w:t>
      </w:r>
    </w:p>
    <w:p>
      <w:r>
        <w:t>Мои воля и разум, моё сердце и желания — это я сам, какой есть, и именно этим моим «я» Господь и желает обладать вечно, отдавая в обмен всего Себя навсегда, на постоянной основе. Хотите ли вы иметь такую торговлю со Спасителем? Если да, то вам нужно навсегда поселиться в Лаодикийском магазине из Откр.3:18 и постоянно взирать на то, что там предлагается, беря для себя столько, сколько нужно иметь каждый день в продолжении всей Вечности.</w:t>
      </w:r>
    </w:p>
    <w:p>
      <w:r>
        <w:t>Всем тем, кто будет пристально взирать на Христа, искать Его лица, проявлять послушание Его заповедям, Библия обещает даровать Божью защиту на время скорби, особые благословения на всякое время и удивительные откровения для личного возрастания.</w:t>
      </w:r>
    </w:p>
    <w:p>
      <w:r>
        <w:t>В то время как весь мир будет издыхать от страха, ожидающие Христа будут предвкушать радость предстоящей встречи и перспективу вечного освобождение от влияния зла. А с каким сердцем мне войти в это время скорби, выбираю я сам и сейчас. И благо мне, если мои мысли и чувства пропитаны желанием познавать Истину и вкушать Её. Господь ответит на подобную жажду и даст более просимого.</w:t>
      </w:r>
    </w:p>
    <w:p>
      <w:pPr>
        <w:pStyle w:val="Heading2"/>
      </w:pPr>
      <w:r>
        <w:t>Домашнее задание 810</w:t>
      </w:r>
    </w:p>
    <w:p>
      <w:r>
        <w:t>1. Прочитайте, пожалуйста, 2Кор.3:18; Пс.15:8; 16:15; 39:9; 100:2-6; 118:15; Лук.13:20-21,24; Мат.6:11,19-20; Ис.5:11-12; 26:10; 31:1; Мих.7:7; Евр.12:1-2 в свете этого урока.</w:t>
      </w:r>
    </w:p>
    <w:p>
      <w:r>
        <w:t>2. Какие ещё стихи из Библии пришли вам на память?</w:t>
      </w:r>
    </w:p>
    <w:p>
      <w:r>
        <w:t>3. Что вы поняли из этого урока?</w:t>
      </w:r>
    </w:p>
    <w:p>
      <w:r>
        <w:t>4. Верите ли вы в то, что вещи, на которые вы взираете, формирует ваше сознание и мировоззрение?</w:t>
      </w:r>
    </w:p>
    <w:p>
      <w:r>
        <w:t>5. Как вы понимаете выражение «взирать»? Как это выглядит в жизни?</w:t>
      </w:r>
    </w:p>
    <w:p>
      <w:r>
        <w:t>6. Может ли моё уже имеющееся мировоззрение влиять на то, на что мне хочется взирать, а на что нет?</w:t>
      </w:r>
    </w:p>
    <w:p>
      <w:r>
        <w:t>7. Если я буду недолго смотреть на солнце, а потом отведу свой взор на другие пейзажи, то будет ли след от солнца присутствовать в моём зрении даже при закрытых глазах? Как этот пример схож с другими ситуациями?</w:t>
      </w:r>
    </w:p>
    <w:p>
      <w:r>
        <w:t>8. Могу ли я ни на что не взирать?</w:t>
      </w:r>
    </w:p>
    <w:p>
      <w:r>
        <w:t>9. Если я взираю только на святое и доброе, означает ли это, что враг никогда не сможет меня соблазнить?</w:t>
      </w:r>
    </w:p>
    <w:p>
      <w:r>
        <w:t>10. Могу ли я, кратко взглянув на Христа, стать похожим на Него?</w:t>
      </w:r>
    </w:p>
    <w:p>
      <w:r>
        <w:t>11. Видите ли вы предложение к продолжительным отношениям в совете Иисуса из Откр.3:18? Говорится ли там что-то о взирании?</w:t>
      </w:r>
    </w:p>
    <w:p>
      <w:r>
        <w:t>12. Узнаю ли я больше того, за кем пристально наблюдаю, с кем общаюсь и кому посвящаю много времени?</w:t>
      </w:r>
    </w:p>
    <w:p>
      <w:r>
        <w:t>13. Обратили ли внимание на феномен, когда известные артисты могут очень быстро навязывать миру свои ценности даже после краткого просмотра фильма? Какой вывод из этого можно сделать?</w:t>
      </w:r>
    </w:p>
    <w:p>
      <w:r>
        <w:t>14. Изменилось ли что-то в вашей жизни после того, как вы стали взирать на Иисуса?</w:t>
      </w:r>
    </w:p>
    <w:p>
      <w:r>
        <w:t>15. Если вам до сих пор не был знаком закон влияния и преображения при взирании на что-то, то означает ли это, что вы ни во что не преображались?</w:t>
      </w:r>
    </w:p>
    <w:p>
      <w:r>
        <w:t>16. У вас появилось желание постоянно взирать на Иисуса?</w:t>
      </w:r>
    </w:p>
    <w:p>
      <w:r>
        <w:br w:type="page"/>
      </w:r>
    </w:p>
    <w:p>
      <w:pPr>
        <w:pStyle w:val="Heading1"/>
      </w:pPr>
      <w:r>
        <w:t>Урок 811. Вера от слышания</w:t>
      </w:r>
    </w:p>
    <w:p>
      <w:r>
        <w:t>Написано в Рим 10:17: «Итак, вера — от слышания, а слышание — от слова Божия».</w:t>
      </w:r>
    </w:p>
    <w:p>
      <w:r>
        <w:t>В жизни каждого из нас есть много вещей, о которых мы даже не задумываемся, но делаем их или живём с ними, потому что так принято, потому что иначе нельзя, или потому что мне этого хочется. Но когда Господь проливает Свой свет на истинное положение дел, тогда вдруг многое становится понятным, и открывается подлинная красота и гармония Божьей мудрости, сокрытой во всём.</w:t>
      </w:r>
    </w:p>
    <w:p>
      <w:r>
        <w:t>Однажды царь Соломон написал о себе интересное свидетельство. Читаем Еккл 1:13: «И предал я сердце мое тому, чтобы исследовать и испытать мудростью все, что делается под небом: это тяжёлое занятие дал Бог сынам человеческим, чтобы они упражнялись в нём». Этого человека принято считать мудрым, и секрет его житейской мудрости заключается в словах «исследовать» и «испытать». О духовной мудрости он также писал. Её начало — это страх Господень. Прит.1:7. И благо тому, кто совмещает эти два понятия.</w:t>
      </w:r>
    </w:p>
    <w:p>
      <w:r>
        <w:t>Возьмём пример из жизни. Мне всегда нравилось солнце, его свет и тепло, его яркость и неизменность. Когда Господь стал посылать в мою жизнь свет Санитарной реформы и её принципов, тогда солнце стало мне ещё больше нравиться, и я начал его больше ценить. Враг души, в свою очередь, также попытался представить мне солнце в неприглядном свете, дискредитировать его функции и убедить меня прятаться от него, считая его опасным и вредным. И как жить дальше в таком противоречии, я не знал, да и не задумывался об этом. Мне нравилось хвалиться отсутствием загара на моём теле, и я даже вывел свою теорию о том, как полезно защищать свою кожу от попадания прямых лучей солнца. К счастью, подобное невежество закончилось в тот момент, когда я услышал Божью весть об удивительной пользе солнца и о том, какие чудеса исцеления совершает солнечный свет. В моей жизни открылась новая страница, и я начал самостоятельно исследовать и испытывать этот вопрос. Новые открытия и знания в изучении солнечного тепла, излучения и света привнесли много благословений в мою жизнь, и я теперь уже не прячусь от солнца, а сознательно его ищу и стараюсь использовать любую возможность, чтобы позволить его лучам соприкоснуться с моей кожей и зрением. Я на личном примере убедился в том, что солнце — это не враг, а друг моего здоровья, и моя вера в Божью мудрость творения показала мне, что солнце является постоянным Божьим представителем, всегда свидетельствуя миру о неизменности Божьей любви.</w:t>
      </w:r>
    </w:p>
    <w:p>
      <w:r>
        <w:t>Подобное исследование и испытывание всего очень полезно в любых сферах человеческой жизни.</w:t>
      </w:r>
    </w:p>
    <w:p>
      <w:r>
        <w:t>Когда я слушаю Божьи слова и наставления о чём-то нужном и полезном, это не значит, что я их принял и начал в них сразу верить, но они отложились в моём подсознании как верное направление и стали основанием для моих дальнейших открытий, как бы по умолчанию показывая мне истинный путь.</w:t>
      </w:r>
    </w:p>
    <w:p>
      <w:r>
        <w:t>И в моё воспитание Богом входит приведение в соответствие моих навыков с христианским мышлением и образом жизни. Это хранит меня от многих ошибок, но не утверждает в истине, пока я не начну её лично исследовать и испытывать.</w:t>
      </w:r>
    </w:p>
    <w:p>
      <w:r>
        <w:t>Истина не пострадает от того, если я её испытаю и решу исследовать глубину откровений. Она не перестанет быть истиной, если я проведу её через огонь или позволю другим извалять её в грязи их невежества и сомнений. И я уже сознательно утверждаюсь в Божьей истине, поняв благодаря своим исследованиям, что это самое прочное основание.</w:t>
      </w:r>
    </w:p>
    <w:p>
      <w:r>
        <w:t>Слышание сердцем очень важно. В послании к Лаодикии Господь особенно акцентирует на этом внимание, говоря: «Имеющий ухо да слышит, что Дух говорит церквам» Откр.3:22. Иисус не оскорбляет нас этими словами, но даёт понять, что слушать и слышать — это разные вещи, которые не стоит путать и менять местами. Многие знают эту весть, некоторые даже могут сказать, где она записана, немногие способны повторить её наизусть, а если посчитать тех, кто её исследует, испытывает и живёт согласно полученному свету, то их окажется совсем мало. А суть этой вести очень важна для последнего времени. Она открывает путь для выхода из тёплого состояния и открывает секрет победы в последнее время. А если Господь, давая советы, заверяет нас в том, что исследователи и испытатели Его слов будут победителями, то Он не ошибается в Своём определении. Он показывает нам истинный путь и смысл заключительной борьбы.</w:t>
      </w:r>
    </w:p>
    <w:p>
      <w:r>
        <w:t>Если в общем собрании верующих людей я сделаю заявление о том, что мы не имеем любви друг к другу, то это заявление многие сочтут за оскорбление, и кто-то даже возмутится вслух, вспоминая свои добрые дела и дружеские отношения. И он будет по-своему прав. Для любого уровня стадии веры личный опыт является самым прочным основанием. Но когда ты предлагаешь глубже исследовать понятие любви, тогда оказывается, что все наши знания и опыты были маленькой лужицей на берегу вселенского океана этой науки.</w:t>
      </w:r>
    </w:p>
    <w:p>
      <w:r>
        <w:t>Раньше я считал любовь простым чувством, которое я иногда называл принципом, даже не задумываясь о том, что это значит. Мне было легко любить пушистое, тёплое и солнечное, и я воспринимал это как принцип. Когда же мне приходилось иметь дело с колючим, холодным и мрачным, моё сердце закрывалось и по большому счёту не стремилось это отогреть, взбодрить или принять.</w:t>
      </w:r>
    </w:p>
    <w:p>
      <w:r>
        <w:t>Но настал момент, когда Господь через 16 лет моей христианской жизни дал мне ясно понять, что я не имею любви от слова «совсем», и я решил Ему об этом честно рассказать, считая, что я удивлю Его своей честностью. В результате я оказался в изумлении, когда понял, что Господь всё про меня знает, и мне не осталось ничего другого, как просить Небесной Агапэ и верить в то, что мне будет что-то дано. И Господь не заставил Себя ждать с ответом. Он вручил мне маленькое семечко и посадил его в моё открытое сердце. А затем Он стал его поливать и взращивать. Я не представлял, что из этого вырастет, и каким деревом станет это семя, но верою принимал очередные Божьи откровения и всё испытывал, наблюдая за действиями любви и анализируя результаты.</w:t>
      </w:r>
    </w:p>
    <w:p>
      <w:r>
        <w:t>Если для мира любовь — это розовое сердечко, то для меня — это высшая Небесная наука в познании глубин Божьей мудрости, явленной во взаимоотношениях между верующими людьми. Нельзя и невозможно правильно любить друга без присутствия в нашей жизни Христа и любить по-настоящему Бога, не имея взаимной любви друг к другу. Этот треугольник отношений по горизонтали и вертикали должен существовать. И когда он есть, тогда тебе открываются такие глубины и тайны, которые ранее были недоступны, потому что уши не слышали то, что так ясно сказано Богом и прописано в Священном Писании.</w:t>
      </w:r>
    </w:p>
    <w:p>
      <w:r>
        <w:t>Красота науки о любви открывается всякому, кто начинает её исследовать и испытывать. Вы можете иметь свой опыт и независимо ни от кого делать свои открытия в этой области. Вы можете жить на другой стороне земли и говорить на другом языке. Но конечный итог ваших и моих исследований и испытаний будет одинаковым, если у нас Один Источник вдохновения. Мы можем смело заявить о том, что мы любим, и это будет правдой, потому что у нас один Учитель, Который есть Любовь.</w:t>
      </w:r>
    </w:p>
    <w:p>
      <w:r>
        <w:t>И теперь я люблю не по умолчанию, а понимая, что это, откуда и по каким законам действует.</w:t>
      </w:r>
    </w:p>
    <w:p>
      <w:pPr>
        <w:pStyle w:val="Heading2"/>
      </w:pPr>
      <w:r>
        <w:t>Домашнее задание 811</w:t>
      </w:r>
    </w:p>
    <w:p>
      <w:r>
        <w:t>1. Прочитайте, пожалуйста, Ин.5:39; 1Фес.5:21; 2Кор.13:5-6; Еккл.1:12-14; 7:23-25; 8:16-17; 12:9-14; Плач 3:40; Соф.2:1-3; Лук.1:1-4; 1Пет.1:6-13; Рим.11:33; Прит.20:27; Пс.138:23-24; 1Ин.4:1; Гал.6:4 в свете этого урока.</w:t>
      </w:r>
    </w:p>
    <w:p>
      <w:r>
        <w:t>2. Какие ещё стихи из Библии пришли вам на память?</w:t>
      </w:r>
    </w:p>
    <w:p>
      <w:r>
        <w:t>3. Что вы поняли из этого урока?</w:t>
      </w:r>
    </w:p>
    <w:p>
      <w:r>
        <w:t>4. Что даёт человеку испытывание и исследование какой-либо науки?</w:t>
      </w:r>
    </w:p>
    <w:p>
      <w:r>
        <w:t>5. Вам нравится исследовать уроки этой Школы и испытывать их силу в своей жизни?</w:t>
      </w:r>
    </w:p>
    <w:p>
      <w:r>
        <w:t>6. Открывает ли Бог глубины познания тем, кто желает всё исследовать и испытать?</w:t>
      </w:r>
    </w:p>
    <w:p>
      <w:r>
        <w:t>7. У вас есть такие друзья, которые, прежде чем что-то принять, сначала испытывают это и тщательно исследуют?</w:t>
      </w:r>
    </w:p>
    <w:p>
      <w:r>
        <w:t>8. Написано в Иер 33:3: «Воззови ко Мне — и Я отвечу тебе, покажу тебе великое и недоступное, чего ты не знаешь». Достаточно ли только один раз воззвать, чтобы получить ответ?</w:t>
      </w:r>
    </w:p>
    <w:p>
      <w:r>
        <w:t>9. Кто такие жаждущие?</w:t>
      </w:r>
    </w:p>
    <w:p>
      <w:r>
        <w:t>10. Почему в Откр.3:22 Господь обращает наше внимание на наши уши? Что это значит?</w:t>
      </w:r>
    </w:p>
    <w:p>
      <w:r>
        <w:t>11. Как долго нужно исследовать Библию, чтобы понять и открыть все её глубины?</w:t>
      </w:r>
    </w:p>
    <w:p>
      <w:r>
        <w:t>12. Вам нравится после долгих поисков и исследований находить что-то полезное и применять это в своей жизни?</w:t>
      </w:r>
    </w:p>
    <w:p>
      <w:r>
        <w:t>13. Как вы думаете, если мы будем что-то тщательно исследовать и испытывать, то будет ли Господь давать нам открытия, чтобы порадовать наши сердца?</w:t>
      </w:r>
    </w:p>
    <w:p>
      <w:r>
        <w:t>14. Вам хочется ещё глубже исследовать Весть к Лаодикии? Как вы думаете, там сокрыто ещё что-то очень важное для нас?</w:t>
      </w:r>
    </w:p>
    <w:p>
      <w:r>
        <w:t>15. Исследует ли нас Господь? Испытывает ли Он наши сердца?</w:t>
      </w:r>
    </w:p>
    <w:p>
      <w:r>
        <w:br w:type="page"/>
      </w:r>
    </w:p>
    <w:p>
      <w:pPr>
        <w:pStyle w:val="Heading1"/>
      </w:pPr>
      <w:r>
        <w:t>Урок 812. Престол Божий</w:t>
      </w:r>
    </w:p>
    <w:p>
      <w:r>
        <w:t>В послании к Лаодикии Господь объявляет награду победителю — Свой престол. Читаем в Откр 3:21: «Побеждающему дам сесть со Мною на престоле Моём, как и Я победил и сел с Отцем Моим на престоле Его». Не представляя себе, что это значит, можно даже не обратить внимание на величие этой награды. Думаю, что воинство падших ангелов было возмущено, когда услышало подобное заявление. Сатана был сброшен с Неба, потому что он говорил в сердце своём: «взойду на небо, выше звёзд Божиих вознесу престол мой и сяду на горе в сонме богов, на краю севера; взойду на высоты облачные, буду подобен Всевышнему». Ис.14:13-14. Представляете, какую зависть и ненависть сейчас испытывает враг души к тем, кто является кандидатом на это место и порою даже не ценит и не понимает, что предлагается побеждающему.</w:t>
      </w:r>
    </w:p>
    <w:p>
      <w:r>
        <w:t>Не нам решать, какую награду нам предстоит получить. Благодаря нашему смирению и неведению мы согласны на самое скромное место и статус в Небесном Царстве, поэтому величие предлагаемого вознаграждения не будоражит наше сознание.</w:t>
      </w:r>
    </w:p>
    <w:p>
      <w:r>
        <w:t>Живя в материальном мире, мы часто становимся свидетелями всевозможных соревнований, выявляющих одного победителя, которому по статусу полагается главный приз. И порою многие проигравшие являются лучшими из лучших, но награда достаётся одному человеку или одной команде. Но в Божьем плане спасения награду получают все. И это радует сердце и даёт надежду на то, что это Божье обещание имеет силу и для меня, если я буду следовать советам Верного Свидетеля и войду с ним в постоянные торговые и дружеские отношения.</w:t>
      </w:r>
    </w:p>
    <w:p>
      <w:r>
        <w:t>Престол — это символ высшей государственной власти, суда и правления. Он может быть как буквальным возвышенным местом, на котором установлен величественный трон монарха или духовного лидера, так и в переносном смысле означать высшую правительственную власть, с которой должны считаться все подданные.</w:t>
      </w:r>
    </w:p>
    <w:p>
      <w:r>
        <w:t>Божий престол — это реальное место присутствия Божьего, на котором Он восседает как Царь и Правитель Вселенной. Это центр Небесного Царства. А в духовном смысле — это место в сердце человека, который избрал Бога своим Господом и Спасителем и позволил Христу установить Свой престол в своей душе. Это духовная власть Божества, способная изменить и очистить греховные сердца и сделать последователей Христа достойными гражданами Небесного Царства.</w:t>
      </w:r>
    </w:p>
    <w:p>
      <w:r>
        <w:t>Где есть Божий престол, там находится и Божье Царство, а оно, по словам Иисуса, внутри нас есть. Лук.17:21.</w:t>
      </w:r>
    </w:p>
    <w:p>
      <w:r>
        <w:t>Библейское описание Божьего престола показывает нам место, на котором восседает Сам Бог. Также нам даётся понимание, что основанием этого престола являются небо и земля, правосудие и правота, правда и суд, милость и истина.</w:t>
      </w:r>
    </w:p>
    <w:p>
      <w:r>
        <w:t>В первой главе книги пророка Иезекииля нам представляется подробное описание Божьего престола, для которого пророк не мог найти подходящих слов, и поэтому мы видим такие неопределённые выражения: «как бы» и «подобно». На самом деле бывает очень сложно описать то, что не имеет аналогов в нашем видимом мире, и придумать слова, которые бы отражали действительность и были понятны читателям.</w:t>
      </w:r>
    </w:p>
    <w:p>
      <w:r>
        <w:t>Изучая вопрос о Божьем престоле, можно прийти к заключению о том, что на Небе есть стационарный престол в виде превознесённого трона, на котором восседает Владыка Вселенной, а также существует и мобильный престол в виде огненной колесницы с четырьмя огненными колёсами. И эта колесница доставляет Господа туда, где Ему необходимо видимо присутствовать.</w:t>
      </w:r>
    </w:p>
    <w:p>
      <w:r>
        <w:t>Библия повествует и о том, что помимо Божьего престола на Небе есть и иные престолы, на которых восседают судьи, облечённые Божественной силой и властью. Откр.4:4. Также и Своим ученикам Иисус говорил, что они займут 12 престолов, чтобы судить 12 колен. Лук.22:30.</w:t>
      </w:r>
    </w:p>
    <w:p>
      <w:r>
        <w:t>В книге Дан.7:9-10 описывается мобильный престол Бога, из которого выходила огненная река. А в книге Откр.22:1 показан Вечный Белый Престол Бога и Агнца, из которого исходит река жизни, светлая, как кристалл.</w:t>
      </w:r>
    </w:p>
    <w:p>
      <w:r>
        <w:t>В трудах Духа Пророчества мы также можем найти описание стационарного и мобильного Божьего престола в Небесном Святилище. (Ранние произведения, стр. 55)</w:t>
      </w:r>
    </w:p>
    <w:p>
      <w:r>
        <w:t>Нигде и никогда Господь не давал Своего престола никому, кроме Христа, когда Тот как Победитель греха и сатаны взошёл на Небо со Своей кровью, пролитой для искупления человечества. Но затем в Послании к Лаодикии Иисус обещает победителям, что они разделят место на Его престоле. Что это означает, лично мне сложно осознать и объяснить, потому что понимание этих слов лежит пока за пределами ограниченной человеческой фантазии, и, думаю, многим небожителям это также до конца непонятно. Наш Господь любит облекать тайной многие Свои решения, а потом открывать эти тайны ищущим и жаждущим душам.</w:t>
      </w:r>
    </w:p>
    <w:p>
      <w:r>
        <w:t>Библия также повествует о том, что сатана тоже имел свой престол на Небе, который он мечтал вознести выше всех, а сейчас его престол на земле, который он даёт зверю из Откр.13:2.</w:t>
      </w:r>
    </w:p>
    <w:p>
      <w:r>
        <w:t>Также в Откр.2:13 говорится о буквальном видимом престоле сатаны, который был установлен в Пергаме и на котором приносили человеческие жертвы. Время похоронило под землёй этот престол, но по каким-то странным обстоятельствам это культовое сооружение было найдено археологами, раскопано, перевезено в центр Европы и заняло новое место в Пергамском музее города Берлин как историческая достопримечательность. Однако суть и назначение этого сооружения не изменились, и те, кто занимался установкой этого памятника на новом месте, возможно, даже и не представляют, что они внесли в европейскую культуру. И вполне возможно, что в скором времени это сооружение возобновит свои ритуалы по тому назначению, с которым оно строилось в начале своего рождения.</w:t>
      </w:r>
    </w:p>
    <w:p>
      <w:r>
        <w:t>Библия обещает нам, что на престол и царство сатаны будут излиты суды и язвы, и никто не покается, и это царство будет повержено навсегда. Откр.16:10-11.</w:t>
      </w:r>
    </w:p>
    <w:p>
      <w:r>
        <w:t>А Божий престол будет превознесён и утверждён вовеки, и ничто его не поколеблет.</w:t>
      </w:r>
    </w:p>
    <w:p>
      <w:r>
        <w:t>Божий престол на земле — это Его видимая церковная организация, устроенная по Небесным принципам, а также и невидимая глазу церковь Христа, которая разбросана по всему миру и состоит из дочерей и сыновей Божьих, находящихся в настоящее время во всевозможных деноминациях, но чтущих Бога по совести и согласно полученному свету. Вскоре настанет то время, когда Господь очистит Свой народ и повелит всем Своим детям выйти из духовного Вавилона и стать одним народом-победителем, которому обещана великая награда. Эти люди удостоятся чести встречать Своего Спасителя в числе живых победителей.</w:t>
      </w:r>
    </w:p>
    <w:p>
      <w:r>
        <w:t>Божий престол — это власть Божьей любви Агапэ над сердцами и разумом Божьих детей. Это личное присутствие Бога через Святого Духа в разуме верующего человека. А там, где находится Божий престол, устанавливается и Божье Царство.</w:t>
      </w:r>
    </w:p>
    <w:p>
      <w:r>
        <w:t>Называя нас царями и царственным священством, авторы этих слов не ошиблись, а описали то, что на самом деле является истиной. 1Пет.2:9.</w:t>
      </w:r>
    </w:p>
    <w:p>
      <w:r>
        <w:t>Самое интересное заключается в том, что победители получат правое место рядом с Иисусом на Его престоле и будут вместе с Ним царствовать и петь об этом новую песню. Откр.5:9-10.</w:t>
      </w:r>
    </w:p>
    <w:p>
      <w:r>
        <w:t>А сейчас время приготовления к этому удивительному статусу под названием «побеждающий».</w:t>
      </w:r>
    </w:p>
    <w:p>
      <w:pPr>
        <w:pStyle w:val="Heading2"/>
      </w:pPr>
      <w:r>
        <w:t>Домашнее задание 812</w:t>
      </w:r>
    </w:p>
    <w:p>
      <w:r>
        <w:t>1. Прочитайте, пожалуйста, Евр.1:3; Ис.6:1; 66:1; Пс.88:15; 96:2; 3Цар.10:18-20; 22:19; Иов.26:9; 36:7; Пс.9:8; 10:4; 44:7; Прит.16:2; 20:28; Иер.17:12; Плач.5:19; Дан.7:9-10; Мат.5:34; 25:31-32; Откр.4:5-6; 20:11 в свете этого урока.</w:t>
      </w:r>
    </w:p>
    <w:p>
      <w:r>
        <w:t>2. Какие ещё стихи из Библии пришли вам на память?</w:t>
      </w:r>
    </w:p>
    <w:p>
      <w:r>
        <w:t>3. Что вы поняли из этого урока?</w:t>
      </w:r>
    </w:p>
    <w:p>
      <w:r>
        <w:t>4. О каком престоле идёт речь в Откр.3:21?</w:t>
      </w:r>
    </w:p>
    <w:p>
      <w:r>
        <w:t>5. Почему сатана был изгнан с Небес за то, что возмечтал вознести престол свой и быть подобным Всевышнему?</w:t>
      </w:r>
    </w:p>
    <w:p>
      <w:r>
        <w:t>6. Почему Господь обещает нам то, о чём так мечтал сатана?</w:t>
      </w:r>
    </w:p>
    <w:p>
      <w:r>
        <w:t>7. Вы понимаете величие той награды, которую обещают дать победителю?</w:t>
      </w:r>
    </w:p>
    <w:p>
      <w:r>
        <w:t>8. Вам бы хотелось быть рядом с Иисусом на Его престоле?</w:t>
      </w:r>
    </w:p>
    <w:p>
      <w:r>
        <w:t>9. Что нужно для того, чтобы получить обещанную Богом награду?</w:t>
      </w:r>
    </w:p>
    <w:p>
      <w:r>
        <w:t>10. Кто из верующих последнего времени никогда не получит обещанное в Откр.3:21?</w:t>
      </w:r>
    </w:p>
    <w:p>
      <w:r>
        <w:t>11. Что мне делать, если я хочу быть побеждающим, но не знаю, как стать таковым?</w:t>
      </w:r>
    </w:p>
    <w:p>
      <w:r>
        <w:t>12. Почему только побеждающий воссядет со Христом на престоле, а не все труждающиеся и обременённые?</w:t>
      </w:r>
    </w:p>
    <w:p>
      <w:r>
        <w:t>13. Легко ли быть победителем?</w:t>
      </w:r>
    </w:p>
    <w:p>
      <w:r>
        <w:t>14. Будут ли остальные небожители считаться с той властью, которую получат спасённые?</w:t>
      </w:r>
    </w:p>
    <w:p>
      <w:r>
        <w:t>15. Хотели бы вы получить Божий престол, на котором не будет Христа?</w:t>
      </w:r>
    </w:p>
    <w:p>
      <w:r>
        <w:br w:type="page"/>
      </w:r>
    </w:p>
    <w:p>
      <w:pPr>
        <w:pStyle w:val="Heading1"/>
      </w:pPr>
      <w:r>
        <w:t>Урок 813. Эго или любовь?</w:t>
      </w:r>
    </w:p>
    <w:p>
      <w:r>
        <w:t>Мы часто говорим о великой борьбе внутри нас. И это поле битвы находится между нашим правым и левым ухом. В эту борьбу втянуты все святые небесные и падшие земные силы. А что происходит на самом деле в рамках моего понимания и мировоззрения? Богом мне посылается свет, который освещает все тёмные углы моего сознания и предлагает нечто лучшее и полезное. А с другой стороны, силы зла предлагают мне всевозможные искушения, которые будут служить моему невежеству в духовных вопросах и искажать моё мышление, делая его неспособным принять Божий свет. Если же я решаюсь всё-таки встать на путь спасения, то враг Бога пытается подсунуть мне подделку Божьего света в виде красивой лжи, чтобы я принял её за истину.</w:t>
      </w:r>
    </w:p>
    <w:p>
      <w:r>
        <w:t>Самое печальное в этой войне состоит в том, что каждый из нас имеет в своём сердце союзника падших сил, — нашу плотскую греховную природу, которую мы унаследовали от Адама. Библия называет её ветхим человеком. И этот человек не просто где-то там живёт, а является моим естественным «плотским я» по имени эгоизм. Но помимо этого «эго» в моём сердце есть другая часть моего «духовного я» по имени «воля», которая, если свободна и имеет свет, способна делать выбор, благодаря которому она соединяется с одной из противоборствующих сил и начинает жить в согласии с принципами того господина, которого она выбрала себе в партнёры жизни. Происходит своего рода бракосочетание, при котором моя воля прилепляется к своему мужу, которым может быть ветхий человек или Господь Иисус.</w:t>
      </w:r>
    </w:p>
    <w:p>
      <w:r>
        <w:t>Мои дух и плоть всегда находятся в постоянном противоборстве, если воля выбирает себе супругом Христа. Плотский человек, хоть и теряет своё влияние, но при этом он не умирает и никуда не уходит. Он постоянно норовит овладеть моей волей и диктовать ей свои вкусы и взгляды на жизнь.</w:t>
      </w:r>
    </w:p>
    <w:p>
      <w:r>
        <w:t>Читаем Иак 1:13-14: «В искушении никто не говори: «Бог меня искушает»; потому что Бог не искушается злом и Сам не искушает никого, но каждый искушается, увлекаясь и обольщаясь собственною похотью». Это искушение является тем влиянием внутри меня, которое находится в постоянной связи с падшими силами. Именно моё эго передаёт мне те недобрые мысли и чувства, которые формируются в сердце лукавого и предлагаются как очередное искушение под разным видом.</w:t>
      </w:r>
    </w:p>
    <w:p>
      <w:r>
        <w:t>Бог умеет успешно противостоять всем сатанинским чарам, так как знает, как побеждать плотские помышления и постоянно держать на лопатках моего ветхого человека. Мне предлагается Любовь-агапэ, которая является абсолютной противоположностью моему эго и не имеет ничего общего с ним. Это подобно наличию южного и северного полюса. Они есть всегда, но никогда не пересекутся и не сольются друг с другом. И если я нахожусь на одном из них, то не могу в это же время быть на другом.</w:t>
      </w:r>
    </w:p>
    <w:p>
      <w:r>
        <w:t>Но моё эго и Божья любовь гораздо ближе друг к другу, чем земные полюса. Они находятся в моих правом и левом ухе, а моя воля — в центре этого противостояния.</w:t>
      </w:r>
    </w:p>
    <w:p>
      <w:r>
        <w:t>Почему Небесный Жених уже сейчас не может взять мою волю в Свои жёны навсегда и представить её перед всей Вселенной как невесту Христа? Потому что пока жив мой ветхий человек, всегда есть риск того, что в какой-то момент моя воля может изменить Небесному Супругу и стать женою моей падшей природы.</w:t>
      </w:r>
    </w:p>
    <w:p>
      <w:r>
        <w:t>Иисус придёт за Своим народом, за Своей невестой, чтобы навсегда освободить её от влияния Своего соперника и убить его духом уст Своих, даруя мне нетленное тело и святую природу, которые уже никогда не будут склонять мою волю ко греху и разлучать её с Иисусом. Таков Божий план. Именно это очищенное Богом моё «духовное я» является желанной целью моего Небесного Друга. И я уже сейчас готовлюсь к такому великому событию, которое навсегда положит конец нескончаемой борьбе между моим правым и левым ухом.</w:t>
      </w:r>
    </w:p>
    <w:p>
      <w:r>
        <w:t>Являясь слабым грешным человеком, я не могу быть уверенным в том, что я устою в очередном сражении, хотя и имею опыт былых побед. Даже когда я твёрдо стою, я берегусь, чтобы не упасть, и верою цепляюсь за руку моего Спасителя, понимая, что только с Ним я буду в полной безопасности, а без Него обязательно упаду.</w:t>
      </w:r>
    </w:p>
    <w:p>
      <w:r>
        <w:t>Меня радует и то, что моя безопасность больше зависит не от того, как крепко я держусь за Иисуса, а от того, как Он крепко держит меня. По своей забывчивости я могу что-то упустить в своём волеизъявлении, но Божья рука не даст мне упасть и окончательно разбиться. Она поддержит меня и укажет правильный путь. Господь будет призывать меня оставаться верным до смерти.</w:t>
      </w:r>
    </w:p>
    <w:p>
      <w:r>
        <w:t>Любовь Бога является Им Самим внутри меня. Наделяя меня Собой и Своим Духом, Господь освобождает мою волю от диктатуры плотского человека и даёт мне силу свыше, чтобы я мог делать добрые дела в правильном духе. Любовь вносит в каждое моё дело и в каждую мысль верный мотив, который находится в постоянном согласии с Богом и радует Божье сердце. Потому что Господу приятно видеть, как я позволяю Ему быть движущей Силой в моей жизни.</w:t>
      </w:r>
    </w:p>
    <w:p>
      <w:r>
        <w:t>Жизнь в любви формирует моё мышление в подобие Иисусу, а Святой Дух имеет постоянное общение с моим разумом, наделяя моё сердце важными знаниями, которые я выбираю для себя как путь жизни.</w:t>
      </w:r>
    </w:p>
    <w:p>
      <w:r>
        <w:t>Любовь освобождает мою волю от всяких плотских проявлений, хотя память хранит в себе примеры и опыты из прошлой греховной жизни. Но любовь прокладывает в моём разуме новые нейронные связи и формирует новые привычки, благодаря которым я могу жить, не пересекаясь с плотскими вожделениями.</w:t>
      </w:r>
    </w:p>
    <w:p>
      <w:r>
        <w:t>Но, к сожалению, моё эго пытается всякий раз напоминать о себе и предлагать иной путь жизни, посылая мне гормональные переживания или соблазнительные предложения. Однако мой разум, находясь в постоянном общении со Христом, приучен навыком к различению добра и зла и встаёт на защиту моей воли, оказывая сопротивление моему эго и предлагая путь любви.</w:t>
      </w:r>
    </w:p>
    <w:p>
      <w:r>
        <w:t>Все эти процессы и победы происходят гораздо быстрее, чем здесь описываются, и важную роль в закреплении победы Христа играет моё постоянство в отношениях с Ним. Именно Божья любовь является самым эффективным средством победы над моим эго. Ничто другое не сделает меня победителем и не будет успешным в борьбе с силами зла. Враг имеет огромный опыт захвата воли в свою власть, и только наличие веры и любви поможет мне уверенно противостоять и подчинять всякое помышление в послушание Христу.</w:t>
      </w:r>
    </w:p>
    <w:p>
      <w:r>
        <w:t>Земная семейная жизнь имеет некую модель сложившихся отношений между супругами, очень похожую на духовную борьбу. В начале семейной жизни идёт притирка двух характеров и выяснение прав и обязанностей. Но однажды формируется определённая модель отношений, которая уже мало в чём изменяется на протяжении всей жизни. Хоть к плохому невозможно привыкнуть, но, видя, что иначе жить не получается, ты приспосабливаешься к этим условиям и стараешься в них быть самим собой, наслаждаясь семейным счастьем или мечтая о том, что, возможно, когда-то что-то изменится к лучшему.</w:t>
      </w:r>
    </w:p>
    <w:p>
      <w:r>
        <w:t>В любом случае любовь свыше вносит что-то новое в любые отношения и формирует волю любящего человека так, как угодно Богу, чтобы это соответствовало Его сущности. Сформированные семейные отношения, как правило, не меняются и всегда предсказуемы, за исключением форс-мажорных обстоятельств. А быть в них любви или иному духу — решать мне.</w:t>
      </w:r>
    </w:p>
    <w:p>
      <w:pPr>
        <w:pStyle w:val="Heading2"/>
      </w:pPr>
      <w:r>
        <w:t>Домашнее задание 813</w:t>
      </w:r>
    </w:p>
    <w:p>
      <w:r>
        <w:t>1. Прочитайте, пожалуйста, Иак.1:12-16; Рим.7:1-25; 8:1-14; 1Кор.10:12; 2Кор.10:4-5; Пс.18:15; Пс.72:23; 138:2-5; Прит.15:26; Флп.4:7; Евр.4:12; Ис.41:13; 54:5; Откр.19:7-8 в свете этого урока.</w:t>
      </w:r>
    </w:p>
    <w:p>
      <w:r>
        <w:t>2. Какие ещё стихи из Библии пришли вам на память?</w:t>
      </w:r>
    </w:p>
    <w:p>
      <w:r>
        <w:t>3. Что вы поняли из этого урока?</w:t>
      </w:r>
    </w:p>
    <w:p>
      <w:r>
        <w:t>4. Как вы представляете себе борьбу между добром и злом?</w:t>
      </w:r>
    </w:p>
    <w:p>
      <w:r>
        <w:t>5. Какую роль играете вы в великой борьбе?</w:t>
      </w:r>
    </w:p>
    <w:p>
      <w:r>
        <w:t>6. Может ли воля человека оставаться одинокой и свободной?</w:t>
      </w:r>
    </w:p>
    <w:p>
      <w:r>
        <w:t>7. Как понять, кому принадлежит моя воля, и чью волю я исполняю?</w:t>
      </w:r>
    </w:p>
    <w:p>
      <w:r>
        <w:t>8. Почему только любовь может противостоять эгоизму и победить его?</w:t>
      </w:r>
    </w:p>
    <w:p>
      <w:r>
        <w:t>9. Как вы думаете, имеет ли Иисус к вам личный интерес как к Своей невесте?</w:t>
      </w:r>
    </w:p>
    <w:p>
      <w:r>
        <w:t>10. Почему Брачный пир на Небе не может состояться прямо сейчас?</w:t>
      </w:r>
    </w:p>
    <w:p>
      <w:r>
        <w:t>11. Как выстоять среди этого зла и соблазнов вокруг нас?</w:t>
      </w:r>
    </w:p>
    <w:p>
      <w:r>
        <w:t>12. Куда можно убежать от соблазнов собственной плоти?</w:t>
      </w:r>
    </w:p>
    <w:p>
      <w:r>
        <w:t>13. Какую роль играет Иисус в моей победе над грехом?</w:t>
      </w:r>
    </w:p>
    <w:p>
      <w:r>
        <w:t>14. Почему по моей вере в Иисуса Господь не убивает мою падшую природу, а позволяет ей нападать на меня и вводить в грех?</w:t>
      </w:r>
    </w:p>
    <w:p>
      <w:r>
        <w:t>15. Верите ли вы в то, что Второе Пришествие Христа положит конец этой великой борьбе навсегда?</w:t>
      </w:r>
    </w:p>
    <w:p>
      <w:r>
        <w:br w:type="page"/>
      </w:r>
    </w:p>
    <w:p>
      <w:pPr>
        <w:pStyle w:val="Heading1"/>
      </w:pPr>
      <w:r>
        <w:t>Урок 814. Свидетель Верный и Истинный</w:t>
      </w:r>
    </w:p>
    <w:p>
      <w:r>
        <w:t>Послание к церкви Лаодикийского периода начинается со слов: «И Ангелу Лаодикийской церкви напиши: так говорит Аминь, Свидетель Верный и Истинный, Начало создания Божия» Откр.3:14.</w:t>
      </w:r>
    </w:p>
    <w:p>
      <w:r>
        <w:t>Принято считать, что Лаодикийский период берёт отсчёт с момента начала Божьего суда на Небе, в 1844 году, когда исполнилось пророчество Даниила о 2300 вечеров и утр, и Христос приступил к заключительной фазе очищения Святилища, войдя во Святое Святых со Своей кровью.</w:t>
      </w:r>
    </w:p>
    <w:p>
      <w:r>
        <w:t>Лаодикия в переводе с греческого означает: лаос — народ, каес — право, или в некоторых переводах суд. Лаодикия того времени была очень богатым городом, имеющим свои текстильные производства, банки и фармацевтические предприятия, что делало её финансово независимой от других регионов. Когда в 61 году н.э. этот город был разрушен землетрясением, жители Лаодикии отказались от государственной помощи на восстановление развалин и своими силами воздвигли новые строения, чем впоследствии очень гордились.</w:t>
      </w:r>
    </w:p>
    <w:p>
      <w:r>
        <w:t>Ангел — это греческое слово «ангелос», которое означает вестник, посланник. В данном случае это может быть как и личным обращением к буквальному руководству буквальной церкви Лаодикии, так и к вестникам последнего времени.</w:t>
      </w:r>
    </w:p>
    <w:p>
      <w:r>
        <w:t>«Так говорит…» — заповедь начинается тогда, когда начинает говорить Господь. Он немногословен в Своих изречениях, но каждое Его слово имеет глубину и смысл и исполняет то, для чего оно произносится.</w:t>
      </w:r>
    </w:p>
    <w:p>
      <w:r>
        <w:t>Иисус представляется Своей церкви и называет Себя многими именами, каждое из которых характеризует определённую особенность, которую Господу крайне важно подчеркнуть и выделить именно в это время человеческой истории.</w:t>
      </w:r>
    </w:p>
    <w:p>
      <w:r>
        <w:t>Записывая пророческие видения, апостол Иоанн в самом начале называет Христа Свидетелем Верным (Откр.1:5), чтобы впоследствии все читатели этой пророческой книги обратили своё внимание на имя Иисуса.</w:t>
      </w:r>
    </w:p>
    <w:p>
      <w:r>
        <w:t>Читаем в книге Пс 88:36-38: «Однажды Я поклялся святостью Моею: солгу ли Давиду? Семя его пребудет вечно, и престол Его, как солнце, предо Мною, вовек будет твёрд, как луна, и Верный Свидетель на небесах». Применяя к Себе это имя, Господь напомнил знатокам Писания это пророческое пение, которое в точности исполнилось, и теперь этот Верный Свидетель пребывает вечно, и престол Его так же вечен, как Солнце.</w:t>
      </w:r>
    </w:p>
    <w:p>
      <w:r>
        <w:t>Аминь — это древнееврейское слово «амэн», которое означает согласие с услышанным или сказанным и переводится: «да будет так». То же звучание и смысл это слово имеет и в древнегреческом языке. Оно переводится «верно». Обычно «аминь» произносится после молитвы или в знак согласия с услышанным. Господь называет Себя этим именем, давая понять, что все Его слова верны, имеют силу и обязательно исполнятся. Это имя словно ставит печать на все Божьи изречения и делает их неприкосновенными, не подлежащими изменению.</w:t>
      </w:r>
    </w:p>
    <w:p>
      <w:r>
        <w:t>Назвав Себя так или иначе, Господь не просто произнёс первое, что пришло на ум. Он вложил в каждое имя глубокий смысл, чтобы читающий и изучающий могли проникнуться глубиной откровения и понять, что имеют дело с Тем, Чьи слова верны и истинны и обязательно исполнятся. Если Сам Господь утверждает, что «да будет так», то так оно и будет. Это имя Христа призывает нас иметь веру в то, что Божьи слова обязательно совершат то, для чего были сказаны.</w:t>
      </w:r>
    </w:p>
    <w:p>
      <w:r>
        <w:t>Стоит заметить, что обычно слово «аминь» говорится в заключении чего-то, а в этом послании оно произносится в самом начале. Это может означать, что обращение к Лаодикии — это последнее и верное предупреждение. Пророчество состоится в положенное время. Оно обязательно сбудется в точности.</w:t>
      </w:r>
    </w:p>
    <w:p>
      <w:r>
        <w:t>Свидетель — это тот, кто был или будет очевидцем каких-либо событий и может дать объективное описание того, что он видел и переживал, не привнося в это своих домыслов. Человек, который не присутствовал при определённых событиях или искажающий реальность, называется лжесвидетелем. В судебной, исторической или научной практике свидетель может стать единственным источником истинных доказательств, чтобы направить исследование в правильном направлении.</w:t>
      </w:r>
    </w:p>
    <w:p>
      <w:r>
        <w:t>Господь называет Себя Свидетелем, подчёркивая при этом, что Он Верный и Истинный. Свидетель уже сам по себе не может быть ложным, но дополнительные имена дают нам понять, что каждое слово Христа обязательно в точности исполнит то, для чего было сказано.</w:t>
      </w:r>
    </w:p>
    <w:p>
      <w:r>
        <w:t>Верный — это тот, кто сохраняет верность и является надёжным, преданным и оправдывающим ожидания. Бог по Своей сути является Самым верным Исполнителем Своих обещаний и слов. Пророки неоднократно указывали на это удивительное свойство Божьего характера — быть верным всем Своим словам и обещаниям и исполнять их в абсолютном соответствии с целью, с которой они были сказаны. Это также означает, что на Верного Свидетеля можно положиться, потому что Его слова будут надёжным и непоколебимым основанием для дальнейшего строительства отношений. Верность Бога формирует во мне доверие, которое уповает на исполнение Богом каждого Своего слова именно тогда, когда Он посчитает нужным, или когда придёт время исполнения.</w:t>
      </w:r>
    </w:p>
    <w:p>
      <w:r>
        <w:t>Истинный — это правдивый и полностью соответствующий реальности, охватывающий, учитывающий и включающий в себя всю объективную информацию о ком-то или о чём-то. Истина не может быть лживой или неопределённой, иначе она не является истиной.</w:t>
      </w:r>
    </w:p>
    <w:p>
      <w:r>
        <w:t>Однажды Иисус уже заявил о Себе следующими словами. «Я есмь путь и истина и жизнь; никто не приходит к Отцу, как только через Меня» Ин.14:6. Его непорочная жизнь и безупречная верность Божьему закону подтвердила это заявление, а Его смерть утвердила за Ним эти имена навсегда.</w:t>
      </w:r>
    </w:p>
    <w:p>
      <w:r>
        <w:t>«Начало создания Божия». Этим именем Господь назвал Себя неслучайно. Он вложил в это понятие очень глубокий смысл. Иисус сказал этим о Своём вечном бытие, ведь через Него всё начало быть и ничто не начало быть, что начало быть. Ин.1:3.</w:t>
      </w:r>
    </w:p>
    <w:p>
      <w:r>
        <w:t>С какой любовью Господь обращается к Своему народу в этом послании, желая указать на проблему и дать выход! При тщательном исследовании каждого слова этой вести мы открываем для себя глубокий смысл Божьего обращения к Своей церкви и неимоверного желания спасти каждого её члена, сделав его победителем.</w:t>
      </w:r>
    </w:p>
    <w:p>
      <w:r>
        <w:t>Все имена Бога, названные в этом послании, имеют один общий корень — «Любовь». Именно из любви к нам Иисус передаёт эту печальную и обличительную весть, желая, чтобы мы прислушались к ней и исполнили всё то, что Он советует.</w:t>
      </w:r>
    </w:p>
    <w:p>
      <w:r>
        <w:t>Хоть первый стих послания не несёт никакого призыва, но он показывает нам величие и могущество Того, Кто к нам обращается с этой прекрасной вестью. А если учесть внешний вид Говорящего, который был описан чуть раньше, то это звучит величественно.</w:t>
      </w:r>
    </w:p>
    <w:p>
      <w:r>
        <w:t>Читаем в Откр 1:3: «Блажен читающий и слушающие слова пророчества сего и соблюдающие написанное в нём; ибо время близко». Здесь говорится о том, что будет читающий, в данном случае это тот, кто вам это пишет, слушающие — это вы, те, кто читает, и соблюдающие — это те, кто имеют уши и, вчитываясь в каждое слово, стараются в точности исполнить то, к чему их призывают. Простым слушателям не будет никакой пользы от новых знаний, но исполнители слова станут победителями и получат награду.</w:t>
      </w:r>
    </w:p>
    <w:p>
      <w:r>
        <w:t>Читаем Ин 13:17: «Если это знаете, блаженны вы, когда исполняете».</w:t>
      </w:r>
    </w:p>
    <w:p>
      <w:pPr>
        <w:pStyle w:val="Heading2"/>
      </w:pPr>
      <w:r>
        <w:t>Домашнее задание 814</w:t>
      </w:r>
    </w:p>
    <w:p>
      <w:r>
        <w:t>1. Прочитайте, пожалуйста, Откр.19:11; 2Кор.1:20; Ин.1:1-3; Пс.40:14; 71:18-19; 145:5-6; Втор.7:9; Мар.16:20; Откр.21:5-6; 22:13,20-21; Прит.14:15,25; Плач.3:22-23 в свете этого урока.</w:t>
      </w:r>
    </w:p>
    <w:p>
      <w:r>
        <w:t>2. Какие ещё стихи пришли вам на память?</w:t>
      </w:r>
    </w:p>
    <w:p>
      <w:r>
        <w:t>3. Что вы поняли из этого урока?</w:t>
      </w:r>
    </w:p>
    <w:p>
      <w:r>
        <w:t>4. Вам интересно открывать в Боге что-то новое и прекрасное?</w:t>
      </w:r>
    </w:p>
    <w:p>
      <w:r>
        <w:t>5. Какие ещё имена Бога вы знаете?</w:t>
      </w:r>
    </w:p>
    <w:p>
      <w:r>
        <w:t>6. Почему Господь очень часто называет Себя новыми именами?</w:t>
      </w:r>
    </w:p>
    <w:p>
      <w:r>
        <w:t>7. Почему Иисус дал Себе имя «Аминь» в самом начале послания к Лаодикии? Заложен ли в это особый смысл?</w:t>
      </w:r>
    </w:p>
    <w:p>
      <w:r>
        <w:t>8. Как вы думаете, является ли послание к Лаодикии истинным посланием для нашего времени?</w:t>
      </w:r>
    </w:p>
    <w:p>
      <w:r>
        <w:t>9. Ожидает ли Верный Свидетель того, что Его весть привлечёт к себе внимание Божьего народа и будет тщательно нами изучаться?</w:t>
      </w:r>
    </w:p>
    <w:p>
      <w:r>
        <w:t>10. Как вы думаете, ошибся ли Господь, не говоря никаких слов похвалы для Лаодикийской церкви?</w:t>
      </w:r>
    </w:p>
    <w:p>
      <w:r>
        <w:t>11. Верите ли вы в то, что каждое послание Христа к семи церквям из Откр.2-3 является обращением к христианам разных эпох и периодов?</w:t>
      </w:r>
    </w:p>
    <w:p>
      <w:r>
        <w:t>12. Что будет с теми, кто проигнорирует изучение Вести Верного Свидетеля и будет изучать что-то другое?</w:t>
      </w:r>
    </w:p>
    <w:p>
      <w:r>
        <w:t>13. Стоит ли при изучении книги Откровение всегда помнить стихи из Откр.1:3 и Откр.22:18-19? Пугают ли вас подобные заявления?</w:t>
      </w:r>
    </w:p>
    <w:p>
      <w:r>
        <w:t>14. Благословит ли Господь людей, которые решат изучить весть Верного Свидетеля и исполнить всё, написанное в ней?</w:t>
      </w:r>
    </w:p>
    <w:p>
      <w:r>
        <w:t>15. Вам нравится изучать послание к Лаодикии?</w:t>
      </w:r>
    </w:p>
    <w:p>
      <w:r>
        <w:br w:type="page"/>
      </w:r>
    </w:p>
    <w:p>
      <w:pPr>
        <w:pStyle w:val="Heading1"/>
      </w:pPr>
      <w:r>
        <w:t>Урок 815. Имя Бога на челах</w:t>
      </w:r>
    </w:p>
    <w:p>
      <w:r>
        <w:t>Читаем в Откр 14:1: «И взглянул я, и вот, Агнец стоит на горе Сионе, и с Ним сто сорок четыре тысячи, у которых имя Отца Его написано на челах».</w:t>
      </w:r>
    </w:p>
    <w:p>
      <w:r>
        <w:t>Однажды в одной религиозной книге я увидел картинку, где были изображены люди, на лбах которых находились одинаковые светящиеся надписи. Художник, видимо, решил наглядно показать, как будет выглядеть группа под названием 144.000, и вид у этих людей был каким-то странным.</w:t>
      </w:r>
    </w:p>
    <w:p>
      <w:r>
        <w:t>Впоследствии я узнал, что есть некоторые исследователи книги Откровение, которые буквально трактуют все описанные в ней символы, что придаёт совершенно иной смысл записанным пророчествам.</w:t>
      </w:r>
    </w:p>
    <w:p>
      <w:r>
        <w:t>Занявшись самостоятельным изучением этой книги, я решил использовать для лучшего понимания всех заключённых в ней символов исторические факты и книги Ветхого Завета. В результате я понял, что автор книги Откровение очень хорошо знал Священные Писания и мог под влиянием Святого Духа брать образы из пророческих книг, облекая их в символы Божьих откровений о последующих событиях. В результате Откровение Иоанна Богослова могут понять правильно те, кто самостоятельно исследует Библию, и кому Дух Святой откроет истинное значение и исполнение описанных пророчеств.</w:t>
      </w:r>
    </w:p>
    <w:p>
      <w:r>
        <w:t>Имя Бога — это не просто какое-то имя, на которое Господь откликается, а это выражение какой-то очередной уникальной особенности Божьего характера и того, Кем является Господь для Своих избранных и искупленных.</w:t>
      </w:r>
    </w:p>
    <w:p>
      <w:r>
        <w:t>Читаем диалог Моисея с Богом в книге Исх 33:18-19: «Моисей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 пожалею». Далее Сам Господь провозглашает Своё имя. Исх 34:5-7: «И сошёл Господь в облаке, и остановился там близ него, и провозгласил имя Иеговы. И прошёл Господь пред лицем его и возгласил: Господь, Господь, Бог человеколюбивый и милосердый, долготерпеливый и многомилостивый и истинный, сохраняющий милость в тысячи родов, прощающий вину и преступление и грех, но не оставляющий без наказания, наказывающий вину отцов в детях и в детях детей до третьего и четвёртого рода».</w:t>
      </w:r>
    </w:p>
    <w:p>
      <w:r>
        <w:t>Сколько имён вы насчитали в этих стихах? В человеческом понимании их было только три: Иегова, Господь и Господь Бог, а далее шло описание Божьего характера. Но на самом деле этот характер и является Божьим именем: Человеколюбивый, Милосердый, Долготерпеливый, Многомилостивый и Истинный — так Сам Господь показал Моисею Свою славу, которая выражалась в этих именах и раскрывала миру Божью любовь к согрешающим людям. Когда Сам Господь открывает нам какую-то истину о Своём имени, нам стоит обратить на это внимание.</w:t>
      </w:r>
    </w:p>
    <w:p>
      <w:r>
        <w:t>Божья Слава и Божье имя — это Божий характер, который описывается в Библии на понятном человеческом языке.</w:t>
      </w:r>
    </w:p>
    <w:p>
      <w:r>
        <w:t>Чуть ранее мы читаем в Откр 7:3-4: «Не делайте вреда ни земле, ни морю, ни деревам, доколе не положим печати на челах рабов Бога нашего. И я слышал число запечатлённых: запечатлённых было сто сорок четыре тысячи из всех колен сынов Израилевых».</w:t>
      </w:r>
    </w:p>
    <w:p>
      <w:r>
        <w:t>Имя Отца, которое написано на челах у группы 144.000, — это осознанное принятие Божьего характера в свою жизнь. Чело или лобная часть головы — это место принятия решений, та территория, за обладание которой идёт великая борьба между добром и злом. Это сердце человека, это его живая душа, это разум и воля тех, кто делает осознанный выбор. А Божья печать является интеллектуальным утверждением сознания в истине, что можно понимать как запечатление характера человека на века без возможности что-либо изменить в нём извне.</w:t>
      </w:r>
    </w:p>
    <w:p>
      <w:r>
        <w:t>Мой характер — это совокупность устойчивых духовных и эмоциональных черт моей личности, которые определяют особенности моего мышления, поведения и реакции на происходящее вокруг меня и на отношения с другими людьми. Моим характером обусловлена моя способность принимать решения, управлять эмоциями и развивать моральные принципы по отношению к другим людям и окружающему миру. Это то уникальное свойство моей души, которое делает меня самим собой, таким, каким я являюсь на самом деле.</w:t>
      </w:r>
    </w:p>
    <w:p>
      <w:r>
        <w:t>144.000 — это символический образ разнообразия человеческих характеров, которые сознательно пришли к единству познания Божьего характера и приняли совокупность Божественных свойств в свой разум с дальнейшим утверждением такого характера в своей жизни.</w:t>
      </w:r>
    </w:p>
    <w:p>
      <w:r>
        <w:t>Характер — это то, что не может случайно обрушиться на меня и в мгновение ока изменить мои жизненные позиции и устои. Для самых малых перемен в моём образе мышления и моего поведения какая-то новая идея должна преодолеть массу барьеров в моём сознании, сломать мои стереотипы, изменить мои устои, убедить меня в пользе нововведения, проложить новые дорожки в моём разуме, доказать, что мне это нужно, а потом ещё выработать во мне привычку делать именно то, чему я научен. Простого согласия с истиной недостаточно для того, чтобы она стала частью моего характера. Необходимы силы, время, напоминание и упорный труд. И этого всего требует только одно маленькое изменение.</w:t>
      </w:r>
    </w:p>
    <w:p>
      <w:r>
        <w:t>Приведу одну цитату из Духа Пророчества: «Формирование характера — самая важная задача, когда-либо стоявшая перед человеком, и никогда прежде тщательное исследование этого вопроса не было столь важным, как теперь» (Воспитание. Стр. 225)</w:t>
      </w:r>
    </w:p>
    <w:p>
      <w:r>
        <w:t>Если в Библейской симфонии задать в поиске слово «характер», то мы не увидим ни одного места с этим значением. Но, зная суть этого слова, мы понимаем, что Библейская наука только и занимается тем, что под влиянием Святого Духа формирует наш характер в образ и подобие Божьего.</w:t>
      </w:r>
    </w:p>
    <w:p>
      <w:r>
        <w:t>Читаем в Евр 1:3: «Сей (Иисус), будучи сияние славы и образ ипостаси Его и держа все словом силы Своей, совершив Собою очищение грехов наших, воссел одесную (престола) величия на высоте». В оригинале слово «ипостаси» записано как «χαρακτὴρ» (характер), что означает отпечаток, который оставляет после себя печать на сургуче. И Иисус был Тем Самым оригинальным отражением Божьего характера, который открыл нам истинное Божье лицо и показал всю Божью славу любви-агапэ по отношению к грешным людям.</w:t>
      </w:r>
    </w:p>
    <w:p>
      <w:r>
        <w:t>В нашем случае Божье Слово является той печатью, которая всем своим весом и авторитетом прикладывается к сознанию и разуму изучающего его и оставляет неизгладимый след в сердце человека, который уже никто извне не может стереть.</w:t>
      </w:r>
    </w:p>
    <w:p>
      <w:r>
        <w:t>Читаем в Евр 4:12: «Ибо слово Божие живо и действенно и острее всякого меча обоюдоострого: оно проникает до разделения души и духа, составов и мозгов, и судит помышления и намерения сердечные».</w:t>
      </w:r>
    </w:p>
    <w:p>
      <w:r>
        <w:t>Бог поставил в этом мире Своих служителей, которые являются Его представителями на земле, занимающимися формированием характера своих подопечных. Это родители, воспитатели, учителя, духовные наставники, пастора, пророки, вестники и служители Церкви. Все эти люди несут огромную ответственность перед Богом за то, что они дают людям, насколько их учение истинно, и какое влияние они оказывают на своих учеников и прихожан. Ему дадут отчёт.</w:t>
      </w:r>
    </w:p>
    <w:p>
      <w:r>
        <w:t>Стоит понять, что все Божьи имена происходят от одного корня и сводятся к одному имени — Любовь.</w:t>
      </w:r>
    </w:p>
    <w:p>
      <w:pPr>
        <w:pStyle w:val="Heading2"/>
      </w:pPr>
      <w:r>
        <w:t>Домашнее задание 815</w:t>
      </w:r>
    </w:p>
    <w:p>
      <w:r>
        <w:t>1. Прочитайте, пожалуйста, Откр.3:12; 7:1-4,13-17; 14:1-5; 15:2-4; 19:11-16; Иез.9:4; Песн.8:6; 2Тим.2:19; 1Ин.2:6; 4:7-8; 2Кор.3:18; Ин.6:27; 17:3,26; Лук.6:31 в свете этого урока.</w:t>
      </w:r>
    </w:p>
    <w:p>
      <w:r>
        <w:t>2. Какие ещё стихи из Библии пришли вам на память?</w:t>
      </w:r>
    </w:p>
    <w:p>
      <w:r>
        <w:t>3. Что вы поняли из этого урока?</w:t>
      </w:r>
    </w:p>
    <w:p>
      <w:r>
        <w:t>4. Отрывает ли нам Господь в Библии Свой характер?</w:t>
      </w:r>
    </w:p>
    <w:p>
      <w:r>
        <w:t>5. Какую пользу принесёт мне знание Божьего характера?</w:t>
      </w:r>
    </w:p>
    <w:p>
      <w:r>
        <w:t>6. Что такое Божье имя?</w:t>
      </w:r>
    </w:p>
    <w:p>
      <w:r>
        <w:t>7. Обратили ли вы внимание на то, что каждое имя Бога, записанное в Библии, открывает какую-то сторону Божьего характера?</w:t>
      </w:r>
    </w:p>
    <w:p>
      <w:r>
        <w:t>8. Что лучше всего открывает нам Божий характер и Его красоту?</w:t>
      </w:r>
    </w:p>
    <w:p>
      <w:r>
        <w:t>9. Может ли смертный человек показать и открыть миру через свою праведную жизнь красоту Божьей любви? Ис.43:12.</w:t>
      </w:r>
    </w:p>
    <w:p>
      <w:r>
        <w:t>10. Хочет ли Небо видеть в нас образ и подобие Бога? Возможно ли это в нашей жизни?</w:t>
      </w:r>
    </w:p>
    <w:p>
      <w:r>
        <w:t>11. Что делать, если я хочу иметь Божий характер, но не знаю, как его приобрести?</w:t>
      </w:r>
    </w:p>
    <w:p>
      <w:r>
        <w:t>12. Говорит ли нам Откр.3:18 что-то о Божьем характере?</w:t>
      </w:r>
    </w:p>
    <w:p>
      <w:r>
        <w:t>13. Чьё имя написано на вашем челе?</w:t>
      </w:r>
    </w:p>
    <w:p>
      <w:r>
        <w:t>14. Каким одним именем можно объединить все Божьи имена?</w:t>
      </w:r>
    </w:p>
    <w:p>
      <w:r>
        <w:t>15. Кем для вас является Иисус?</w:t>
      </w:r>
    </w:p>
    <w:p>
      <w:r>
        <w:br w:type="page"/>
      </w:r>
    </w:p>
    <w:p>
      <w:pPr>
        <w:pStyle w:val="Heading1"/>
      </w:pPr>
      <w:r>
        <w:t>Урок 816. Защита в Божьем имени</w:t>
      </w:r>
    </w:p>
    <w:p>
      <w:r>
        <w:t>Написано: «Имя Господа — крепкая башня: убегает в неё праведник — и безопасен» Прит.18:10. «Ибо ты сказал: «Господь — упование мое»; Всевышнего избрал ты прибежищем твоим; не приключится тебе зло, и язва не приблизится к жилищу твоему» Пс.90:9-10.</w:t>
      </w:r>
    </w:p>
    <w:p>
      <w:r>
        <w:t>Божье имя — это сила для защиты от всякого рода зла и любой опасности, которую мы подчас не осознаём и недооцениваем. Божье имя не является каким-то заклинанием, и Небесные Силы очень хорошо разбираются, кем, для чего и с каким духом произносится это Святое имя.</w:t>
      </w:r>
    </w:p>
    <w:p>
      <w:r>
        <w:t>Любое имя, когда оно звучит в присутствии того, кто его носит, сразу привлекает внимание и рождает заинтересованность. В этом его особенность.</w:t>
      </w:r>
    </w:p>
    <w:p>
      <w:r>
        <w:t>Например, если незнакомые вам люди начнут в своём разговоре упоминать ваше имя и фамилию, то, думаю, вы прислушаетесь к их беседе и, выяснив, что речь идёт о вас, скорее всего, представитесь и скажете, что вы являетесь тем человеком, о котором они ведут разговор.</w:t>
      </w:r>
    </w:p>
    <w:p>
      <w:r>
        <w:t>Зная, что невидимый мир духовен и полон разумных существ, которые находятся в постоянном противоборстве за обладание моим разумом, я понимаю, что каждое моё слово, исходящее из моих уст, свидетельствует о моём внутреннем содержании, о решении моей воли принадлежать кому-то и о том пути, который я себе сегодня избираю. А если учесть, что Господь Бог вездесущ и всеведущ, то где бы я ни был и в какой бы ситуации ни оказался, Он слышит каждое моё слово, знает любую мою мысль и реагирует, когда слышит Своё имя.</w:t>
      </w:r>
    </w:p>
    <w:p>
      <w:r>
        <w:t>Одна из десяти Божьих заповедей звучит так: «Не произноси имени Господа, Бога твоего, напрасно, ибо Господь не оставит без наказания того, кто произносит имя Его напрасно» Исх.20:7. В этом повелении содержится призыв очень серьёзно относиться к святому Божьему Имени. Иногда люди даже не понимают, какие беды они навлекают на самих себя, употребляя имя Господа в суете.</w:t>
      </w:r>
    </w:p>
    <w:p>
      <w:r>
        <w:t>Будучи верующим человеком, я познал силу и предостережение третьей заповеди, позволив Богу вписать её в моё сердце. И это дало мне понимание бережного отношения к произношению имени, как в устном, так и в письменном виде. Я понимаю всю ответственность за нецелевое использование этих святых слов и всегда нахожу им замену, когда моя плоть пытается своими соблазнами ввести мои уста в грех.</w:t>
      </w:r>
    </w:p>
    <w:p>
      <w:r>
        <w:t>Меня окружает мир, который очень искусно и целенаправленно хулит Божье имя, делая это с нарастающим постоянством, произнося его как междометие или как ругательство. И когда я сам попадаю в подобные обстоятельства, моя плотская натура тут же пытается мне навязать привычные «крылатые выражения», принятые в обществе. Божье имя может звучать как восхищение своим успехом и также быть ругательством или оскорблением. Неверующие люди употребляют его для выражения своего удивления или возмущения. А я всё это слышу, и в подобной ситуации в моём сердце происходит борьба против уподобления этому миру и произнесения имени Господа Бога моего напрасно. К сожалению, не все верующие люди соблюдают эту Божью заповедь, и очень часто я слышу мирские «крылатые реплики» и в христианской среде. Но так не должно быть, ведь нам Бог открыл святость Своего имени и обязательно спросит с каждого, кто произносит его всуе.</w:t>
      </w:r>
    </w:p>
    <w:p>
      <w:r>
        <w:t>Владея русским языком, я знаю, какие матерные слова он содержит, но в этих похабных выражениях не присутствует Божье имя. Познавая немецкую культуру, я заметил, что все принятые у них ругательства не содержат похабных слов и применяются и в нормальном обиходе, как обычные слова, но начинают считаться ругательством и оскорблением, когда они произносятся с соответствующей интонацией. Однако в таком сквернословном языке присутствует Божье имя, которое стало выражением недовольства, что очень режет мой слух.</w:t>
      </w:r>
    </w:p>
    <w:p>
      <w:r>
        <w:t>Для духовного мира имя Вседержителя свято, и даже ангелы не произносят его без почтения. Когда бывшие сатанисты рассказывают о своих опытах в потустороннем мире, все они свидетельствуют о том, что даже падшие ангелы не произносят имя Иисуса, так как это делают люди, но заменяют его на другое выражение и стараются как можно меньше говорить о нашем Спасителе. Они-то знают, какая Сила стоит за этим именем, и трепещут.</w:t>
      </w:r>
    </w:p>
    <w:p>
      <w:r>
        <w:t>Читаем во Втор 4:24: «Ибо Господь, Бог твой, есть огонь поядающий, Бог ревнитель». Думаю, падшие силы боятся присутствия Бога, потому что Он является им как огонь и наносит им соответствующие ожоги, от которых они затем сильно страдают. Но это моё предположение, которое я не могу доказать.</w:t>
      </w:r>
    </w:p>
    <w:p>
      <w:r>
        <w:t>Что-то интересное происходит в духовном мире, когда праведные люди начинают призывать Божье имя для своей защиты и своего благословения. Богу несложно отвечать на все молитвы всех Своих детей и давать им то, о чём они просят или мечтают. И в каждом Своём ответе Господь проявляет удивительную мудрость, где-то отвечая сразу, а где-то испытывая нас временем.</w:t>
      </w:r>
    </w:p>
    <w:p>
      <w:r>
        <w:t>Самым грубым оскорблением Бога является поведение, когда кто-то, представляясь миру Его именем, живёт и поступает по-мирски или совершает открытый грех. Если, к примеру, какое-то общество решит назваться именем Иисуса, не имея нашего Спасителя в сердце и в центре своей организации, и под этим именем станет совершать дела тьмы, то это окажется самым чудовищным нарушением Божьей заповеди, потому что даёт повод язычникам хулить Божье имя и считать всех христиан лицемерами и безбожниками. А если кто-то надевает на себя крест и идёт с этим символом совершать преступление, то в глазах жертвы все христиане уподобляются таким преступникам.</w:t>
      </w:r>
    </w:p>
    <w:p>
      <w:r>
        <w:t>Однажды, беседуя со своим соседом по даче, который исповедует ислам, я услышал от него обвинение в свой адрес за грехи средневековых крестоносцев, которые совершали от имени Бога убийства и насилие среди арабского населения. Я был удивлён такому отношению, ведь столько времени прошло! Однако в памяти этого народа до сих пор христиане являются врагами Бога и несут миру зло и разврат. В их глазах протестантская Европа стала символом сексуального растления и извращения. И я понимаю, почему они так считают, но при чём здесь Тот, Кто отдал Свою жизнь за грехи всего мира? Нет худшей хулы на Божье имя, чем называться им и жить во грехе.</w:t>
      </w:r>
    </w:p>
    <w:p>
      <w:r>
        <w:t>Враг Всевышнего преуспел в извращении Его характера и постоянно старается представить миру Бога как высшее существо, обладающее духом сатаны. И, к сожалению, многие больше верят лукавому, наблюдая за так называемыми представителями христианского мира.</w:t>
      </w:r>
    </w:p>
    <w:p>
      <w:r>
        <w:t>Но, несмотря на все соблазны вокруг нас, Божье имя остаётся той Крепкой Башней, в которую убегает праведник — и безопасен. Верующий человек уподобляется водяной лилии, которая, живя среди грязи болот, всегда удивляет наблюдателей своей безукоризненной чистотой, красотой и благоуханием.</w:t>
      </w:r>
    </w:p>
    <w:p>
      <w:r>
        <w:t>Бог умеет защищать Своих детей, которые избрали Его своей Опорой, своим Спасителем, своим Учителем и Супругом. Каким бы именем мы ни называли нашего Господа, Он с радостью отзывается на него и служит Своим возлюбленным детям, посылая всё Своё Небесное воинство для защиты их душ.</w:t>
      </w:r>
    </w:p>
    <w:p>
      <w:r>
        <w:t>Наша любовь друг к другу является самым достоверным свидетельством миру о нашем Боге и Его имени. Она защищает нас от многих зол.</w:t>
      </w:r>
    </w:p>
    <w:p>
      <w:pPr>
        <w:pStyle w:val="Heading2"/>
      </w:pPr>
      <w:r>
        <w:t>Домашнее задание 816</w:t>
      </w:r>
    </w:p>
    <w:p>
      <w:r>
        <w:t>1. Прочитайте, пожалуйста, Ин.14:13-14; 15:16; 16:23-24; Чис.6:23-27; 1Цар.17:45-47; 3Цар.10:1; Ис.4:1; 30:27; Мих.4:5; Ин.13:34-35; Зах.13:9; Евр.12:29; Пс.73:18; 102:1; Прит.30:7-9; Деян.19:11-17 в свете этого урока.</w:t>
      </w:r>
    </w:p>
    <w:p>
      <w:r>
        <w:t>2. Какие ещё стихи из Библии пришли вам на память?</w:t>
      </w:r>
    </w:p>
    <w:p>
      <w:r>
        <w:t>3. Что вы поняли из этого урока?</w:t>
      </w:r>
    </w:p>
    <w:p>
      <w:r>
        <w:t>4. Понимаете ли вы силу и святость Божьего имени?</w:t>
      </w:r>
    </w:p>
    <w:p>
      <w:r>
        <w:t>5. Что означает произносить имя Господа Бога напрасно?</w:t>
      </w:r>
    </w:p>
    <w:p>
      <w:r>
        <w:t>6. Почему Господь будет наказывать тех, кто произносит Его имя напрасно?</w:t>
      </w:r>
    </w:p>
    <w:p>
      <w:r>
        <w:t>7. В чём заповеди, записанной в сердце, от той, что записана в уме?</w:t>
      </w:r>
    </w:p>
    <w:p>
      <w:r>
        <w:t>8. Реагируете ли вы, когда другие люди произносят ваше имя? Как вы думаете, реагирует ли Небо, когда произносят Божье Святое имя?</w:t>
      </w:r>
    </w:p>
    <w:p>
      <w:r>
        <w:t>9. Каким образом Божье имя защищает праведных людей?</w:t>
      </w:r>
    </w:p>
    <w:p>
      <w:r>
        <w:t>10. Почему Господь не отвечает на молитвы тех, кто произносит Его имя как заклинание или с лукавым сердцем? Прит.15:8; 28:9.</w:t>
      </w:r>
    </w:p>
    <w:p>
      <w:r>
        <w:t>11. Является ли грехом, когда мы в разговоре с друзьями по вере часто произносим Божье имя?</w:t>
      </w:r>
    </w:p>
    <w:p>
      <w:r>
        <w:t>12. Можно ли в молитве часто произносить имя Господа?</w:t>
      </w:r>
    </w:p>
    <w:p>
      <w:r>
        <w:t>13. Как верующий человек может понять, где есть опасность в произношении Божьего имени напрасно, а где есть крайность в боязни его произносить?</w:t>
      </w:r>
    </w:p>
    <w:p>
      <w:r>
        <w:t>14. Дают ли нам псалмы пример того, как часто можно употреблять Божье имя в молитве и пении?</w:t>
      </w:r>
    </w:p>
    <w:p>
      <w:r>
        <w:t>15. Можно ли давать Богу новое имя и потом так к Нему обращаться?</w:t>
      </w:r>
    </w:p>
    <w:p>
      <w:r>
        <w:br w:type="page"/>
      </w:r>
    </w:p>
    <w:p>
      <w:pPr>
        <w:pStyle w:val="Heading1"/>
      </w:pPr>
      <w:r>
        <w:t>Урок 817. Сила имени</w:t>
      </w:r>
    </w:p>
    <w:p>
      <w:r>
        <w:t>Когда я стал подростком, моим воспитанием занялась улица. В нашем большом городе мне очень хотелось принадлежать к какому-то социуму, где я был бы своим. В любом дворе нашего района собиралась группа местных подростков, и каждый вечер проводился в общении и познании друг друга.</w:t>
      </w:r>
    </w:p>
    <w:p>
      <w:r>
        <w:t>Ещё со школы я обратил внимание на то, что старшеклассники были физически сильнее тех, кто учился в младших классах. И когда старшеклассники решали кого-то побить, тогда у тебя не оставалось шансов на избежание этой участи, если ты попадал в их поле зрения. Единственным выходом в такой ситуации было наличие покровителя, которого твои обидчики знали и уважали. И порою нужно было только произнести имя этого человека, заявив, что это твой друг, как ты тут же переходил в статус неприкосновенного, и тебя уже никто никогда не трогал и даже не смотрел в твою сторону.</w:t>
      </w:r>
    </w:p>
    <w:p>
      <w:r>
        <w:t>Подобная практика существовала в любой дворовой шайке. В каждом социуме были свои авторитеты, которые в основном добивались этого статуса благодаря своей дерзости и физической силе, которую они не боялись применять для удержания своей власти.</w:t>
      </w:r>
    </w:p>
    <w:p>
      <w:r>
        <w:t>В школе мы знали всех учеников в лицо и при необходимости по фамилии, а в дворовых компаниях у каждого из нас были клички, которые появлялись непонятно откуда. Они так прилеплялись к человеку, что ты порою даже не знал его настоящего имени и фамилии. А если это был новый знакомый, которого в наш социум приводил кто-то из наших, то мы очень быстро давали ему прозвище, которое пожизненно за ним закреплялось и идентифицировало этого человека.</w:t>
      </w:r>
    </w:p>
    <w:p>
      <w:r>
        <w:t>Во всех этих дворовых компаниях существовали неписаные законы, которые запрещали трогать тех, кто называл знакомого тебе человека по его прозвищу. И когда я по каким-то причинам должен был идти в чужой район, я чувствовал себя более безопасно, если знал пару имён местных авторитетов.</w:t>
      </w:r>
    </w:p>
    <w:p>
      <w:r>
        <w:t>Бывали смешные ситуации, когда незнакомые люди лично встречались со своим так называемым покровителем и называли ему его кличку, говоря о том, что они его друзья. Хоть это и было явным обманом, но ради имени этого известного хулигана таких хитрых чужаков никто не трогал. Мы понимали, что они были знакомыми кого-то из наших дружков, который их научил пользоваться для своей безопасности этими именами. Это очень нас веселило, и потом мы долго вспоминали хитрецов и их реакцию на разоблачение.</w:t>
      </w:r>
    </w:p>
    <w:p>
      <w:r>
        <w:t>В любой семье каждый её член имеет своё настоящее имя, но со временем появляется новое имя или прозвище, которым один из супругов начинает ласково называть другого, и это так прочно становится частью обихода, что, когда произносится родное имя, оно звучит как-то официально и создаёт напряжение в отношениях.</w:t>
      </w:r>
    </w:p>
    <w:p>
      <w:r>
        <w:t>Библия приводит нам множество примеров, когда наш Господь называет Сам Себя новым или уже знакомым, привычным именем. И эти имена считаются авторитетными в духовном мире. Им повинуются невидимые небесные силы.</w:t>
      </w:r>
    </w:p>
    <w:p>
      <w:r>
        <w:t>Также в книгах Священного Писания можно проследить одну удивительную особенность. Многие авторы придумывают Богу новое имя, которое характеризует и ярко подчеркивает какую-то черту Божьего характера. Удивительно, что Бог не против того, чтобы получать от Своих слуг новое имя и после отзываться на него. А мы, читатели Библии, воспринимаем каждое новое библейское имя Господа как Божье Слово и начинаем с почтением к нему относиться.</w:t>
      </w:r>
    </w:p>
    <w:p>
      <w:r>
        <w:t>Если кто-то из нас имеет тесные личные отношения с Иисусом, то он может, свидетельствуя об этих отношениях другим людям, назвать новое имя Господа, которое будет характеризовать глубину и близость этой связи.</w:t>
      </w:r>
    </w:p>
    <w:p>
      <w:r>
        <w:t>Часто я слышал в молитвах своих друзей к Богу, как они называют Его своим Папочкой. В Библии нет такого буквального имени, но оно присутствует в личных отношениях.</w:t>
      </w:r>
    </w:p>
    <w:p>
      <w:r>
        <w:t>Иисус называл Своего Небесного Отца именем Авва Отче. Мат.14:36. Это имя «Авва» некоторые богословы трактуют как нежное обращение к Отцу как к «Папе».</w:t>
      </w:r>
    </w:p>
    <w:p>
      <w:r>
        <w:t>Если я в своей молитве назову Господа близким мне по духу новым именем, то не думаю, что вас это возмутит. Мы привыкли, что у Бога так много всевозможных имён, что мы даже не знаем, сколько их на самом деле. И каждое Его имя свято и подпадает под третью заповедь. Даже то имя, которым Бога называю только я в своём личном общении с Ним, является Божьим, и его нельзя произносить напрасно, но с почтением и уважением.</w:t>
      </w:r>
    </w:p>
    <w:p>
      <w:r>
        <w:t>Как вы думаете, есть ли у нас на Небе какие-то особые имена, по которым Небесные ангелы сразу определяют, о ком идёт речь?</w:t>
      </w:r>
    </w:p>
    <w:p>
      <w:r>
        <w:t>Иисус заверяет нас в том, что побеждающий в качестве награды получит новое имя. Откр.2:17. И это имя будет настолько личным и интимным, что никто, кроме меня и Иисуса, не будет его знать.</w:t>
      </w:r>
    </w:p>
    <w:p>
      <w:r>
        <w:t>Божье имя, как бы оно ни звучало, имеет особую силу в духовном мире. Враг души трепещет, когда слышит это имя от Божьих детей. Иисус дал нам власть наступать на змей и скорпионов и на всю силу вражью. Лук.10:19. И сатана считается с этой властью не потому, что боится нас, а потому, что за этим стоит Сам Господь и всё Его воинство, готовые применить для защиты избранных Божьих детей всю Свою силу.</w:t>
      </w:r>
    </w:p>
    <w:p>
      <w:r>
        <w:t>Библия учит, что всякий, кто призовёт имя Господне, спасётся. Но тут же задаёт пояснительные вопросы к этому спасению: «Но как призывать Того, в Кого не уверовали? как веровать в Того, о Ком не слыхали? как слышать без проповедующего? И как проповедывать, если не будут посланы? …» Рим.10:13-15.</w:t>
      </w:r>
    </w:p>
    <w:p>
      <w:r>
        <w:t>Читаем в Пс 98:3: «Да славят великое и страшное имя Твоё: свято оно!» Страх Божьего имени имеет два значения. У Божьих детей оно вызывает почтение, благоговение и уважение, а у падших сил — ужас, страх и желание укрыться. А если учесть тот фактор, что наш Господь есть Огонь пожирающий, а Его слава — это озеро огненное, горящее вечным огнём, которое сжигает всё нечистое и греховное, то ты понимаешь, что перед Ним никто не устоит, если их уста и мысли лукавы. Пророк задаёт следующий вопрос: «… Кто из нас может жить при огне пожирающем? кто из нас может жить при вечном пламени?» Ис.33:14.</w:t>
      </w:r>
    </w:p>
    <w:p>
      <w:r>
        <w:t>Однажды сыновья первосвященника Скевы решили изгнать бесов во Имя Иисуса, Которого Павел проповедует. Но злой дух сказал в ответ: «Иисуса знаю, и Павел мне известен, а вы кто?» Деян.19:13-16.</w:t>
      </w:r>
    </w:p>
    <w:p>
      <w:r>
        <w:t>Враг души прекрасно разбирается в том, в каких мы отношениях с Иисусом, и его не пугает Божье имя из нечестивых уст, но он в страхе убегает, когда это имя произносят Божьи дети.</w:t>
      </w:r>
    </w:p>
    <w:p>
      <w:r>
        <w:t>Любовь — это тоже имя, которым Иоанн назвал Бога. И это имя вмещает в себя все другие Божьи имена, являясь основой основ Божьего характера. И мы, изучая это имя, принимая его в свою жизнь, делая его своим желанием и смыслом, настолько прочно соединяемся с Богом, что уже никто и ничто не сможет отлучить нас от любви Божьей. Рим.8:39.</w:t>
      </w:r>
    </w:p>
    <w:p>
      <w:r>
        <w:t>Изучая науку о любви, мы не просто узнаём очередную теорию, а соприкасаемся с Божьим именем и Его силой, которая начинает жить в нас и производить хотение и действия по Его благоволению.</w:t>
      </w:r>
    </w:p>
    <w:p>
      <w:r>
        <w:t>Хоть сейчас многие вещи из этого познания нам приходится принимать на веру, но наступит время, когда мы встретимся с этой Любовью лицом к лицу и сольёмся с Ней навсегда.</w:t>
      </w:r>
    </w:p>
    <w:p>
      <w:pPr>
        <w:pStyle w:val="Heading2"/>
      </w:pPr>
      <w:r>
        <w:t>Домашнее задание 817</w:t>
      </w:r>
    </w:p>
    <w:p>
      <w:r>
        <w:t>1. Прочитайте, пожалуйста, Деян.19:11-17; Мар.16:17; Пс.104:1; 114:1-9; 115:7-8; 1Цар.17:45-47; Иак.2:19; 4:7; Еф.3:14-19; Рим.8:35-39; 3Цар.18:25-39; Ис.43:7; 64:6-9; 66:1-2; Мал.4:1-3; 1Пар.16:26-32 в свете этого урока.</w:t>
      </w:r>
    </w:p>
    <w:p>
      <w:r>
        <w:t>2. Какие ещё стихи пришли вам на память?</w:t>
      </w:r>
    </w:p>
    <w:p>
      <w:r>
        <w:t>3. Что вы поняли из этого урока?</w:t>
      </w:r>
    </w:p>
    <w:p>
      <w:r>
        <w:t>4. Как Божье имя может вам помочь?</w:t>
      </w:r>
    </w:p>
    <w:p>
      <w:r>
        <w:t>5. Вы когда-нибудь призывали Божье имя для помощи?</w:t>
      </w:r>
    </w:p>
    <w:p>
      <w:r>
        <w:t>6. Что вы будете делать, если кто-то будет просить вашей помощи, обращаясь к вам по имени?</w:t>
      </w:r>
    </w:p>
    <w:p>
      <w:r>
        <w:t>7. Как вы думаете, если Божьи дети станут у Бога просить по имени то, что Он обещал, то услышит ли Он эти просьбы?</w:t>
      </w:r>
    </w:p>
    <w:p>
      <w:r>
        <w:t>8. Нравится ли Богу, когда вы полностью полагаетесь на Него и терпеливо ждёте Его заступничества?</w:t>
      </w:r>
    </w:p>
    <w:p>
      <w:r>
        <w:t>9. Как часто вы призываете в свою жизнь любовь, чтобы она спасла вас от злого духа?</w:t>
      </w:r>
    </w:p>
    <w:p>
      <w:r>
        <w:t>10. Как вы понимаете стих из Иак 4:7: «Итак покоритесь Богу; противостаньте диаволу, и убежит от вас»? Боится ли сатана вас настолько, чтобы убегать от вас?</w:t>
      </w:r>
    </w:p>
    <w:p>
      <w:r>
        <w:t>11. Важно ли иметь личные отношения с Тем, Чьё имя вы призываете для помощи? Что имеет силу в вашей молитве: имя Бога или отношения с Ним?</w:t>
      </w:r>
    </w:p>
    <w:p>
      <w:r>
        <w:t>12. Чьё имя лучше всего призывать на помощь: Отца, Сына или Святого Духа?</w:t>
      </w:r>
    </w:p>
    <w:p>
      <w:r>
        <w:t>13. Что означает имя Бога, написанное на челе? Как понять, что оно у меня написано?</w:t>
      </w:r>
    </w:p>
    <w:p>
      <w:r>
        <w:t>14. Кто пишет имя Отца на челе человека?</w:t>
      </w:r>
    </w:p>
    <w:p>
      <w:r>
        <w:t>15. Вам понятна важность присутствия Божьего имени в вашем сознании в последнее время истории земли?</w:t>
      </w:r>
    </w:p>
    <w:p>
      <w:r>
        <w:br w:type="page"/>
      </w:r>
    </w:p>
    <w:p>
      <w:pPr>
        <w:pStyle w:val="Heading1"/>
      </w:pPr>
      <w:r>
        <w:t>Урок 818. Имена Иисуса</w:t>
      </w:r>
    </w:p>
    <w:p>
      <w:r>
        <w:t>«И сказал Маной Ангелу Господню: как Тебе имя? чтобы нам прославить Тебя, когда исполнится слово Твоё. Ангел Господень сказал ему: что ты спрашиваешь об имени Моём? оно чудно» Суд 13:17-18.</w:t>
      </w:r>
    </w:p>
    <w:p>
      <w:r>
        <w:t>«Он есть камень, пренебрежённый вами зиждущими, но сделавшийся главою угла, и нет ни в ком ином спасения; ибо нет другого имени под небом, данного человекам, которым надлежало бы нам спастись» Деян 4:11-12.</w:t>
      </w:r>
    </w:p>
    <w:p>
      <w:r>
        <w:t>Каждое имя Христа открывает нам какую-то особую глубину и грань Божьего характера. Любое имя Иисуса имеет силу в духовном мире. Оно несёт в себе весть Спасения и победы над грехом, плотью и сатаной.</w:t>
      </w:r>
    </w:p>
    <w:p>
      <w:r>
        <w:t>Сколько имён у Агнца Божьего?</w:t>
      </w:r>
    </w:p>
    <w:p>
      <w:r>
        <w:t>Вот некоторые из них, которые я нашёл в Синодальном переводе:</w:t>
      </w:r>
    </w:p>
    <w:p>
      <w:r>
        <w:t>1. Агнец (Откр.5:12)</w:t>
      </w:r>
    </w:p>
    <w:p>
      <w:r>
        <w:t>2. Аминь (Откр.3:14)</w:t>
      </w:r>
    </w:p>
    <w:p>
      <w:r>
        <w:t>3. Агнец Божий (Ин.1:36)</w:t>
      </w:r>
    </w:p>
    <w:p>
      <w:r>
        <w:t>4. Альфа (Откр.22:13)</w:t>
      </w:r>
    </w:p>
    <w:p>
      <w:r>
        <w:t>5. Ангел (Деян.7:35)</w:t>
      </w:r>
    </w:p>
    <w:p>
      <w:r>
        <w:t>6. Брат (Мар.3:35)</w:t>
      </w:r>
    </w:p>
    <w:p>
      <w:r>
        <w:t>7. Бог (Ин.1:1)</w:t>
      </w:r>
    </w:p>
    <w:p>
      <w:r>
        <w:t>8. Бог Крепкий (Ис.9:6)</w:t>
      </w:r>
    </w:p>
    <w:p>
      <w:r>
        <w:t>9. Великий Первосвященник (Евр.4:14)</w:t>
      </w:r>
    </w:p>
    <w:p>
      <w:r>
        <w:t>10. Верный и Истинный (Откр.19:11)</w:t>
      </w:r>
    </w:p>
    <w:p>
      <w:r>
        <w:t>11. Верный Свидетель (Откр.1:5)</w:t>
      </w:r>
    </w:p>
    <w:p>
      <w:r>
        <w:t>12. Виноградарь (Ин.15:1)</w:t>
      </w:r>
    </w:p>
    <w:p>
      <w:r>
        <w:t>13. Восток свыше (Лук.1:78)</w:t>
      </w:r>
    </w:p>
    <w:p>
      <w:r>
        <w:t>14. Возлюбленный (Мат.12:18)</w:t>
      </w:r>
    </w:p>
    <w:p>
      <w:r>
        <w:t>15. Воскресение (Ин.11:25)</w:t>
      </w:r>
    </w:p>
    <w:p>
      <w:r>
        <w:t>16. Врач (Лук.4:23)</w:t>
      </w:r>
    </w:p>
    <w:p>
      <w:r>
        <w:t>17. Господь (Мат.24:42)</w:t>
      </w:r>
    </w:p>
    <w:p>
      <w:r>
        <w:t>18. Господи (Ин.11:3)</w:t>
      </w:r>
    </w:p>
    <w:p>
      <w:r>
        <w:t>19. Господь господствующих (Откр.19:16)</w:t>
      </w:r>
    </w:p>
    <w:p>
      <w:r>
        <w:t>20. Глава Тела, Церкви (Кол.1:18)</w:t>
      </w:r>
    </w:p>
    <w:p>
      <w:r>
        <w:t>21. Глава всего (Еф.1:22)</w:t>
      </w:r>
    </w:p>
    <w:p>
      <w:r>
        <w:t>22. Дар Божий (Ин.4:10)</w:t>
      </w:r>
    </w:p>
    <w:p>
      <w:r>
        <w:t>23. Дверь (Ин.10:9)</w:t>
      </w:r>
    </w:p>
    <w:p>
      <w:r>
        <w:t>24. Дверь овцам (Ин.10:7)</w:t>
      </w:r>
    </w:p>
    <w:p>
      <w:r>
        <w:t>25. Добрый Пастырь (Ин.10:11)</w:t>
      </w:r>
    </w:p>
    <w:p>
      <w:r>
        <w:t>26. Друг (Лук.12:4; Ин.15:14)</w:t>
      </w:r>
    </w:p>
    <w:p>
      <w:r>
        <w:t>27. Единородный Сын (1Ин.4:9)</w:t>
      </w:r>
    </w:p>
    <w:p>
      <w:r>
        <w:t>28. Единородный от Отца (Ин.1:14)</w:t>
      </w:r>
    </w:p>
    <w:p>
      <w:r>
        <w:t>29. Еммануил (Мат.1:23; Ис.7:14)</w:t>
      </w:r>
    </w:p>
    <w:p>
      <w:r>
        <w:t>30. Жизнь (Ин.11:25)</w:t>
      </w:r>
    </w:p>
    <w:p>
      <w:r>
        <w:t>31. Жених (Ин.3:29)</w:t>
      </w:r>
    </w:p>
    <w:p>
      <w:r>
        <w:t>32. Желаемый всеми народами (Агг.2:7)</w:t>
      </w:r>
    </w:p>
    <w:p>
      <w:r>
        <w:t>33. Живой (Лук.24:5)</w:t>
      </w:r>
    </w:p>
    <w:p>
      <w:r>
        <w:t>34. Звезда Светлая и Утренняя (Откр.22:16)</w:t>
      </w:r>
    </w:p>
    <w:p>
      <w:r>
        <w:t>35. Избавитель (Рим.11:26)</w:t>
      </w:r>
    </w:p>
    <w:p>
      <w:r>
        <w:t>36. Иисус (Мат.1:25)</w:t>
      </w:r>
    </w:p>
    <w:p>
      <w:r>
        <w:t>37. Иисус из Назарета (Мат.26:71)</w:t>
      </w:r>
    </w:p>
    <w:p>
      <w:r>
        <w:t>38. Иисус Христос (Мат.1:16)</w:t>
      </w:r>
    </w:p>
    <w:p>
      <w:r>
        <w:t>39. Истина (Ин.14:6)</w:t>
      </w:r>
    </w:p>
    <w:p>
      <w:r>
        <w:t>40. Избранный (Луки 9:35)</w:t>
      </w:r>
    </w:p>
    <w:p>
      <w:r>
        <w:t>41. Истинная Виноградная Лоза (Ин.15:1)</w:t>
      </w:r>
    </w:p>
    <w:p>
      <w:r>
        <w:t>42. Камень (Мар.12:10; Деян.4:11)</w:t>
      </w:r>
    </w:p>
    <w:p>
      <w:r>
        <w:t>43. Камень во главе угла (Мар.12:10)</w:t>
      </w:r>
    </w:p>
    <w:p>
      <w:r>
        <w:t>44. Князь Мира (Ис.9:6)</w:t>
      </w:r>
    </w:p>
    <w:p>
      <w:r>
        <w:t>45. Корень Давидов (Откр.5:5)</w:t>
      </w:r>
    </w:p>
    <w:p>
      <w:r>
        <w:t>46. Краеугольный Камень (Еф.2:20)</w:t>
      </w:r>
    </w:p>
    <w:p>
      <w:r>
        <w:t>47. Кроткий (Мат.11:29)</w:t>
      </w:r>
    </w:p>
    <w:p>
      <w:r>
        <w:t>48. Лев от колена Иудина: (Откр.5:5)</w:t>
      </w:r>
    </w:p>
    <w:p>
      <w:r>
        <w:t>49. Лоза (Ин.15:5)</w:t>
      </w:r>
    </w:p>
    <w:p>
      <w:r>
        <w:t>50. Мессия: (Ин.1:41)</w:t>
      </w:r>
    </w:p>
    <w:p>
      <w:r>
        <w:t>51. Мудрость Божья: (1Кор.1:24)</w:t>
      </w:r>
    </w:p>
    <w:p>
      <w:r>
        <w:t>52. Начало творения Божьего (Откр.3:14)</w:t>
      </w:r>
    </w:p>
    <w:p>
      <w:r>
        <w:t>53. Наставник (Луки 8:24)</w:t>
      </w:r>
    </w:p>
    <w:p>
      <w:r>
        <w:t>54. Начальник (Деяния 5:31)</w:t>
      </w:r>
    </w:p>
    <w:p>
      <w:r>
        <w:t>55. Начальник жизни (Деяния 3:15)</w:t>
      </w:r>
    </w:p>
    <w:p>
      <w:r>
        <w:t>56. Наследник всего (Евр.1:2)</w:t>
      </w:r>
    </w:p>
    <w:p>
      <w:r>
        <w:t>57. Начало и конец (Откр.22:13)</w:t>
      </w:r>
    </w:p>
    <w:p>
      <w:r>
        <w:t>58. Начальник и Совершитель веры (Евр.12:2)</w:t>
      </w:r>
    </w:p>
    <w:p>
      <w:r>
        <w:t>59. Образ Бога невидимого (Кол.1:15)</w:t>
      </w:r>
    </w:p>
    <w:p>
      <w:r>
        <w:t>60. Образ Ипостаси Его (Евр.1:3)</w:t>
      </w:r>
    </w:p>
    <w:p>
      <w:r>
        <w:t>61. Одно с Отцом (Ин.10:30)</w:t>
      </w:r>
    </w:p>
    <w:p>
      <w:r>
        <w:t>62. Омега (Откр.22:13)</w:t>
      </w:r>
    </w:p>
    <w:p>
      <w:r>
        <w:t>63. Отец Вечности (Ис.9:6)</w:t>
      </w:r>
    </w:p>
    <w:p>
      <w:r>
        <w:t>64. Основание (1Кор.3:11)</w:t>
      </w:r>
    </w:p>
    <w:p>
      <w:r>
        <w:t>65. Пасхальный агнец (1Кор.5:7)</w:t>
      </w:r>
    </w:p>
    <w:p>
      <w:r>
        <w:t>66. Пастыреначальник (1Пет.5:4)</w:t>
      </w:r>
    </w:p>
    <w:p>
      <w:r>
        <w:t>67. Пастырь добрый (Ин.10:11)</w:t>
      </w:r>
    </w:p>
    <w:p>
      <w:r>
        <w:t>68. Пастырь и Блюститель душ наших (1Пет.2:25)</w:t>
      </w:r>
    </w:p>
    <w:p>
      <w:r>
        <w:t>69. Первенец (Евр.1:6)</w:t>
      </w:r>
    </w:p>
    <w:p>
      <w:r>
        <w:t>70. Первенец из мёртвых (Откр.1:5)</w:t>
      </w:r>
    </w:p>
    <w:p>
      <w:r>
        <w:t>71. Первосвященник (Евр.3:1)</w:t>
      </w:r>
    </w:p>
    <w:p>
      <w:r>
        <w:t>72. Первый (Откр.1:17)</w:t>
      </w:r>
    </w:p>
    <w:p>
      <w:r>
        <w:t>73. Посланник (Евр.3:1)</w:t>
      </w:r>
    </w:p>
    <w:p>
      <w:r>
        <w:t>74. Последний (Откр.1:17)</w:t>
      </w:r>
    </w:p>
    <w:p>
      <w:r>
        <w:t>75. Последний Адам (1Кор.15:45)</w:t>
      </w:r>
    </w:p>
    <w:p>
      <w:r>
        <w:t>76. Поручитель (Евр.7:22)</w:t>
      </w:r>
    </w:p>
    <w:p>
      <w:r>
        <w:t>77. Посредник (1Тим.2:5)</w:t>
      </w:r>
    </w:p>
    <w:p>
      <w:r>
        <w:t>78. Потомок Давида (Откр.22:16)</w:t>
      </w:r>
    </w:p>
    <w:p>
      <w:r>
        <w:t>79. Праведный (Деян.3:14)</w:t>
      </w:r>
    </w:p>
    <w:p>
      <w:r>
        <w:t>80. Путь (Ин.14:6)</w:t>
      </w:r>
    </w:p>
    <w:p>
      <w:r>
        <w:t>81. Раб Мой (Ис.52:13)</w:t>
      </w:r>
    </w:p>
    <w:p>
      <w:r>
        <w:t>82. Рожденный прежде всякой твари (Кол.1:15)</w:t>
      </w:r>
    </w:p>
    <w:p>
      <w:r>
        <w:t>83. Равви (Мат.23:8)</w:t>
      </w:r>
    </w:p>
    <w:p>
      <w:r>
        <w:t>84. Раввуни (Ин.20:16)</w:t>
      </w:r>
    </w:p>
    <w:p>
      <w:r>
        <w:t>85. Рог спасения (Луки 1:69)</w:t>
      </w:r>
    </w:p>
    <w:p>
      <w:r>
        <w:t>86. Святой (Деяния 3:14)</w:t>
      </w:r>
    </w:p>
    <w:p>
      <w:r>
        <w:t>87. Святый Божий (Лук.4:34)</w:t>
      </w:r>
    </w:p>
    <w:p>
      <w:r>
        <w:t>88. Священник по чину Мелхиседека (Евр.7:21)</w:t>
      </w:r>
    </w:p>
    <w:p>
      <w:r>
        <w:t>89. Семя Авраама (Гал.3:16)</w:t>
      </w:r>
    </w:p>
    <w:p>
      <w:r>
        <w:t>90. Сила Божья (1Кор.1:24)</w:t>
      </w:r>
    </w:p>
    <w:p>
      <w:r>
        <w:t>91. Сияние Славы (Евр.1:3)</w:t>
      </w:r>
    </w:p>
    <w:p>
      <w:r>
        <w:t>92. Слово (Ин.1:1)</w:t>
      </w:r>
    </w:p>
    <w:p>
      <w:r>
        <w:t>93. Слово Божие (Откр.19:13)</w:t>
      </w:r>
    </w:p>
    <w:p>
      <w:r>
        <w:t>94. Слово жизни (1 Ин.1:1)</w:t>
      </w:r>
    </w:p>
    <w:p>
      <w:r>
        <w:t>95. Слуга (Деян.4:27)</w:t>
      </w:r>
    </w:p>
    <w:p>
      <w:r>
        <w:t>96. Солнце Правды (Мал.4:2)</w:t>
      </w:r>
    </w:p>
    <w:p>
      <w:r>
        <w:t>97. Судия (Иак.5:9)</w:t>
      </w:r>
    </w:p>
    <w:p>
      <w:r>
        <w:t>98. Судья живых и мёртвых (Деян.10:42)</w:t>
      </w:r>
    </w:p>
    <w:p>
      <w:r>
        <w:t>99. Сын (Ин.8:36)</w:t>
      </w:r>
    </w:p>
    <w:p>
      <w:r>
        <w:t>100. Сын Авраама (Мат.1:1)</w:t>
      </w:r>
    </w:p>
    <w:p>
      <w:r>
        <w:t>101. Сын Возлюбленный (Мат.3:17)</w:t>
      </w:r>
    </w:p>
    <w:p>
      <w:r>
        <w:t>102. Сын Всевышнего (Луки 1:32)</w:t>
      </w:r>
    </w:p>
    <w:p>
      <w:r>
        <w:t>103. Сын Давида (Мат.1:1)</w:t>
      </w:r>
    </w:p>
    <w:p>
      <w:r>
        <w:t>104. Сын Иосифа (Ин.1:45)</w:t>
      </w:r>
    </w:p>
    <w:p>
      <w:r>
        <w:t>105. Сын Отца (2 Ин.1:3)</w:t>
      </w:r>
    </w:p>
    <w:p>
      <w:r>
        <w:t>106. Сын Божий (Ин.10:36)</w:t>
      </w:r>
    </w:p>
    <w:p>
      <w:r>
        <w:t>107. Сын Человеческий (Мат.26:64)</w:t>
      </w:r>
    </w:p>
    <w:p>
      <w:r>
        <w:t>108. Сидящий на коне (Откр.19:19)</w:t>
      </w:r>
    </w:p>
    <w:p>
      <w:r>
        <w:t>109. Смиренный (Мат.11:29)</w:t>
      </w:r>
    </w:p>
    <w:p>
      <w:r>
        <w:t>110. Советник (Ис.9:6)</w:t>
      </w:r>
    </w:p>
    <w:p>
      <w:r>
        <w:t>111. Спаситель мира (Ин.4:42)</w:t>
      </w:r>
    </w:p>
    <w:p>
      <w:r>
        <w:t>112. Спаситель всех человеков (1 Тим.4:10)</w:t>
      </w:r>
    </w:p>
    <w:p>
      <w:r>
        <w:t>113. С Нами Бог (Мат.1:23)</w:t>
      </w:r>
    </w:p>
    <w:p>
      <w:r>
        <w:t>114. Свет миру (Ин.8:12)</w:t>
      </w:r>
    </w:p>
    <w:p>
      <w:r>
        <w:t>115. Тайна Бога (Кол.2:2)</w:t>
      </w:r>
    </w:p>
    <w:p>
      <w:r>
        <w:t>116. Учитель (Мат.23:8)</w:t>
      </w:r>
    </w:p>
    <w:p>
      <w:r>
        <w:t>117. Чудный (Ис.9:6)</w:t>
      </w:r>
    </w:p>
    <w:p>
      <w:r>
        <w:t>118. Хлеб Божий (Ин.6:33)</w:t>
      </w:r>
    </w:p>
    <w:p>
      <w:r>
        <w:t>119. Хлеб жизни (Ин.6:35)</w:t>
      </w:r>
    </w:p>
    <w:p>
      <w:r>
        <w:t>120. Хлеб с небес (Ин.6:32)</w:t>
      </w:r>
    </w:p>
    <w:p>
      <w:r>
        <w:t>121. Ходатай (1 Ин.2:1)</w:t>
      </w:r>
    </w:p>
    <w:p>
      <w:r>
        <w:t>122. Христос (Ин.1:41)</w:t>
      </w:r>
    </w:p>
    <w:p>
      <w:r>
        <w:t>123. Храм (Ин.2:19,21)</w:t>
      </w:r>
    </w:p>
    <w:p>
      <w:r>
        <w:t>124. Царь (Мат.21:5)</w:t>
      </w:r>
    </w:p>
    <w:p>
      <w:r>
        <w:t>125. Царь Израиля (Марка 15:32)</w:t>
      </w:r>
    </w:p>
    <w:p>
      <w:r>
        <w:t>126. Царь Иудейский (Мат.27:37)</w:t>
      </w:r>
    </w:p>
    <w:p>
      <w:r>
        <w:t>127. Царь царей (Откр.19:16)</w:t>
      </w:r>
    </w:p>
    <w:p>
      <w:r>
        <w:t>128. Человек (Ин.19:5; Рим.5:15; 1Тим.2:15)</w:t>
      </w:r>
    </w:p>
    <w:p>
      <w:r>
        <w:t>129. Я Есмь (Ин.8:58)</w:t>
      </w:r>
    </w:p>
    <w:p>
      <w:r>
        <w:t>130. Тот, Который Есть, Был и Грядёт (Откр.1:4)</w:t>
      </w:r>
    </w:p>
    <w:p>
      <w:r>
        <w:t>131. Владыка царей земных (Откр.1:5)</w:t>
      </w:r>
    </w:p>
    <w:p>
      <w:r>
        <w:t>132. Вседержитель (Откр.1:8)</w:t>
      </w:r>
    </w:p>
    <w:p>
      <w:r>
        <w:t>133. Живущий во веки веков (Откр.5:14)</w:t>
      </w:r>
    </w:p>
    <w:p>
      <w:r>
        <w:t>134. Михаил (Откр.12:7)</w:t>
      </w:r>
    </w:p>
    <w:p>
      <w:r>
        <w:t>135. Любовь (1Ин.4:8)</w:t>
      </w:r>
    </w:p>
    <w:p>
      <w:r>
        <w:t>136. Муж скорбей (Ис.53:3)</w:t>
      </w:r>
    </w:p>
    <w:p>
      <w:r>
        <w:t>137. Изведавший болезни (Ис.53:3)</w:t>
      </w:r>
    </w:p>
    <w:p>
      <w:r>
        <w:t>138. Светильник (Откр.21:23)</w:t>
      </w:r>
    </w:p>
    <w:p>
      <w:r>
        <w:t>139. Свет (Ин.1:9; 12:45)</w:t>
      </w:r>
    </w:p>
    <w:p>
      <w:r>
        <w:t>140. Грядущий во имя Господне (Мат.21:9; Мар.14:62)</w:t>
      </w:r>
    </w:p>
    <w:p>
      <w:r>
        <w:t>141. Праведник (Ис.53:11)</w:t>
      </w:r>
    </w:p>
    <w:p>
      <w:r>
        <w:t>142. Назорей (Мат.2:23)</w:t>
      </w:r>
    </w:p>
    <w:p>
      <w:r>
        <w:t>«И сказал ему Господь: пройди посреди города, посреди Иерусалима, и на челах людей скорбящих, воздыхающих о всех мерзостях, совершающихся среди него, сделай знак» Иез.9:4.</w:t>
      </w:r>
    </w:p>
    <w:p>
      <w:r>
        <w:t>«И видел я иного Ангела, восходящего от востока солнца и имеющего печать Бога живого. И воскликнул он громким голосом к четырём Ангелам, которым дано вредить земле и морю, говоря: не делайте вреда ни земле, ни морю, ни деревам, доколе не положим печати на челах рабов Бога нашего. И я слышал число запечатлённых: запечатлённых было сто сорок четыре тысячи из всех колен сынов Израилевых» Откр.7:2-4.</w:t>
      </w:r>
    </w:p>
    <w:p>
      <w:r>
        <w:t>«И взглянул я, и вот, Агнец стоит на горе Сионе, и с Ним сто сорок четыре тысячи, у которых имя Отца Его написано на челах» Откр.14:1.</w:t>
      </w:r>
    </w:p>
    <w:p>
      <w:r>
        <w:t>«Я и Отец — одно» Ин 10:30.</w:t>
      </w:r>
    </w:p>
    <w:p>
      <w:r>
        <w:t>Да благословит нас Господь познанием этих прекрасных имён и принятием их в своё сердце.</w:t>
      </w:r>
    </w:p>
    <w:p>
      <w:pPr>
        <w:pStyle w:val="Heading2"/>
      </w:pPr>
      <w:r>
        <w:t>Домашнее задание 818</w:t>
      </w:r>
    </w:p>
    <w:p>
      <w:r>
        <w:t>1. Прочитайте, пожалуйста, 2Фес.1:12; Пс.8:2,10; Пс.47:11; Ис.64:1-2; Деян.2:38; 3:6; Деян.14:10; 21:13; 22:16; Кол.3:17 в свете этого урока.</w:t>
      </w:r>
    </w:p>
    <w:p>
      <w:r>
        <w:t>2. Какие ещё имена Иисуса пришли вам на память?</w:t>
      </w:r>
    </w:p>
    <w:p>
      <w:r>
        <w:t>3. Что вы поняли из этого урока?</w:t>
      </w:r>
    </w:p>
    <w:p>
      <w:r>
        <w:t>4. Почему у Иисуса так много имён?</w:t>
      </w:r>
    </w:p>
    <w:p>
      <w:r>
        <w:t>5. Обратили ли вы внимание на то, что здесь ещё не все имена Иисуса? Как вы думаете, почему?</w:t>
      </w:r>
    </w:p>
    <w:p>
      <w:r>
        <w:t>6. Какие имена вам больше всего по сердцу?</w:t>
      </w:r>
    </w:p>
    <w:p>
      <w:r>
        <w:t>7. Хотели бы вы каждое из этих имён иметь в своём сердце?</w:t>
      </w:r>
    </w:p>
    <w:p>
      <w:r>
        <w:t>8. Что делать, чтобы все эти имена были записаны на вашем челе?</w:t>
      </w:r>
    </w:p>
    <w:p>
      <w:r>
        <w:t>9. Сколько имён, которых нет в списке и в Библии, косвенно указывают определённую миссию Христа? К примеру: Проповедник, Целитель и т.п.</w:t>
      </w:r>
    </w:p>
    <w:p>
      <w:r>
        <w:t>10. Назовите Иисуса новым именем, которое вы открыли для себя, имея с Ним глубокие отношения.</w:t>
      </w:r>
    </w:p>
    <w:p>
      <w:r>
        <w:t>11. Можно ли давать Господу новые имена?</w:t>
      </w:r>
    </w:p>
    <w:p>
      <w:r>
        <w:t>12. Обратили ли вы внимание, что где-то имя Иисуса дано Отцом, где-то ангелом, где-то пророками, где-то учениками, а где-то Им Самим? Что интересного вы в этом видите?</w:t>
      </w:r>
    </w:p>
    <w:p>
      <w:r>
        <w:t>13. Есть ли у вас, кроме вашего родного имени, ещё другие имена?</w:t>
      </w:r>
    </w:p>
    <w:p>
      <w:r>
        <w:t>14. Каким именем стоит называть Иисуса в личной молитве?</w:t>
      </w:r>
    </w:p>
    <w:p>
      <w:r>
        <w:t>15. Был ли этот урок вам полезен? Вы понимаете всю важность этого урока?</w:t>
      </w:r>
    </w:p>
    <w:p>
      <w:r>
        <w:br w:type="page"/>
      </w:r>
    </w:p>
    <w:p>
      <w:pPr>
        <w:pStyle w:val="Heading1"/>
      </w:pPr>
      <w:r>
        <w:t>Урок 819. Постоянство семейного счастья</w:t>
      </w:r>
    </w:p>
    <w:p>
      <w:r>
        <w:t>В каждом деле есть свои законы и особенности, которые работают в отношении любого человека. Любое предприятие содержит определённую последовательность так называемых времён года и периодов испытаний. Семья является самым интересным и наиболее сложным институтом в мире. Оно не может автоматически наделять своих членов изобилием счастья без активного участия обоих партнёров по вкладыванию своих сил, средств и жизненных ресурсов друг в друга. А если учесть тот факт, что наш мир полон всевозможных вещей, направленных на разрушение семейного счастья, то ты понимаешь, что нужно оказывать постоянное сопротивление мирскому духу и быть всегда начеку.</w:t>
      </w:r>
    </w:p>
    <w:p>
      <w:r>
        <w:t>Возьмём в качестве примера возведение уютного дома в суровом климате. В тёплое время года можно построить всё что угодно, и обоим жильцам, любящим друг друга, будет тепло и уютно в любом здании, даже если в нём нет окон и дверей. Но меняется погода, и весь уют выдувается с первыми ветрами, наступают холода, и приходится искать безопасные места в своём жилище, чтобы как-то выжить и не замёрзнуть. И очень часто в таких случаях виноватым становится самый любимый и близкий человек. Но он-то не при чём, если дом выстроен неправильно. И когда есть явные проблемы в отношениях, не стоит искать виноватого, а нужно понять, где найти решение, чтобы всё исправить.</w:t>
      </w:r>
    </w:p>
    <w:p>
      <w:r>
        <w:t>Цель и смысл строительства уютного дома состоит в том, чтобы он был комфортным для каждого со всех сторон, всегда защищая от воды и сырости, от ветров и ураганов, от холода и жары, от воров и нежеланных посетителей и от любопытных глаз. И эта защита от внешних факторов не достигается сама собой, но созидается совместными усилиями и мудрыми знаниями.</w:t>
      </w:r>
    </w:p>
    <w:p>
      <w:r>
        <w:t>Стоит учесть, что мудрость можно приобрести у Бога, деньги можно заработать или взять в кредит, детей можно родить, и они как-то вырастут, но если у вас или у вашего партнёра нет здравого смысла и трезвого взгляда на жизненные перипетии, то вряд ли вы сможете построить что-то прекрасное для двоих.</w:t>
      </w:r>
    </w:p>
    <w:p>
      <w:r>
        <w:t>Даже в самом плохом доме можно оборудовать лично для себя уютную комнату и быть в ней по-своему счастливым, но это не сделает ваш дом комфортным и безопасным. В строительстве семейного счастья необходимо сознательное участие обеих сторон и постоянный вклад этих сторон самих себя в счастье друг друга.</w:t>
      </w:r>
    </w:p>
    <w:p>
      <w:r>
        <w:t>Если я возвожу крепкие стены из добротного материала, а за мной идёт жена с большой кувалдой и испытывает прочность моих стен, то мне придётся долго мечтать о чём-то хорошем и жить в постоянных развалинах. Дом, где поселился злой дух, никогда не станет уютным и безопасным.</w:t>
      </w:r>
    </w:p>
    <w:p>
      <w:r>
        <w:t>Бог защищает Своих детей в любом доме и учит их любви, миру, окружая их Своей заботой. Когда все члены семьи в свою очередь имеют личные отношения с Небесными силами, тогда принципы Небесных отношений будут в приоритете семейной жизни.</w:t>
      </w:r>
    </w:p>
    <w:p>
      <w:r>
        <w:t>Чтобы сделать своего друга жизни счастливым, следует узнать, что делает его таковым, и начать служить ему от чистого сердца, не нарушая верность Богу. Здесь потребуется упорство, мудрость свыше и постоянство. Любовь помогает иметь все эти добрые качества и способствует непрерывному развитию добрых отношений.</w:t>
      </w:r>
    </w:p>
    <w:p>
      <w:r>
        <w:t>Наше настроение — это наши гормоны, которые живут по своим законам и выбрасываются в кровь при определённых условиях. Стоит знать и изучать свою физиологию и приводить свою жизнь в согласие с законами природы.</w:t>
      </w:r>
    </w:p>
    <w:p>
      <w:r>
        <w:t>Если в своей семье мы решим нарушать циркадные ритмы, то нам не избежать проблем со своим здоровьем.</w:t>
      </w:r>
    </w:p>
    <w:p>
      <w:r>
        <w:t>Мы состоим из того, что мы едим. Наша пища должна быть не только вкусной и красивой, но и полезной, а в последнее время — и безопасной.</w:t>
      </w:r>
    </w:p>
    <w:p>
      <w:r>
        <w:t>Восемь факторов здорового образа жизни стоит не только знать, но и принять в сердце. Если в наших отношениях есть любовь, то она покроет всё, и даже невежество в здоровье не разрушит нашу сердечную привязанность друг к другу. Но лучше быть в этой любви здоровыми и богатыми, чем бедными и больными.</w:t>
      </w:r>
    </w:p>
    <w:p>
      <w:r>
        <w:t>Хоть мы с женой и представляем собою одно целое, но всё же мы являемся отдельными личностями, которые имеют свободу, своё мировоззрение и свои собственные отношения с Богом и приоритеты в жизни. Стоит это всегда помнить и учитывать, уважая чужое мнение и выбор. Но наше желание строить общее счастье помогает нам находить точки соприкосновения и вместе идти по жизни в одном направлении.</w:t>
      </w:r>
    </w:p>
    <w:p>
      <w:r>
        <w:t>Мы решили вносить в свой дом только то, что будет способствовать нашему развитию, образованию, счастью, уюту, что не станет разрушать нашу любовь. Общение помогает нам выявить все эти моменты и совместно решать, что необходимо принять и оставить, а чему или кому не должно быть места в нашем доме.</w:t>
      </w:r>
    </w:p>
    <w:p>
      <w:r>
        <w:t>Счастье нашего дома полностью зависит от наших личных отношений со своим Спасителем и послушанием всем Божьим законам в духе любви и истины, без фанатизма и диктатуры. И самая большая опасность нашего семейного счастья состоит в том, что в нашей жизни может появиться то, что будет отвлекать наш взор от Христа и привязывать нас к этому миру. А влияние мира на всех нас постоянно, и он так и хочет хлынуть в нашу семью и наполнить нас своим мусором. Поэтому мы отчаянно сопротивляемся и устанавливаем границы, прося Бога о помощи.</w:t>
      </w:r>
    </w:p>
    <w:p>
      <w:r>
        <w:t>Мы решили не иметь в своём доме телевидение, но вот с интернетом всё совсем иначе. Это тот фактор, который мы пока не можем полностью исключить из своей жизни, но понимаем, что всё, что оттуда приходит в наш дом, должно быть под контролем разума и Святого Духа, чтобы мы не утратили связь с Небом. И здесь приходится быть начеку и постоянно бодрствовать и молиться.</w:t>
      </w:r>
    </w:p>
    <w:p>
      <w:r>
        <w:t>Наша молитвенная жизнь также способствует строительству счастья и даёт Богу власть менять в нашей жизни то, что нам не под силу. Он предупреждает нас об опасности и теребит нашу совесть, когда что-то происходит не так.</w:t>
      </w:r>
    </w:p>
    <w:p>
      <w:r>
        <w:t>Но самое большое, что даёт нам Господь, — это Свою любовь в нашу любовь друг к другу. Когда ты по заповеди Христа любишь свою жену, а она отвечает тебе взаимностью в том же духе, тогда в таких отношениях можно построить очень много прекрасных вещей и обо всём договориться.</w:t>
      </w:r>
    </w:p>
    <w:p>
      <w:r>
        <w:t>Любовь чувствует настроение друга жизни. Она знает, что ему нужно и что ему не нравится. Она постоянно покоряет новые высоты в личных отношениях и помогает погрузиться в глубину души супруга, открывая там самого себя и узнавая что-то для нас полезное. Любовь формирует в нас такие отношения, которые могут развиваться вечно и никогда не будут нас утомлять или разочаровывать. Ты не просто знаешь своего любимого друга, а чувствуешь его настроение и понимаешь его нужды, стараясь угодить ему во всём.</w:t>
      </w:r>
    </w:p>
    <w:p>
      <w:r>
        <w:t>И наша взаимная любовь исходит от Бога и даётся Им, чтобы, пройдя через наши сердца, очистить их от эгоизма, наполнить их счастьем и в виде радостной хвалы вернуться к Тому, Кем она была так щедро излита в нашу жизнь.</w:t>
      </w:r>
    </w:p>
    <w:p>
      <w:r>
        <w:t>И мы понимаем, что опыта вчерашнего дня нам недостаточно на сегодня, поэтому каждый новый день мы строим новые отношения любви, счастья и дружбы, имея и учитывая прекрасный опыт прошлых дней. Мы вкладываем себя друг в друга и в Бога, чтобы в этом союзе построить что-то прочное, уютное и вечное. И у нас это получается.</w:t>
      </w:r>
    </w:p>
    <w:p>
      <w:pPr>
        <w:pStyle w:val="Heading2"/>
      </w:pPr>
      <w:r>
        <w:t>Домашнее задание 819</w:t>
      </w:r>
    </w:p>
    <w:p>
      <w:r>
        <w:t>1. Прочитайте, пожалуйста, Мар.10:42-45; Пс.1:1-3; 90:9-12; Ин.13:34-35; 1Ин.3:11; 4:7; Кол.3:19; Еф.5:22-33; Прит.11:16; 17:17; 18:8; 24:26; Еккл.9:9 в свете этого урока.</w:t>
      </w:r>
    </w:p>
    <w:p>
      <w:r>
        <w:t>2. Какие ещё стихи из Библии пришли вам на память?</w:t>
      </w:r>
    </w:p>
    <w:p>
      <w:r>
        <w:t>3. Что вы поняли из этого урока?</w:t>
      </w:r>
    </w:p>
    <w:p>
      <w:r>
        <w:t>4. Сколько людей должно участвовать в строительстве семейного счастья?</w:t>
      </w:r>
    </w:p>
    <w:p>
      <w:r>
        <w:t>5. Как вы думаете, ваше личное счастье и ваше семейное счастье — это одно и то же?</w:t>
      </w:r>
    </w:p>
    <w:p>
      <w:r>
        <w:t>6. Может ли счастливый человек не иметь счастливую семью?</w:t>
      </w:r>
    </w:p>
    <w:p>
      <w:r>
        <w:t>7. Что такое счастливая семья?</w:t>
      </w:r>
    </w:p>
    <w:p>
      <w:r>
        <w:t>8. Стоит ли бояться создавать семью, если у вас нет примеров счастливых семей?</w:t>
      </w:r>
    </w:p>
    <w:p>
      <w:r>
        <w:t>9. В чём причина того, что во время свадьбы все молодожёны считают, что у них будет самая счастливая семья, а по прошествии времени некоторые из них не могут терпеть друг друга?</w:t>
      </w:r>
    </w:p>
    <w:p>
      <w:r>
        <w:t>10. Что делать, если я замечаю, что в нашу прекрасную семью проникает злой дух и разрушает наши отношения?</w:t>
      </w:r>
    </w:p>
    <w:p>
      <w:r>
        <w:t>11. Может ли сатана просто так войти в наши отношения и разрушить их без нашего согласия?</w:t>
      </w:r>
    </w:p>
    <w:p>
      <w:r>
        <w:t>12. Вам нравится быть в обществе тех, кого вы любите и кто любит вас? Не делает ли такое отношение вас беспомощным человеком?</w:t>
      </w:r>
    </w:p>
    <w:p>
      <w:r>
        <w:t>13. В чём преимущество любви перед другим духом?</w:t>
      </w:r>
    </w:p>
    <w:p>
      <w:r>
        <w:t>14. Как вы думаете, будут ли 144.000 иметь любовь к своим домашним, даже если те будут окажутся иного духа?</w:t>
      </w:r>
    </w:p>
    <w:p>
      <w:r>
        <w:t>15. Счастье — это случайность или закономерность?</w:t>
      </w:r>
    </w:p>
    <w:p>
      <w:r>
        <w:br w:type="page"/>
      </w:r>
    </w:p>
    <w:p>
      <w:pPr>
        <w:pStyle w:val="Heading1"/>
      </w:pPr>
      <w:r>
        <w:t>Урок 820. Уважение свободы выбора в семье</w:t>
      </w:r>
    </w:p>
    <w:p>
      <w:r>
        <w:t>Очень часто мы говорим о том, что любовь — это уважение свободы выбора человека, что и в семье должен присутствовать подобный дух, что это одна из важных составляющих нормальных взаимоотношений. А как это должно проявляться в моей жизни и в моей семье? Для кого-то этот вопрос так и остаётся неотвеченным, хотя разум соглашается с подобным порядком вещей.</w:t>
      </w:r>
    </w:p>
    <w:p>
      <w:r>
        <w:t>Свобода выбора в семье подразумевает, что муж и жена имеют возможность выражать свои предпочтения, мнения и принимать решения в рамках семейных отношений. Это включает в себя уважение к индивидуальности каждого члена семьи, обсуждение и выработку совместных решений, а также принятие чужих границ и прав. Свобода выбора способствует здоровым и гармоничным взаимоотношениям в семье. Хоть муж и жена являются самыми родными и близкими друг другу людьми на всей планете, но при этом они сохраняют свою индивидуальность и могут иметь своё мировоззрение и жизненные ценности.</w:t>
      </w:r>
    </w:p>
    <w:p>
      <w:r>
        <w:t>Свобода выбора также подразумевает возможность выражать свои чувства и эмоции, делиться своими потребностями и желаниями без страха осуждения или подавления со стороны других членов семьи. Это создаёт атмосферу доверия, поддержки и взаимопонимания, что важно для здоровых семейных отношений.</w:t>
      </w:r>
    </w:p>
    <w:p>
      <w:r>
        <w:t>Лучше всего уважение свободы выбора можно наблюдать в отношениях между Богом и человеком. Бог является бесспорным Авторитетом и Владыкой всего. Он есть Главный Законодатель Вселенной. Все существующие законы природы и морали основаны Им и поддерживаются Его Духом независимо от нашей веры и послушания. Но при этом Господь даёт нам свободу самоопределения, не вмешиваясь в наш выбор жизненного пути, если мы Его об этом не просим.</w:t>
      </w:r>
    </w:p>
    <w:p>
      <w:r>
        <w:t>Первые люди были сотворены совершенными и развитыми во всех отношениях. Божий закон был вписан в их сердца, и, когда они стали нарушать Божьи повеления, руководствуясь своим выбором, никто им в этом не препятствовал. Было бы достаточно одного маленького предостережения, когда жена вступила в диалог со змеем, но никто не стал нарушать свободу выбора беседующих. Когда же первая женщина понесла запрещённые плоды мужу, и он их ел, никто им не препятствовал в этом деле, хотя вся Вселенная наблюдала за тем, как поступят первые люди. Бог знал, чем обернётся их непослушание, и чего оно будет стоить Творцу, но не вмешивался в этот неверный выбор.</w:t>
      </w:r>
    </w:p>
    <w:p>
      <w:r>
        <w:t>Стоит заметить, что уважение свободы выбора сделало путь к дереву познания добра и зла свободным, а нарушение Божьего запрета лишило людей свободного доступа к древу жизни. Человек не мог более свободно питаться от источника благословения, так как этот путь охранялся ангелом с огненным мечом.</w:t>
      </w:r>
    </w:p>
    <w:p>
      <w:r>
        <w:t>Уважение свободы выбора в семье допускает и то, что супруги могут предпочесть плохую модель отношений, что разрушит их счастье, сделает их жизнь тяжёлой и невыносимой и лишит их сердца мира. Но диктатура добра также не принесёт счастья в дом, хотя сможет поддерживать в нём дисциплину и порядок.</w:t>
      </w:r>
    </w:p>
    <w:p>
      <w:r>
        <w:t>Истинная свобода в семейных отношениях есть там, где царствует Божий Дух. Без понимания плана Спасения и законов любви во взаимоотношениях эгоистичный человек не может жить в согласии и гармонии с Богом и с ближними. Культура общества способна сформировать какие-то добрые качества в душе и защищать её от растления, но в личных отношениях нужно иметь особую чувствительность к нуждам другого, чего в эгоистичном сердце изначально не может быть.</w:t>
      </w:r>
    </w:p>
    <w:p>
      <w:r>
        <w:t>Только истинная любовь способна дать истинную свободу выбора членам своей семьи. Любовь создаёт самую благоприятную атмосферу для общения и принятия решений. Нет страха перед осуждением со стороны любящего друга жизни, нет опасения перед нападением или причинением боли. И подобная атмосфера способствует нормальному функционированию всех органов души и тела. Когда человек чувствует себя в безопасности, тогда он обретает мир и может свободно решать многие вопросы и задачи, не боясь ничего.</w:t>
      </w:r>
    </w:p>
    <w:p>
      <w:r>
        <w:t>В идеальной семье с правильным духом стоит ожидать правильных отношений. Но мы живём в мире, где царит зло, и где наша миссия заключается в том, чтобы искать новых кандидатов на спасение и, найдя их, привлекать их души ко Христу и учить послушанию истине.</w:t>
      </w:r>
    </w:p>
    <w:p>
      <w:r>
        <w:t>В результате многие семейные мужчины и женщины принимают решение следовать за Христом и заключить с Ним завет через принятие водного крещения, а их вторые половинки предпочитают жить по-старому и ничего не менять в своей жизни. Получается, что в одном доме начинают жить два духа, которые находятся в постоянном противоборстве друг с другом. Для Бога — это стандартная ситуация, в которой Он берёт под особую защиту всю семью ради одного Своего дитяти и благословляет по молитвам верующего человека весь дом, уча при этом Своего сына или дочь уважать свободу выбора своих неверующих членов семьи, дорожа одновременно своей свободой от власти греха, которую они получают по вере в Иисуса.</w:t>
      </w:r>
    </w:p>
    <w:p>
      <w:r>
        <w:t>Очень часто верующим людям приходится бороться, отстаивая свои права на свободу в семье и на соблюдение Божьих заповедей, но Господь запрещает навязывать другим Свои принципы против воли человека.</w:t>
      </w:r>
    </w:p>
    <w:p>
      <w:r>
        <w:t>Например, мне открылось, что есть нечистую пищу, — это грех и мерзость. И я решил спасти от этого греха свою жену, которая так не считает. Я выкинул все её нечистые запасы из холодильника и сказал, что этому больше не будет места в нашем доме. И потом взял под строгий контроль все финансы и закупки еды. Я ничего не объяснил этому человеку, не спросил её мнения, не поинтересовался её пониманием этого вопроса и не предложил разобраться и, учитывая мои новые вкусы, найти какое-то общее решение. Моя святая диктатура просто не даёт шансов на свободу выбора. Бог не одобряет такой подход, хотя мне это может показаться правильным решением.</w:t>
      </w:r>
    </w:p>
    <w:p>
      <w:r>
        <w:t>Божий путь по завоеванию сердец очень долгий и деликатный. Где-то предупреждение о последствии греха может быть суровым, прямым и отрезвляющим, но потом начинается продолжительный процесс обучения, при котором любовь учитывает способности человека и не заставляет его жить по букве закона, но старается вписать дух Божьего закона в сердце, чтобы человек понимал, почему так жить лучше, и сам выбирал лучший путь.</w:t>
      </w:r>
    </w:p>
    <w:p>
      <w:r>
        <w:t>Свобода в любви также включает в себя возможность каждого члена семьи развиваться как личность, принимая решения, которые соответствуют их собственным целям, интересам и потребностям. Это означает поддержку и поощрение самореализации и самовыражения каждого члена семьи, а также создание условий для раскрытия потенциала и достижения личных целей и мечтаний.</w:t>
      </w:r>
    </w:p>
    <w:p>
      <w:r>
        <w:t>Я уважаю того, кого люблю, и всегда считаюсь с его мнением, потому что понимаю, что этот человек может иначе видеть жизнь, не как я, и, возможно, это изменит и моё мировоззрение. Мы все влияем друг на друга, а любовь в этом влиянии способна приводить нас к единству и к одинаковому мышлению, но независимо друг от друга.</w:t>
      </w:r>
    </w:p>
    <w:p>
      <w:r>
        <w:t>Любовь чувствует границы даже в самых близких отношениях и не нарушает их. Она уважает чужую точку зрения и показывает преимущества новых взглядов, если они не идут вразрез с Божьими.</w:t>
      </w:r>
    </w:p>
    <w:p>
      <w:pPr>
        <w:pStyle w:val="Heading2"/>
      </w:pPr>
      <w:r>
        <w:t>Домашнее задание 820</w:t>
      </w:r>
    </w:p>
    <w:p>
      <w:r>
        <w:t>1. Прочитайте, пожалуйста, 2Кор.3:17; 1Ин.4:18; Гал.5:1,13-17; 1Кор.8:9; Ин.8:32,36; Пс.70:1-3; 118:45; Ис.58:6-8; Лук.4:18-19; Иак.1:22-25; 1Ин.5:1 в свете этого урока.</w:t>
      </w:r>
    </w:p>
    <w:p>
      <w:r>
        <w:t>2. Какие ещё стихи из Библии пришли вам на память?</w:t>
      </w:r>
    </w:p>
    <w:p>
      <w:r>
        <w:t>3. Что вы поняли из этого урока?</w:t>
      </w:r>
    </w:p>
    <w:p>
      <w:r>
        <w:t>4. Что такое свобода?</w:t>
      </w:r>
    </w:p>
    <w:p>
      <w:r>
        <w:t>5. Что такое свобода выбора в семье?</w:t>
      </w:r>
    </w:p>
    <w:p>
      <w:r>
        <w:t>6. Может ли человек быть свободным без Христа?</w:t>
      </w:r>
    </w:p>
    <w:p>
      <w:r>
        <w:t>7. Могут ли верующие муж и жена быть несвободными? В чём может проявляться эта несвобода?</w:t>
      </w:r>
    </w:p>
    <w:p>
      <w:r>
        <w:t>8. Любовь и свобода выбора — это что-то общее?</w:t>
      </w:r>
    </w:p>
    <w:p>
      <w:r>
        <w:t>9. Как вы в свете нашего урока понимаете стих из 1Кор 7:29: «Я вам сказываю, братия: время уже коротко, так что имеющие жен должны быть, как не имеющие»?</w:t>
      </w:r>
    </w:p>
    <w:p>
      <w:r>
        <w:t>10. Если я уважаю чужую свободу, то стоит ли мне расчитывать на то, что и мою свободу выбора будут уважать?</w:t>
      </w:r>
    </w:p>
    <w:p>
      <w:r>
        <w:t>11. Есть ли в предоставлении свободы выбора риск того, что будет выбран неправильный путь?</w:t>
      </w:r>
    </w:p>
    <w:p>
      <w:r>
        <w:t>12. Стоит ли заставлять другого делать то, что вы считаете добрым и правильным?</w:t>
      </w:r>
    </w:p>
    <w:p>
      <w:r>
        <w:t>13. Является ли обида противником всякой свободы?</w:t>
      </w:r>
    </w:p>
    <w:p>
      <w:r>
        <w:t>14. Как определить, есть ли в нашей семье у всех свобода выбора?</w:t>
      </w:r>
    </w:p>
    <w:p>
      <w:r>
        <w:t>15. Что делать, если мы не знаем, что такое свобода выбора, и привыкли жить под диктатурой мнения друг друга?</w:t>
      </w:r>
    </w:p>
    <w:p>
      <w:r>
        <w:t>16. Как освободиться зависимому от чужого мнения человеку?</w:t>
      </w:r>
    </w:p>
    <w:p>
      <w:r>
        <w:br w:type="page"/>
      </w:r>
    </w:p>
    <w:p>
      <w:pPr>
        <w:pStyle w:val="Heading1"/>
      </w:pPr>
      <w:r>
        <w:t>Урок 821. Свобода выбора в моей семье</w:t>
      </w:r>
    </w:p>
    <w:p>
      <w:r>
        <w:t>Свобода выбора в моей семье берёт своё начало задолго до заключения брака. Только воистину свободный человек может дать настоящую свободу другому человеку. И всегда стоит понимать, что моя свобода — это не вседозволенность, позволяющая делать грех, а свободный выбор пути, на котором я смогу проявлять свою любовь и послушание в рамках Божьего закона.</w:t>
      </w:r>
    </w:p>
    <w:p>
      <w:r>
        <w:t>Враг души предлагает свою так называемую свободу, которая является ничем иным, как жизнью во грехе, который не освобождает, а делает мою волю зависимой от власти беззакония. По причине же умножения беззакония во мне охладевает любовь, и её место занимает плотская природа и страх.</w:t>
      </w:r>
    </w:p>
    <w:p>
      <w:r>
        <w:t>Решив посвятить свою жизнь Христу и избирая Его мужем своей воли, я позволяю Божьей любви учить меня Небесным принципам и изгнать из моего сердца всякий страх. По вере в Иисуса я получаю полную свободу от власти греха, находясь в абсолютной зависимости от Бога и Его силы во мне. Благодаря этому я умело противостою духу сатаны, соблазнам этого мира и своей плотской натуре, которые стараются ввергнуть меня в рабство греха, лишив права на Вечность.</w:t>
      </w:r>
    </w:p>
    <w:p>
      <w:r>
        <w:t>Я не понаслышке знаю, какой грех изнутри, и как он влечёт к себе, обещая массу вожделенных удовольствий. Однако любовь Христа освободила меня от этой сатанинской власти и подарила истинную свободу.</w:t>
      </w:r>
    </w:p>
    <w:p>
      <w:r>
        <w:t>Наблюдая за тем, с каким уважением Господь относится к моему решению и позволяет мне избирать любой путь, советуя при этом — лучший, я учусь тому, как и мне стоит относиться к другим людям, уважая их мнение.</w:t>
      </w:r>
    </w:p>
    <w:p>
      <w:r>
        <w:t>Выбирая спутницу жизни, я руководствовался не прямым указанием свыше о том, какую помощницу мне избрать, а прислушивался к своему сердцу, к здравому смыслу, изучая при этом советы мудрых людей и Духа пророчества и не забывая молиться.</w:t>
      </w:r>
    </w:p>
    <w:p>
      <w:r>
        <w:t>И когда в моей жизни появилась та самая интересная личность, которая особым образом завоевала моё сердце, я не стал лишать её свободы выбора, но высказал своё мнение о симпатии к ней и желании стать её другом, дав ей возможность самой решить, как ей поступить в этом случае. Я не знаю сердца и мыслей своей избранницы. Мне неизвестно её прошлое, её вкусы и взгляды на жизнь. И если вначале я полюбил внешность, то в процессе близкого знакомства я открываю для себя и внутренний мир этой души, которая представляет собой полную противоположность мне и моим взглядам. Но это меня не отталкивает, а, наоборот, привлекает.</w:t>
      </w:r>
    </w:p>
    <w:p>
      <w:r>
        <w:t>В дружбе и общении с той, которая пожелала стать моим новым другом, мы свободны решать, стоит ли нам развивать отношения для создания семьи, остановиться и остаться друзьями или разойтись, как в море корабли.</w:t>
      </w:r>
    </w:p>
    <w:p>
      <w:r>
        <w:t>Выбирая друга, мы позволяем ему или ей глубже окунуться в наши сердца и открыть для себя те спрятанные таланты, которые ждут своего первого исследователя, имеющего неподдельный интерес к неопознанному источнику души, того друга, который не побоится вывести на свет скрытые таланты и сокровища сердца, чтобы обогатить нас обоих.</w:t>
      </w:r>
    </w:p>
    <w:p>
      <w:r>
        <w:t>В результате мы настолько хорошо узнаём друг друга, что понимаем — без свадьбы не обойтись. Но даже стоя перед алтарём, мы слышим вопрос пастора, который решился нас обвенчать, о том, согласны ли мы взять друг друга в спутники жизни. И мы имеем свободу сказать «да» или ответить отказом.</w:t>
      </w:r>
    </w:p>
    <w:p>
      <w:r>
        <w:t>Новая семья налагает на нас определённые обязательства, которые мы должны выполнять друг перед другом, будучи свободными в выборе времени и возможности, как это делать. Моя свобода выбора не снимает с меня ответственности заботиться о своей супруге и выполнять то, что от меня ожидается. Выбирая Божью дочь себе в жёны, я дал обещание её Небесному Отцу, что буду любить её в любых жизненных ситуациях и заботиться о ней при всяких условиях жизни и настроении. Я свободен избрать и другой путь — путь самоугождения и эгоизма, но это путь смерти, а я предпочитаю путь любви, счастья и дружбы.</w:t>
      </w:r>
    </w:p>
    <w:p>
      <w:r>
        <w:t>Конечно, наша семейная жизнь начинается с интимных отношений, о которых не принято рассказывать другим. Однако скажу вам, что даже в этом мы уважаем свободу и настроение друг друга и всегда интересуемся тем, можно ли их развивать, чтобы получить желаемое. Здесь приходится руководствоваться не только спонтанными чувствами, но и принципами чистоты и святости.</w:t>
      </w:r>
    </w:p>
    <w:p>
      <w:r>
        <w:t>В питании по отношению к некоторым продуктам мы имеем разные вкусы и привычки, которые не меняются за один день, и иногда приходится жертвовать своими желаниями, чтобы съесть то, что не совсем по душе, делая вид, что понравилось. Но со временем мы привыкаем к нашей общей кухне и выявляем те продукты и рецепты, которые укрепляют и питают наши тела и нравятся нам обоим.</w:t>
      </w:r>
    </w:p>
    <w:p>
      <w:r>
        <w:t>Но даже в подобном единстве, если я что-то начинаю готовить для семьи, то вначале интересуюсь, будет ли жена это есть, или мне делать это только для одного. Также и супруга постоянно спрашивает о том, что я хотел бы иметь на обед.</w:t>
      </w:r>
    </w:p>
    <w:p>
      <w:r>
        <w:t>Когда кто-то из нас решает взять время поста и молитвы, чтобы обсудить свои вопросы с Богом, тогда мы даём друг другу на это право и не тревожим один другого.</w:t>
      </w:r>
    </w:p>
    <w:p>
      <w:r>
        <w:t>В союзе с лучшим и любимым человеком у меня всегда есть много разных задач и забот, которые я предпочитаю решать только с Иисусом, возлагая на Него многие вещи, которые мне не по силам.</w:t>
      </w:r>
    </w:p>
    <w:p>
      <w:r>
        <w:t>В познании истины мы договорились изучать одинаковые труды, чтобы потом вместе обсуждать услышанное или прочитанное, но это не обязывает нас поступать только так, и каждый может познавать то, что ему нужно в данное время.</w:t>
      </w:r>
    </w:p>
    <w:p>
      <w:r>
        <w:t>В нашей семье одна вера. Мы члены одной церкви и верим в одного Бога. Но если моя жена решит изменить свои убеждения и что-то переосмыслить в этих вопросах, то она имеет на это полную свободу, хотя не лишит меня права молиться за неё и предлагать ей лучший путь.</w:t>
      </w:r>
    </w:p>
    <w:p>
      <w:r>
        <w:t>Мы вместе изучаем законы здоровья, но не бьём ими свою половинку, а позволяем каждому лично избрать тот стиль жизни, который приемлем для другого, и затем подстраиваемся друг под друга. Если мне нравится прогулка на лыжах, а моя супруга любит ходить пешком, то я вправе найти себе таких же любителей лыж и иногда вместе с ними проводить своё время. А если моя жена решит прийти на курсы кройки и шитья или организовать клуб по своим интересам, в который меня не тянет, то я не против того, чтобы она этим занялась.</w:t>
      </w:r>
    </w:p>
    <w:p>
      <w:r>
        <w:t>Моя трудовая деятельность на стройке не является желанной профессией для моей возлюбленной, но она не против того, чтобы я так зарабатывал на жизнь, но всегда просит меня быть осторожным и молится за мою безопасность.</w:t>
      </w:r>
    </w:p>
    <w:p>
      <w:r>
        <w:t>Когда у нас возникают какие-то разногласия по разным вопросам, мы не ссоримся, а предоставляем друг другу право остаться при своём мнении или стараемся выяснить и найти лучшее решение.</w:t>
      </w:r>
    </w:p>
    <w:p>
      <w:r>
        <w:t>В выборе наших друзей мы также имеем свободу, наблюдая за тем, чтобы эта дружба не разрушала нашу семью. Мне не всегда интересно быть в компании подруг моей жены и слушать их обсуждение приготовления новых блюд, поэтому я вправе найти себе занятие в гараже или придумать что-то приносящее пользу.</w:t>
      </w:r>
    </w:p>
    <w:p>
      <w:r>
        <w:t>Вся наша свобода и уважение свободы выбора другого основывается на нашей взаимной любви друг к другу и к Богу, которая сделала нас свободными и любящими супругами.</w:t>
      </w:r>
    </w:p>
    <w:p>
      <w:pPr>
        <w:pStyle w:val="Heading2"/>
      </w:pPr>
      <w:r>
        <w:t>Домашнее задание 821</w:t>
      </w:r>
    </w:p>
    <w:p>
      <w:r>
        <w:t>1. Прочитайте, пожалуйста, 1Пет.3:7; Быт.2:16-17; Ис.30:20-21; Откр.3:18; Гал.5:1,13-14; 2Кор.3:17; 1Цар.12:22-23; Иер.6:16; Прит.16:29; Ин.8:31-36; 14:6; 1Кор.7:23; Мат.24:12; Рим.7:2 в свете этого урока.</w:t>
      </w:r>
    </w:p>
    <w:p>
      <w:r>
        <w:t>2. Какие ещё стихи из Библии пришли вам на память?</w:t>
      </w:r>
    </w:p>
    <w:p>
      <w:r>
        <w:t>3. Что вы поняли из этого урока?</w:t>
      </w:r>
    </w:p>
    <w:p>
      <w:r>
        <w:t>4. В чём отличие истинной свободы от вседозволенности?</w:t>
      </w:r>
    </w:p>
    <w:p>
      <w:r>
        <w:t>5. Освобождает ли свобода семейных людей от их семейных обязанностей?</w:t>
      </w:r>
    </w:p>
    <w:p>
      <w:r>
        <w:t>6. Даёт ли мне моя свобода во Христе право на жизнь во грехе?</w:t>
      </w:r>
    </w:p>
    <w:p>
      <w:r>
        <w:t>7. Является ли то господство над женой, о котором говорится в Быт.3:16, добровольным рабством, в которое себя отдаёт женщина?</w:t>
      </w:r>
    </w:p>
    <w:p>
      <w:r>
        <w:t>8. Может ли отсутствие любви в семье сделать этих людей свободными?</w:t>
      </w:r>
    </w:p>
    <w:p>
      <w:r>
        <w:t>9. Каким образом любовь освобождает разум, и какую свободу она даёт другим?</w:t>
      </w:r>
    </w:p>
    <w:p>
      <w:r>
        <w:t>10. Свободны ли вы в выборе оставить любящего вас человека или жить с ним дальше?</w:t>
      </w:r>
    </w:p>
    <w:p>
      <w:r>
        <w:t>11. Почему любящих людей больше ненавидят и «кусают», чем властных и диктаторов?</w:t>
      </w:r>
    </w:p>
    <w:p>
      <w:r>
        <w:t>12. Видите ли вы сходство любви Иисуса к вам с тем, как муж должен относиться к жене?</w:t>
      </w:r>
    </w:p>
    <w:p>
      <w:r>
        <w:t>13. Как вы думаете, придёт ли любовь и свобода сама в вашу семью, если вы это только решите иметь, но не будете прилагать усилий, чтобы в этом расти и утверждаться?</w:t>
      </w:r>
    </w:p>
    <w:p>
      <w:r>
        <w:t>14. Какое преимущество даёт свобода в семейных отношениях?</w:t>
      </w:r>
    </w:p>
    <w:p>
      <w:r>
        <w:t>15. Вы свободны в своей семье? Если да, то от чего?</w:t>
      </w:r>
    </w:p>
    <w:p>
      <w:r>
        <w:br w:type="page"/>
      </w:r>
    </w:p>
    <w:p>
      <w:pPr>
        <w:pStyle w:val="Heading1"/>
      </w:pPr>
      <w:r>
        <w:t>Урок 822. Немощный сосуд</w:t>
      </w:r>
    </w:p>
    <w:p>
      <w:r>
        <w:t>У меня в доме есть много всякой посуды. Есть одноразовые тарелки и стаканчики, которые я могу использовать для разных нужд, а затем выбросить их, даже не помыв.</w:t>
      </w:r>
    </w:p>
    <w:p>
      <w:r>
        <w:t>Также у меня имеется повседневная посуда, которую я могу использовать без страха что-то разбить. Эти тарелки настолько крепкие, что я не задумываюсь о том, насколько осторожным надо с ними быть. Если они падают и бьются, то я с лёгкостью меняю их на другие, радуясь тому, что могу, наконец-то, законно обновить свою посуду.</w:t>
      </w:r>
    </w:p>
    <w:p>
      <w:r>
        <w:t>В моём навесном шкафу хранится также фарфоровый сервиз белого цвета с золотым орнаментом. Я обычно пользуюсь им лишь тогда, когда приходят гости, и их надо покормить и как-то особо порадовать. Я аккуратно достаю эту посуду, выставляю её на стол, а затем так же аккуратно собираю и тщательно мою, чтобы вновь убрать её в шкаф и любоваться ею до следующего визита гостей. А если гости не приходят, то этот сервиз стоит в неприкосновенности до лучших времён и своим видом даёт мне понять, что он есть. Я привык к его присутствию и порою даже не замечаю его, а любуюсь им лишь тогда, когда появляется необходимость им воспользоваться.</w:t>
      </w:r>
    </w:p>
    <w:p>
      <w:r>
        <w:t>Но самое ценное, что у меня есть из посуды, — это чайный сервиз из костяного фарфора — чашка и блюдце с красивым рисунком. Я получил его в подарок от самого лучшего друга. Он настолько тонкий и изящный, что когда его берёшь в руки и смотришь сквозь него на свет, то он весь светится чистотой. Этот сервиз стоит в серванте на самом почётном месте и непрестанно радует мой глаз. Я всегда с особой нежностью достаю этот сервиз, чтобы попить из него вкусные напитки, и проявляю удивительную осторожность, чтобы случайно что-то не разбить. Любой полезный напиток в этом сосуде приобретает необычный вкус, а звук от прикосновения чашки к блюдцу подобен хрустальному колокольчику, который также радует моё ухо. И само осознание того, насколько это дорогой подарок, делает моё обращение с ним праздником и самым торжественным событием в моей трапезе. Я с особой аккуратностью его мою, протираю и ставлю на место под защиту стеклянных дверей, чтобы он был всем виден, но не пылился и находился в целости и сохранности.</w:t>
      </w:r>
    </w:p>
    <w:p>
      <w:r>
        <w:t>Когда приходят гости и просят разрешения подержать этот сервиз в руках, я не очень охотно его даю и сразу предупреждаю, чтобы они были очень осторожны. Я всегда держу свои руки наготове, чтобы предотвратить любую поломку и забрать этот сервиз из чужих рук, если ему будет угрожать какая-либо опасность. Гости обычно с пониманием относятся к моей заботе об этом сервизе, особенно когда я называю его цену и рассказываю о том, насколько он мне дорог, как радует моё сердце, и сколько приятных воспоминаний он мне приносит.</w:t>
      </w:r>
    </w:p>
    <w:p>
      <w:r>
        <w:t>Жена — это не одноразовая тарелка, которую можно использовать для любых эгоистичных целей, а потом выкинуть на свалку истории.</w:t>
      </w:r>
    </w:p>
    <w:p>
      <w:r>
        <w:t>Жена — это не повседневная посуда, которую можно бить и царапать без сожаления, а в случае необходимости менять на что-то новое и современное. Это не столовый прибор для удовлетворения ежедневных потребностей.</w:t>
      </w:r>
    </w:p>
    <w:p>
      <w:r>
        <w:t>Жена — это даже не праздничный сервиз для выставления напоказ красивых форм и орнаментов, чтобы удивить друзей экзотическими видами и редким содержанием.</w:t>
      </w:r>
    </w:p>
    <w:p>
      <w:r>
        <w:t>Жена — это хрупкий немощный сосуд, который необходимо оберегать с особой осторожностью, постоянно заботиться о его безопасности, держать подальше от любопытных глаз, защищать от грязи и пыли и получать максимум удовольствия при личном использовании, хряня этот драгоценный сервиз, как зеницу собственного ока.</w:t>
      </w:r>
    </w:p>
    <w:p>
      <w:r>
        <w:t>Моя жена преподнесена мне моим Небесным Другом как самый лучший подарок, чтобы научить меня с особой нежностью и любовью относиться к этому драгоценному сосуду, который Библия называет немощным.</w:t>
      </w:r>
    </w:p>
    <w:p>
      <w:r>
        <w:t>Почему вдохновенное слово так называет жён? Немощный — это не значит ненужный и готовый к битью сосуд. Это означает, что подобный человек нуждается в особом отношении и понимании того, насколько осторожно следует к нему относиться, как глубоко стоит изучать внутренние содержание женщины и пытаться понять её своим ограниченным разумом.</w:t>
      </w:r>
    </w:p>
    <w:p>
      <w:r>
        <w:t>Не каждому мужчине дано понять женщину, но каждый мудрый человек может начать изучать это Божье творение и увидеть, насколько совершенным является это существо, которое, между прочим, создано по образцу и подобию Божьему и отражает особую грань Божьего характера, уникально раскрывая красоту Творца в сочетании в природой мужчины.</w:t>
      </w:r>
    </w:p>
    <w:p>
      <w:r>
        <w:t>Женщины более эмоциональны и восприимчивы. Они отличаются большей чувствительностью и впечатлительностью, чем мужчины, и это делает их более уязвимыми перед всевозможными душевными потрясениями.</w:t>
      </w:r>
    </w:p>
    <w:p>
      <w:r>
        <w:t>Гормональные изменения в женском организме способны очень быстро менять настроение, как в одну, так и в другую сторону, и ты не можешь предсказать, что ожидать от этого человека при разных жизненных испытаниях, особенно когда она чувствует себя любимой и свободной в выражении своих чувств и эмоций.</w:t>
      </w:r>
    </w:p>
    <w:p>
      <w:r>
        <w:t>Женщина, как правило, физически слабее мужчины и не создана для того, чтобы выполнять грубый и тяжёлый труд, но всегда нуждается в ком-то, кто бы помог и что-то сделал, что ей не под силу. И бывает так приятно ощущать себя сильным рядом с таким слабым существом и служить ему от всей души, вызывая неподдельное восхищение твоими физическими возможностями!</w:t>
      </w:r>
    </w:p>
    <w:p>
      <w:r>
        <w:t>У многих женщин во время дней очищения организм теряет полезные вещества, без которых она быстро устаёт и лишается жизнерадостности и производительности. Обстоятельства заставляют многих жён трудиться сверх сил, что окончательно их выматывает и делает более немощными. А мужчине порою не понять этих внутренних процессов, и возникает конфликт, который только всё усугубляет.</w:t>
      </w:r>
    </w:p>
    <w:p>
      <w:r>
        <w:t>Женский организм более уязвим ко всевозможным физическим, душевным и духовным нападениям извне, поэтому его стоит тщательно оберегать и, насколько это возможно, защищать от внешнего негативного воздействия.</w:t>
      </w:r>
    </w:p>
    <w:p>
      <w:r>
        <w:t>Жена — это прекрасный нежный цветок, который при правильном питании и обращении с ним радует тебя своею красотой и своим необычным благоуханием. Любой здравомыслящий садовник понимает, что нежное растение погибнет при неправильном уходе, и принимает меры, чтобы вырастить то, что ему хочется иметь. А вот в семейных отношениях мужья иногда почему-то думают, что приобрели дикороса, который сам как-то должен о себе заботиться и защищать свои интересы.</w:t>
      </w:r>
    </w:p>
    <w:p>
      <w:r>
        <w:t>Хоть в некоторых моментах женщины превосходят мужчин в развитии и интуиции, но это не делает их сильными и независимыми. Мы всё равно нужны им как защитники и те люди, за чьей спиной они могут чувствовать себя в безопасности.</w:t>
      </w:r>
    </w:p>
    <w:p>
      <w:r>
        <w:t>Жена подарена для любви, и она всегда нуждается в этом со стороны своего мужа.</w:t>
      </w:r>
    </w:p>
    <w:p>
      <w:r>
        <w:t>Читаем в 1Пет 3:7: «Также и вы, мужья, обращайтесь благоразумно с женами, как с немощнейшим сосудом, оказывая им честь, как сонаследницам благодатной жизни, дабы не было вам препятствия в молитвах». Апостол призывает меня оказывать особую честь, деликатность и осторожность в отношениях со своей супругой. И стоит обратить внимание на этот совет ученика Иисуса. А заповедь Иисуса о любви друг к другу призывает меня любить свою жену во всякое время.</w:t>
      </w:r>
    </w:p>
    <w:p>
      <w:pPr>
        <w:pStyle w:val="Heading2"/>
      </w:pPr>
      <w:r>
        <w:t>Домашнее задание 822</w:t>
      </w:r>
    </w:p>
    <w:p>
      <w:r>
        <w:t>1. Прочитайте, пожалуйста, Ис.53:4; 2Кор.12:9; Кол.3:19; Рим.12:9-10; 15:1; 1Пет.1:22; 3:1-13; Быт.2:22-24; Ам.3:3; Ин.13:34-35; 15:17; 1Кор.7:3-6,33; 11:8-12; 12:22-27; Еф.5:25-33 в свете этого урока.</w:t>
      </w:r>
    </w:p>
    <w:p>
      <w:r>
        <w:t>2. Какие ещё стихи из Библии пришли вам на память?</w:t>
      </w:r>
    </w:p>
    <w:p>
      <w:r>
        <w:t>3. Что вы поняли из этого урока?</w:t>
      </w:r>
    </w:p>
    <w:p>
      <w:r>
        <w:t>4. Как вы понимаете выражение «немощный сосуд»?</w:t>
      </w:r>
    </w:p>
    <w:p>
      <w:r>
        <w:t>5. Создал ли Господь женщину «немощным сосудом»?</w:t>
      </w:r>
    </w:p>
    <w:p>
      <w:r>
        <w:t>6. Есть ли что-то плохое в том, что мужчины в некоторых случаях сильнее женщин и более устойчивы к различным испытаниям?</w:t>
      </w:r>
    </w:p>
    <w:p>
      <w:r>
        <w:t>7. Что произойдёт в отношениях супругов, которые понимают Божий план для их счастья и осознают, кто они такие в свете Библии?</w:t>
      </w:r>
    </w:p>
    <w:p>
      <w:r>
        <w:t>8. Вы когда-нибудь ощущали себя сильным рядом с теми, кто слабее вас?</w:t>
      </w:r>
    </w:p>
    <w:p>
      <w:r>
        <w:t>9. Даётся ли мужчинам сила для того, чтобы они обижали более слабых или для каких-то других целей?</w:t>
      </w:r>
    </w:p>
    <w:p>
      <w:r>
        <w:t>10. Вам приятно осознавать, что вы — немощный сосуд, и никуда от этого теперь не деться?</w:t>
      </w:r>
    </w:p>
    <w:p>
      <w:r>
        <w:t>11. Как смотрит Небо на тех женщин, которые решают, что они главные в семье и отчаянно борются за это право, считая немощными своих мужей?</w:t>
      </w:r>
    </w:p>
    <w:p>
      <w:r>
        <w:t>12. Что ожидает Господь от «мощных мужей» в их отношении к «немощным жёнам»?</w:t>
      </w:r>
    </w:p>
    <w:p>
      <w:r>
        <w:t>13. Как вы думаете, будет ли женщина, которую любят как более слабую, оберегают, заботятся о ней, защищают от опасностей и служат ей, счастлива? Не будет ли это её унижать?</w:t>
      </w:r>
    </w:p>
    <w:p>
      <w:r>
        <w:t>14. Считает ли Господь Свою церковь «немощным сосудом»?</w:t>
      </w:r>
    </w:p>
    <w:p>
      <w:r>
        <w:t>15. Можно ли на примере любви Христа к Своей церкви увидеть, как мужья должны любить своих жён?</w:t>
      </w:r>
    </w:p>
    <w:p>
      <w:r>
        <w:br w:type="page"/>
      </w:r>
    </w:p>
    <w:p>
      <w:pPr>
        <w:pStyle w:val="Heading1"/>
      </w:pPr>
      <w:r>
        <w:t>Урок 823. Жена</w:t>
      </w:r>
    </w:p>
    <w:p>
      <w:r>
        <w:t>При творении нашего мира Господь прежде всего приготовил все условия для жизни человека, а затем создал и его самого по образу и подобию Своему, по образу Божию.</w:t>
      </w:r>
    </w:p>
    <w:p>
      <w:r>
        <w:t>Имя Адам означает «человечество», и первое повеление, которое являлось и благословением, озвученным Творцом, было следующим: «И благословил их Бог, и сказал им Бог: плодитесь и размножайтесь, и наполняйте землю, и обладайте ею, и владычествуйте над рыбами морскими, и над птицами небесными, и над всяким животным, пресмыкающимся по земле» Быт.1:28.</w:t>
      </w:r>
    </w:p>
    <w:p>
      <w:r>
        <w:t>Бог не просто сотворил человека. Он создал семью из двух людей, способных производить себе подобных. Семья — это образ и модель Небесных отношений. И сотворение первых людей стало плодом этого Небесного союза, в который был заложен особый Божий план, призванный открыть всей Вселенной красоту Божества.</w:t>
      </w:r>
    </w:p>
    <w:p>
      <w:r>
        <w:t>Хоть Адам и получил жену лишь тогда, когда стал в ней особенно нуждаться, не понимая при этом, что должно произойти, но всё же появление в этот мир женщины оказалось самым желанным событием, которое состоялось при большом изобилии.</w:t>
      </w:r>
    </w:p>
    <w:p>
      <w:r>
        <w:t>Господь навёл на мужчину сон и, взяв одно из рёбер, сотворил из него женщину, наделив её Божественными качествами души, противоположными мужским.</w:t>
      </w:r>
    </w:p>
    <w:p>
      <w:r>
        <w:t>Женщина уже в самом начале была создана для мужа. И если Адам в какой-то момент почувствовал себя одиноким и не мог сам найти выход из этого состояния, то жена была незамедлительно подарена мужу, будучи задуманной его частью, которую Господь ему и вручил. Богу пришлось разъединить человека, чтобы затем соединить его.</w:t>
      </w:r>
    </w:p>
    <w:p>
      <w:r>
        <w:t>Хоть у первых людей и не было выбора, и они были сотворены друг в друге и друг для друга, но, судя по всему, они были весьма счастливы в этом союзе и не имели ничего против него. Господь знал, что делает, и в этом наглядном примере, в союзе новых людей, в их человеческих отношениях, была сокрыта особая глубина, которая должна была явно свидетельствовать всей Вселенной о Божьей любви. Земная семья являлась удивительной тайной, которую всем небожителям на протяжении всех нескончаемых веков предстояло разгадывать.</w:t>
      </w:r>
    </w:p>
    <w:p>
      <w:r>
        <w:t>Из-за греха отношения с Творцом были разорваны, и между людьми появился разлад. Однако семья была сохранена, и её институт не упразднился. Семья и суббота — это два Божьих установления из безгрешного мира, которые не были отменены по причине грехопадения. Они были вынесены из Эдема и существуют до сих пор. Враг души больше всего нападает на эти Божьи установления и делает всё возможное, чтобы их разрушить или упразднить, но до сих пор семья и суббота существуют, и Господь желает отделить их от всего нечистого и представить миру в своей первозданной и естественной красоте.</w:t>
      </w:r>
    </w:p>
    <w:p>
      <w:r>
        <w:t>Создание счастливой семьи — это не цель каких-то воодушевлённых энтузиастов, которым нечего делать. Это Божий план для последнего времени, который успешно осуществляется людьми, начинающими его изучать и в него вникать.</w:t>
      </w:r>
    </w:p>
    <w:p>
      <w:r>
        <w:t>Враг предлагает миру ложь и усиленно рекламирует её всеми возможными способами, и люди верят этой лжи, не желая знать ничего другого. Но великая сила истины в том, что, когда ты её познаешь и принимаешь в своё сердце, уже никакая неправда не сможет поколебать тебя и разубедить в истине. Никакие аргументы не заставят человека верить лжи, когда он познал и принял истину в свой разум и сердце.</w:t>
      </w:r>
    </w:p>
    <w:p>
      <w:r>
        <w:t>Жена — это женщина, с которой мужчина состоит в официальном браке, и с кем он находится в семейных отношениях. Это партнер по жизни, с которым человек делит радости, заботы и обязанности. Супруга также может быть источником вдохновения, мотивации и поддержки для своего мужа. По задумке Бога, в основном она является тем человеком, который создаёт уютную атмосферу в доме, поддерживая эмоциональное благополучие семьи. Кроме того, жена может быть партнёром в решении повседневных проблем и достижении общих целей.</w:t>
      </w:r>
    </w:p>
    <w:p>
      <w:r>
        <w:t>Женщина обладает удивительной способностью, вложенной в неё Творцом, — вынашивать в себе плод и рожать детей. В этом она незаменима. А после рождения женщина становится матерью своим детям и связывает свою жизнь с ними до самой смерти.</w:t>
      </w:r>
    </w:p>
    <w:p>
      <w:r>
        <w:t>Мама — это самый первый и важный учитель, который передаёт своим детям все свои знания, свою культуру, свой язык. Это тот наставник, под влиянием которого формируется характер ребёнка.</w:t>
      </w:r>
    </w:p>
    <w:p>
      <w:r>
        <w:t>Жена — это друг мужу. Она хоть и поставлена ему помощницей и находится под его властью, однако является одним целым со своим семейным партнёром, имеет с ним общие права, живёт в одном доме, будучи полноправным представителем своей семьи.</w:t>
      </w:r>
    </w:p>
    <w:p>
      <w:r>
        <w:t>Жена — это целая наука, которую можно изучать всю земную жизнь, так и не открыв все заложенные в неё тайны. Никогда не наступит такой день, когда мужчина скажет, что он понял женщину и знает, что составляет её суть, и о чём она думает. И само присутствие в доме такого уникального существа делает семейные отношения интересными, познавательными и удивительно вкусными.</w:t>
      </w:r>
    </w:p>
    <w:p>
      <w:r>
        <w:t>Жена является также и источником эмоционального, духовного и физического наслаждения для своего мужа. При этом и она сама получает подобное наслаждение.</w:t>
      </w:r>
    </w:p>
    <w:p>
      <w:r>
        <w:t>Бог вложил в человеческое естество влечение мужчины и женщины друг к другу, которое, находясь под контролем разума и воли, соединяет нужных людей в подходящее время в счастливый союз. Если кто-то решает строить семейное счастье без Бога в основании, руководствуясь знаниями из голливудской культуры развлечений или своим личным пониманием, то его брак обречён на несчастье, а семья на страдания. Однако Бог силён восстановить любые развалины, если оба партнёра этого захотят и станут прилагать усилия, принимая Божий план.</w:t>
      </w:r>
    </w:p>
    <w:p>
      <w:r>
        <w:t>Враг души поставил цель дискредитировать женщину, как в глазах мужчины, так и в её собственных глазах, но так не должно быть. Жена должна знать и понимать, что она является образом и подобием Божьим, и она есть Божий представитель не только для своих детей, но и для своего мужа, ведь она — дочь Небесного Царя. Правильное понимание своего предназначения и того, кем она является в глазах Неба, помогает женщине всегда сохранять своё достоинство и быть Божьим представителем в любой ситуации и в любом месте.</w:t>
      </w:r>
    </w:p>
    <w:p>
      <w:r>
        <w:t>Сложные жизненные обстоятельства или вера в ложь врага могут разрушить в женщине её самооценку и веру в себя, но это не значит, что Бог её отверг и считает никчёмной. Божья любовь способна восстановить в любой женщине образ и подобие Творца, если не перейдена та точка невозврата из сатанинских сетей, после которой уже ничего, к сожалению, невозможно изменить.</w:t>
      </w:r>
    </w:p>
    <w:p>
      <w:r>
        <w:t>Жена создана для мужа, чтобы оказывать особое влияние на его мысли и чувства, чтобы во многих жизненных вопросах смягчить и улучшить характер мужчины, сделав его совершенным. И богобоязненной жене это под силу, потому что она сотрудничает с Небесными Силами и водима Божьим Духом.</w:t>
      </w:r>
    </w:p>
    <w:p>
      <w:r>
        <w:t>Многие не верят в семейное счастье, потому что не знают его законов и не видят наглядного примера в своём окружении. Но так не должно быть. Счастье есть, и его нужно только найти, принять и сделать своим. Оно находится в полной гармонии с Божьими принципами и восстанавливает Божий план в жизни каждого человека. И в этом должны участвовать оба супруга — мужчина и его женщина.</w:t>
      </w:r>
    </w:p>
    <w:p>
      <w:pPr>
        <w:pStyle w:val="Heading2"/>
      </w:pPr>
      <w:r>
        <w:t>Домашнее задание 823</w:t>
      </w:r>
    </w:p>
    <w:p>
      <w:r>
        <w:t>1. Прочитайте, пожалуйста, Еккл.9:9; Быт.1:26-28; 2:18,21-25; 1Кор.11:8-9; Прит.5:18-19; 11:16; 12:4; 14:1; 19:14; 31:30; 1Кор.11:8-9,12; Еф.5:33; Откр.19:7 в свете этого урока.</w:t>
      </w:r>
    </w:p>
    <w:p>
      <w:r>
        <w:t>2. Какие ещё стихи из Библии пришли вам на память?</w:t>
      </w:r>
    </w:p>
    <w:p>
      <w:r>
        <w:t>3. Что вы поняли из этого урока?</w:t>
      </w:r>
    </w:p>
    <w:p>
      <w:r>
        <w:t>4. Кто такая жена?</w:t>
      </w:r>
    </w:p>
    <w:p>
      <w:r>
        <w:t>5. Почему Бог создал женщину не из праха, а из плоти мужчины?</w:t>
      </w:r>
    </w:p>
    <w:p>
      <w:r>
        <w:t>6. Какую роль в семье выполняет женщина?</w:t>
      </w:r>
    </w:p>
    <w:p>
      <w:r>
        <w:t>7. Есть ли отличие дома, в котором нет жены, от дома, где есть женское присутствие?</w:t>
      </w:r>
    </w:p>
    <w:p>
      <w:r>
        <w:t>8. Есть ли отличие дома, в котором есть жена, от дома, в котором есть верующая и любящая Бога жена?</w:t>
      </w:r>
    </w:p>
    <w:p>
      <w:r>
        <w:t>9. Как вы понимаете отрывок из стиха из 1Кор 11:7: «… муж есть образ и слава Божия; а жена есть слава мужа»?</w:t>
      </w:r>
    </w:p>
    <w:p>
      <w:r>
        <w:t>10. Всякая ли жена является украшением дома и славой своего мужа?</w:t>
      </w:r>
    </w:p>
    <w:p>
      <w:r>
        <w:t>11. Важно ли женщине понимать, кем она является в Божьих глазах, и насколько она неповторима?</w:t>
      </w:r>
    </w:p>
    <w:p>
      <w:r>
        <w:t>12. Так здорово, что в этом мире есть женщины! Вас это радует?</w:t>
      </w:r>
    </w:p>
    <w:p>
      <w:r>
        <w:t>13. Понимает ли Бог женщину?</w:t>
      </w:r>
    </w:p>
    <w:p>
      <w:r>
        <w:t>14. Желает ли Господь видеть в женщине Своё подобие и образ?</w:t>
      </w:r>
    </w:p>
    <w:p>
      <w:r>
        <w:t>15. Что делает женщину женщиной, достойной похвалы?</w:t>
      </w:r>
    </w:p>
    <w:p>
      <w:r>
        <w:br w:type="page"/>
      </w:r>
    </w:p>
    <w:p>
      <w:pPr>
        <w:pStyle w:val="Heading1"/>
      </w:pPr>
      <w:r>
        <w:t>Урок 824. Как понять женщину?</w:t>
      </w:r>
    </w:p>
    <w:p>
      <w:r>
        <w:t>Когда задаётся вопрос о том, как понять женщину, это, как правило, вызывает у всех присутствующих улыбку. Кто-то ожидает услышать очередную шутку по этому поводу, кто-то хочет поделиться своим наблюдением, а кто-то – рассказать очередной анекдот. Причём и сами женщины порою не против узнать о себе что-то необычное. И как это уже принято, на этот вопрос даётся один и тот же ответ, который звучит: «Никак». А раз это абсолютно невозможно, то и не стоит пробовать что-то понимать.</w:t>
      </w:r>
    </w:p>
    <w:p>
      <w:r>
        <w:t>Шутки шутками, но если подобные вопросы прочно вошли в обиход и приняты обществом как аксиома, которую даже не надо доказывать, то произошло обобщение. Под него подпадают все женщины независимо от возраста, интеллекта и социального статуса. Таким образом, имеет место общественная общепринятая дискриминация, с которой вполне согласны и сами женщины. А есть и те, кто идёт дальше и выделяет из представительниц слабого пола особую группу наиболее глупых, женщин-блондинок, которых объединяет белый цвет волос. И враг души настолько искусно представляет миру женщину в искажённом свете, делая это с утончённым сарказмом, что даже верующие в Бога люди принимают подобные заявления без исследования.</w:t>
      </w:r>
    </w:p>
    <w:p>
      <w:r>
        <w:t>А когда речь заходит о женской логике, тогда это выражение у многих вызывает не только улыбку, но и смех. В результате весь этот необоснованный сарказм по умолчанию направлен на Создателя той самой женщины, и идёт неофициальное унижение творческих способностей Небесного Конструктора, Который сотворил непонятно какое существо, которое мало того что глупое, так ещё и неадекватное, которое никак нельзя понять.</w:t>
      </w:r>
    </w:p>
    <w:p>
      <w:r>
        <w:t>А так ли это на самом деле? Давайте рассмотрим этот вопрос с Библейской позиции и поймём, что и кто за этим стоит.</w:t>
      </w:r>
    </w:p>
    <w:p>
      <w:r>
        <w:t>Бог сотворил женщину полностью противоположной мужчине, чтобы в таком вот ином образе мысли и чувств стать ему помощником на житейском поприще.</w:t>
      </w:r>
    </w:p>
    <w:p>
      <w:r>
        <w:t>И эта противоположность влечёт мужчину к женщине, а женщину к мужчине, что является задумкой Творца, которую нам по причине присутствия в мире греха очень сложно понять до конца.</w:t>
      </w:r>
    </w:p>
    <w:p>
      <w:r>
        <w:t>Отношения между мужчиной и женщиной в дружеском и братском общении или в семейном союзе несёт очень много позитивных откровений для обеих сторон, которые в правильном духе и чистоте мыслей обогащают этих людей и приносят обильные благословения.</w:t>
      </w:r>
    </w:p>
    <w:p>
      <w:r>
        <w:t>Если взять процесс Божьего творчества, описанный в первой главе книги Бытие, то можно заметить, что он развивался от более простых к более сложным, и в самом конце Бог сотворил женщину по образу и подобию Своему, по образу Божьему, вложив в её естество Свои качества души и характера, чтобы в совокупности с мужскими достоинствами этот союз отображал полноту Божественной красоты и гармонии.</w:t>
      </w:r>
    </w:p>
    <w:p>
      <w:r>
        <w:t>Грех помешал Божьей задумке раскрыть особый смысл создания семейного союза, и мы не можем даже предположить, какой бы была семья в безгрешном мире, но думаю, когда грех будет полностью уничтожен, чтобы уже никогда не появляться, тогда Господь откроет всей Вселенной и истинный смысл и дух семейных отношений.</w:t>
      </w:r>
    </w:p>
    <w:p>
      <w:r>
        <w:t>Творил ли Господь что-то непонятное для мужчины? Когда я соприкасаюсь с чем-то противоположным своему мировоззрению, что выглядит совсем иначе, тогда мне хочется естественным образом с этим разобраться и почерпнуть для себя что-то новое и полезное. Понять женщину очень просто, когда ты с любовью относишься к ней и вникаешь в смысл сказанного, когда ты стараешься подстроиться под её образ мыслей и взглянуть на мир под другим ракурсом.</w:t>
      </w:r>
    </w:p>
    <w:p>
      <w:r>
        <w:t>В каждую женщину заложено желание быть красивой и привлекательной, что делает её востребованной и желанной в глазах мужчины, и это не является пороком или тем, чего не должно быть.</w:t>
      </w:r>
    </w:p>
    <w:p>
      <w:r>
        <w:t>Думаю, что одним из самых больших желаний, которое будут иметь все спасённые, когда при Втором Пришествии Христа они получат новые тела, станет желание увидеть свою новую внешность в зеркале. По реакции наших друзей мы будем понимать, что имеем прекрасный внешний вид, который будет восхищать всех ослепительно красивых людей вокруг нас, но более всего нам будет интересно самих себя увидеть и тщательно, в деталях, рассмотреть свои новые черты нетленной природы, которая будет нашей навсегда. Поэтому, когда сейчас женщина приводит себя в порядок, глядя в зеркало, это не должно считаться чем-то плохим. Она так устроена, и это нельзя у неё отнять.</w:t>
      </w:r>
    </w:p>
    <w:p>
      <w:r>
        <w:t>Женщину очень легко понять, когда ты с ней имеешь дружеское общение и внимательно её слушаешь, не пытаясь укусить или унизить. Она, видя в тебе своего друга и брата, начинает более и более открываться и объяснять то, как она что-то видит и понимает. Любовь во взаимоотношениях вносит единство мыслей и гармонию чувств, что делает любое общение желанным и приятным.</w:t>
      </w:r>
    </w:p>
    <w:p>
      <w:r>
        <w:t>То, что мы отличаемся друг от друга во многих отношениях, делает наши беседы интересными, познавательными и вкусными. Никто не сможет так возвысить мужчину и повысить его общественный статус в его глазах, как любящая его женщина, которая искренне восхищается его мужскими качествами и не стесняется об этом говорить. Сила женщины проявляется в её немощи, как и сила христианина в его полной зависимости от Бога и в признании своего бессилия перед Его силой.</w:t>
      </w:r>
    </w:p>
    <w:p>
      <w:r>
        <w:t>Мирское общество пошло дальше, придумывая оскорбительные имена тем, кто понимает свою жену, уважает и любит её, служит ей и считается с её желаниями. Этих людей всячески высмеивают и унижают. Но пусть вас это не смущает и не разочаровывает. Любить жену — это Небесная норма жизни и естественный подвиг в нормальной семье. Любить свою сестру по вере — это исполнение Божьей заповеди. Любить женщину — это возможность открыть ей любовь нашего Творца и наглядно показать ей, что она очень ценный друг, который ничуть не хуже тебя, и которого ты прекрасно понимаешь.</w:t>
      </w:r>
    </w:p>
    <w:p>
      <w:r>
        <w:t>Если мне в каких-то вопросах сложно понять женщину, то есть Святой Дух, Который способен открыть мне гораздо больше, чем видят глаза и слышат уши. Господь заинтересован в том, чтобы мы понимали друг друга, открывали для себя в этом что-то новое и искали подобного общения.</w:t>
      </w:r>
    </w:p>
    <w:p>
      <w:r>
        <w:t>Если же мирские стереотипы о женщине очень прочно утвердились в моём сознании, то Господь силён разрушить их и вложить в моё сердце Свою любовь, которая видит всё иначе, всё и всех понимает и никого не унижает.</w:t>
      </w:r>
    </w:p>
    <w:p>
      <w:r>
        <w:t>Если кому-то не понять женщину, и он об этом с сарказмом заявляет, то это говорит о его глупости, некомпетентности и гордости. А Бог гордым противится.</w:t>
      </w:r>
    </w:p>
    <w:p>
      <w:r>
        <w:t>Можно кого-то не понять, если он говорит на ином языке или лишён разума, но наше общество состоит, как правило, из адекватных людей, которые могут очень логично и основательно выражать свои мысли и чувства вслух. А если вам что-то и непонятно в поведении или словах ваших родных и близких женщин, то начните об этом молиться и учиться их понимать, и у вас обязательно получится.</w:t>
      </w:r>
    </w:p>
    <w:p>
      <w:r>
        <w:t>Вряд ли кто станет унижать подобными вопросами свою мать, а ведь она тоже женщина, которая дала вам жизнь и всегда заботилась о вас. Женщину всегда можно понять и нужно к этому стремиться, потому что Бог создал её для мужчины, чтобы ему было интересно с ней жить, дружить, общаться и удивляться обширности её ума.</w:t>
      </w:r>
    </w:p>
    <w:p>
      <w:pPr>
        <w:pStyle w:val="Heading2"/>
      </w:pPr>
      <w:r>
        <w:t>Домашнее задание 824</w:t>
      </w:r>
    </w:p>
    <w:p>
      <w:r>
        <w:t>1. Прочитайте, пожалуйста, Быт.2:22-24; 1Цар.25:3,23-35; Деян.1:14; 16:14-15; 21:5; 1Кор.7:3-4,16; 11:7-9; Пс.127:1-3; Прит.11:16; 19:14; 31:10; Мал.2:13-14; Мат.27:17-20; Лук.8:1-3; Ин.20:11-18; 1Тим.2:8-15 в свете этого урока.</w:t>
      </w:r>
    </w:p>
    <w:p>
      <w:r>
        <w:t>2. Какие ещё Библейские женщины пришли вам на память?</w:t>
      </w:r>
    </w:p>
    <w:p>
      <w:r>
        <w:t>3. Что вы поняли из этого урока?</w:t>
      </w:r>
    </w:p>
    <w:p>
      <w:r>
        <w:t>4. Кто желает унизить Божье творение-женщину и дискредитировать её?</w:t>
      </w:r>
    </w:p>
    <w:p>
      <w:r>
        <w:t>5. Понимал ли Давид Авигею, когда она пришла к нему просить милости для своего мужа? 1Цар.25.</w:t>
      </w:r>
    </w:p>
    <w:p>
      <w:r>
        <w:t>6. Понимаете ли вы труды Духа Пророчества? Вас не смущает, что их писала женщина?</w:t>
      </w:r>
    </w:p>
    <w:p>
      <w:r>
        <w:t>7. Есть ли в вашем окружении женщины, которых вы уважаете и понимаете, и слушаете?</w:t>
      </w:r>
    </w:p>
    <w:p>
      <w:r>
        <w:t>8. Как вы понимаете выражение «любовь всё понимает» в свете нашего урока?</w:t>
      </w:r>
    </w:p>
    <w:p>
      <w:r>
        <w:t>9. Будет ли любящее сердце кого-то унижать или не воспринимать всерьёз?</w:t>
      </w:r>
    </w:p>
    <w:p>
      <w:r>
        <w:t>10. Что делать женщине, которая не имеет авторитета у своего мужа и никак не может на него повлиять?</w:t>
      </w:r>
    </w:p>
    <w:p>
      <w:r>
        <w:t>11. Следит ли Господь за тем, как Его сыновья относятся к своим жёнам и к женщинам вообще?</w:t>
      </w:r>
    </w:p>
    <w:p>
      <w:r>
        <w:t>12. Стоит ли совет из 1Тим 2:12: «а учить жене не позволяю, ни властвовать над мужем, но быть в безмолвии» понимать буквально и не общаться с мужем и не открывать рот в церкви?</w:t>
      </w:r>
    </w:p>
    <w:p>
      <w:r>
        <w:t>13. Помог ли этот урок понять и увидеть что-то важное?</w:t>
      </w:r>
    </w:p>
    <w:p>
      <w:r>
        <w:t>14. Призывает ли нас Господь понимать друг друга?</w:t>
      </w:r>
    </w:p>
    <w:p>
      <w:r>
        <w:t>15. Если вам в каких-то случаях не понять женщину, то стоит ли обобщать это непонимание и применять его ко всем женщинам и случаям?</w:t>
      </w:r>
    </w:p>
    <w:p>
      <w:r>
        <w:br w:type="page"/>
      </w:r>
    </w:p>
    <w:p>
      <w:pPr>
        <w:pStyle w:val="Heading1"/>
      </w:pPr>
      <w:r>
        <w:t>Урок 825. Семейные обиды</w:t>
      </w:r>
    </w:p>
    <w:p>
      <w:r>
        <w:t>Если попытаться разобраться, почему разрушаются семейные отношения, и найти корень зла, то мы поймём, что обида одного или двух партнёров закрыла все пути к примирению и лишила желания что-либо исправить.</w:t>
      </w:r>
    </w:p>
    <w:p>
      <w:r>
        <w:t>Обида — это один из самых распространенных видов гордости, который поражает разум и закрывает Божьему Духу доступ к разбитому сердцу. Обида блокирует сознание и здравый смысл, предоставляя плотской природе власть над волей и чувствами обиженного человека.</w:t>
      </w:r>
    </w:p>
    <w:p>
      <w:r>
        <w:t>Обида может быть вызвана неправильным поведением, оскорблением или причинением боли со стороны супруга, что соответственно вызывает недобрую реакцию на подобное отношение. Эта реакция может выражаться ответной агрессией, раздражением, унынием или замкнутостью на продолжительное время. К горлу жертвы подступает комок из-за вопиющей несправедливости, и разум отказывается искать решение этой проблемы, закрывая все доступы к сердцу. И единственным выходом при таком душевном состоянии является разрыв отношений и дистанцирование от источника боли.</w:t>
      </w:r>
    </w:p>
    <w:p>
      <w:r>
        <w:t>А если супруги вынуждены спать в одной постели за отсутствием другого места для ночлега, то кровать любой ширины покажется им очень тесной. В подобных ситуациях многие решаются на то, чтобы как-то сгладить конфликт путём физической близости, давая чувствам и гормональным переживаниям затмить боль обид и отвлечься на что-то приятное. Но корень проблемы остаётся, и никуда от него не денешься. Следующий же конфликт интересов и мнений приносит ещё больше боли и недоразумений.</w:t>
      </w:r>
    </w:p>
    <w:p>
      <w:r>
        <w:t>А жить-то как-то нужно. И что делать, когда я чувствую себя жертвой вопиющей несправедливости и считаю себя абсолютно правым во взгляде на сложившуюся ситуацию? И в таком состоянии души я ищу себе союзников и единомышленников, которые поддержат меня, справедливо осудят обидчика и дадут «хороший» совет, как лучше всего отомстить за причинённый вред моей душе.</w:t>
      </w:r>
    </w:p>
    <w:p>
      <w:r>
        <w:t>Как вы думаете, можно ли с подобным духом решать насущные проблемы и делать это правильно? А многие почему-то выбирают этот путь и потом носят в себе глубокие раны, даже не догадываясь, что возможен и другой выход из любого кризиса.</w:t>
      </w:r>
    </w:p>
    <w:p>
      <w:r>
        <w:t>Во время встреч и свиданий у влюблённых людей было достаточно мудрости и сдержанности, чтобы обходить острые углы и не замечать многих вещей, но, когда подобные недоразумения случаются в семье, почему-то не хочется к ним мудро подходить.</w:t>
      </w:r>
    </w:p>
    <w:p>
      <w:r>
        <w:t>Бывает, что сдержанность или слабость характера помогают избегать конфликтных ситуаций и не реагировать сразу, а копить все обиды в сердце, считая, что они как-то оттуда сами уйдут. Но когда-то и эта чаша переполняется и происходит взрыв, который разрушает всё. А если обе стороны в семье обидчивы и считают себя правыми в любом отношении, то найти мудрое решение бывает просто невозможно.</w:t>
      </w:r>
    </w:p>
    <w:p>
      <w:r>
        <w:t>Обида может возникнуть и тогда, когда я создаю в своём разуме модель того, как человек должен вести себя и реагировать на какое-то действие. И когда он поступает иначе, это вызывает во мне протест.</w:t>
      </w:r>
    </w:p>
    <w:p>
      <w:r>
        <w:t>Время также может частично сгладить мои обиды и привлечь моё внимание к другим событиям, но оно не удалит проблему моего сердца.</w:t>
      </w:r>
    </w:p>
    <w:p>
      <w:r>
        <w:t>Есть выход и из этого болота, в которое гордость загоняет обманутую врагом человека душу. Нужно понимать, что любая обида — это грех, который убивает меня и лишает права на Вечность. Каким бы правым я себя ни считал, Бог не приветствует мою обидчивость ни в каком виде. Единственное, в чём я нуждаюсь, — это покаяние и сила свыше для победы над самим собой. Дух прощения даёт Господу власть очистить моё сердце от обиды и злобы, но это не делает меня победителем. Победа приходит лишь тогда, когда я выбираю любовь к своему противнику и именно в таком духе начинаю реагировать на его поведение и отношение ко мне.</w:t>
      </w:r>
    </w:p>
    <w:p>
      <w:r>
        <w:t>Есть и другая сторона семейной обиды — это когда моё сердце пребывает в Божьей любви и желает всем домочадцам добра и счастья, а противоположная сторона не имеет подобного духа и во всём видит меня виноватым. Получается жизнь на пороховой бочке, которая периодически взрывается, принося вред самой себе. Затем она утихает до следующего взрыва. Не каждому человеку нравится жить на минном поле, но не все имеют в этом вопросе выбор, поэтому приходится смиряться с такой судьбой и развивать в себе добрые мысли и чувства.</w:t>
      </w:r>
    </w:p>
    <w:p>
      <w:r>
        <w:t>Иисуса часто окружали люди, которые на Него обижались и демонстративно отворачивались от Него, но Господь не отвечал этим людям в том же духе. У Него было достаточно любви для любого испытания, и Он вышел Победителем из этой борьбы. Сейчас Он желает, чтобы мы имели ту же силу и тот же дух в борьбе со своим плоским «я» и правильно реагировали на соблазны извне.</w:t>
      </w:r>
    </w:p>
    <w:p>
      <w:r>
        <w:t>Если позволить Богу удалить из сердца корень обидчивости и научить мою волю прощать всех и всё, а затем наполнить меня Своею любовью, то ни о каких разводах и не будет идти речь. Подобные мысли даже не придут в голову.</w:t>
      </w:r>
    </w:p>
    <w:p>
      <w:r>
        <w:t>Не всегда я сам в себе имею способность решить все мои вопросы, связанные с эмоциональными переживаниями. Умом я понимаю, что нужно как-то иначе жить и реагировать, а сердце действует быстрее и неправильно. Потом бывает сложно что-то исправить. Поэтому обращение к специалисту в этих вопросах может стать хорошим решением многих задач.</w:t>
      </w:r>
    </w:p>
    <w:p>
      <w:r>
        <w:t>Одинокие люди обычно не обижаются за отсутствием раздражителя. Но это не значит, что они чисты от подобного духа. Однако в состоянии одиночества можно начать учиться правильным вещам и стать победителем до того, как начнётся сражение. Огонь же испытаний придёт и вскроет все мои слабости.</w:t>
      </w:r>
    </w:p>
    <w:p>
      <w:r>
        <w:t>Обида — это дохлое животное в чистом источнике. И это животное своим разложением отравляет вокруг себя всё, поэтому невозможно быть здоровым и счастливым, считая, что это мёртвое существо безопасно для меня и для тех, кого я пою этими водами. Нельзя не обращать на него внимания. И только я могу вынуть этот труп из своего источника жизни, если пойму, насколько он опасен и ядовит.</w:t>
      </w:r>
    </w:p>
    <w:p>
      <w:r>
        <w:t>Но самое печальное происходит тогда, когда я привыкаю к своей обидчивости и даже пытаюсь как-то любить в подобном состоянии духа, убеждая себя в том, что я любящий и чистый сердцем христианин. И только глазная мазь свыше поможет мне увидеть своё истинное состояние.</w:t>
      </w:r>
    </w:p>
    <w:p>
      <w:r>
        <w:t>Семья — это самый ценный институт, в котором не сможет царить счастье, если в нём живёт обида даже у одного из супругов. Любя свою обидчивую вторую половинку, я буду счастлив от того, что я люблю, но назвать свою семью счастливой при проявлении подобного духа я никогда не смогу.</w:t>
      </w:r>
    </w:p>
    <w:p>
      <w:r>
        <w:t>Счастье должны строить мы вместе, наблюдая за тем, чтобы ничто нечистое не вплеталось в гармонию наших отношений. Наша любовь друг к другу помогает нам видеть все опасности и сразу обсуждать все недоразумения, находя выход в извинении, прощении, уважении и нежной заботе о чувствах другого. Мы не даём врагу ни малейшего шанса подтолкнуть нас к обидам, потому что нам интереснее любить друг друга и уступать, чем воевать за свои права и обижаться. На любое несогласие любовь даёт правильный ответ и показывает путь превосходнейший. А чаще всего любовь просто не даёт повода для возникновения нечистого духа. Зачем давать власть тому, что разрушает и отравляет?</w:t>
      </w:r>
    </w:p>
    <w:p>
      <w:pPr>
        <w:pStyle w:val="Heading2"/>
      </w:pPr>
      <w:r>
        <w:t>Домашнее задание 825</w:t>
      </w:r>
    </w:p>
    <w:p>
      <w:r>
        <w:t>1. Прочитайте, пожалуйста, Мат.5:44; 6:14-15; 18:32-35; Рим.12:9-10; Лев.25:17; Иак.4:5-8; Быт.16:5; Иер.6:6-7; Плач.3:59; Иез.45:9; Мал.2:16; 1Кор.6:7-8; 1Пет.1:22 в свете этого урока.</w:t>
      </w:r>
    </w:p>
    <w:p>
      <w:r>
        <w:t>2. Какие ещё стихи из Библии пришли вам на память?</w:t>
      </w:r>
    </w:p>
    <w:p>
      <w:r>
        <w:t>3. Что вы поняли из этого урока?</w:t>
      </w:r>
    </w:p>
    <w:p>
      <w:r>
        <w:t>4. Что такое обида?</w:t>
      </w:r>
    </w:p>
    <w:p>
      <w:r>
        <w:t>5. Стоит ли отличать гордость от душевной или физической травмы или боли?</w:t>
      </w:r>
    </w:p>
    <w:p>
      <w:r>
        <w:t>6. О каком виде обиды идёт речь в уроке?</w:t>
      </w:r>
    </w:p>
    <w:p>
      <w:r>
        <w:t>7. Если кто-то в семье умышленно причиняет кому-то боль и обиду, то будет ли пострадавшая сторона виновна в своей обиде?</w:t>
      </w:r>
    </w:p>
    <w:p>
      <w:r>
        <w:t>8. Знаете ли вы таких людей, которые обижены на весь мир и всегда чем-то недовольны? Вам приятно находиться в их обществе?</w:t>
      </w:r>
    </w:p>
    <w:p>
      <w:r>
        <w:t>9. Какую пользу приносит обида в семейные отношения?</w:t>
      </w:r>
    </w:p>
    <w:p>
      <w:r>
        <w:t>10. Как бороться с горьким чувством несправедливости, когда моя вторая половинка не соглашается со мной и имеет своё мнение?</w:t>
      </w:r>
    </w:p>
    <w:p>
      <w:r>
        <w:t>11. Какое проклятие вносит дух обиды в семью?</w:t>
      </w:r>
    </w:p>
    <w:p>
      <w:r>
        <w:t>12. На чьей стороне Бог в семейных ссорах?</w:t>
      </w:r>
    </w:p>
    <w:p>
      <w:r>
        <w:t>13. Как любовь может решать вопросы с обидами?</w:t>
      </w:r>
    </w:p>
    <w:p>
      <w:r>
        <w:t>14. Легко ли вам любить тех, на кого вы горько обижены?</w:t>
      </w:r>
    </w:p>
    <w:p>
      <w:r>
        <w:t>15. Является ли ваша обида веской причиной для разрыва отношений?</w:t>
      </w:r>
    </w:p>
    <w:p>
      <w:r>
        <w:br w:type="page"/>
      </w:r>
    </w:p>
    <w:p>
      <w:pPr>
        <w:pStyle w:val="Heading1"/>
      </w:pPr>
      <w:r>
        <w:t>Урок 826. Наш семейный мир</w:t>
      </w:r>
    </w:p>
    <w:p>
      <w:r>
        <w:t>Моя семья — это отдельное государство, которое мы с женой создали сами и в рамках которого продолжаем совершенствовать имеющиеся законы, расширять свои границы, выявлять преступления и делать многое другое, чтобы жизнь в этой стране была безопасной, комфортной и приносила много радости нам обоим.</w:t>
      </w:r>
    </w:p>
    <w:p>
      <w:r>
        <w:t>Поначалу мы не знали, что мы строим, но мечтали о чём-то хорошем, как в кино. Однако мы осознали, что чужая модель семьи может быть интересной, но в реальности в наши размеры и ожидания она никак не вписывается.</w:t>
      </w:r>
    </w:p>
    <w:p>
      <w:r>
        <w:t>Живя с родителями в их странах, мы переняли некоторые семейные традиции и ценности и попробовали их установить и у себя, но после небольших конфликтов поняли, что нам нужно создавать свою собственную республику, которая будет устраивать нас обоих.</w:t>
      </w:r>
    </w:p>
    <w:p>
      <w:r>
        <w:t>Жизнь в церкви и наше активное участие в церковных мероприятиях также внесло в наш мир соответствующие нормы поведения и мировоззрения, которые мы решили сделать частью нашей страны. Но со временем мы осознали, что не всякое публичное поведение приемлемо в личных отношениях. Также и не всё, что мы позволяем себе делать дома, прилично выставлять напоказ.</w:t>
      </w:r>
    </w:p>
    <w:p>
      <w:r>
        <w:t>Мы не противники чего-то нового и интересного, и нам всегда хочется всё испробовать в личной сфере, выбрать из этого подходящее и потом этого держаться.</w:t>
      </w:r>
    </w:p>
    <w:p>
      <w:r>
        <w:t>Божий закон является для нашей страны основополающим критерием всех наших внутренних постановлений и традиций. Мы следим за тем, чтобы всё было в рамках Божьего одобрения и благословения. И когда эти границы существуют и соблюдаются, тогда в их пределах мы можем делать, строить, решать и планировать всё, что пожелаем.</w:t>
      </w:r>
    </w:p>
    <w:p>
      <w:r>
        <w:t>Наша страна находится не только в нашем доме, но и в наших сердцах, и мы всегда берём её с собой туда, куда идём вместе, не навязывая другим наших решений.</w:t>
      </w:r>
    </w:p>
    <w:p>
      <w:r>
        <w:t>В наших отношениях есть то, что мы никогда не выносим наружу и о чём никому не рассказываем. Например, наш внешний вид соответствует Реформе одежды, и мы никогда даже ради шутки, когда находимся совсем одни, не меняемся вещами друг с другом. Но когда мы только вдвоём, и никто нас не видит, мы позволяем себе носить очень короткую одежду или не носить её вовсе. Мы не позволим себе в таком виде появиться перед вами, но когда мы одни, нас это не смущает, а иногда и радует. Присутствие третьего лица в нашем доме сразу ставит нас в рамки приличия, и мы следим за тем, чтобы все закрытые от посторонних глаз части тела всегда оставались таковыми, даже когда мы наклоняемся или поднимаем руки вверх.</w:t>
      </w:r>
    </w:p>
    <w:p>
      <w:r>
        <w:t>Наши интимные отношения, ласки, поцелуи и тому подобное мы не выносим на всеобщее обозрение, хотя не против в этом упражняться и искать что-то новое и приятное, когда мы совсем одни. Самое большое, что мы позволяем себе на публике, — это взяться за руки или держаться крепко за поручни и друг за друга в общественном транспорте, чтобы не упасть. Также при встрече или расставании мы можем обняться и быстро поцеловать друг друга в щёки, а остальное оставить на потом, когда вокруг не будет свидетелей.</w:t>
      </w:r>
    </w:p>
    <w:p>
      <w:r>
        <w:t>Наше личное общение очень сильно отличается от того, что мы говорим в присутствии других людей. У нас есть наши интимные имена, которыми мы с радостью называем друг друга и откликаемся на них, но мы никогда не произносим их при посторонних.</w:t>
      </w:r>
    </w:p>
    <w:p>
      <w:r>
        <w:t>Были случаи, когда наши друзья случайно слышали, как мы нежно называем друг друга, а затем тоже пробовали называть нас этими словами. В их устах такие слова звучали с сарказмом или даже с насмешкой, что научило нас держать подобные вещи под контролем.</w:t>
      </w:r>
    </w:p>
    <w:p>
      <w:r>
        <w:t>Многим, что принято в нашем доме, мы делимся с людьми, которые приходят к нам в гости или долго находятся в нашей компании. И мы не знаем, всё ли можно рассказать и всем ли можно делиться. Но через пробы, ошибки, насмешки или оскорбления мы начинаем со временем понимать, куда можно впускать посторонних, а какие сферы нашей страны должны быть для них закрыты.</w:t>
      </w:r>
    </w:p>
    <w:p>
      <w:r>
        <w:t>Всё, что происходит между нами двоими, мы оставляем между собой и Богом. Только Господь посвящён во все наши тайны, и Он имеет прямой доступ ко всем нашим отношениям и решениям.</w:t>
      </w:r>
    </w:p>
    <w:p>
      <w:r>
        <w:t>Но при всей нашей закрытости мы стараемся быть очень открытыми и радушными для приёма гостей, для дружбы и для личного общения с дорогими друзьями. Бывают случаи, когда в беседе с другими людьми для того, чтобы им в чём-то помочь, приходится рассказывать о происходящем в нашей семье. Но при этом звучит просьба о том, чтобы человек не пересказывал наши тайны другим людям. Но это скорее исключение из правил, чем норма нашей жизни.</w:t>
      </w:r>
    </w:p>
    <w:p>
      <w:r>
        <w:t>Все наши конфликты мы привыкли разбирать и обсуждать вдвоём, не посвящая в них посторонних, но мы не противники помощи со стороны других людей, когда нам самим бывает сложно что-то правильно решить.</w:t>
      </w:r>
    </w:p>
    <w:p>
      <w:r>
        <w:t>Наша страна имеет христианские корни, и мы с радостью принимаем в наши законы любые поправки и новшества, которые сделают наших граждан более любящими и счастливыми.</w:t>
      </w:r>
    </w:p>
    <w:p>
      <w:r>
        <w:t>Наши семейные традиции устанавливаются с нашего взаимного согласия и потом приносят нам много удовольствия. Например, когда нам не о чем поговорить, я сажусь на диван, а моя жена на подлокотник, мы нежно обнимаемся, и каждый из нас молча думает о своём, не подглядывая в мысли другого. Мы можем так очень долго просидеть, не произнося ни слова, но мы не учим других поступать так же.</w:t>
      </w:r>
    </w:p>
    <w:p>
      <w:r>
        <w:t>Наша спальня закрыта для всех навсегда. Это особый регион, куда не вхожи даже самые близкие родственники.</w:t>
      </w:r>
    </w:p>
    <w:p>
      <w:r>
        <w:t>Мы понимаем, что такие праздничные дни как суббота обязательны для нашего дома, и мы всегда вместе отдыхаем в этот день. Но есть у нас и некоторые семейные праздники, которые не имеют Библейского основания, однако мы их всё равно празднуем друг с другом, а иногда приглашаем и гостей. Господь дал нам свободу устанавливать в нашей стране те праздники, в которых мы сможем проявлять дух любви и благодарности за прожитые годы, за полученные благословения, за годовщину свадьбы, за окончание какой-то учёбы, за излитый свет и многое другое. Мы сами решаем, как и где нам отмечать эти события, что есть и кого приглашать.</w:t>
      </w:r>
    </w:p>
    <w:p>
      <w:r>
        <w:t>Иногда к нам в гости приходят без приглашения, и мы не против безвизового режима, но это заставляет нас отменять все свои планы и очень быстро ориентироваться в сложившейся ситуации. Несмотря на это, мы решили радоваться незванным гостям и принимать их с радушием, обязательно предлагая им поесть, если он голодны. Также мы решили не нарушать наш режим питания из-за спонтанных мероприятий в нашем доме, и часто гости едят нашу пищу без нас. Но когда мы идём к кому-то на званый обед, тогда следим за тем, чтобы наши желудки были пусты к этому времени.</w:t>
      </w:r>
    </w:p>
    <w:p>
      <w:r>
        <w:t>Когда мы приходим к нашим родителям в их семьи, тогда мы, хоть и являемся самыми родными им людьми, не нарушаем их традиции и законы, а просто их любим.</w:t>
      </w:r>
    </w:p>
    <w:p>
      <w:r>
        <w:t>Наша семья — это наш мир, меня и моей супруги, и он никогда не станет вашим с вашими правилами и принципами. Хотя мы не против чему-то учиться и вносить что-то новое и полезное в свои отношения.</w:t>
      </w:r>
    </w:p>
    <w:p>
      <w:r>
        <w:t>Все наши родственники и друзья никогда не станут гражданами нашей страны, хотя могут иметь свободный доступ во многие её регионы. Мы имеем право от Господа строить то, что нам двоим подходит, и Господь уважает наши законы и благословляет нас в них.</w:t>
      </w:r>
    </w:p>
    <w:p>
      <w:pPr>
        <w:pStyle w:val="Heading2"/>
      </w:pPr>
      <w:r>
        <w:t>Домашнее задание 826</w:t>
      </w:r>
    </w:p>
    <w:p>
      <w:r>
        <w:t>1. Прочитайте, пожалуйста, Быт.2:24; 2Кор.6:14-15; Ам.3:3; Еккл.4:9-11; 5:17-19; 9:9; Гал.5:13-15; Еф.5:8-11,22,25,23; Рим.12:9-10; 1Кор.7:33-34,39; Прит.5:18-19; 19:14 в свете этого урока.</w:t>
      </w:r>
    </w:p>
    <w:p>
      <w:r>
        <w:t>2. Какие ещё стихи из Библии пришли вам на память?</w:t>
      </w:r>
    </w:p>
    <w:p>
      <w:r>
        <w:t>3. Что вы поняли из этого урока?</w:t>
      </w:r>
    </w:p>
    <w:p>
      <w:r>
        <w:t>4. Могут ли семейные люди организовать свою семью на своё усмотрение, или нужно учитывать традиции, принятые в данном месте?</w:t>
      </w:r>
    </w:p>
    <w:p>
      <w:r>
        <w:t>5. Считается ли Небо с нашим порядком в доме и нашим расписанием дня?</w:t>
      </w:r>
    </w:p>
    <w:p>
      <w:r>
        <w:t>6. Как вы думаете, муж и жена — хозяева в своей семье? Не будет ли такая иерархия вызовом для всех их друзей?</w:t>
      </w:r>
    </w:p>
    <w:p>
      <w:r>
        <w:t>7. Возможно ли такое, что если что-то приносит счастье другим семьям и объединяет их, то в вашей семье оно неуместно или наоборот?</w:t>
      </w:r>
    </w:p>
    <w:p>
      <w:r>
        <w:t>8. Будет ли отличие семейного счастья, построенного на Библейских принципах, от того, что строится на мирских традициях? Если да, то в чём, ведь и то и другое приносит счастье?</w:t>
      </w:r>
    </w:p>
    <w:p>
      <w:r>
        <w:t>9. Должны ли мои родители, родственники или друзья устанавливать правила в моей семье, если они имеют больше опыта в семейной жизни?</w:t>
      </w:r>
    </w:p>
    <w:p>
      <w:r>
        <w:t>10. Что делать, если мы станем устанавливать свои правила в своей семье, и из-за этого наши родители лишат нас материальной поддержки?</w:t>
      </w:r>
    </w:p>
    <w:p>
      <w:r>
        <w:t>11. Означает ли свобода в семье свободу от чужого мнения, правил, стандартов и ценностей?</w:t>
      </w:r>
    </w:p>
    <w:p>
      <w:r>
        <w:t>12. Не навязывают ли эти уроки вам чуждые ценности, которые рушат ваши устоявшиеся семейные отношения и понятия о семье?</w:t>
      </w:r>
    </w:p>
    <w:p>
      <w:r>
        <w:t>13. Какая пользу мы извлечём, если мы будем иметь в своей семье абсолютную свободу от чужого мнения, но не будем знать, что с этим делать?</w:t>
      </w:r>
    </w:p>
    <w:p>
      <w:r>
        <w:t>14. Подразумевает ли свобода выбора своего пути семейного счастья свободу грешить и жить, как все живут?</w:t>
      </w:r>
    </w:p>
    <w:p>
      <w:r>
        <w:t>15. Может ли быть истинное семейное счастье там, где в сердце и в отношениях нет Бога?</w:t>
      </w:r>
    </w:p>
    <w:p>
      <w:r>
        <w:br w:type="page"/>
      </w:r>
    </w:p>
    <w:p>
      <w:pPr>
        <w:pStyle w:val="Heading1"/>
      </w:pPr>
      <w:r>
        <w:t>Урок 827. Юмор в семье</w:t>
      </w:r>
    </w:p>
    <w:p>
      <w:r>
        <w:t>Чувство юмора — это вложенный в человеческое естество Божий дар, который помогает очень быстро решать многие вопросы, сглаживать «острые углы», разрушать планы лукавого, находить пути к сердцу человека, менять настроение и привносить в жизнь радость.</w:t>
      </w:r>
    </w:p>
    <w:p>
      <w:r>
        <w:t>Не стоит путать чувство юмора со смехотворством, которое осуждается Словом Божьим. Юмор — это часть человеческой природы. Чувство юмора имеет каждый, и его понимают все. Но если любой Божий дар доводить до крайности или фанатизма, то это может расцениваться как грех и быть проклятием для души.</w:t>
      </w:r>
    </w:p>
    <w:p>
      <w:r>
        <w:t>Чувство юмора — это способность видеть во всём положительные стороны, подчеркивать их и преподносить другим людям в позитивном свете. Это умение передавать сложную информацию понятным образом, используя наглядность и пособия. Это возможность подчеркивать важные детали в жизни и быту так, чтобы слушатели обратили на это внимание. Это утончённая чувствительность к настроению и восприятию собеседника, способная находить доступ к сердцу, разрушать барьеры, выделять светлые стороны жизни, вносить дружелюбные нотки и создавать атмосферу оптимизма.</w:t>
      </w:r>
    </w:p>
    <w:p>
      <w:r>
        <w:t>Мы созданы так, что нас тянет к людям, с которыми можно весело провести время, радостно пообщаться и получить заряд позитива для улучшения настроения и качества жизни. Жизнерадостные люди обладают даром влияния на гормональную систему других людей, повышая этим уровень эндорфина и серотонина, снимая стресс и напряжение.</w:t>
      </w:r>
    </w:p>
    <w:p>
      <w:r>
        <w:t>Семья — это самая лучшая площадка для развития чувства юмора, где при этом никто не боится выглядеть глупо или нелепо. Понимание того, что юмор уместен в семейных отношениях, и он должен присутствовать в нашем взаимодействии, не должно стать поводом для искусственного производства этого дара.</w:t>
      </w:r>
    </w:p>
    <w:p>
      <w:r>
        <w:t>Интернет-культура очень много способствует тому, чтобы под прикрытием юмора учить нас легкомыслию, пошлости, глупости, невежеству и смехотворству. Этот нечистый дух нравится нашей плотской природе, и если мой разум насыщен подобной информацией, то этот дух будет проявлять себя повсеместно. Есть очень тонкая грань между невинной радостью и греховным смехотворством, которую может определить только Святой Дух.</w:t>
      </w:r>
    </w:p>
    <w:p>
      <w:r>
        <w:t>В нашей семье приветствуется жизнерадостная атмосфера, и мы настроены на позитив, шутки и веселье. Но есть и серьёзные вещи, которые мы никогда не пытаемся иронизировать или обратить в шутку. Это относится к науке о Спасении, к взаимоотношениям с Богом и к любым Библейским повествованиям, которые мы отделяем, как святыню, к которой нужно относиться с благоговением и уважением. Никакие шутки на эту тему не приветствуются и не поддерживаются. Также если у кого-то из друзей происходит горе, то мы относимся к этому с особой серьёзностью. А в остальных случаях мы открыты для радости во Святом Духе.</w:t>
      </w:r>
    </w:p>
    <w:p>
      <w:r>
        <w:t>Не знаю, как это происходит, но при общении с теми, кого ты любишь, сердце всегда подсказывает какую-то особенность этих отношений, чтобы выразить позитивную мысль в жизнерадостном ключе. И это вызывает ответную улыбку и создаёт приятную атмосферу в общении. Обычно тот собеседник, который также имеет чувство юмора, очень быстро находит подходящие жизнерадостные слова, чтобы внести и свою добрую лепту в наши отношения.</w:t>
      </w:r>
    </w:p>
    <w:p>
      <w:r>
        <w:t>Юмор в нашей семье делает наш дом светлым, освобождая нас от многих комплексов и низводя на нет различные переживания. Хоть мы и не лишены выбора, с каким настроением нам проводить своё личное время, но наша обоюдная жизнерадостность помогает нам выбирать то, что будет радовать сердце и станет попутчиком в хорошем настроении.</w:t>
      </w:r>
    </w:p>
    <w:p>
      <w:r>
        <w:t>Если задуматься, то Богу тоже не чуждо чувство юмора, раз Он в нас это вложил, создавая нас по Своему подобию. Сейчас идёт очень серьёзная стадия служения Христа в Небесном Святилище, и шутки там неуместны. Но придёт время, когда грех будет удалён, и зла не будет. Тогда мы увидим, насколько прекрасного Бога мы имеем, и какой Он мудрый и жизнерадостный.</w:t>
      </w:r>
    </w:p>
    <w:p>
      <w:r>
        <w:t>Когда царь Соломон описывал свои отношения с Суламитой в книге Песня Песней, тогда, думаю, они в живую обменивались теми образами и сравнениями, о которых мы с удивлением читаем, пытаясь понять, как это выглядит. И, скорее всего, им обоим было очень радостно слышать о том, на кого они похожи, и придумывать в ответ свои образы, часть из которых дошла и до нас как пример строительства дружной семьи.</w:t>
      </w:r>
    </w:p>
    <w:p>
      <w:r>
        <w:t>В нашей семье мы пробуем и испытываем всё, о чём договариваемся, и придерживаемся того, от чего нам обоим хорошо. В нашем общении есть многие шутки и крылатые выражения, которые понятны только нам обоим, и нам не нужно лишних слов для объяснения. Но мы держим это в рамках наших отношений. Бывает и такое, что, желая что-то обратить в шутку, кто-то из нас очень глупо начинает выглядеть или унижает другого. Тогда это сразу озвучивается и выносится вежливая просьба «больше так не делать», что со смирением принимается и отмечается в памяти как глупость, которую не стоит повторять.</w:t>
      </w:r>
    </w:p>
    <w:p>
      <w:r>
        <w:t>Всё, что мы переживаем вдвоём, является нашим семейным достоянием, и мы не всем этим делимся с другими, хотя часто погружаемся в мир приятных воспоминаний, чтобы вновь порадоваться пережитым ранее благословениям.</w:t>
      </w:r>
    </w:p>
    <w:p>
      <w:r>
        <w:t>Наш семейный юмор сдруживает нас с женой в одну хорошую команду, в которой можно решать сложные задачи без лишнего стресса и напряжения. Мы помним всё хорошее, что переживаем в наших отношениях, и с лёгкостью подходим и к решению других вопросов.</w:t>
      </w:r>
    </w:p>
    <w:p>
      <w:r>
        <w:t>Когда ты любишь Бога и любишь того, с кем решил прожить всю жизнь, тогда эта любовь делает все твои шутки уместными, добрыми, мудрыми, помогая и тебе формировать своё сознание в позитивном ключе. А потом этот же дух любви можно очень легко передавать и в других сообществах, делясь чистотой мыслей в простоте сердца. Чистое чувство юмора уместно везде, и это говорит о развитом интеллекте, способном замечать важные детали и представлять их в виде понятных образов.</w:t>
      </w:r>
    </w:p>
    <w:p>
      <w:r>
        <w:t>Что делают родители, когда их маленькие дети впадают в уныние? Они стараются развеселить своих грустных отпрысков и знают, как это делать. И обычно юмор, любовь и уважение к ребёнку очень быстро решают его проблему.</w:t>
      </w:r>
    </w:p>
    <w:p>
      <w:r>
        <w:t>Как мы называем тех, кто лишён чувства юмора? «Сухарями» или «серыми мышками», что мы никогда не скажем про весёлых людей.</w:t>
      </w:r>
    </w:p>
    <w:p>
      <w:r>
        <w:t>«Веселое сердце благотворно, как врачевство, а унылый дух сушит кости» Прит.17:22.</w:t>
      </w:r>
    </w:p>
    <w:p>
      <w:r>
        <w:t>Про Иисуса написано, что «На подвиг души Своей Он будет смотреть с довольством…» Ис.53:11. Каким вы представляете себе нашего Господа в свете этого описания? Думаю, что это будет самое прекрасное лицо с сияющей улыбкой. Иисус будет готов принять в свои объятия любого желающего и сказать лично каждому что-то такое жизнерадостное, что станет неимоверно радовать сердце. А если учесть, что Господь совершенен во всём, и каждое Его слово обладает особым смыслом и мудростью, то, думаю, Он наглядно откроет нам такие глубины Своего довольства нами, что мы будем удивлены тем возможностям, которые могут открываться и познаваться только в духе взаимной и чистой Агапэ.</w:t>
      </w:r>
    </w:p>
    <w:p>
      <w:r>
        <w:t>Если кто-то в своей семье практикует другую модель отношений, то нас это не смущает. Мы строим свою страну по нашим законам и правилам, которые нас очень устраивают.</w:t>
      </w:r>
    </w:p>
    <w:p>
      <w:pPr>
        <w:pStyle w:val="Heading2"/>
      </w:pPr>
      <w:r>
        <w:t>Домашнее задание 827</w:t>
      </w:r>
    </w:p>
    <w:p>
      <w:r>
        <w:t>1. Прочитайте, пожалуйста, Еккл.3:11-13; 8:15; 11:8-10; Прит.8:29-31; 15:13-17; 17:22; Втор.12:12; 16:21; 24:5; 28:47; Пс.18:9; 31:11; 95:11; 96:11; Ис.65:18; Деян.2:44-47; Иак.5:13; Откр.19:7 в свете этого урока.</w:t>
      </w:r>
    </w:p>
    <w:p>
      <w:r>
        <w:t>2. Какие ещё стихи из Библии пришли вам на память?</w:t>
      </w:r>
    </w:p>
    <w:p>
      <w:r>
        <w:t>3. Что вы поняли из этого урока?</w:t>
      </w:r>
    </w:p>
    <w:p>
      <w:r>
        <w:t>4. Что такое чувство юмора?</w:t>
      </w:r>
    </w:p>
    <w:p>
      <w:r>
        <w:t>5. Даёт ли Библия запрет на веселие в простоте сердца?</w:t>
      </w:r>
    </w:p>
    <w:p>
      <w:r>
        <w:t>6. В чём отличие веселья от смехотворства? Еф.5:4.</w:t>
      </w:r>
    </w:p>
    <w:p>
      <w:r>
        <w:t>7. Переживали ли вы случаи, когда уместные шутки вносили радостный дух в вашу жизнь и снимали напряжение в отношениях?</w:t>
      </w:r>
    </w:p>
    <w:p>
      <w:r>
        <w:t>8. Вас не смущает тот факт, что одним из составляющих плода Святого Духа является радость?</w:t>
      </w:r>
    </w:p>
    <w:p>
      <w:r>
        <w:t>9. Как вы представляете себе радость без улыбки, веселья и оптимизма?</w:t>
      </w:r>
    </w:p>
    <w:p>
      <w:r>
        <w:t>10. В чём отличие шуток и юмора в семье от того же поведения в церкви?</w:t>
      </w:r>
    </w:p>
    <w:p>
      <w:r>
        <w:t>11. Можно ли улыбаться во время богослужения?</w:t>
      </w:r>
    </w:p>
    <w:p>
      <w:r>
        <w:t>12. Как можно Божий дар довести до крайности или фанатизма и сделать его проклятием?</w:t>
      </w:r>
    </w:p>
    <w:p>
      <w:r>
        <w:t>13. Являются ли интернет-приколы и весёлые развлечения частью Божьего плана для развеселения сердца?</w:t>
      </w:r>
    </w:p>
    <w:p>
      <w:r>
        <w:t>14. Вам понятна разница и отличие в юморе между святым и нечистым его проявлением?</w:t>
      </w:r>
    </w:p>
    <w:p>
      <w:r>
        <w:t>15. Всегда ли серьёзный вид уместен в счастливой семье?</w:t>
      </w:r>
    </w:p>
    <w:p>
      <w:r>
        <w:t>16. Подразумевает ли счастливая атмосфера в семье что-то радостное и весёлое?</w:t>
      </w:r>
    </w:p>
    <w:p>
      <w:r>
        <w:br w:type="page"/>
      </w:r>
    </w:p>
    <w:p>
      <w:pPr>
        <w:pStyle w:val="Heading1"/>
      </w:pPr>
      <w:r>
        <w:t>Урок 828. Мелочи семейной жизни</w:t>
      </w:r>
    </w:p>
    <w:p>
      <w:r>
        <w:t>Вся наша жизнь состоит из разнообразных мелочей, которые мы проживаем, производим и получаем. А всё наше время состоит из коротких секунд и минут, которые последовательно складываются в часы, дни и года. Любое строительство большого дома начинается с закладки первого маленького камня, а большого города — с первого дома.</w:t>
      </w:r>
    </w:p>
    <w:p>
      <w:r>
        <w:t>Если посмотреть на любую картину маслом, то можно заметить, что она вся состоит из маленьких штрихов, которые художник наносил в определённом порядке, придавая образ и соответствующий цвет тем предметам, которые изображены на холсте. А самая длинная речь складывается из коротких слов, которые придают смысл сказанному.</w:t>
      </w:r>
    </w:p>
    <w:p>
      <w:r>
        <w:t>Человек живёт и поддерживает свою жизнедеятельность благодаря непродолжительным вдохам и выдохам, коротким ударам сердца, недолгим приёмам пищи. А дорога в тысячи километров начинается с первого небольшого шага.</w:t>
      </w:r>
    </w:p>
    <w:p>
      <w:r>
        <w:t>Наши семьи живут маленькими решениями, заботами, открытиями, мероприятиями, которые привносят что-то доброе и интересное, в чём нам потом комфортно находиться, или что-то печальное и невыносимое, от чего так хочется убежать.</w:t>
      </w:r>
    </w:p>
    <w:p>
      <w:r>
        <w:t>Семейное счастье — это не что-то огромное, свалившееся на нас с Неба как неизбежность. Это то, что мы начинаем строить вдвоём, прикладывая день за днём маленькие усилия, камень за камнем, штрих за штрихом, и в результате получаем именно то, что созидали.</w:t>
      </w:r>
    </w:p>
    <w:p>
      <w:r>
        <w:t>Один неправильно положенный камень, возможно, не так сильно повлияет на прочность всего здания, но он способен испортить своим несоответствием весь внешний вид.</w:t>
      </w:r>
    </w:p>
    <w:p>
      <w:r>
        <w:t>Мелочи семейной жизни являются важными составляющими, из которых, по сути, и складывается вся семья. Небольшие знаки внимания, добрые слова, незначительные дела и поступки, маленькие подарки и многие другие малозаметные вещи, совершаемые в духе любви, рисуют картину нашего семейного счастья, помогая нам из этих мелочей сооружать что-то великое и удивительное.</w:t>
      </w:r>
    </w:p>
    <w:p>
      <w:r>
        <w:t>Я часто замечал, как какая-то крохотная добрая мысль превращалась в хорошую идею и становилась целью, для достижения которой совершались большие дела, состоящие из маленьких усилий.</w:t>
      </w:r>
    </w:p>
    <w:p>
      <w:r>
        <w:t>Что мне стоит, приняв небольшое решение, помыть посуду или вынести мусор не по расписанию? Практически ничего, но это вносит маленький добрый штрих в атмосферу нашего счастья.</w:t>
      </w:r>
    </w:p>
    <w:p>
      <w:r>
        <w:t>Есть мелочи, за которые нужно платить серебром, например, покупка букета цветов, но они тоже радуют сердце и приносят незабываемые добрые эмоции.</w:t>
      </w:r>
    </w:p>
    <w:p>
      <w:r>
        <w:t>Если не придавать значения таким небольшим делам любви и ждать чего-то, как это любят показывать в кино, грандиозного и помпезного, не прилагая личных маленьких усилий для выполнения незначительных задач, то можно прождать всю жизнь, так и не получив желаемого.</w:t>
      </w:r>
    </w:p>
    <w:p>
      <w:r>
        <w:t>Один человек решил стать миллионером. Он начал мечтать о том, какие великие дела он сможет осуществить благодаря своему состоянию. И он настолько погряз в своих мечтаниях, что просто не желал тратить своё драгоценное время на какие-то мелочи жизни, считая, что не «миллионерское» это дело распыляться по мелочам. В результате он так ничего и не добился, но в своих амбициях стал недосягаемым памятником человеческой глупости.</w:t>
      </w:r>
    </w:p>
    <w:p>
      <w:r>
        <w:t>Другой человек, приятель неудавшегося миллионера, решил каждую неделю по силам откладывать средства и инвестировать эти деньги в перспективные проекты. Он изучал рынок и его взаимосвязи, видел особенности и возможности. Иногда он чем-то рисковал, чтобы понять, что хорошо, а что плохо, и сам для себя делал заключения, выбирая правильный курс для своих вложений. Его капитал постепенно умножался, и деньги работали и привлекали к себе сторонних инвесторов. Заработав свой первый миллион, он не стал его тратить на свои личные нужды, считая, что не так уж много и нужно в этой жизни, но вложил эти средства в следующий проект, который принёс соответствующую прибыль.</w:t>
      </w:r>
    </w:p>
    <w:p>
      <w:r>
        <w:t>Если я решу стать миллионером своего семейного счастья, то, по большому счёту, я начну понимать, что в этой сфере действуют те же принципы и законы, что и в любом бизнесе, поэтому от больших мечтаний у меня мало что в жизни изменится. Но, когда я обращаюсь к Богу с маленькими молитвами, начинаю изучать рынок семейных отношений, выбираю ту, которая мне по сердцу и поддерживает общение с Богом, тогда появляется долгосрочная перспектива интересных перемен в нашей жизни. Если я начинаю вкладывать в эту личность свои силы, свою любовь, свои материальные ценности, своё время и свою жизнь, то, скорее всего, со временем, эти инвестиции и незначительные вложения начнут умножаться и возвращаться ко мне с прибылью, которую я могу с большим успехом дальше инвестировать в наши отношения.</w:t>
      </w:r>
    </w:p>
    <w:p>
      <w:r>
        <w:t>А если по прошествии времени мы решим создать общий бизнес под названием семья, то у нас появится совместная цель для для наших объединённых капиталовложений, чтобы мы получили всю прибыль, которая станет служить нам для дальнейших планов. И всё грандиозное, что у нас может получиться, состоит из маленьких добрых решений, которые мы не боялись осуществить. В этом общем деле мы не делаем из мухи слона, хотя понимаем, что слоны тоже из пустоты не появляются. А если мы стремимся получить то, чего раньше никогда не имели, то нам нужно начать делать то, что мы раньше никогда не делали.</w:t>
      </w:r>
    </w:p>
    <w:p>
      <w:r>
        <w:t>Наше богатство находится в нашей власти, и мы понимаем истинную ценность тех мелочей, которые кажутся незначительными, но вносят очень большой вклад в наше счастье.</w:t>
      </w:r>
    </w:p>
    <w:p>
      <w:r>
        <w:t>Самое интересное занятие — это извлечение драгоценного из ничтожного. Хоть мы и маленькая семья, которая внешне ничем не отличается от других семей, но внутри нашего мира мы очень богаты, потому что прислушались к совету Верного Свидетеля из Откр.3:18 и стали пробовать приобретать то, что воистину обогащает нас, а через нас и друг друга.</w:t>
      </w:r>
    </w:p>
    <w:p>
      <w:r>
        <w:t>Любовь может показаться человеку какой-то мелочью жизни, но мы, взяв её в наш бизнес, научились извлекать драгоценнейшие сокровища знаний и опытов, которые ранее не имели и о которых даже не осмеливались и мечтать.</w:t>
      </w:r>
    </w:p>
    <w:p>
      <w:r>
        <w:t>Большая любовь в наших отношениях состоит из маленьких знаков внимания, из небольших добрых дел и незначительных вещей, которые мы принимаем в духе любви и согласия. У нас нет определённой формулы счастья, раскрывающей наш большой секрет. Мы радуемся всему и благодарим за всё, что с нами происходит, ведь для любящих друг друга людей всё содействует ко благу.</w:t>
      </w:r>
    </w:p>
    <w:p>
      <w:r>
        <w:t>Вечность, какой бы большой и вечной она ни была, не пугает нас своими масштабами. Она тоже будет состоять из маленьких дел, которые мы станем совершать день за днём, приобретая опыт через решение небольших вопросов.</w:t>
      </w:r>
    </w:p>
    <w:p>
      <w:r>
        <w:t>Любое обучение начинается с первого короткого урока, который открывает маленькую дверь в большой мир великих знаний.</w:t>
      </w:r>
    </w:p>
    <w:p>
      <w:r>
        <w:t>А наша духовная жизнь началась с первой маленькой молитвы, которая была обращена к Большому Богу.</w:t>
      </w:r>
    </w:p>
    <w:p>
      <w:r>
        <w:t>Да и нужно принять, что наша земля и мы сами состоим из малюсеньких атомов, которые при взаимодействии с Божьей силой и мудростью составили то, из чего создан весь видимый и невидимый мир.</w:t>
      </w:r>
    </w:p>
    <w:p>
      <w:r>
        <w:t>Приглашая в свой семейный бизнес такого Большого и Великого Бога, мы не боимся, что Он обрушит в нашу семью огромное счастье, которое нас раздавит. Мы знаем, что Господь будет нам день за днём понемногу давать то, что станет большим и добрым.</w:t>
      </w:r>
    </w:p>
    <w:p>
      <w:pPr>
        <w:pStyle w:val="Heading2"/>
      </w:pPr>
      <w:r>
        <w:t>Домашнее задание 828</w:t>
      </w:r>
    </w:p>
    <w:p>
      <w:r>
        <w:t>1. Прочитайте, пожалуйста, Гал.5:9; Исх.23:30; Еккл.5:10; Рим.8:24; Иер.15:19-21; Пс.36:16; Мат.25:23; Лук.16:10; 19:17; Иак.3:4-5; 2Кор.8:12-15; Ис.40:26 в свете этого урока.</w:t>
      </w:r>
    </w:p>
    <w:p>
      <w:r>
        <w:t>2. Какие ещё стихи из Библии пришли вам на память?</w:t>
      </w:r>
    </w:p>
    <w:p>
      <w:r>
        <w:t>3. Что вы поняли из этого урока?</w:t>
      </w:r>
    </w:p>
    <w:p>
      <w:r>
        <w:t>4. Что такое мелочи жизни?</w:t>
      </w:r>
    </w:p>
    <w:p>
      <w:r>
        <w:t>5. Интересуют ли Бога наши маленькие заботы?</w:t>
      </w:r>
    </w:p>
    <w:p>
      <w:r>
        <w:t>6. Из чего состоят большие вещи и начинаются большие дела?</w:t>
      </w:r>
    </w:p>
    <w:p>
      <w:r>
        <w:t>7. Любовь — это что-то маленькое или нет?</w:t>
      </w:r>
    </w:p>
    <w:p>
      <w:r>
        <w:t>8. Как проявляет себя любовь в важных и больших делах?</w:t>
      </w:r>
    </w:p>
    <w:p>
      <w:r>
        <w:t>9. Откуда вы появились?</w:t>
      </w:r>
    </w:p>
    <w:p>
      <w:r>
        <w:t>10. Из чего состоит План Спасения?</w:t>
      </w:r>
    </w:p>
    <w:p>
      <w:r>
        <w:t>11. Есть ли вашей жизни какие-то мелочи, которые Бога совсем не интересуют?</w:t>
      </w:r>
    </w:p>
    <w:p>
      <w:r>
        <w:t>12. Для чего нужно понимать важность мелочей в семейных отношениях?</w:t>
      </w:r>
    </w:p>
    <w:p>
      <w:r>
        <w:t>13. Может ли мелочь в ваших глазах быть для кого-то большой проблемой?</w:t>
      </w:r>
    </w:p>
    <w:p>
      <w:r>
        <w:t>14. Кем станет человек, который не будет реагировать на семейные мелочи жизни, а решать только глобальные вопросы?</w:t>
      </w:r>
    </w:p>
    <w:p>
      <w:r>
        <w:t>15. Вам интересно иметь дело с тем, кого ваши мелочи не интересуют?</w:t>
      </w:r>
    </w:p>
    <w:p>
      <w:r>
        <w:br w:type="page"/>
      </w:r>
    </w:p>
    <w:p>
      <w:pPr>
        <w:pStyle w:val="Heading1"/>
      </w:pPr>
      <w:r>
        <w:t>Урок 829. Мужчина в семье</w:t>
      </w:r>
    </w:p>
    <w:p>
      <w:r>
        <w:t>Мужчина является полной противоположностью женщины и устроен совершенно иначе, что бывает сложно себе представить. Он никогда не станет женщиной и никогда не будет видеть вещи так, как их видит она. Его мышление всегда будет отличаться от женского, да и по внешнему виду его будет несложно выделить среди представительниц слабого пола.</w:t>
      </w:r>
    </w:p>
    <w:p>
      <w:r>
        <w:t>Взрослый мужчина в своём великолепии представляет из себя совершенную модель, которую будет невозможно изменить на свой вкус, подстроить под себя или улучшить. Подобная стабильность вложена в мужчину самим Творцом, что часто препятствует изменению мнения, если оно уже сложилось. Может показаться, что такое постоянство во взглядах является упрямством, но именно оно и помогает доводить начатое дело до конца, видеть цель и идти к ней, не теряя здравый смысл в критической ситуации.</w:t>
      </w:r>
    </w:p>
    <w:p>
      <w:r>
        <w:t>Мы не рассматриваем здесь людей с поврежденным разумом или настроенных на абьюзивное поведение, поэтому, если вас окружают другие люди, не спешите с выводами, что все мужчины похожи на них.</w:t>
      </w:r>
    </w:p>
    <w:p>
      <w:r>
        <w:t>Бог создал мужчину для семьи. И когда первый человек это понял и стал искать подобного себе, он получил в подарок женщину.</w:t>
      </w:r>
    </w:p>
    <w:p>
      <w:r>
        <w:t>Союз мужчины с женщиной становится трамплином к более совершенному развитию обоих супругов, к изучению неизвестных ранее особенностей характера и ко многим преимуществам, которые даёт семья. Именно в семье вскрываются самые драгоценные таланты, негативные черты характера и особенности неодинаковых взглядов на жизнь. Но, как это ни странно, именно противоположность мнения и мышления больше всего и привлекает двух совершенно разных индивидуумов друг к другу.</w:t>
      </w:r>
    </w:p>
    <w:p>
      <w:r>
        <w:t>Мужчина мыслит рационально, а женщина – эмоционально. Например, букет цветов в понимании мужчины — это совершенно бесполезная вещь. Он не съедобный, быстро вянет, дорого стоит, приносит радость на короткое время, не подлежит долгосрочной и многоразовой эксплуатации, но вызывает у большинства женщин много положительных эмоций, которые приятно наблюдать и получать.</w:t>
      </w:r>
    </w:p>
    <w:p>
      <w:r>
        <w:t>Есть понятие о том, что мужчины любят глазами, а женщины – ушами. И это стоит учитывать даже в семье. Красота даётся женщине для того, чтобы привлечь к себе достойного мужчину, а затем радовать сердце мужа всю последующую жизнь. И мужу, даже когда он привык к присутствию женщины в своём доме, совсем не безразлично, как она выглядит, и ему сложно привыкнуть к тому, что ради других его супруга преображается в самый прекрасный образ, а дома может позволить себе носить старую и рваную одежду, не причёсываться и быть такой, какая есть.</w:t>
      </w:r>
    </w:p>
    <w:p>
      <w:r>
        <w:t>Жене хочется слышать от своего возлюбленного слова любви, восхищения, заботы. Она должна понимать, что он лидер, который будет её защищать, и за спиной которого ей будет хорошо. А когда женщине хорошо, тогда она может подумать, что и мужчине будет хорошо от подобных переживаний, но у мужа другие ожидания.</w:t>
      </w:r>
    </w:p>
    <w:p>
      <w:r>
        <w:t>Каждый мужчина очень нуждается в восхищении, в похвале и в уважении со стороны жены. Для него эти искренние проявления являются духовным хлебом, который он всегда с радостью будет вкушать и принимать.</w:t>
      </w:r>
    </w:p>
    <w:p>
      <w:r>
        <w:t>Когда муж приходит домой голодный, тогда опытная супруга понимает, что его нужно накормить, а затем уже рассказывать о всех событиях и проблемах, которые произошли за день. Что касается вкусной пищи, то тут всё понятно, но стоит помнить, что ваш муж голоден на вашу похвалу и восхищение им. Он, возможно, об этом никогда не скажет, но он всегда этого желает. А раз он голоден, то его нужно именно этим и покормить, наблюдая за тем, какой именно комплимент ему более приходится по сердцу и повышает его самооценку. Не бойтесь этого делать. Вы не перекормите его. Если муж не получит этого от жены, то он будет искать кормильца в другом месте.</w:t>
      </w:r>
    </w:p>
    <w:p>
      <w:r>
        <w:t>Когда мужчина видит, что его не уважают, тогда все остальные старания жены для него становятся второстепенными и не столь важными. Понимая, что он никто, он не сможет сделать из жены королеву. Если он для вас является ковриком для вытирания ног, то ваш статус будет таким же. Вы будете женою этого коврика и ничуть не больше.</w:t>
      </w:r>
    </w:p>
    <w:p>
      <w:r>
        <w:t>В Библии говорится о царе и о том, какими правами он обладает и какую власть имеет. Если этот же принцип и уважение применять к мужчине, то он быстро оценит подобное отношение и решит сделать жену королевой, о которой будет заботиться и любить.</w:t>
      </w:r>
    </w:p>
    <w:p>
      <w:r>
        <w:t>Не многие мужчины щедры на комплименты в адрес жены, а особенно на выражение своих чувств или на произнесение слов любви. Но если для жены это важно, то ей необходимо как-то донести до мужа, что она в этом нуждается, и убедиться, что он понял её.</w:t>
      </w:r>
    </w:p>
    <w:p>
      <w:r>
        <w:t>Не все мужчины могут одновременно делать много дел, поэтому не стоит их загружать ещё чем-то, если они заняты какой-то работой.</w:t>
      </w:r>
    </w:p>
    <w:p>
      <w:r>
        <w:t>Когда вы хотите что-то рассказать своему мужу, тогда вначале убедитесь в том, что он слышит вас и понимает, о чём вы говорите. Он в этот момент может размышлять над другими глобальными вопросами и быть абсолютно глухим ко всем вашим речам не потому, что вы ему неинтересны, а потому, что он не успел переключиться на жену, пока не закончил думать о всех своих идеях. В результате он не выполнит ни одной вашей просьбы, потому что просто их не услышал. Не стоит на это обижаться. Следует поймать тот момент, когда он слушает именно вас, и тогда говорить о том, что ему нужно узнать.</w:t>
      </w:r>
    </w:p>
    <w:p>
      <w:r>
        <w:t>Мужчины не умеют догадываться о ваших планах и ожиданиях. Если вам необходимо их внимание, добрые слова или забота, то им нужно об этом прямо сказать. Мужчинам не всегда понятны ваши намёки или желания. Если вы мечтаете о переменах в вашей семье и считаете, что муж должен обо всём сам догадаться, то вам придётся ещё долго мечтать. Конкретность того, что вам нужно, поможет быстро получать необходимое.</w:t>
      </w:r>
    </w:p>
    <w:p>
      <w:r>
        <w:t>Божья любовь производит над любым мужчиной чудеса удивительных перемен. То, что порою не под силу женщине, может сделать только Господь. Поэтому просите Бога поговорить с вашим мужем и донести до него то, что для вас очень важно. Бог умеет отвечать на подобные молитвы.</w:t>
      </w:r>
    </w:p>
    <w:p>
      <w:r>
        <w:t>Если вам нравится учить вашего мужа, давать ему ценные советы и указания, ругать его и говорить о том, какой он никудышный, то запомните, что всё это только разрушает отношения и отдаляет от вас мужчину. Он лучше вас знает, как ему жить и что делать, но ради мира в семье ему приходится терпеть подобное и искать своё место и уважение к себе вне дома.</w:t>
      </w:r>
    </w:p>
    <w:p>
      <w:r>
        <w:t>Никакому мужу не нравится, когда на него повышают голос или кричат. Поэтому если вас распирают подобные желания, то делайте это вдали от мужа своему телефону. Он всё стерпит и простит, а вот разум мужчины может получить неисправимые повреждения.</w:t>
      </w:r>
    </w:p>
    <w:p>
      <w:r>
        <w:t>Иногда мужья переживают перезагрузку разума, и в это время они могут ни о чём не думать, ни о чём не говорить, и даже не понимать, что это с ними происходит. На рыбалке это свойство души можно увидеть во всей красоте. Не надо этого бояться, а стоит понимать, что подобное состояние — норма жизни. Если нет удочки, то муж найдёт другой способ отключения от мира.</w:t>
      </w:r>
    </w:p>
    <w:p>
      <w:r>
        <w:t>Бог создал нас разными, и поэтому стоит изучать эти различия и в любви друг к другу делать для себя в этой сфере новые открытия, не стесняясь делиться ими друг с другом.</w:t>
      </w:r>
    </w:p>
    <w:p>
      <w:pPr>
        <w:pStyle w:val="Heading2"/>
      </w:pPr>
      <w:r>
        <w:t>Домашнее задание 829</w:t>
      </w:r>
    </w:p>
    <w:p>
      <w:r>
        <w:t>1. Прочитайте, пожалуйста, Быт.2:18; Флп.4:8; Прит.11:16; 12:4; 14:1; 19:13-14; 31:25-30; 2Кор.1:12; Еф.5:22-24,33; 1Пет.3:1-6; Ам.3:3; 1Тим.2:9-13 в свете этого урока.</w:t>
      </w:r>
    </w:p>
    <w:p>
      <w:r>
        <w:t>2. Какие ещё стихи из Библии пришли вам на память?</w:t>
      </w:r>
    </w:p>
    <w:p>
      <w:r>
        <w:t>3. Что вы поняли из этого урока?</w:t>
      </w:r>
    </w:p>
    <w:p>
      <w:r>
        <w:t>4. Какие ещё особенности мужчин вы знаете? Согласны ли вы с тем, что в этом уроке перечислены не все отличия мужчины от женщины?</w:t>
      </w:r>
    </w:p>
    <w:p>
      <w:r>
        <w:t>5. Почему Господь создал нас такими разными, а потом ещё и соединил в одно целое?</w:t>
      </w:r>
    </w:p>
    <w:p>
      <w:r>
        <w:t>6. Что будет, если жена станет судить мужа по себе и приписывать ему свои качества души?</w:t>
      </w:r>
    </w:p>
    <w:p>
      <w:r>
        <w:t>7. Почему важно знать и понимать особенности различий между мужчиной и женщиной?</w:t>
      </w:r>
    </w:p>
    <w:p>
      <w:r>
        <w:t>8. Собираетесь ли вы использовать новые знания о противоположном поле во благо своей семьи?</w:t>
      </w:r>
    </w:p>
    <w:p>
      <w:r>
        <w:t>9. Знает ли Господь, как найти подход к сердцу мужчины?</w:t>
      </w:r>
    </w:p>
    <w:p>
      <w:r>
        <w:t>10. Верите ли вы в то, что Бог сможет произвести в любом мужчине за короткий срок больше перемен, чем все усилия его жены за всю жизнь?</w:t>
      </w:r>
    </w:p>
    <w:p>
      <w:r>
        <w:t>11. Стоит ли переделывать мужа на свой вкус? Получится ли из этого что-то доброе?</w:t>
      </w:r>
    </w:p>
    <w:p>
      <w:r>
        <w:t>12. Стоит ли относиться к своему мужу, как к большому ребёнку?</w:t>
      </w:r>
    </w:p>
    <w:p>
      <w:r>
        <w:t>13. Что делать, если вам сложно смириться с тем, что ваш муж не такой, как вы, и к тому же поставлен ещё и быть вашей главой?</w:t>
      </w:r>
    </w:p>
    <w:p>
      <w:r>
        <w:t>14. Что нового для себя вы узнали в этом уроке?</w:t>
      </w:r>
    </w:p>
    <w:p>
      <w:r>
        <w:t>15. Вам сложно понять мужчину, если вы женщина?</w:t>
      </w:r>
    </w:p>
    <w:p>
      <w:r>
        <w:br w:type="page"/>
      </w:r>
    </w:p>
    <w:p>
      <w:pPr>
        <w:pStyle w:val="Heading1"/>
      </w:pPr>
      <w:r>
        <w:t>Урок 830. Как понять мужчину?</w:t>
      </w:r>
    </w:p>
    <w:p>
      <w:r>
        <w:t>Почему-то принято считать, что женщина является самым загадочным существом, которое очень сложно понять. Но, оказалось, что это совсем не так, если подойти к этому вопросу очень серьёзно. Понять женщину можно и нужно. А вот как женщине понять мужчину, который мыслит иначе, устроен совершенно по-другому, не реагирует на эмоциональные колебания и ведёт себя порою очень странно вопреки всем ожиданиям?</w:t>
      </w:r>
    </w:p>
    <w:p>
      <w:r>
        <w:t>Главное, что нужно понимать женщинам, что мужчина — это не подружка, которая имеет подобные ей переживания и гормональные расстройства и сразу понимает, о чём идёт речь, зная суть проблемы изнутри. Мужчины далеки от подобных физиологических и эмоциональных перемен и воспринимают реальность более трезво и спокойно. Если он осведомлён о том, как устроен женский организм и её мышление, то он может понимать и её желания и ожидания, но если он невежда в этом вопросе, то не стоит ожидать от него сочувствия или поддержки. Мужчина просто не поймёт ваш иностранный язык чувств и будет считать любые претензии к себе несправедливыми и необоснованными.</w:t>
      </w:r>
    </w:p>
    <w:p>
      <w:r>
        <w:t>Мужчина и его характер — это та область естественных наук, которую каждой женщине необходимо для себя открыть, изучить и ориентироваться в ней, как рыбе в воде. В настоящее время есть много исследований и новых данных в этой области, которые предлагает интернет, но, обращаясь к таким источникам информации, стоит помнить, что люди, не рожденные свыше, могут представить вам однобокую информацию о плотских склонностях сильной половины человечества и попытаться описать её характеристику в отрыве от Бога.</w:t>
      </w:r>
    </w:p>
    <w:p>
      <w:r>
        <w:t>Стоит заметить, что верующий мужчина по многим параметрам отличается от того, кто не имеет личных отношений со Христом, и поэтому устроен совершенно иначе и думает по-другому.</w:t>
      </w:r>
    </w:p>
    <w:p>
      <w:r>
        <w:t>То, что ранит душу женщины, для её мужа может быть обычной царапиной, на которую он даже не обратит внимание. Он просто так устроен и не переживает всё настолько глубоко, как его жена.</w:t>
      </w:r>
    </w:p>
    <w:p>
      <w:r>
        <w:t>Если этот мужчина ваш муж, с которым вы уже давно живёте и имеете общих детей, то это ещё не значит, что вы его полностью понимаете и изучили настолько досконально, что уже нечего и открыть. Как невозможно сказать, что вы всё знаете про Мировой океан, если вы живёте на его берегу, но никогда не исследовали его глубины, так можно сказать и про мужчину, который знаком вам как член семьи, но никогда не пускал вас в свои сокрытые недра.</w:t>
      </w:r>
    </w:p>
    <w:p>
      <w:r>
        <w:t>Когда я решаюсь изучить китайский язык, тогда в учебнике ничего, кроме иероглифов, не вижу и ничего не понимаю. Но со временем я начинаю вникать в смысл и значение каждой черты и открываю удивительный мир новой культуры. И чем понятнее мне этот язык, тем интереснее узнавать всё, что было ранее недоступным.</w:t>
      </w:r>
    </w:p>
    <w:p>
      <w:r>
        <w:t>Познание мужа происходит лишь тогда, когда он любит вас, принимает ваше уважение и почтение к себе, получает от вас всё необходимое, в чём нуждается его тело и душа, и видит ваш неподдельный интерес к нему как к удивительному человеку, которого вы желаете изучить, понять, исследовать, чтобы ещё больше им восхищаться и радовать его сердце.</w:t>
      </w:r>
    </w:p>
    <w:p>
      <w:r>
        <w:t>Мужчины не настолько закрытые личности и неприступные бастионы, как это может показаться при постоянном контакте с ними. Но окна души могут быть наглухо закрыты от одного неосторожного слова или неправильной интонации в голосе. И ничего не сможет их открыть, кроме вашей искренней любви и постоянного уважения в его адрес.</w:t>
      </w:r>
    </w:p>
    <w:p>
      <w:r>
        <w:t>Не думайте, что все мужчины знают самих себя и понимают, как они устроены. Они тоже невежды в этом вопросе и порою проводят всю жизнь на автомате вложенных в них Творцом настроек, так и не поняв, как всё происходит. Это подобно тому, когда я сажусь за руль автомобиля и знаю, как пользоваться всем, что есть в салоне, но не имею ни малейшего представления, что происходит под капотом. А машина едет, слушая команду моих ног и рук, даже если я не понимаю, как устроен двигатель внутреннего сгорания, и для чего он нужен.</w:t>
      </w:r>
    </w:p>
    <w:p>
      <w:r>
        <w:t>Жена даётся мужу для того, чтобы помочь ему открыть себя, свой внутренний мир, свои способности и направить все эти открытия на всеобщее благо для созидания счастливой семьи.</w:t>
      </w:r>
    </w:p>
    <w:p>
      <w:r>
        <w:t>Невежество в познании себя и своего семейного партнёра присуще обеим сторонам, и поэтому вместо того, чтобы обвинять друг друга и унижать за существенные отличия во взглядах и реакциях на тот или иной вопрос, стоит задуматься, насколько хорошо я знаю себя и то, как устроен мой друг жизни.</w:t>
      </w:r>
    </w:p>
    <w:p>
      <w:r>
        <w:t>Если у супругов есть взаимный интерес к изучению друг друга и к открытию себя самих во всех глубинах своего естества, то перед ними встают бесконечные перспективы в этом познании. Они будут настолько безграничными, насколько вы будете позволять им развиваться.</w:t>
      </w:r>
    </w:p>
    <w:p>
      <w:r>
        <w:t>Бог заложил в наши отношения с Ним Вечность, в течение которой мы будем постоянно открывать для себя что-то новое, великое и недоступное в Божьем характере, чего мы не знали ранее. И эти открытия никогда не закончатся.</w:t>
      </w:r>
    </w:p>
    <w:p>
      <w:r>
        <w:t>Также и в познании друг друга у мужа и жены нет того предела, после которого они не смогут больше ничего обнаружить друг в друге. Знаю такие семьи, в которых люди прожили всю жизнь, имеют внуков, но не знают друг друга и удивляются тому, какой странный и непонятный этот супруг, даже не пытаясь понять, почему он такой.</w:t>
      </w:r>
    </w:p>
    <w:p>
      <w:r>
        <w:t>Стоит учесть, что грех в отношениях блокирует сердце и разум у вас и вашего партнёра и представляет характер человека в искажённом виде, и в таком состоянии сложно что-то открывать, разве что очередной порок, который не радует.</w:t>
      </w:r>
    </w:p>
    <w:p>
      <w:r>
        <w:t>Любовь от Бога разрушает все барьеры, открывает закрытые двери, наполняет жизнь светом и вносит в семейные отношения прекрасные вещи, которые радуют обоих супругов. Любовь учит всё строить правильно, уважать мнение другого, понимать его желания и чувства, учитывать обстоятельства и факты жизни и делиться собою в разных ситуациях.</w:t>
      </w:r>
    </w:p>
    <w:p>
      <w:r>
        <w:t>Когда любовь обоюдна, и нет границ для входа в сердце мужчины, тогда вам решать, что с этим делать. Любовь не заставляет вас кого-то изучать и понимать его. Она тихо ждёт вашего интереса и вашей активности.</w:t>
      </w:r>
    </w:p>
    <w:p>
      <w:r>
        <w:t>Если вы не понимаете вашего мужа, то не стоит его в этом винить, может, вы сами этого не хотите или не знаете, как это делать. Не всегда просто начинать то, что раньше никогда не делал. А подступы к сердцу мужа, возможно, похожи на баррикады, которые он создал, чтобы защититься от ваших нападок. Но любовь всё это разрушит. Никогда не поздно извиниться за прошлые ошибки и предложить что-то новое и хорошее в дальнейшей перспективе. Муж — это не чужой человек, и ему будет легче перестроиться под ваше исследование и учиться вместе с вами открывать в себе что-то удивительное, достойное восхищения и комплимента.</w:t>
      </w:r>
    </w:p>
    <w:p>
      <w:r>
        <w:t>Любовь учит уважать своего мужа и в этом уважении даёт ему всё необходимое для души. Открывая для себя новый мир вашего мужчины, вы поймёте, что он создан для уважения и не может без этого быть мужчиной, а если он этого не получает дома, то находит подобное отношение в другом месте.</w:t>
      </w:r>
    </w:p>
    <w:p>
      <w:r>
        <w:t>Изучая устройство своего мужа, мудрая жена поймет, что все мужчины в душе похожи друг на друга, и станет с уважением относиться к ним, понимая их потребности, считая и их уникальными.</w:t>
      </w:r>
    </w:p>
    <w:p>
      <w:pPr>
        <w:pStyle w:val="Heading2"/>
      </w:pPr>
      <w:r>
        <w:t>Домашнее задание 830</w:t>
      </w:r>
    </w:p>
    <w:p>
      <w:r>
        <w:t>1. Прочитайте, пожалуйста, 1Кор.7:12-17; Рим.12:9-21; 1Пет.1:22; 2:17; Прит.2:10-15; 11:16; 14:1; 31:26-31; Пс.127:1-6; Еккл.4:9-12 в свете этого урока.</w:t>
      </w:r>
    </w:p>
    <w:p>
      <w:r>
        <w:t>2. Какие ещё стихи из Библии пришли вам на память?</w:t>
      </w:r>
    </w:p>
    <w:p>
      <w:r>
        <w:t>3. Что вы поняли из этого урока?</w:t>
      </w:r>
    </w:p>
    <w:p>
      <w:r>
        <w:t>4. Нужно ли понимать мужчину?</w:t>
      </w:r>
    </w:p>
    <w:p>
      <w:r>
        <w:t>5. Могут ли быть в семье проблемы из-за непонимания друг друга?</w:t>
      </w:r>
    </w:p>
    <w:p>
      <w:r>
        <w:t>6. Что даст жене знание о том, кем является её муж по Божьему замыслу?</w:t>
      </w:r>
    </w:p>
    <w:p>
      <w:r>
        <w:t>7. Что происходит, когда жена судит о муже по себе?</w:t>
      </w:r>
    </w:p>
    <w:p>
      <w:r>
        <w:t>8. Будет ли для женщины унижением, если она решит сделать своего мужа своим царём?</w:t>
      </w:r>
    </w:p>
    <w:p>
      <w:r>
        <w:t>9. Стоит ли мужчине бороться за своё право быть главой семьи, если жена так не считает?</w:t>
      </w:r>
    </w:p>
    <w:p>
      <w:r>
        <w:t>10. Как вы думаете, узнаете ли вы что-то больше о своём муже, если начнёте его изучать?</w:t>
      </w:r>
    </w:p>
    <w:p>
      <w:r>
        <w:t>11. Стоит ли учитывать темперамент мужа и не ожидать от него перемен в этом плане?</w:t>
      </w:r>
    </w:p>
    <w:p>
      <w:r>
        <w:t>12. Если муж вашей знакомой лучше, чем ваш, то нужно ли об этом сообщать вашему супругу?</w:t>
      </w:r>
    </w:p>
    <w:p>
      <w:r>
        <w:t>13. Знают ли мужчины самих себя и то, как они устроены, и в чём их отличие от женщин? Все ли они обладают подобной проницательностью?</w:t>
      </w:r>
    </w:p>
    <w:p>
      <w:r>
        <w:t>14. Настроены ли вы на изучение людей мужского рода, чтобы лучше их понимать?</w:t>
      </w:r>
    </w:p>
    <w:p>
      <w:r>
        <w:t>15. Как вы думаете, будут ли мужчины с уважением относиться к тем женщинам, которые их понимают?</w:t>
      </w:r>
    </w:p>
    <w:p>
      <w:r>
        <w:br w:type="page"/>
      </w:r>
    </w:p>
    <w:p>
      <w:pPr>
        <w:pStyle w:val="Heading1"/>
      </w:pPr>
      <w:r>
        <w:t>Урок 831. Уважение к мужу</w:t>
      </w:r>
    </w:p>
    <w:p>
      <w:r>
        <w:t>В мире существует множество людей, которых принято уважать и к которым проявляют почтение. Это могут быть известные или богатые личности. Люди, которые имеют над вами власть, такие как начальник или президент, те, кто намного старше вас или сильнее. Иногда человек вынужден уважать подобных людей, потому что так принято в обществе и считается нормой жизни.</w:t>
      </w:r>
    </w:p>
    <w:p>
      <w:r>
        <w:t>Уважение — это осознанное признание ценности и достоинства другого человека, его прав и чувств, его религиозной и нравственной свободы. Это проявление заботы и учтивости к личности. Это физическая и психологическая неприкосновенность, внимательное отношение к правам и потребностям другого, почитание его высшим себя. Уважение проявляется в принятии мнения и выбора жизненного пути, во внимательном отношении, в желании быть полезным и своевременным в оказании помощи, в бескорыстном служении.</w:t>
      </w:r>
    </w:p>
    <w:p>
      <w:r>
        <w:t>Уважение другого человека не считается чем-то унизительным, потому что является в глазах Неба обязательной частью Божьего замысла даже среди святых существ. Оно подразумевает также и осознание человеком собственной ценности и достоинства, которыми обладает Божий сын или дочь.</w:t>
      </w:r>
    </w:p>
    <w:p>
      <w:r>
        <w:t>Любовь — это проявление уважения к каждому человеку независимо от того, насколько он выше или ниже тебя по социальному статусу.</w:t>
      </w:r>
    </w:p>
    <w:p>
      <w:r>
        <w:t>Уважение к мужу — это осознанное понимание этой не являющейся обязанностью жены естественной потребности каждого мужчины, которая для него является крайне важным аспектом его жизнедеятельности. Мужу это необходимо, как регулярное питание, как вода и свет.</w:t>
      </w:r>
    </w:p>
    <w:p>
      <w:r>
        <w:t>Было время, когда я ещё ничего не умел в своей профессиональной деятельности и не знал языка той страны, в которую переехал жить, но очень хотел быть строителем и работать в этой сфере. И я решил, что самое подходящее место для меня — это быть помощником строителя, что и совершилось как подарок от Господа. Это был горе-помощник, который обучал своего шефа терпению, выдержке и поиску понятных выражений, чтобы работа шла без ошибок и задержек. Мне было очень сложно помогать делать правильные вещи, не зная законов строительства, но я учился и познавал эту науку день за днём, год за годом. Вскоре я стал каменщиком, затем — прорабом, а по прошествии времени открыл и свою фирму, и теперь я сам несу полную ответственность за выполнение работ. И именно сейчас я понимаю, что, имея весь этот опыт и знания законов строительства, я могу быть очень профессиональным помощником, предвидеть ошибки и заранее понимать, что нужно делать, с какой стороны подойти к решению разных задач.</w:t>
      </w:r>
    </w:p>
    <w:p>
      <w:r>
        <w:t>Бог дал женщину мужу в помощники, вложив в неё потенциал творческих и интеллектуальных способностей, которые не свойственны мужчине, но имеются в большом ассортименте у каждой женщины. Не сразу этот потенциал раскрывается и становится востребованным, но день за днём, год за годом, жена учится житейской мудрости и приобретает необходимые навыки и знания в строительстве счастливой семьи. И, являясь по факту творения и задумки Бога более совершенной и развитой личностью, она способна очень профессионально выполнять роль помощника, уважая при этом того, кому была подарена Богом.</w:t>
      </w:r>
    </w:p>
    <w:p>
      <w:r>
        <w:t>Муж, являясь по замыслу Неба шефом своей семьи, обучает своего подопечного многим семейным видам благоустройств, лично принимая в этом участие и уважая ту, которая подарена ему Богом.</w:t>
      </w:r>
    </w:p>
    <w:p>
      <w:r>
        <w:t>Уважение не является каким-то сложным действием, к которому себя нужно принуждать из последних сил. Это естественное желание почитать того, кто живёт с тобой под одной крышей.</w:t>
      </w:r>
    </w:p>
    <w:p>
      <w:r>
        <w:t>Мужчина очень хорошо чувствует, насколько его уважают, и как это проявляется. Он видит в этом отношении всё. И его не обманешь, представляя подделку. Имея полную близость со своей женой, он чувствует каждое движение её настроения и то, насколько она искренняя по отношению к нему. И когда уважение исходит из чистого сердца естественным образом, тогда мужчина с радостью это принимает как должное, хотя может не подать виду, что это ему приятно, да и не обязан это делать.</w:t>
      </w:r>
    </w:p>
    <w:p>
      <w:r>
        <w:t>Когда в семье всё находится на своих местах, и каждый выполняет ту роль, которую предусмотрел Творец семьи, тогда отношения будут развиваться гармонично и правильно.</w:t>
      </w:r>
    </w:p>
    <w:p>
      <w:r>
        <w:t>Если муж решил сменить свои религиозные взгляды и перестал придерживаться Божьих повелений, то это не даёт жене право перестать проявлять к нему уважение. Наоборот, в своей любви и заботе о нём она может показать мужу Божью любовь и помочь ему вернуться на истинный путь, если её жизни ничто не угрожает.</w:t>
      </w:r>
    </w:p>
    <w:p>
      <w:r>
        <w:t>Дар уважения и понимание того, как он должен себя проявить, даётся Богом и вписывается в сердце. Бог не поручал жене властвовать над мужем и не одобряет подобный дух. Любой гнев, крик, ворчание, обида, злоречие, недовольство в отношении главы семьи Господь расценивает как неуважение к Себе.</w:t>
      </w:r>
    </w:p>
    <w:p>
      <w:r>
        <w:t>Не муж создаёт себе авторитет как глава жены, а жене доверена эта обязанность. И своим уважением к своему мужчине она весьма успешно выполняет Божье предназначение и делает мужа духовно сытым, достойным и значимым в глазах остальных домочадцев и своих друзей.</w:t>
      </w:r>
    </w:p>
    <w:p>
      <w:r>
        <w:t>Иному мужчине достаточно того, чтобы ему не мешали осуществлять все его планы и всегда были рядом. Он доволен, когда его мнение слушают без лишних комментариев. Другой же ожидает восхищения и похвалы в свой адрес, чтобы понять, что у него есть прекрасная группа поддержки, которая щедра на добрые слова одобрения и всегда найдёт в нём то, чему можно порадоваться. При уважении к мужу важно понимать его язык любви и выражать своё отношение именно на этом языке. Но стоит помнить и о том, что лишнее доброе слово в адрес мужа, сказанное к месту и в нужное время, не будет лишним.</w:t>
      </w:r>
    </w:p>
    <w:p>
      <w:r>
        <w:t>Если мужчина не станет получать в своём доме достойного уважения, то он не умрёт от такого отношения, но будет автоматически искать его в другом месте, проводя своё время вне дома или вне семьи. И он обязательно найдёт тех, кто будет его уважать и ценить или хотя бы создавать подобный вид.</w:t>
      </w:r>
    </w:p>
    <w:p>
      <w:r>
        <w:t>Любовь состоит из уважения, и это можно понять, видя, насколько Бог уважает Своё творение и выбор человека, даже если он идёт вразрез с Божьими планами.</w:t>
      </w:r>
    </w:p>
    <w:p>
      <w:r>
        <w:t>Уважение к мужу подобно доброму семени, которое, взойдя, принесёт добрый плод в отношениях. И этот плод будет насыщать не только вашего мужчину, но и вас самих.</w:t>
      </w:r>
    </w:p>
    <w:p>
      <w:r>
        <w:t>Чтобы муж не погиб с голоду, ему достаточно будет сварить картошку в мундире и сделать яичницу. Он это съест и получит подкрепление сил, но не обретёт того наслаждения, в котором нуждается его душа. Также и в проявлении уважения, если присутствует безусловная любовь и желание сделать мужа счастливым и если его разум не повреждён, ваше отношение и все ваши дела будут в его глазах очень вкусными, желанными и востребованными.</w:t>
      </w:r>
    </w:p>
    <w:p>
      <w:r>
        <w:t>В уважении к мужу жена учится покорности Божьей воле, готовясь проявлять подобный дух и в обращении с другими мужчинами. И они будут это видеть и чувствовать и начнут отвечать тем же, так как получат то, в чём всегда нуждаются.</w:t>
      </w:r>
    </w:p>
    <w:p>
      <w:r>
        <w:t>Стоит всегда помнить об этой естественной потребности мужского сознания и не бояться давать мужу то, что ему так нужно.</w:t>
      </w:r>
    </w:p>
    <w:p>
      <w:r>
        <w:t>У жены есть потребность, чтобы её любили, и она может решить, что в этом нуждается и её муж, но он больше нуждается в уважении, и стоит это помнить.</w:t>
      </w:r>
    </w:p>
    <w:p>
      <w:pPr>
        <w:pStyle w:val="Heading2"/>
      </w:pPr>
      <w:r>
        <w:t>Домашнее задание 831</w:t>
      </w:r>
    </w:p>
    <w:p>
      <w:r>
        <w:t>1. Прочитайте, пожалуйста, Рим.12:9-10; Лев.19:32; 1Пет.1:22; 2:17; Флп.2:1-5; 2:25-30; Иак.2:1-4; Пс.2:12; Ин.12:26; 1Кор.15:16; 1Цар.9:6; 15:30; 4Цар.5:1; Еккл.10:1; Иез.22:7-8; Деян.5:34; 1Фес.5:11-13 в свете этого урока.</w:t>
      </w:r>
    </w:p>
    <w:p>
      <w:r>
        <w:t>2. Какие ещё стихи из Библии пришли вам на память?</w:t>
      </w:r>
    </w:p>
    <w:p>
      <w:r>
        <w:t>3. Что вы поняли из этого урока?</w:t>
      </w:r>
    </w:p>
    <w:p>
      <w:r>
        <w:t>4. Как можно уважать мужа, чтобы это было приятно Небу?</w:t>
      </w:r>
    </w:p>
    <w:p>
      <w:r>
        <w:t>5. Стоит ли у самого мужчины спросить о том, какой вид уважения ему нравится?</w:t>
      </w:r>
    </w:p>
    <w:p>
      <w:r>
        <w:t>6. Относится ли к нашей теме стих из Мат.7:6: «Не давайте святыни псам и не бросайте жемчуга вашего перед свиньями, чтобы они не попрали его ногами своими и, обратившись, не растерзали вас»?</w:t>
      </w:r>
    </w:p>
    <w:p>
      <w:r>
        <w:t>7. Каким не должно быть уважение или то, что вы считаете уважением? Например: боится — значит уважает.</w:t>
      </w:r>
    </w:p>
    <w:p>
      <w:r>
        <w:t>8. Какую роль играет любовь в уважении к мужу?</w:t>
      </w:r>
    </w:p>
    <w:p>
      <w:r>
        <w:t>9. Стоит ли учитывать разницу в мышлении и восприятии между мужчиной и женщиной, выбирая свой подход к сердцу мужа?</w:t>
      </w:r>
    </w:p>
    <w:p>
      <w:r>
        <w:t>10. Если ваш муж младше вас или не имеет того жизненного опыта, каким обладаете вы, то нужно ли его вначале воспитать под себя, а потом начать уважать?</w:t>
      </w:r>
    </w:p>
    <w:p>
      <w:r>
        <w:t>11. За что нужно уважать мужчин, а за что не стоит?</w:t>
      </w:r>
    </w:p>
    <w:p>
      <w:r>
        <w:t>12. Даст ли Бог мудрость жене правильно относиться к мужу, если она захочет почтить его своим непритворным уважением, но не знает, как это делать?</w:t>
      </w:r>
    </w:p>
    <w:p>
      <w:r>
        <w:t>13. Стоит ли помнить о том, что уважение для мужа очень важно и нужно ему?</w:t>
      </w:r>
    </w:p>
    <w:p>
      <w:r>
        <w:t>14. Следует ли учить своих детей почитать отца, и как это лучше делать?</w:t>
      </w:r>
    </w:p>
    <w:p>
      <w:r>
        <w:t>15. Узнали ли вы из этого урока что-то полезное и новое для себя?</w:t>
      </w:r>
    </w:p>
    <w:p>
      <w:r>
        <w:br w:type="page"/>
      </w:r>
    </w:p>
    <w:p>
      <w:pPr>
        <w:pStyle w:val="Heading1"/>
      </w:pPr>
      <w:r>
        <w:t>Урок 832. Семья и суббота</w:t>
      </w:r>
    </w:p>
    <w:p>
      <w:r>
        <w:t>Творение нашего мира происходило по плану Божества, в строгой последовательности — от низших форм жизни к высшим. После создания растительного мира Бог дал повеление воде производить рыб и птиц, а на шестой день по слову Господа земля произвела скотов, гадов и зверей земных. Когда и этот Божий приказ был выполнен, Творец стал создавать из земного праха человека по образу и подобию Своему. Каждая клеточка организма Адама была тщательно продумана и сотворена из подручного материала, и, когда тело было готово, Величие Небес вдунуло в Своё творение дыхание жизни, и стал человек душою живою. Жена уже была задумана в Божьем плане и до определённого времени являлась частью мужа, ожидая того момента, когда Господь извлечёт её из недр Адама. И вскоре это время настало. Бог отделил жену от мужа, чтобы вручить её ему как помощницу и спутницу жизни. Таким образом Творец создал семью и благословил её на размножение и владение землёю. Богу несложно было сразу создать миллионы людей и населить ими всю землю, но Он решил от одной крови произвести весь человеческий род, чтобы наш мир был одной большой семьёй рождённых от себе подобных.</w:t>
      </w:r>
    </w:p>
    <w:p>
      <w:r>
        <w:t>Печатью творения стал седьмой день — суббота. Для человека это был второй день его жизни, который он провёл в общении со своим Создателем, разделяя с Господом Его отдых от всех дел. «И благословил Бог седьмой день, и освятил его, ибо в оный почил от всех дел Своих, которые Бог творил и созидал» Быт.2:3.</w:t>
      </w:r>
    </w:p>
    <w:p>
      <w:r>
        <w:t>Семья и суббота составили основу человеческого бытия, на которой строилось общение по горизонтали и вертикали.</w:t>
      </w:r>
    </w:p>
    <w:p>
      <w:r>
        <w:t>А затем произошло незапланированное грехопадение человека, в результате чего первые люди были изгнаны из Едемского сада, где они встречались со своим Творцом и общались с Ним. Но семья не была разрушена вследствие греха, и суббота не перестала быть субботой. Эти два памятника Божьей силы и власти были унаследованы людьми и сохранены до наших дней. Весь мир существует благодаря семье, а суббота остаётся субботой и почти на всех языках звучит одинаково.</w:t>
      </w:r>
    </w:p>
    <w:p>
      <w:r>
        <w:t>Враг души ненавидит Бога и его творение, и всё, что Бог делает. Семья и суббота всегда были предметом особых нападок лукавого, и сейчас мы видим, как мир относится к этим Божьим установлениям. Чтобы защитить семью, Господь повелел семейным людям не разводиться (1Кор.7:10), а соблюдение субботы Он облёк Своими устами в заповедь (Исх.20:8-11), обязательную для соблюдения всеми людьми и даже рабочими животными.</w:t>
      </w:r>
    </w:p>
    <w:p>
      <w:r>
        <w:t>Счастливая семья — это мечта Бога для последнего времени. В послании к Лаодикии Он как раз и утверждает, что мы не знаем, насколько мы несчастны (Откр.3:17). Современные люди перестали верить в то, что семья может быть счастливой, потому что нет тому примера и нет знания о том, как это счастье можно построить, а затем и удержать среди моря соблазнов этого мира.</w:t>
      </w:r>
    </w:p>
    <w:p>
      <w:r>
        <w:t>Людям предлагаются и навязываются всевозможные греховные модели взаимоотношений, и даже в союзах между мужчинами и женщинами нет места обязательствам перед обществом и друг перед другом. Семьи могут создаваться и разрушаться с особой лёгкостью.</w:t>
      </w:r>
    </w:p>
    <w:p>
      <w:r>
        <w:t>А во что мир превратил субботу? Это стал парково-хозяйственный день, в который все готовятся к воскресному отдыху, не задумываясь о том, что Бог не отменил Свою заповедь и приходит на встречу со Своим творением именно в то время, которое Он Сам установил — от захода солнца в пятницу до захода солнца в субботу (Лев.23:32).</w:t>
      </w:r>
    </w:p>
    <w:p>
      <w:r>
        <w:t>Счастье и послушание Божьим постановлениям и повелениям — это одно целое. Бог не даёт счастье во грехе и не заинтересован в том, чтобы грешный человек жил вечно. Враг не может причинить вред той душе, которая живёт в согласии с Божьими планами и в послушании Божьим заповедям, но он имеет возможность предлагать людям согрешить ради временного наслаждения или принятого образа жизни. И он очаровывает тех, кто вступает из любопытства на его территорию.</w:t>
      </w:r>
    </w:p>
    <w:p>
      <w:r>
        <w:t>Счастливая семья — это то, к чему должны стремиться все Божьи дети, и в чём они должны жить. И Верный Свидетель из Откр.3:18 предлагает купить у Него именно то, что сделает любую семью счастливой и праведной, если оба её члена последуют этому плану.</w:t>
      </w:r>
    </w:p>
    <w:p>
      <w:r>
        <w:t>Если вы услышите, что где-то есть люди, которые делают всё возможное, чтобы создать на Божьих принципах счастливую семью и научить этому и вас, то проявите интерес к этой науке и поддержите этих людей своим вниманием и желанием строить и в своей жизни такое счастье.</w:t>
      </w:r>
    </w:p>
    <w:p>
      <w:r>
        <w:t>И оно придёт в ваш дом. Оно привыкнет к вам и будет, как тень, ходить за вами по пятам и предлагать вам новые способы себя пережить.</w:t>
      </w:r>
    </w:p>
    <w:p>
      <w:r>
        <w:t>Суббота — это часть времени, которая принадлежит не мне, а Богу. И Он желает благословить меня в этот день и освятить. Если начать изучать смысл субботы, то любой здравомыслящий человек поймёт, что это постановление включает в себя гораздо больше, чем просто отдых. Встречаясь с невидимым Богом, послушные дети получают особые благословения Божьего присутствия не только на это время, но и на все сферы своей жизнедеятельности и в остальные дни недели. Мир может создать тяжёлые условия и времена для соблюдения субботы, подменяя её своими подделками, но ничто не сможет поколебать верную заповедям душу, в сердце которой записан Божий закон.</w:t>
      </w:r>
    </w:p>
    <w:p>
      <w:r>
        <w:t>К сожалению, среди христиан нашлись те, кто решил заменить Божье время на другой день или объявить его повседневным праздником, но на это нет Библейского основания. Даже сейчас я могу смело предложить самую большую сумму денег за один Библейский стих о святости воскресенья, и никто не сможет представить то, чего нет в Библии. Тогда возникает вопрос: «Зачем соблюдать то, что Бог не заповедал, и нарушать то, о чём так ясно сказано?» Но, к сожалению, люди не слышат подобные вопросы и не думают о том, какие последствия приносит грех и нарушение закона.</w:t>
      </w:r>
    </w:p>
    <w:p>
      <w:r>
        <w:t>Соблюдающие субботу не спасаются через это послушание. Их спасение происходит по вере во Христа и через личные отношения с Ним. Счастливая семья тоже никого не спасёт, но она станет следствием послушания Богу и соблюдения всех Божьих заповедей, в том числе и заповеди о любви друг к другу.</w:t>
      </w:r>
    </w:p>
    <w:p>
      <w:r>
        <w:t>Мне выбирать ныне, кому быть верным и послушным и кому служить, а счастье придёт как следствие и как неизбежность моей преданности Богу.</w:t>
      </w:r>
    </w:p>
    <w:p>
      <w:r>
        <w:t>Нас ждут интересные времена и испытания нашей верности друг другу и Господу. Не думайте, что если вы решите жить в счастливой семье и в полном послушании Творцу, то враг вас оставит в покое. Он будет всячески нападать на Божьи постановления в вашей жизни и разочаровывать в них. Однако Бог уже победил в этой войне и не оставит нас одних в этом противостоянии.</w:t>
      </w:r>
    </w:p>
    <w:p>
      <w:r>
        <w:t>Ничто так не радует Господа, как верные Ему дети, готовые быть непоколебимыми и счастливыми в любых испытаниях. И враг бессилен перед таким союзом.</w:t>
      </w:r>
    </w:p>
    <w:p>
      <w:r>
        <w:t>Хоть верующий человек и не чувствует Божьего присутствия, а постигает Бога верою, не видением, это не значит, что Бога нет в жизни этого верного слуги. Придёт время — придут и чувства, и Бог откроет Себя во всей славе, и тогда все увидят отличие праведного от нечестивого и святого от нечистого. А пока будем верить и любить, и делать то, что Господь советует исполнять.</w:t>
      </w:r>
    </w:p>
    <w:p>
      <w:pPr>
        <w:pStyle w:val="Heading2"/>
      </w:pPr>
      <w:r>
        <w:t>Домашнее задание 832</w:t>
      </w:r>
    </w:p>
    <w:p>
      <w:r>
        <w:t>1. Прочитайте, пожалуйста, Быт.1:26-29; 2:18,22-25; 1Тим.3:2-5; 5:8; Еф.5:22-25,33; Мар.2:27-28; Исх.31:13; Лев.26:12; Ис.58:13-14; 66:23 в свете этого урока.</w:t>
      </w:r>
    </w:p>
    <w:p>
      <w:r>
        <w:t>2. Какие ещё стихи из Библии пришли вам на память?</w:t>
      </w:r>
    </w:p>
    <w:p>
      <w:r>
        <w:t>3. Что вы поняли из этого урока?</w:t>
      </w:r>
    </w:p>
    <w:p>
      <w:r>
        <w:t>4. Какие нападки на семью вам знакомы?</w:t>
      </w:r>
    </w:p>
    <w:p>
      <w:r>
        <w:t>5. Почему так важно хранить семейный союз?</w:t>
      </w:r>
    </w:p>
    <w:p>
      <w:r>
        <w:t>6. Почему враг души ненавидит счастливые семьи и желает их разрушить?</w:t>
      </w:r>
    </w:p>
    <w:p>
      <w:r>
        <w:t>7. Как можно противостоять сатане в его губительном деле по разрушению семейного счастья?</w:t>
      </w:r>
    </w:p>
    <w:p>
      <w:r>
        <w:t>8. Чем для вас является суббота?</w:t>
      </w:r>
    </w:p>
    <w:p>
      <w:r>
        <w:t>9. Отменил ли где-то Бог Свою заповедь о соблюдении и святости субботнего дня?</w:t>
      </w:r>
    </w:p>
    <w:p>
      <w:r>
        <w:t>10. Знаете ли вы Библейские стихи о святости воскресного дня?</w:t>
      </w:r>
    </w:p>
    <w:p>
      <w:r>
        <w:t>11. Почему весь христианский мир святит тот день, о котором ничего не написано в Библии?</w:t>
      </w:r>
    </w:p>
    <w:p>
      <w:r>
        <w:t>12. Принимает ли Бог поклонение Себе в тот день, который Он не устанавливал для поклонения?</w:t>
      </w:r>
    </w:p>
    <w:p>
      <w:r>
        <w:t>13. Стоит ли мне оставаться верным Богу в соблюдении субботы, если члены моей семьи решили нарушать эту заповедь и призывают меня под страхом развода поступать так же?</w:t>
      </w:r>
    </w:p>
    <w:p>
      <w:r>
        <w:t>14. Что важнее: послушание Богу, даже если при этом разрушается семья, или сохранение семьи, даже если при этом приходится нарушать Божьи заповеди?</w:t>
      </w:r>
    </w:p>
    <w:p>
      <w:r>
        <w:t>15. Почтит ли Господь те семьи, которые почитают Его?</w:t>
      </w:r>
    </w:p>
    <w:p>
      <w:r>
        <w:br w:type="page"/>
      </w:r>
    </w:p>
    <w:p>
      <w:pPr>
        <w:pStyle w:val="Heading1"/>
      </w:pPr>
      <w:r>
        <w:t>Урок 833. Хвалите своего мужа</w:t>
      </w:r>
    </w:p>
    <w:p>
      <w:r>
        <w:t>Похвала — это подчеркивание скрытых или видимых достоинств человека, которое особым образом радует и вдохновляет, как слушающего, так и говорящего подобные комплименты.</w:t>
      </w:r>
    </w:p>
    <w:p>
      <w:r>
        <w:t>Если в вашем доме есть мужчина, с которым вы связали свою жизнь навсегда, то стоит знать, что для него слова вашей похвалы и признательности так же необходимы, как и интимная близость с вами и ваша вкусная и полезная еда.</w:t>
      </w:r>
    </w:p>
    <w:p>
      <w:r>
        <w:t>Многие женщины этого не знают, и почти все это не практикуют. Муж не умрёт с голоду, если вы его не хвалите, но в нём заложен этот механизм и эта потребность, потому что он является образом и подобием Божьим. Он – творческая личность, и ему необходимо летать. Похвала как раз и способствует успешному росту так называемых «творческих крыльев», благодаря чему ваш муж может совершать такие удивительные вещи, на которые он, возможно, никогда не решится из-за вашего молчания.</w:t>
      </w:r>
    </w:p>
    <w:p>
      <w:r>
        <w:t>Если вы хотите, чтобы ваш муж начал делать то, что раньше никогда не делал, то начните его хвалить так, как вы его никогда не хвалили.</w:t>
      </w:r>
    </w:p>
    <w:p>
      <w:r>
        <w:t>Не стоит путать хвалу с лестью или выражать её ради галочки или желания что-то получить взамен. Мужчины очень хорошо разбираются в ваших мотивах и не принимают фальшивку. Если жене нечего сказать, то лучше ничего не говорить, а начать изучать этот вопрос и применять такой язык любви по факту и необходимости.</w:t>
      </w:r>
    </w:p>
    <w:p>
      <w:r>
        <w:t>Поняв, насколько мужу важна похвала, не стоит на него обрушивать водопад добрых слов, если он не привык от вас получать подобного. Если вы находитесь в постоянной конфронтации или раздражении, то ваша похвала не будет принята. Она будет понята с точностью до наоборот.</w:t>
      </w:r>
    </w:p>
    <w:p>
      <w:r>
        <w:t>Если вашего мужа раздражают или выводят из себя ваши слова похвалы и признательности, то не надо их ему говорить. Это означает, что ваш супруг является исключением из правил, к которому нужно найти особенный подход. В основном же, ваша искренняя похвала будет приниматься с радостью и удовольствием.</w:t>
      </w:r>
    </w:p>
    <w:p>
      <w:r>
        <w:t>Не начинайте делать то, чего вы не станете продолжать. Поняв и увидев, что ваш муж нуждается в вашей положительной оценке его скрытых и открытых особенностей, его стоит кормить этим постоянно. А предложение, чтобы он сам что-то нашёл и поел прошлогодние консервы добрых воспоминаний, не пройдёт. Вашему супругу требуются «свежие продукты» и «горячие пирожки», особенно если он с вами охотно делится своими новыми достижениями, опытами и победами.</w:t>
      </w:r>
    </w:p>
    <w:p>
      <w:r>
        <w:t>Если дома он не получит того, в чём так нуждается его душа, то он будет искать этого признания в другом месте, и обязательно найдёт.</w:t>
      </w:r>
    </w:p>
    <w:p>
      <w:r>
        <w:t>Похвала приносит благословение не только тому, кто её слышит, но и тому, кто её выражает.</w:t>
      </w:r>
    </w:p>
    <w:p>
      <w:r>
        <w:t>Почему мы хвалим Бога? Почему об этом так много пишет Библия? Потому что это строит добрые отношения между мной и Творцом. Это учит меня замечать невидимое и быть признательным за полученное, поднимает настроение, подчеркивает ценность Господа в моих глазах, наполняет моё сердце радостью, является выражением моей веры, и очень нравится Слушающему меня Божеству.</w:t>
      </w:r>
    </w:p>
    <w:p>
      <w:r>
        <w:t>А теперь возьмите все эти преимущества хвалы и примените их к тому, кто создан по образу и подобию Божьему. Эта потребность принимать и отдавать вложена в каждого нормального человека.</w:t>
      </w:r>
    </w:p>
    <w:p>
      <w:r>
        <w:t>Похвала мужа — это целая наука, которую стоит изучить и сделать частью своей жизни. Она является ключом к взаимопониманию, к снижению напряженности в отношениях, к установлению позитивного общения, к росту доверия и созданию прочной эмоциональной связи.</w:t>
      </w:r>
    </w:p>
    <w:p>
      <w:r>
        <w:t>Похвала должна говориться по существу и факту. С её помощью находят и подчёркивают то, что очевидно, или выражают то, что вы желаете видеть в человеке, смотря на него глазами веры.</w:t>
      </w:r>
    </w:p>
    <w:p>
      <w:r>
        <w:t>Мужчине приятно, когда вы замечаете в нём проявление мужских качеств, таких как сила, мужество, выносливость, стойкость, верность, мудрость. Если вы начнёте подчёркивать его внешнюю красоту, то он может вас не понять.</w:t>
      </w:r>
    </w:p>
    <w:p>
      <w:r>
        <w:t>Не надо унижать мужа, хваля его, как маленького ребёнка. Например, умничка, хороший мальчик, молодчинка. Это можно говорить только в выражении своих чувств в особых случаях, чтобы никто другой не слышал. Вы не его мама, и не нужно так усыновлять главу своей семьи.</w:t>
      </w:r>
    </w:p>
    <w:p>
      <w:r>
        <w:t>Дежурные фразы, например, «молодец», «хорошо», «дай поцелую», не являются похвалой, но несут в себе весть о том, что это заслуженный комплимент. Они не вызывают особой радости. Слова любви — это тоже не похвала, а выражение ваших чувств и отношения, которое не подчеркивает достоинства и особенности мужчины, но радуют его сердце.</w:t>
      </w:r>
    </w:p>
    <w:p>
      <w:r>
        <w:t>Когда вы видите или чувствуете, что ваш муж напрашивается на похвалу, тогда дайте ему это в изобилии. Он с радостью съест всё, чем вы его угостите, и будет вам очень благодарен за такой вкусный подарок для души. Мужчине необходимо понимать свою значимость и уникальность, и кто, как не жена, может этому поспособствовать.</w:t>
      </w:r>
    </w:p>
    <w:p>
      <w:r>
        <w:t>Похвала может стать очень мощным мотиватором в творческой жизни мужа и сподвигнуть его к обнаружению и развитию тех талантов и способностей, которые в других случаях не будут востребованы. Постарайтесь «подвесить» вашему мужу крылья и научите его летать, пробовать новое, придумывать уникальное, и поддержите его своей искренней радостью за его успехи в этой творческой области его жизни. Помните, что за каждым успешным мужчиной стоит мудрая жена, благодаря поддержке которой он смог покорить очередную вершину и улучшить этот мир.</w:t>
      </w:r>
    </w:p>
    <w:p>
      <w:r>
        <w:t>Похвала также уместна и в интимной сфере семейной жизни. И здесь тоже необходима мудрость свыше, чтобы найти нужные слова и подчеркнуть то, что вас особо радует. Но делайте это так, чтобы никто другой не слышал ваших откровений.</w:t>
      </w:r>
    </w:p>
    <w:p>
      <w:r>
        <w:t>Не следует хвалить человека за его лень, безынициативность или безразличие к вам. Не стоит поощрять и злые пороки, хваля за то, как он здорово кого-то обругал или поставил на место. Лучше не говорить ничего.</w:t>
      </w:r>
    </w:p>
    <w:p>
      <w:r>
        <w:t>В любом мужчине заложена потребность быть нужным и полезным, востребованным и ценным, и, когда вы это подчеркиваете своею искренней похвалой, ваш муж слышит вас, соглашается с вашими словами и привязывается к вам всем сердцем.</w:t>
      </w:r>
    </w:p>
    <w:p>
      <w:r>
        <w:t>Не бойтесь хвалить вашего супруга при других людях, не унижая при этом его мужское достоинство и не выдавая ваши личные семейные секреты. Не нужно при посторонних людях называть своего возлюбленного уменьшительно-ласкательными словами, такими как «зайка», «котик» или «рыбка». Пусть все эти имена будут только в вашем личном обиходе.</w:t>
      </w:r>
    </w:p>
    <w:p>
      <w:r>
        <w:t>Если ваш муж открыт к похвале и ждёт этого от вас, то поговорите с ним об этом и поинтересуйтесь, что его больше всего радует, на что он расчитывает, и что он чувствует. Бывает так, что в ваших глазах что-то является похвалой, а для мужа — это унижение, или наоборот. В общении с дорогим вам другом можно узнать очень много полезных вещей.</w:t>
      </w:r>
    </w:p>
    <w:p>
      <w:r>
        <w:t>Любовь к мужу обязательно выразит себя в определении тех свойств его характера, поведения и скрытого потенциала, о которых, возможно, он даже не задумывался.</w:t>
      </w:r>
    </w:p>
    <w:p>
      <w:r>
        <w:t>Мы все ожидаем похвалы от Бога, когда Он нам скажет: «Хорошо, верный и добрый раб, …войди в радость Господина твоего» (Мат.25:21). Но эти слова мы услышим в самом конце как итог, а уже сейчас мы можем радовать сердца друг друга и озвучивать то доброе, что замечаем друг в друге или что хотим видеть.</w:t>
      </w:r>
    </w:p>
    <w:p>
      <w:pPr>
        <w:pStyle w:val="Heading2"/>
      </w:pPr>
      <w:r>
        <w:t>Домашнее задание 833</w:t>
      </w:r>
    </w:p>
    <w:p>
      <w:r>
        <w:t>1. Прочитайте, пожалуйста, Флп.4:8; Прит.27:2; Пс.19:8; 33:3; 116:1-2; 2Цар.14:25; 1Пет.2:20; Рим.2:29; 2Кор.1:12-14; 6:3-10; 7:14-16; 10:18; 11:10-12; Флп.1:25-28; Иак.3:14; Иер.9:23-24 в свете этого урока.</w:t>
      </w:r>
    </w:p>
    <w:p>
      <w:r>
        <w:t>2. Какие ещё стихи из Библии пришли вам на память?</w:t>
      </w:r>
    </w:p>
    <w:p>
      <w:r>
        <w:t>3. Что вы поняли из этого урока?</w:t>
      </w:r>
    </w:p>
    <w:p>
      <w:r>
        <w:t>4. Вам нравится слышать похвалу в свой адрес?</w:t>
      </w:r>
    </w:p>
    <w:p>
      <w:r>
        <w:t>5. Как вы думаете, нравится ли другим слышать то, что нравится и вам?</w:t>
      </w:r>
    </w:p>
    <w:p>
      <w:r>
        <w:t>6. Что производит похвала в сердце и в отношениях?</w:t>
      </w:r>
    </w:p>
    <w:p>
      <w:r>
        <w:t>7. Чем отличается похвала от лести?</w:t>
      </w:r>
    </w:p>
    <w:p>
      <w:r>
        <w:t>8. Знали ли вы о том, что похвала нужна мужчинам, хотя они об этом сами мало говорят?</w:t>
      </w:r>
    </w:p>
    <w:p>
      <w:r>
        <w:t>9. Что делать, если вы не привыкли кого-то хвалить, и вас к этому не тянет?</w:t>
      </w:r>
    </w:p>
    <w:p>
      <w:r>
        <w:t>10. Как вы думаете, будет ли для вашего мужа ваша похвала стимулом стать тем, кем вы его видите, и верите ли вы в то, что он сможет этого достичь?</w:t>
      </w:r>
    </w:p>
    <w:p>
      <w:r>
        <w:t>11. Что не является похвалой?</w:t>
      </w:r>
    </w:p>
    <w:p>
      <w:r>
        <w:t>12. Чем отличается похвала за что-то от похвалы «потому что»?</w:t>
      </w:r>
    </w:p>
    <w:p>
      <w:r>
        <w:t>13. Вам интересно увидеть влияние слов хвалы на вашего друга жизни? Планируете ли вы это практиковать?</w:t>
      </w:r>
    </w:p>
    <w:p>
      <w:r>
        <w:t>14. Как вы думаете, перестанут ли вас уважать те, кого вы начнёте хвалить и в ком вы будете делать уникальные открытия?</w:t>
      </w:r>
    </w:p>
    <w:p>
      <w:r>
        <w:t>15. Где и как можно научиться хвалить других людей?</w:t>
      </w:r>
    </w:p>
    <w:p>
      <w:r>
        <w:br w:type="page"/>
      </w:r>
    </w:p>
    <w:p>
      <w:pPr>
        <w:pStyle w:val="Heading1"/>
      </w:pPr>
      <w:r>
        <w:t>Урок 834. Восхищайтесь своим мужем</w:t>
      </w:r>
    </w:p>
    <w:p>
      <w:r>
        <w:t>Восхищение — это чувство глубокого уважения, радости, признательности, восторга, любви к объекту своего почтения, которое может выражаться в ободряющих словах похвалы или в других проявлениях особого отношения. Если похвала способна находить и определять какие-то свойства характера и таланты в вашем муже, что восполняет его душевные потребности, то восхищение им — это особый праздник для его сердца. Это своего рода вишенка на торте, которая придаёт всей сложной конструкции завершенный вид и является самым желанным угощением, достаточным для одного избранного человека.</w:t>
      </w:r>
    </w:p>
    <w:p>
      <w:r>
        <w:t>Не многие мужчины испытывают на себе подобное отношение со стороны своих жён и порою даже не догадываются о том, что это есть и возможно, поэтому даже и не ждут этого, хотя и не против пережить такой опыт.</w:t>
      </w:r>
    </w:p>
    <w:p>
      <w:r>
        <w:t>Восхищение мужем — это признание его самым значимым человеком в вашей семье за его уникальные качества души, за его таланты и успехи, за то, что он у вас есть. Это высокая оценка его интеллекта, его моральных ценностей, его одарённости и просто его личности в целом.</w:t>
      </w:r>
    </w:p>
    <w:p>
      <w:r>
        <w:t>Подобное отношение очень сильно привязывает двух близких людей друг к другу, даёт чувство уверенности в любви, осознание того, что ты имеешь поддержку и можешь даже в трудные времена на неё расчитывать. Восхищение создаёт дружелюбную атмосферу в семье и вдохновляет на что-то лучшее и прекрасное.</w:t>
      </w:r>
    </w:p>
    <w:p>
      <w:r>
        <w:t>По природе каждый из нас по-своему уникален и обладает многими скрытыми и неразвитыми талантами, которые могут так или иначе себя проявлять. Внимательное око способно быстро выявлять эти человеческие особенности и подчеркивать их путём одобрения и восхищения в виде положительных оваций и громких возгласов.</w:t>
      </w:r>
    </w:p>
    <w:p>
      <w:r>
        <w:t>Примеры подобного отношения мы можем встретить в описании живых существ из книги Откровения. Эти существа находятся у Божьего престола и непрестанно восклицают день и ночь: «Свят, свят, свят Господь Бог Вседержитель, Который был, есть и грядёт» (Откр.4:8). Несомненно, что Господь Бог вызывает восхищение у всего Своего творения, и уста всех сами начинают восхвалять Величие Небес. Мы находим этому подтверждение на протяжении всей Библии. Подобная практика присутствует и в человеческих отношениях, но гораздо реже и в особых случаях. К сожалению, когда смертного человека начинают публично превозносить и ставить на пьедестал почёта или поклоняться ему, не всегда это оказывает положительное влияние. Но в рамках семьи восхищение выглядит довольно приличным и является особым выражением восторга, что очень радует обоих супругов и сближает их.</w:t>
      </w:r>
    </w:p>
    <w:p>
      <w:r>
        <w:t>Мужчины ценят похвалу и радуются, когда их жёны восхищаются ими, обучая этому и своих детей. Каждому отцу семейства приятно быть особенным в глазах своих домочадцев, которые искренне выражают вслух свои восторженные чувства и превозносят над собой главу их дома. И как ответит радостный отец и муж на такое отношение? Только взаимной любовью и желанием как-то особенно послужить своим родным и близким людям.</w:t>
      </w:r>
    </w:p>
    <w:p>
      <w:r>
        <w:t>Восхищение — это всегда праздник для души, и ты порою даже не знаешь, когда он настанет и будет ли он вообще. Это исходит от любящего сердца, которое учится видеть доброе и умеет правильно подмечать даже незначительные мелочи, указывая на них должным образом.</w:t>
      </w:r>
    </w:p>
    <w:p>
      <w:r>
        <w:t>Восхищение мужем также помогает видеть его как своего партнёра, союзника и друга, с которым можно разделять радости и трудности жизни, строить общие планы и мечты, расти вместе как пара и развиваться как одно целое.</w:t>
      </w:r>
    </w:p>
    <w:p>
      <w:r>
        <w:t>Восхищение может передавать мысль о том, что ты лучше меня, сильнее, мудрее, одарённее и успешнее, что меня ничуточку не смущает, а наоборот — радует. И этим я спешу с тобой поделиться. Восхищение требует определённых затрат моей жизненной энергии, но мне не жалко ею делиться, потому такое отношение несёт в себе положительный заряд, вдохновляющий нас обоих на что-то очень доброе и хорошее.</w:t>
      </w:r>
    </w:p>
    <w:p>
      <w:r>
        <w:t>Восхищаться мужем — это способность видеть его сильные стороны даже в моменты слабости или неудачи и признавать его старания и усилия в достижении общих целей в отношениях и в жизни.</w:t>
      </w:r>
    </w:p>
    <w:p>
      <w:r>
        <w:t>В каждом мужчине заложена эта потребность, и любая женщина, знающая это свойство мужской души и искусно владеющая этим даром, может очень быстро эмоционально привязать к себе любого представителя противоположного пола, завладев его сердцем. А в задачу мужчины входит понимание истинных мотивов подобного женского поведения и установление подобающих границ в отношениях, если это переходит дозволенные рамки и влечёт к нарушению Божьего закона.</w:t>
      </w:r>
    </w:p>
    <w:p>
      <w:r>
        <w:t>Знание мужских потребностей и умелое их использование может стать благословением в семейных отношениях или принести проклятия, если применяется в похотливых целях.</w:t>
      </w:r>
    </w:p>
    <w:p>
      <w:r>
        <w:t>Любому мужчине будет приятно услышать о восхищении его мужскими качествами и силой. Даже напуская на себя равнодушный вид, он будет с удовольствием ловить каждое доброе слово в свой адрес и скромно радоваться в душе тому, что его так отметили. Поэтому не бойтесь восхищаться своим мужем. Если он нормальный, то он всё правильно поймёт и оценит, даже если не подаст вида.</w:t>
      </w:r>
    </w:p>
    <w:p>
      <w:r>
        <w:t>Но не думайте, что всякое ваше восхищение будет принято. Если это искренне и от всей души, то это будет понятно и приятно каждому мужу. А если восхищение окажется наигранным или глупым, то и реакция будет соответствующей.</w:t>
      </w:r>
    </w:p>
    <w:p>
      <w:r>
        <w:t>Иисус лишь однажды принял всеобщее восхищение от народа, когда въезжал в Иерусалим, как предсказанный Царь, сидя на молодом осле. Люди, сами того не понимая, восхищались им под влиянием Святого Духа и клали свои одежды и пальмовые ветви под ноги Великого Учителя. И Господь принимал этих людей, зная, что чрез некоторое время многие из них будут кричать совершенно другие слова проклятия.</w:t>
      </w:r>
    </w:p>
    <w:p>
      <w:r>
        <w:t>Не стоит и нам терять голову и бдительность, когда сегодня кто-то решит нас почтить своим восторгом и восхищением. Не следует и отвергать этих людей, если они так вот искренне выражают свои лучшие чувства и эмоции. Возможно, так они проявляют свою любовь к вам или желание Бога поддержать Вас в каком-либо деле и вдохновить на что-то большее.</w:t>
      </w:r>
    </w:p>
    <w:p>
      <w:r>
        <w:t>Если в вас нет такого дара и вы не представляете, как можно словесно восхищаться своим мужем или другом, то попробуйте это в себе развить и применять по назначению. Праздник для души избранного вами человека будет уместен в любой семье и в любом обществе.</w:t>
      </w:r>
    </w:p>
    <w:p>
      <w:r>
        <w:t>Мужчины, которые не привыкли слышать подобное в свой адрес, поначалу теряются и смущаются, а потом быстро привыкают и ожидают очередную порцию, стараясь сделать всё возможное, чтобы это получить. Но бывают редкие исключения, на которых не стоит заострять внимания.</w:t>
      </w:r>
    </w:p>
    <w:p>
      <w:r>
        <w:t>Любовь умеет себя выражать как в спокойных словах похвалы, так и в громких восклицаниях восторга и восхищения, принося с этими словами себя в сердце слушающего и утверждаясь в душе говорящего.</w:t>
      </w:r>
    </w:p>
    <w:p>
      <w:r>
        <w:t>Женщины также не являются исключительными людьми, недостойными восхищения своих мужей. Они тоже нуждаются в подобном отношении и с радостью принимают от своих возлюбленных то, чего жаждет их душа. Пример обмена словами восхищения можно в изобилии найти в книге Песня Песней и поучиться этому искусству, принося друг другу радость и счастье.</w:t>
      </w:r>
    </w:p>
    <w:p>
      <w:r>
        <w:t>И пусть всё у вас будет с искренностью, любовью и мудростью.</w:t>
      </w:r>
    </w:p>
    <w:p>
      <w:pPr>
        <w:pStyle w:val="Heading2"/>
      </w:pPr>
      <w:r>
        <w:t>Домашнее задание 834</w:t>
      </w:r>
    </w:p>
    <w:p>
      <w:r>
        <w:t>1. Прочитайте, пожалуйста, Соф.3:14; Пс.5:12; 29:12; 44:14-18; 91:5; 95:11-13; Иов.38:4-7; Зах.9:9; Песн.1:3,14-15; 4:1-7; 5:10-16; 6:10; 8:6-7; Ис.16:10; Лук.15:32 в свете этого урока.</w:t>
      </w:r>
    </w:p>
    <w:p>
      <w:r>
        <w:t>2. Какие ещё стихи из Библии пришли вам на память?</w:t>
      </w:r>
    </w:p>
    <w:p>
      <w:r>
        <w:t>3. Что вы поняли из этого урока?</w:t>
      </w:r>
    </w:p>
    <w:p>
      <w:r>
        <w:t>4. В чём отличие похвалы от восхищения?</w:t>
      </w:r>
    </w:p>
    <w:p>
      <w:r>
        <w:t>5. Вы умеете восхищаться вашими ближними в их присутствии?</w:t>
      </w:r>
    </w:p>
    <w:p>
      <w:r>
        <w:t>6. Как вы думаете, то восхищение, которое проявляется в рамках семьи, будет ли уместно в большом сообществе?</w:t>
      </w:r>
    </w:p>
    <w:p>
      <w:r>
        <w:t>7. Почему многие жены даже не задумываются о том, что их мужья нуждаются в их похвале и восхищении?</w:t>
      </w:r>
    </w:p>
    <w:p>
      <w:r>
        <w:t>8. Что делать, если я хочу, чтобы моя жена восхищалась мной, и всё для этого делаю, а она этого не понимает или не хочет?</w:t>
      </w:r>
    </w:p>
    <w:p>
      <w:r>
        <w:t>9. Может ли излишняя похвала и восхищение от жены заставить мужа возгордиться?</w:t>
      </w:r>
    </w:p>
    <w:p>
      <w:r>
        <w:t>10. Как вы думаете, что переживает супруга, восхищающаяся своим мужем?</w:t>
      </w:r>
    </w:p>
    <w:p>
      <w:r>
        <w:t>11. Относится ли к восхищению мужем стих из Флп 2:3: «Ничего не делайте по любопрению или по тщеславию, но по смиренномудрию почитайте один другого высшим себя»?</w:t>
      </w:r>
    </w:p>
    <w:p>
      <w:r>
        <w:t>12. Попробуйте попрактиковать полученные знания на вашем родном человеке. А потом поделитесь своими впечатлениями. Можете это сделать по телефону.</w:t>
      </w:r>
    </w:p>
    <w:p>
      <w:r>
        <w:t>13. Что сделать, чтобы практика восхищения мужем стала привычкой и нормой жизни?</w:t>
      </w:r>
    </w:p>
    <w:p>
      <w:r>
        <w:t>14. Будет ли ваш муж получать благословения от ваших знаний, которые вы не практикуете в ваших отношениях?</w:t>
      </w:r>
    </w:p>
    <w:p>
      <w:r>
        <w:t>15. Что делать, если есть понимание истины, а нет мужа или жены, на которых можно применять полученные знания?</w:t>
      </w:r>
    </w:p>
    <w:p>
      <w:r>
        <w:br w:type="page"/>
      </w:r>
    </w:p>
    <w:p>
      <w:pPr>
        <w:pStyle w:val="Heading1"/>
      </w:pPr>
      <w:r>
        <w:t>Урок 835. Не судите друга за правду</w:t>
      </w:r>
    </w:p>
    <w:p>
      <w:r>
        <w:t>Искренность — это качество человека, выражающееся в честности, открытости и отсутствии ложных мотивов или масок в общении и поведении. Это способность быть искренним, как с самим собой, так и с другими людьми. Это верность своим убеждениям, отсутствие страха перед осуждением, возможность находить компромиссы в отношениях и искать решение любых проблем в сложных ситуациях.</w:t>
      </w:r>
    </w:p>
    <w:p>
      <w:r>
        <w:t>Искренность также подразумевает способность быть открытым к обсуждению своих ошибок и недостатков без страха осуждения или обвинения, а также готовность признавать свои успехи и достижения без ложной скромности. Это важное качество, которое способствует здоровой самооценке и развитию наших отношений с окружающим миром.</w:t>
      </w:r>
    </w:p>
    <w:p>
      <w:r>
        <w:t>Быть честными друг с другом, а особенно с человеком, который стал твоей второй половинкой, — это норма жизни, и искренность помогает устраивать семейные отношения в духе полного доверия и уважения.</w:t>
      </w:r>
    </w:p>
    <w:p>
      <w:r>
        <w:t>Одно неосторожное слово осуждения, насмешки или возмущения за искренность друга может очень быстро закрыть его сердце и побудить к утаиванию всей правды, чтобы защитить душу от «побоев» и ненужного осуждения.</w:t>
      </w:r>
    </w:p>
    <w:p>
      <w:r>
        <w:t>Когда ребёнок только начинает говорить и понимать, он ещё не научен ничему плохому и всегда искренне ведёт себя в своих суждениях. И первый, к кому он приходит со своей непосредственностью, — это его родители. Не всякую правду приятно слушать, особенно если обнаруживается что-то портящее детский характер или несоответствующее укладу жизни в семье. И ребёнок слышит в ответ на свою искренность слова возмущения, осуждения или терпит быстрое наказание без понимания причины. В разуме маленького человечка тут же включаются защитные механизмы, которые стараются оградить юный ум от повреждения, и в следующий раз ребёнок предпочитает молчать или говорить неправду, чтобы избежать осуждения или негативной реакции родителей. И подобное мышление очень быстро закрепляется в сознании и всегда работает в общении и с другими людьми.</w:t>
      </w:r>
    </w:p>
    <w:p>
      <w:r>
        <w:t>Подобный перелом в мышлении свойственен каждому человеку, потому что мир, в котором мы живём, довольно опасен для искренней души и может принести много проблем.</w:t>
      </w:r>
    </w:p>
    <w:p>
      <w:r>
        <w:t>Но жить с закрытым сердцем неинтересно, и каждому человеку хочется иметь настоящего друга, с которым можно быть искренним и открытым без страха осуждения или критики.</w:t>
      </w:r>
    </w:p>
    <w:p>
      <w:r>
        <w:t>Желая быть искренним, я могу целенаправленно действовать в подобном духе, но если мой ближний не намерен уважать мою открытость и использует её против меня, то я вынужден менять модель отношений или прекращать их вовсе. Любовь подсказывает, как мне быть честным и в то же время не давать святыню и жемчуга тем, кто не будет это ценить, обращая мою правду против меня.</w:t>
      </w:r>
    </w:p>
    <w:p>
      <w:r>
        <w:t>Когда люди знакомятся с целью дружбы или создания семьи, они начинают испытывать друг друга, делиться сокровенными вещами и открываться по мере доверия и продолжительности общения. Каждая моя реакция и моё мнение могут стать очередной лесенкой в развитии отношений или границей в моём или чужом сердце, которую нельзя нарушать.</w:t>
      </w:r>
    </w:p>
    <w:p>
      <w:r>
        <w:t>Судить другого очень легко, но принесёт ли это пользу тому человеку и укрепит ли это ваши отношения?</w:t>
      </w:r>
    </w:p>
    <w:p>
      <w:r>
        <w:t>Приведём пример. Встретились два одиночества и решили стать друзьями для серьёзных отношений. В какой-то момент он пожелал выразить ей свои искренние чувства и спросил её разрешения на поцелуй. Она, будучи девушкой честных правил, сразу отказала в категорической форме и дала ему понять, что она не женщина лёгкого поведения, ставя ультиматум на прекращение дружбы, если это ещё повторится.</w:t>
      </w:r>
    </w:p>
    <w:p>
      <w:r>
        <w:t>А в чём была вина её друга? Он искренне выразил свои чувства, которые побудили его, возможно, впервые в жизни, пойти на такой поступок. Он решил поделиться с ней самым дорогим переживанием, которое смог выразить в этом вопросе, не решаясь на действие.</w:t>
      </w:r>
    </w:p>
    <w:p>
      <w:r>
        <w:t>Можно по-разному отреагировать на подобные предложения. Сказать «нет» или «не сейчас», задать встречный вопрос, чтобы понять серьёзность намерений. А если это считается нарушением её принципов, то спокойно, с улыбкой объяснить, не обвиняя друга в его опрометчивости. И стоит понимать, что это было не только желание поцеловать, а являлось выражением самого искреннего доверия и радости, которое он решил так проявить. Он не нападал на свою подругу, а задал ей вопрос, ожидая, что она изберёт и как ответит. И он готов слушать и слушает внимательно.</w:t>
      </w:r>
    </w:p>
    <w:p>
      <w:r>
        <w:t>Возьмём пример из семьи. Жена решила рассказать мужу о своей новой покупке на распродаже, которая так порадовала её сердце и забрала последние деньги. Муж, зная цену деньгам, сразу начал причитать о том, сколько можно покупать всё подряд, и что квартира превращается в склад мусора. А что переживала супруга, делясь своей искренней радостью? Она была счастлива и хотела поделиться этим с любимым. Она имела самые добрые мотивы и видела в муже того, кто разделит её радость. Если бы муж понимал, как его ценят, делясь маленькими радостями жизни, то, возможно, смог бы иначе выразить свой протест и объяснить, что теперь придётся жить в долг.</w:t>
      </w:r>
    </w:p>
    <w:p>
      <w:r>
        <w:t>Подобные испытания мы проходим с самого детства в течение всей жизни. И если моя неадекватная реакция на искренность человека была ошибкой, то я могу это быстро признать и всё исправить, но если это является моим духом, который движет моими мыслями и чувствами, то передо мной закроется даже самое открытое сердце, и виноват в этом буду только я сам.</w:t>
      </w:r>
    </w:p>
    <w:p>
      <w:r>
        <w:t>Искренний человек очень правдив в своём отношении, и он ожидает от меня принятия и той же самой искренности.</w:t>
      </w:r>
    </w:p>
    <w:p>
      <w:r>
        <w:t>Если вы заметили, что ваш родной человек что-то вам недоговаривает или уходит от прямого ответа, то не спешите его обвинять в неискренности. Скорее всего, проблема лежит в вашем сердце и в том, как вы реагируете на «неудобную правду». Может быть и такое, что ваш друг жизни имеет проблемы с детства и не способен жить и общаться по-другому. Тогда ваша любовь и мудрость смогут ему помочь это понять и начать новый путь доверия и понимания друг друга. Всему можно научиться при взаимном согласии.</w:t>
      </w:r>
    </w:p>
    <w:p>
      <w:r>
        <w:t>Как относится к нам Бог, когда мы искренне рассказываем Ему обо всём плохом и хорошем. Он слушает нас, прощает, очищает, учит жить иначе и обращается с нами с особой нежностью и заботой. Он знает, как и когда нас наказать, где стоит обличить, а где просто промолчать и дать нам самим всё понять и исправить. Богу очень важно показать нам, что Он любит нас всегда, и что мы для Него ценны при любом нашем поведении и настроении. Для Него нет мелочей, и Ему всё важно, и Он учит нас ценить друг друга и быть искренними в простоте сердца.</w:t>
      </w:r>
    </w:p>
    <w:p>
      <w:r>
        <w:t>Стоит приучать себя слушать душой и понимать мотивы человека, даже если он делает что-то неправильно.</w:t>
      </w:r>
    </w:p>
    <w:p>
      <w:r>
        <w:t>Без обоюдного доверия в семье и искренних отношений сложно построить общее счастье.</w:t>
      </w:r>
    </w:p>
    <w:p>
      <w:r>
        <w:t>Читаем золотое правило: «Итак во всем, как хотите, чтобы с вами поступали люди, так поступайте и вы с ними, ибо в этом закон и пророки» (Мат.7:12).</w:t>
      </w:r>
    </w:p>
    <w:p>
      <w:r>
        <w:t>Жизнь в мире вынудила каждого из нас установить из-за страха заборы в отношениях, но Господь призывает нас любить друг друга и быть искренними в этой любви, строя мосты. И этому стоит учиться.</w:t>
      </w:r>
    </w:p>
    <w:p>
      <w:pPr>
        <w:pStyle w:val="Heading2"/>
      </w:pPr>
      <w:r>
        <w:t>Домашнее задание 835</w:t>
      </w:r>
    </w:p>
    <w:p>
      <w:r>
        <w:t>1. Прочитайте, пожалуйста, Ин.8:15; 1Ин.4:18; Рим.13:10; 14:13; Мат.7:1-6; 2Цар.22:26; Иов.33:3; Пс.14:1-3; 54:14-15; Прит.27:6; 2Кор.8:7-8; Флп.2:20; Иак.4:11 в свете этого урока.</w:t>
      </w:r>
    </w:p>
    <w:p>
      <w:r>
        <w:t>2. Какие ещё стихи из Библии пришли вам на память?</w:t>
      </w:r>
    </w:p>
    <w:p>
      <w:r>
        <w:t>3. Что вы поняли из этого урока?</w:t>
      </w:r>
    </w:p>
    <w:p>
      <w:r>
        <w:t>4. Попадали ли вы когда-нибудь в такую ситуацию, когда вам не хотелось быть искренним из-за неадекватного к вам отношения?</w:t>
      </w:r>
    </w:p>
    <w:p>
      <w:r>
        <w:t>5. Что вы чувствуете, когда вас ругают или наказывают за правду?</w:t>
      </w:r>
    </w:p>
    <w:p>
      <w:r>
        <w:t>6. Знаете ли вы такие моменты, когда вас самих раздражала искренность других?</w:t>
      </w:r>
    </w:p>
    <w:p>
      <w:r>
        <w:t>7. Как может выражаться искренность, которую неприятно слышать?</w:t>
      </w:r>
    </w:p>
    <w:p>
      <w:r>
        <w:t>8. Как относится к вам Бог, когда вы Ему честно рассказываете о своих грехах и ошибках?</w:t>
      </w:r>
    </w:p>
    <w:p>
      <w:r>
        <w:t>9. Стоит ли нам следить за тем, как мы реагируем на искренность других людей?</w:t>
      </w:r>
    </w:p>
    <w:p>
      <w:r>
        <w:t>10. Должна ли в семьях присутствовать искренность в отношениях?</w:t>
      </w:r>
    </w:p>
    <w:p>
      <w:r>
        <w:t>11. Что делать, если я хочу быть искренним в своей семье, но это грозит мне скандалом или незаслуженными обвинениями?</w:t>
      </w:r>
    </w:p>
    <w:p>
      <w:r>
        <w:t>12. Стоит ли обижаться на кого-то за его честность?</w:t>
      </w:r>
    </w:p>
    <w:p>
      <w:r>
        <w:t>13. Как можно научиться быть всегда искренним, когда живёшь совсем по-другому?</w:t>
      </w:r>
    </w:p>
    <w:p>
      <w:r>
        <w:t>14. Помог ли этот урок понять вам что-то важное?</w:t>
      </w:r>
    </w:p>
    <w:p>
      <w:r>
        <w:t>15. Как быть искренним, если это создаёт постоянные проблемы?</w:t>
      </w:r>
    </w:p>
    <w:p>
      <w:r>
        <w:br w:type="page"/>
      </w:r>
    </w:p>
    <w:p>
      <w:pPr>
        <w:pStyle w:val="Heading1"/>
      </w:pPr>
      <w:r>
        <w:t>Урок 836. Почему я одинока?</w:t>
      </w:r>
    </w:p>
    <w:p>
      <w:r>
        <w:t>В Божьей церкви многие сёстры живут в одиночестве и не могут создать семью. Кого-то, возможно, это устраивает, а для кого-то это положение дел становится тяжёлым бременем и ввергает в отчаяние.</w:t>
      </w:r>
    </w:p>
    <w:p>
      <w:r>
        <w:t>У подобного состояния есть много причин, которые стоит выявить и, если нужно, изменить ситуацию.</w:t>
      </w:r>
    </w:p>
    <w:p>
      <w:r>
        <w:t>1. Решение быть одной и совершать своё спасение без спутника жизни. Если сестра настроена на то, что ей никто не нужен, и её устраивает такое положение дел, то это не грех, а её полное право. И не стоит высмеивать подобных людей.</w:t>
      </w:r>
    </w:p>
    <w:p>
      <w:r>
        <w:t>2. Нелюдимость. Если женщина постоянно находится дома, на работе и в церкви, и она никуда больше не выходит, то как её желанный супруг узнает о ней? Он не придёт к ней домой предлагать руку и сердце, да и её рабочее место — не самое лучшее поле для построения отношений. А во время богослужения все прихожане настроены на поклонение Богу, а не на создание семьи. Возможно, активное участие в социальных проектах или выезды на общественные мероприятия расширят благоприятные возможности, но совсем не обязательно, что там встретишь того, кто тебя заметит.</w:t>
      </w:r>
    </w:p>
    <w:p>
      <w:r>
        <w:t>3. Девушка очень серьёзная. Улыбка и жизнерадостность подобны магниту, который привлекает внимание и располагает к общению. Когда мужчина видит девушку, которая внешне его устраивает, тогда его интересует не только внешняя красота, но и внутренний мир женщины, который очень хорошо выражает себя в виде радостного духа и настроения. Серьёзное лицо внушает потенциальному кандидату мысль о том, что у него нет шансов что-либо доброе получить от этого серьёзного «одиночества», и мужчина предпочитает не рисковать. Боязнь показаться легкомысленным, желая познакомиться, или страх быть отверженным, сдерживают многих людей от последующих действий. А создавать семью с девушкой, которая не умеет радоваться, — это большой риск погрузиться в унылые будни. Искренняя улыбка женщины прогоняет все страхи и даёт шансы на удачу тем, кто, возможно, ищет подходящую кандидатуру.</w:t>
      </w:r>
    </w:p>
    <w:p>
      <w:r>
        <w:t>4. Женщина не пытается понять мужчину и принять то, что это совершенно другая планета с абсолютно иным мышлением, взглядами и ценностями. Она не считается с его желаниями, мнением и чувствами, и больше хочет говорить о себе и о том, что её интересует. Молодой человек понимает, что он как личность ей безразличен, и даёт попятную. Ему нужен друг для жизни, который будет его понимать, уважать и ценить.</w:t>
      </w:r>
    </w:p>
    <w:p>
      <w:r>
        <w:t>5. Девушка прочно привязана к своей подруге или подругам, и её невозможно поймать одну. И даже когда находится смельчак, который решается с ней познакомиться и дать понять о своём интересе к ней, она не желает оставлять своих подружек и тянет их в новое знакомство, давая понять, что она не собирается ни с кем расставаться ради нового друга. Мужчина тогда понимает, что его усилия к достижению сердца желанной души должны быть утроены, так как риск быть отвергнутым увеличивается, а мнение подруги может разрушить всё доброе, что неопытный кандидат в друзья сможет предложить.</w:t>
      </w:r>
    </w:p>
    <w:p>
      <w:r>
        <w:t>6. Чрезмерная привязанность девушки к одному из родителей. Если родители здоровы и могут сами себя обслуживать, то они не нуждаются в опеке своей дочери и должны научить её независимости от них. Молодые мужчины, как правило, не настроены брать в жёны девушку с её мамой или папой. Им хочется строить отношения один на один и самим решать, какой будет их семья, и где они будут жить.</w:t>
      </w:r>
    </w:p>
    <w:p>
      <w:r>
        <w:t>Зависимость женщины от мнения отца или матери может оттолкнуть потенциального партнёра, так как он понимает, что против мнения и воли родителей он не сможет долго устоять, поэтому мужчина предпочитает не связывать свою жизнь с подобной семьёй.</w:t>
      </w:r>
    </w:p>
    <w:p>
      <w:r>
        <w:t>7. Спешка. Женщина куда-то всегда торопится, и за ней просто не угнаться. У неё нет времени и желания остановиться, отложить свои важные дела и просто побыть и пообщаться с тем, кому она стала интересной. Она не понимает, что ему нужно, и почему он не может идти с ней в ногу по жизни и быть ей помощником в решении её повседневных задач. Мужчинам не свойственно бегать за девушками и догонять их в их заботах. Они готовы сами тащить упряжку семейных забот, но для этого им нужен не лидер, а помощница.</w:t>
      </w:r>
    </w:p>
    <w:p>
      <w:r>
        <w:t>8. Неопрятность во внешнем виде и нежелание следить за собой. Мужчина любит глазами и для него немаловажно, как выглядит его избранница. Даже если у неё доброе сердце, но она грязнуля, то второе будет более веским аргументом для разрыва отношений. Быть опрятной — это не значит иметь много косметики, дорогую одежду и посещать салоны красоты. Чистота тела, причесанные волосы, приличная одежда, подобранная со вкусом и по времени года, порядок и чистота в вашем жилище — всё это должно быть естественным приложением к девушке. Мужчине приятно понимать, что ради него вы продолжите жить в чистоте и красоте, даже когда создадите с ним семью.</w:t>
      </w:r>
    </w:p>
    <w:p>
      <w:r>
        <w:t>9. Отсутствие женственности. Одинокой женщине порою приходится много трудиться и строить свою жизнь своими силами, и это может сделать её мужественной и независимой, что она не пытается скрыть. Мужчине не нужен «генерал в юбке», который не испытывает необходимости в надёжном плече. Ему нужна та, рядом с которой он будет чувствовать себя сильным и сделает всё возможное, чтобы ей было хорошо и уютно за его спиной.</w:t>
      </w:r>
    </w:p>
    <w:p>
      <w:r>
        <w:t>10. Категоричные религиозные взгляды. Если девушка имеет определённую модель отношений с Богом и категорично заявляет о том, что не собирается ничего менять ради семьи, то у молодого человека просто нет шансов на конкуренцию с Творцом, и он понимает, что с такой женой он не сможет быть священником и главой в своей семье. Он не будет иметь духовного авторитета, поэтому предпочитает искать своё счастье с другими людьми.</w:t>
      </w:r>
    </w:p>
    <w:p>
      <w:r>
        <w:t>11. Самодостаточность. Девушка, которая сумела что-то достичь и приобрести своими силами и умом, вызывает настороженность у менее опытного мужчины. Он понимает, что жить в чужой квартире на зарплату жены — это не самая лучшая перспектива семейного счастья. И ему сложно будет удивить свою подругу своими скромными заработками и заслужить авторитет. Она может всё делать сама и вполне справится и без него, а быть приложением к её самодостаточному укладу жизни ему не хочется.</w:t>
      </w:r>
    </w:p>
    <w:p>
      <w:r>
        <w:t>12. Страстное желание выйти замуж. Когда этот мотив руководит женщиной, это видно во всём и очень настораживает и отталкивает её избранника. Он не одержим той же идеей и хочет спокойно разобраться и всё взвесить без напряжения со стороны девушки.</w:t>
      </w:r>
    </w:p>
    <w:p>
      <w:r>
        <w:t>13. Почитание себя выше, умнее, мудрее и сильнее. Гордость не привлечёт к себе достойного внимания, а вызовет отвращение.</w:t>
      </w:r>
    </w:p>
    <w:p>
      <w:r>
        <w:t>14. Страх перед мужчинами. Мужчина — это не чудовище, которое пришло испортить вашу жизнь. Их не нужно бояться, а следует любить, ценить и уважать.</w:t>
      </w:r>
    </w:p>
    <w:p>
      <w:r>
        <w:t>15. Отсутствие интереса и желания знакомиться и развивать отношения. Мало кому захочется тратить силы на равнодушного человека, когда есть более открытые люди.</w:t>
      </w:r>
    </w:p>
    <w:p>
      <w:r>
        <w:t>Любовь помогает разрушить все эти и другие барьеры и сделать ваше сердце более отзывчивым для развития серьёзных отношений. Она учит любить во всякое время и притягивает к себе достойных людей, делая и вас достойным человеком для создания счастливой семьи.</w:t>
      </w:r>
    </w:p>
    <w:p>
      <w:pPr>
        <w:pStyle w:val="Heading2"/>
      </w:pPr>
      <w:r>
        <w:t>Домашнее задание 836</w:t>
      </w:r>
    </w:p>
    <w:p>
      <w:r>
        <w:t>1. Прочитайте, пожалуйста, Прит.30:18-19; 1Кор.7:28-38; Еккл.7:29; Прит.14:1,18; 15:15; 19:14; 29:23; 31:25,30; Иов.31:1; Лук.20:34-36 в свете этого урока.</w:t>
      </w:r>
    </w:p>
    <w:p>
      <w:r>
        <w:t>2. Какие ещё стихи из Библии пришли вам на память?</w:t>
      </w:r>
    </w:p>
    <w:p>
      <w:r>
        <w:t>3. Что вы поняли из этого урока?</w:t>
      </w:r>
    </w:p>
    <w:p>
      <w:r>
        <w:t>4. Какие ещё причины, настораживающие или отталкивающие мужчин, вы знаете?</w:t>
      </w:r>
    </w:p>
    <w:p>
      <w:r>
        <w:t>5. Что делать, если вы увидели проблему своего сердца, описанную в этом уроке?</w:t>
      </w:r>
    </w:p>
    <w:p>
      <w:r>
        <w:t>6. Находите ли вы подобные знания, описанные в уроке, полезными для себя?</w:t>
      </w:r>
    </w:p>
    <w:p>
      <w:r>
        <w:t>7. Стоит ли учитывать перечисленные факторы в уже создавшейся семье?</w:t>
      </w:r>
    </w:p>
    <w:p>
      <w:r>
        <w:t>8. Знаете ли вы, что при всей своей мужественности представители сильного пола боятся ошибиться, если видят препятствия или несоответствие своим ожиданиям с противоположной стороны?</w:t>
      </w:r>
    </w:p>
    <w:p>
      <w:r>
        <w:t>9. Стоит ли девушке переживать о том, что она никому не интересна как будущая жена? Или ей следует задуматься, что не так в её жизни?</w:t>
      </w:r>
    </w:p>
    <w:p>
      <w:r>
        <w:t>10. Заинтересован ли Бог в создании счастливых семей?</w:t>
      </w:r>
    </w:p>
    <w:p>
      <w:r>
        <w:t>11. С чего начинается строительство семейного счастья?</w:t>
      </w:r>
    </w:p>
    <w:p>
      <w:r>
        <w:t>12. Стоит ли девушке понимать, что отсутствие достойных мужчин тоже может быть причиной её одиночества?</w:t>
      </w:r>
    </w:p>
    <w:p>
      <w:r>
        <w:t>13. Где можно найти того человека, кто будет по сердцу и от Господа?</w:t>
      </w:r>
    </w:p>
    <w:p>
      <w:r>
        <w:t>14. Можно ли применить стих из Еккл.9:11 к нашей теме?</w:t>
      </w:r>
    </w:p>
    <w:p>
      <w:r>
        <w:t>Еккл 9:11: «И обратился я, и видел под солнцем, что не проворным достается успешный бег, не храбрым — победа, не мудрым — хлеб, и не у разумных — богатство, и не искусным — благорасположение, но время и случай для всех их».</w:t>
      </w:r>
    </w:p>
    <w:p>
      <w:r>
        <w:t>15. Семейное счастье и нахождение нужного человека — это случайность или следствие определённых законов?</w:t>
      </w:r>
    </w:p>
    <w:p>
      <w:r>
        <w:br w:type="page"/>
      </w:r>
    </w:p>
    <w:p>
      <w:pPr>
        <w:pStyle w:val="Heading1"/>
      </w:pPr>
      <w:r>
        <w:t>Урок 837. Что не нравится вашему мужу?</w:t>
      </w:r>
    </w:p>
    <w:p>
      <w:r>
        <w:t>Все люди — это дети одного отца и матери, но при этом всех нас разъединяют границы, языки, культура, традиции, цвет кожи и многие другие факторы. Но есть две группы людей, которые, хоть всегда остаются разными и противоположными друг другу, являются неизменными и схожими в своём роде и внутреннем устройстве. Это мужчины и женщины.</w:t>
      </w:r>
    </w:p>
    <w:p>
      <w:r>
        <w:t>Описывая особенности характеров, привычек и вкусов мужчин из Африки, можно смело сказать, что в Европе или Америке они точно такие же, за исключением людей с поврежденным разумом.</w:t>
      </w:r>
    </w:p>
    <w:p>
      <w:r>
        <w:t>Культурные особенности могут формировать в мужчине мужскую гордость и достоинство, но он никогда не станет женщиной и не будет мыслить и видеть мир, как она.</w:t>
      </w:r>
    </w:p>
    <w:p>
      <w:r>
        <w:t>Ваш настоящий или будущий муж, хоть и является уникальной личностью, всё же по своему образу мысли похож на других своих собратьев. Если это верующий человек, то у него есть большое преимущество, и отличие состоит в том, что он способен слышать Божий голос и что-то менять в своих привычках и вкусах под влиянием Божьей благодати. Во всех других случаях мужчины являются очень стабильными существами, в которых с годами не происходит особых перемен. Если вы поняли, кем является ваш потенциальный партнёр на семейную жизнь и какой у него склад ума, то можете быть уверены в том, что в нём мало что изменится с годами.</w:t>
      </w:r>
    </w:p>
    <w:p>
      <w:r>
        <w:t>Праведность Христа способна улучшить и утвердить Божьи принципы в вашем муже, но и грех может разрушить в нём всё доброе. И эти две силы всегда будут бороться за обладание его разумом и волей.</w:t>
      </w:r>
    </w:p>
    <w:p>
      <w:r>
        <w:t>Если вам попался терпеливый мужчина, который умеет сдерживать свои чувства и эмоции и с охотой служит вам, то это не значит, что он не такой, как все, и его можно переделать под себя. Это говорит о том, что он любит вас и считается с вашими ожиданиями, беря на себя часть мужской ответственности за семейное счастье.</w:t>
      </w:r>
    </w:p>
    <w:p>
      <w:r>
        <w:t>Если ваш муж младше вас, то это не даёт вам права быть его воспитателем и учителем. Не получится. Он не потерпит такого отношения и будет бороться за своё право быть главой и самому принимать решения.</w:t>
      </w:r>
    </w:p>
    <w:p>
      <w:r>
        <w:t>Мужчине не нравится, когда его пытаются сделать женщиной и подружкой, ожидая от него женской реакции, мышления или поведения, свойственного слабой половине человечества. Он никогда не будет реагировать на одно и то же событие так же, как и его жена. Возможно, ища лёгкий путь жизни, он захочет стать иждивенцем и вкусит жизнь без забот и обязанностей, но это не сделает его тем, кем он должен быть по замыслу Творца.</w:t>
      </w:r>
    </w:p>
    <w:p>
      <w:r>
        <w:t>Вашему мужу никогда не понравится ваше доминирование в принятии решений. Ради мира в семье он может идти на некоторые уступки, но это будет носить временный характер.</w:t>
      </w:r>
    </w:p>
    <w:p>
      <w:r>
        <w:t>Учить мужа жизни, давать ему советы или ценные указания, определять его место в семье — это то, что вызывает в его сердце справедливый протест, и он никогда не полюбит подобного отношения.</w:t>
      </w:r>
    </w:p>
    <w:p>
      <w:r>
        <w:t>Мужчине никогда не понравится повышение на него голоса, ругательство за его ошибки, ваше ворчание и причитания. Он никогда не полюбит оскорбления в свой адрес или любой вид рукоприкладства с вашей стороны.</w:t>
      </w:r>
    </w:p>
    <w:p>
      <w:r>
        <w:t>Он никогда не будет уважать выходящую из себя женщину, которая будет срывать на нём своё негодование или недовольство.</w:t>
      </w:r>
    </w:p>
    <w:p>
      <w:r>
        <w:t>Будьте внимательны, когда вы советуете своему мужу изучить какую-то науку или пройти какой-то тренинг по повышению своего уровня знаний и развития. Он может счесть это унижением и никак не отреагировать на ваши предложения. И не дарите ему книг о том, как стать настоящим или деловым мужчиной. Пусть он сам до этого дойдёт.</w:t>
      </w:r>
    </w:p>
    <w:p>
      <w:r>
        <w:t>Сложно иметь дело с гордым человеком, но мужская гордость — это не всегда грех. Мужчина желает быть лидером в своей семье, и в роль жены входит поощрение этого качества его природы и поддержка этого статуса во всякое время.</w:t>
      </w:r>
    </w:p>
    <w:p>
      <w:r>
        <w:t>Если вам сложно сдерживать свои плохие эмоции, то не стоит их изливать на мужа. Это мало что изменит, а отношения будут разрушены. Лучше всеми своими негативными переживаниями делитесь с Богом. Он всё примет и поймёт, и утешит.</w:t>
      </w:r>
    </w:p>
    <w:p>
      <w:r>
        <w:t>Не нужно спасать мужа от его неудач. Просто будьте рядом, не судите его и дайте ему самому принять решение о выходе из ситуации.</w:t>
      </w:r>
    </w:p>
    <w:p>
      <w:r>
        <w:t>Напоминание прошлых ошибок, грехов или неадекватных действий не принесёт вам счастье в дом и никогда не будет оценено с уважением к вашей памяти.</w:t>
      </w:r>
    </w:p>
    <w:p>
      <w:r>
        <w:t>Не старайтесь убедить вашего мужа в том, что ваше мнение правильнее и лучше. Дайте ему право на ошибку и на самостоятельный поиск нужного решения.</w:t>
      </w:r>
    </w:p>
    <w:p>
      <w:r>
        <w:t>Не снимайте с мужа его ответственности быть главным и основным добытчиком и самому решать, каким образом ему зарабатывать средства на содержание семьи.</w:t>
      </w:r>
    </w:p>
    <w:p>
      <w:r>
        <w:t>Если ваша зарплата больше или стабильнее, то никогда не упрекайте этим вашего супруга. Он не будет рад тому, что вы превозноситесь над ним.</w:t>
      </w:r>
    </w:p>
    <w:p>
      <w:r>
        <w:t>Такие выражения: «А я тебе говорила!!!» или: «Надо было меня слушать!!!», или: «Сколько раз тебе повторять!!!» и тому подобное не должны звучать в вашем доме.</w:t>
      </w:r>
    </w:p>
    <w:p>
      <w:r>
        <w:t>Мужу не понравится ваше участие в поиске для него лучшей работы или намёки на то, что он мало зарабатывает. Пусть он сам решает эти вопросы, а вы слушайте и поддерживайте его, вдохновляя добрыми словами.</w:t>
      </w:r>
    </w:p>
    <w:p>
      <w:r>
        <w:t>Мужья не любят, когда их сравнивают с другими мужчинами, ставя чужих в пример для подражания или хуже того выше и в качестве упрёка.</w:t>
      </w:r>
    </w:p>
    <w:p>
      <w:r>
        <w:t>Когда мужчина впадает в уныние и решает свои проблемы, тогда не нужно ему сочувствовать или донимать его предложениями о помощи. Ваша жизнерадостность и оптимизм смогут оказать больше добра, чем вы думаете.</w:t>
      </w:r>
    </w:p>
    <w:p>
      <w:r>
        <w:t>Не спешите загружать усталого мужа своими рассказами о событиях дня. Он не всегда готов вас слушать и нуждается в покое.</w:t>
      </w:r>
    </w:p>
    <w:p>
      <w:r>
        <w:t>Раздача советов приветствуется лишь тогда, когда их просят и в них нуждаются. Но старайтесь советовать так, чтобы это не возлагало на вас ответственность за непредвиденные ошибки. Пусть последнее слово будет за мужем.</w:t>
      </w:r>
    </w:p>
    <w:p>
      <w:r>
        <w:t>Общение с мужем о том, что ему нравится, а что нет, поможет вам узнать много интересного о внутреннем мире мужчины, сформирует доверие и даст перспективы к избежанию ошибок в этой сфере. Если вы узнаете от него новые подробности того, что ему не нравится, то обязательно запомните это и старайтесь сознательно не нарушать эти границы. Конечно же, во всём должен присутствовать здравый смысл и свободная воля.</w:t>
      </w:r>
    </w:p>
    <w:p>
      <w:r>
        <w:t>Например, если мужу не нравится ваш отказ в том, что вы не хотите делать или можете ему дать, то это ваше право, и он должен это понимать и принимать. Насилие над волей недопустимо в счастливой семье.</w:t>
      </w:r>
    </w:p>
    <w:p>
      <w:r>
        <w:t>Верующий муж, возможно, будет более лоялен ко всем вашим незнаниям и ошибкам в поведении. Но с мужчиной, не знающим Бога, стоит быть очень мудрой и осторожной, чтобы не создавать проблемы там, где их можно избежать.</w:t>
      </w:r>
    </w:p>
    <w:p>
      <w:r>
        <w:t>По реакции и ответам супруга женщина способна быстро определить, что ещё, вне перечня этого урока, ему не нравится. Вы никогда не переделаете своего мужа. Не тратьте на это силы. Бог может что-то изменить в его жизни, поэтому сотрудничайте с Богом и подстраивайтесь под то, что имеете.</w:t>
      </w:r>
    </w:p>
    <w:p>
      <w:r>
        <w:t>Любовь к мужу способна закрывать его глаза на многие ваши ошибки. Если он понимает, что вы делаете и советуете ему всё из любви к нему, то он это примет в простоте сердца и не будет этому противиться.</w:t>
      </w:r>
    </w:p>
    <w:p>
      <w:pPr>
        <w:pStyle w:val="Heading2"/>
      </w:pPr>
      <w:r>
        <w:t>Домашнее задание 837</w:t>
      </w:r>
    </w:p>
    <w:p>
      <w:r>
        <w:t>1. Прочитайте, пожалуйста, Рим.12:9-10; 1Тим.2:11-12; 1Пет.3:1-2; Прит.12:4; 14:1; 19:13-14; 21:9,19; 25:24; 31:10-12: Кол.3:18; Иак.3:13-18; 1Фес.4:9-11; Ам.3:3; 1Кор.7:16; Еф.5:33 в свете этого урока.</w:t>
      </w:r>
    </w:p>
    <w:p>
      <w:r>
        <w:t>2. Какие ещё стихи из Библии пришли вам на память?</w:t>
      </w:r>
    </w:p>
    <w:p>
      <w:r>
        <w:t>3. Что вы поняли из этого урока?</w:t>
      </w:r>
    </w:p>
    <w:p>
      <w:r>
        <w:t>4. Как вы думаете, что ещё не нравится мужьям в их жёнах?</w:t>
      </w:r>
    </w:p>
    <w:p>
      <w:r>
        <w:t>5. Стоит ли считаться со вкусами, настроением и ожиданиями своего мужа?</w:t>
      </w:r>
    </w:p>
    <w:p>
      <w:r>
        <w:t>6. Почему Господь создал нас такими разными?</w:t>
      </w:r>
    </w:p>
    <w:p>
      <w:r>
        <w:t>7. Какое преимущество будет иметь жена от знания того, что не нравится её мужу?</w:t>
      </w:r>
    </w:p>
    <w:p>
      <w:r>
        <w:t>8. А нужно ли знать, что не нравится вашему супругу? Если да, то для чего?</w:t>
      </w:r>
    </w:p>
    <w:p>
      <w:r>
        <w:t>9. Считается ли Бог со вкусами и взглядами мужчины?</w:t>
      </w:r>
    </w:p>
    <w:p>
      <w:r>
        <w:t>10. Что делать мужчине, жена которого сознательно провоцирует его на недовольство, делая то, что ей хочется?</w:t>
      </w:r>
    </w:p>
    <w:p>
      <w:r>
        <w:t>11. Если мужчина тихий и скромный, означает ли это, что ему всё нравится?</w:t>
      </w:r>
    </w:p>
    <w:p>
      <w:r>
        <w:t>12. Как вы думаете, станет ли ваш муж честно рассказывать о том, что ему не нравится, если его об этом спрашивать?</w:t>
      </w:r>
    </w:p>
    <w:p>
      <w:r>
        <w:t>13. Как будет выглядеть поведение женщины, которая, узнав, что не нравится её мужу, будет это делать ему назло?</w:t>
      </w:r>
    </w:p>
    <w:p>
      <w:r>
        <w:t>14. Дал ли этот урок вам новые знания? Если да, то как вы планируете их применять?</w:t>
      </w:r>
    </w:p>
    <w:p>
      <w:r>
        <w:t>15. Имеет ли муж право выражать вслух то, что ему не нравится?</w:t>
      </w:r>
    </w:p>
    <w:p>
      <w:r>
        <w:br w:type="page"/>
      </w:r>
    </w:p>
    <w:p>
      <w:pPr>
        <w:pStyle w:val="Heading1"/>
      </w:pPr>
      <w:r>
        <w:t>Урок 838. Настоящий мужчина</w:t>
      </w:r>
    </w:p>
    <w:p>
      <w:r>
        <w:t>Если вы спросите любую женщину о том, кто такой настоящий мужчина, и какими качествами он должен обладать, то, скорее всего, каждая из них вам расскажет, что для неё настоящий мужчина – это человек, отвечающий её ожиданиям и нуждам и делающий то, что для неё сейчас актуально.</w:t>
      </w:r>
    </w:p>
    <w:p>
      <w:r>
        <w:t>Например, мать-одиночка с двумя маленькими детьми скажет, что настоящий мужчина никогда не бросит свою жену. Обманутая женщина скажет, что он должен быть верным, молодая девушка пожелает, чтобы он был романтичным и дарил цветы с конфетами, деловая предпочтёт, чтобы он оказался человеком слова и дела. Сколько людей вы спросите, столько услышите и субъективных мнений. А что скажут мужчины? У каждого из них тоже будет своё видение и понимание.</w:t>
      </w:r>
    </w:p>
    <w:p>
      <w:r>
        <w:t>А как ответит мир? Лучше и не слушать. Реклама со всех сторон создаёт образ этого «настоящего», который пьёт модное пиво, ездит на дорогих автомобилях, нигде не работает и при этом сказочно богат. А молодым людям внушают и навязывают образ человека, который имеет много подруг и может менять их, как перчатки. Наверное, ни о чём нет больших спекуляций, чем об определении того, кто должен быть настоящим. И создаётся какой-то мираж, который существует только в кино, но которого мало кто достиг в реальности.</w:t>
      </w:r>
    </w:p>
    <w:p>
      <w:r>
        <w:t>Однако есть Бог, Который сотворил этого мужчину и вложил в его сердце Свой закон, но человек пал и пустился во многие помыслы. И всё же Божье слово определяет особую группу людей, которые боятся Бога и почитают Его в своей жизни.</w:t>
      </w:r>
    </w:p>
    <w:p>
      <w:r>
        <w:t>Читаем Прит 9:10: «Начало мудрости — страх Господень, и познание Святого — разум». Отсюда берёт начало всё самое настоящее и незыблемое. Есть много мужских качеств, которые делают мужчину ценным, правильным и настоящим, но его вера в Бога и посланного Им Иисуса является прочным основанием для любых хороших качеств, которые приобретают свою силу и утверждают волю человека во всяком добре. Без фундамента даже самое помпезное и красивое здание даст трещины и будет разрушено при неожиданном испытании непогодой.</w:t>
      </w:r>
    </w:p>
    <w:p>
      <w:r>
        <w:t>Самым настоящим мужчиной является Иисус. Он показывает нам пример поведения в этом мире. Дух Святой научит каждого мужчину, верующего во Христа, быть настоящим.</w:t>
      </w:r>
    </w:p>
    <w:p>
      <w:r>
        <w:t>Любовь является самым правильным мотивом и движущей силой в полагании цели и достижении её. Она прочно связывает волю мужчины с Основанием его духовной и житейской мудрости и восстанавливает в сердце Божий образ.</w:t>
      </w:r>
    </w:p>
    <w:p>
      <w:r>
        <w:t>Когда есть правильное Основание и движущая сила любви, тогда Небесному Наставнику несложно наделять Своего сына добрыми качествами души, которые по достоинству оцениваются не только на Небе, но и на этой земле.</w:t>
      </w:r>
    </w:p>
    <w:p>
      <w:r>
        <w:t>Целеполагание — это то, что задаёт правильное направление движению всех человеческих ресурсов. Мужчина определяет цель своей жизни и уверенно идёт к ней, прося силы и мудрости на этом пути.</w:t>
      </w:r>
    </w:p>
    <w:p>
      <w:r>
        <w:t>Ответственность — это то, что становится принципом жизни человека, который понимает, что на него возлагаются обязанности, которые он не может оставить без ущерба для других людей. Любой вид работы, служения, образования, создание семейного союза, рождение детей — всё это возлагает на мужчину те обязанности, которые он не может просто так не выполнять. Любому мужчине придётся дать отчёт за оказанное доверие.</w:t>
      </w:r>
    </w:p>
    <w:p>
      <w:r>
        <w:t>Ожидается, что мужчина будет хозяином своего слова, и его обещания не станут расходиться с делами. А любое дело будет иметь правильный мотив, основанный на его отношениях с Богом, на любви и послушании Божьей воле.</w:t>
      </w:r>
    </w:p>
    <w:p>
      <w:r>
        <w:t>Свобода, которую может дать только Господь, даёт мужчине власть делать самостоятельный выбор во всех сферах жизни.</w:t>
      </w:r>
    </w:p>
    <w:p>
      <w:r>
        <w:t>Контроль высших сил разума, воли и логики, позволяет управлять желаниями, влечениями и инстинктами души. Человек, водимый Святым Духом, не даст им господствовать над его волей, даже если мир учит другому. У него есть понимание всех этих процессов в жизни, и он имеет доступ к силе свыше для победы над всяким помышлением, делая его послушным Христу.</w:t>
      </w:r>
    </w:p>
    <w:p>
      <w:r>
        <w:t>Такой мужчина верен своим принципам, как стрелка компасу. Он оправдывает доверие тех, с кем связывает себя обязательствами, и позволяет другим надеяться на него и создавать с ним прочные деловые и личные связи.</w:t>
      </w:r>
    </w:p>
    <w:p>
      <w:r>
        <w:t>Развивая свои отношения с женщинами, он не играет их чувствами, не обижает их и осознаёт ответственность семейных отношений, прежде чем что-то начинать или предлагать в этом направлении. А если он и встаёт на путь создания семьи, то сохраняет свою верность и не снимает с себя обязанности, даже если что-то и не ладится в отношениях.</w:t>
      </w:r>
    </w:p>
    <w:p>
      <w:r>
        <w:t>Мужчина не становится настоящим по факту рождения в этот мир или даже — рождения свыше. Это процесс роста и становления, который делает Божьего человека духовно и эмоционально зрелым, открывая ему обширный потенциал для развития.</w:t>
      </w:r>
    </w:p>
    <w:p>
      <w:r>
        <w:t>Такой мужчина не боится ошибаться и признаваться в своих ошибках, прощая и тех, кто ошибается по отношению к нему. Он никогда не унизится до того, чтобы начать кого-то ненавидеть или стать судьёю чей-то жизни или совести.</w:t>
      </w:r>
    </w:p>
    <w:p>
      <w:r>
        <w:t>Такой мужчина любит учиться, осваивать новые науки, вникать в суть дела и пробовать всё на практике жизни. Для него любая сфера — это возможность расширить свой кругозор и узнать что-то полезное и интересное.</w:t>
      </w:r>
    </w:p>
    <w:p>
      <w:r>
        <w:t>Сердце такого мужчины открыто для всех, и он может вместить в себя всё, умея возлагать все свои заботы на Христа, следуя примеру своего Небесного Учителя.</w:t>
      </w:r>
    </w:p>
    <w:p>
      <w:r>
        <w:t>Такой мужчина счастлив сам и способен делать счастливыми всех окружающих, не завися от их настроения или мнения. Он не боится посмеяться над собой, если есть на то причина, но никогда не унизит другого в своих глазах.</w:t>
      </w:r>
    </w:p>
    <w:p>
      <w:r>
        <w:t>Такой мужчина не переживает о своей красоте и внешности, но не позволяет себе быть неопрятным и грязным. Он наблюдает за состоянием своего физического и эмоционального здоровья и является хозяином своего настроения. Он морально и эмоционально устойчив и следит за тем, чтобы эта устойчивость была основана на милости и справедливости к ближним.</w:t>
      </w:r>
    </w:p>
    <w:p>
      <w:r>
        <w:t>Такой мужчина любит своих друзей и ближних по заповеди во всякое время и, как брат, явится во время несчастья.</w:t>
      </w:r>
    </w:p>
    <w:p>
      <w:r>
        <w:t>Вы спросите о том, где найти таких мужчин, таких настоящих. Они есть у Бога, и Он формирует подобный характер в каждом Своём сыне. Он принимает его, готовя к жизни среди святых существ. Когда этот процесс запущен в сердце Богом, тогда неважно, на какой стадии роста он будет прерван смертью. Такие люди всегда будут живыми в глазах Неба и наследуют Вечность.</w:t>
      </w:r>
    </w:p>
    <w:p>
      <w:r>
        <w:t>Если вам повезло встретить подобного мужчину и стать его другом, братом, сестрой или женой, то цените эти отношения и поддерживайте их своей взаимной любовью.</w:t>
      </w:r>
    </w:p>
    <w:p>
      <w:r>
        <w:t>Заметить и оценить настоящего мужчину сможет только такой же настоящий человек. Его принципы жизни и моральная чистота не приветствуются в гибнущем мире, и многие будут смеяться над ним и гнать его, как гнали и Христа, и даже захотят убить. Но мнение мира не является критерием для настоящего мужчины. Он ждёт Божьего одобрения и имеет его в себе в виде любви, счастья и дружбы. Он не боится делиться этими добрыми качествами своей души.</w:t>
      </w:r>
    </w:p>
    <w:p>
      <w:r>
        <w:t>Как быть, если, читая эти строки, я не нахожу себя настоящим? Что делать, если я не такой? Описанные здесь принципы придуманы не автором этого урока, а Богом вкладываются в открытое сердце каждого мужчины.</w:t>
      </w:r>
    </w:p>
    <w:p>
      <w:pPr>
        <w:pStyle w:val="Heading2"/>
      </w:pPr>
      <w:r>
        <w:t>Домашнее задание 838</w:t>
      </w:r>
    </w:p>
    <w:p>
      <w:r>
        <w:t>1. Прочитайте, пожалуйста, Быт.1:27; 1Цар.16:7; Ин.13:15-17; Пс.1:1-3; 14:1-5; 110:10; Рим.8:14; 2Кор.10:4-5; Прит.1:7; 28:20; 1Пет.1:13-16; 2:21; 1Тим.5:8; Мат.25:21 в свете этого урока.</w:t>
      </w:r>
    </w:p>
    <w:p>
      <w:r>
        <w:t>2. Какие ещё стихи из Библии пришли вам на память?</w:t>
      </w:r>
    </w:p>
    <w:p>
      <w:r>
        <w:t>3. Что вы поняли из этого урока?</w:t>
      </w:r>
    </w:p>
    <w:p>
      <w:r>
        <w:t>4. Есть ли ещё в этом мире настоящие мужчины?</w:t>
      </w:r>
    </w:p>
    <w:p>
      <w:r>
        <w:t>5. Какими ещё качествами должен обладать настоящий мужчина?</w:t>
      </w:r>
    </w:p>
    <w:p>
      <w:r>
        <w:t>6. Что отличает настоящего мужчину от других мужчин?</w:t>
      </w:r>
    </w:p>
    <w:p>
      <w:r>
        <w:t>7. Как определить, что вы имеете дело с настоящим мужчиной?</w:t>
      </w:r>
    </w:p>
    <w:p>
      <w:r>
        <w:t>8. В чём отличие верующего мужчины от мирского, если они оба настоящие?</w:t>
      </w:r>
    </w:p>
    <w:p>
      <w:r>
        <w:t>9. Какая будет польза человеку, если он будет настоящим, а душе своей повредит и не будет иметь право на Вечную жизнь?</w:t>
      </w:r>
    </w:p>
    <w:p>
      <w:r>
        <w:t>10. Дал ли нам Иисус пример настоящего мужчины? Если да, то в чём, ведь у Него не было жены и детей?</w:t>
      </w:r>
    </w:p>
    <w:p>
      <w:r>
        <w:t>11. Могу ли я заявлять о себе, что я настоящий?</w:t>
      </w:r>
    </w:p>
    <w:p>
      <w:r>
        <w:t>12. Стоит ли мужчине ориентироваться на мирские стандарты и требования к оценке своей полноценности?</w:t>
      </w:r>
    </w:p>
    <w:p>
      <w:r>
        <w:t>13. Оценивает ли Небо каждого мужчину по своим стандартам?</w:t>
      </w:r>
    </w:p>
    <w:p>
      <w:r>
        <w:t>14. Что делать, если я понял, что я ненастоящий?</w:t>
      </w:r>
    </w:p>
    <w:p>
      <w:r>
        <w:t>15. Был ли этот урок для вас полезен? Если да, то какую пользу даст это знание?</w:t>
      </w:r>
    </w:p>
    <w:p>
      <w:r>
        <w:br w:type="page"/>
      </w:r>
    </w:p>
    <w:p>
      <w:pPr>
        <w:pStyle w:val="Heading1"/>
      </w:pPr>
      <w:r>
        <w:t>Урок 839. Что не нравится вашей жене?</w:t>
      </w:r>
    </w:p>
    <w:p>
      <w:r>
        <w:t>Задумываются ли когда-нибудь мужчины о том, что не нравится их жёнам? Где-то подсознательно мы это знаем, но порою мужская гордость препятствует тому, чтобы вникнуть в мир чувств и эмоций женщины и разобраться, как она видит меня и как оценивает моё поведение.</w:t>
      </w:r>
    </w:p>
    <w:p>
      <w:r>
        <w:t>Если женщине не нравятся в мужчине только две вещи: всё, что он делает, и всё, что он говорит, то не стоит дальше углубляться в подробности и пытаться в ней разобраться. Но, общаясь со здравомыслящим человеком, можно услышать очень много полезных для размышления заявлений.</w:t>
      </w:r>
    </w:p>
    <w:p>
      <w:r>
        <w:t>Самый лучший способ узнать ответ на вопрос этого урока — это спросить об этом жену, но если она боится вашего неодобрения и конфликта из-за её искренности, то вряд ли она согласится рассказать всю правду. Поэтому лучше об этом спросить чужих жён и внимательно слушать, что они вам расскажут. А им есть, чем поделиться. Но не используйте полученные знания во вред другим семьям, мол, какая у тебя, друг, своенравная жена.</w:t>
      </w:r>
    </w:p>
    <w:p>
      <w:r>
        <w:t>Ниже приведу краткий список того, что я узнал от своих сестёр.</w:t>
      </w:r>
    </w:p>
    <w:p>
      <w:r>
        <w:t>Замужней женщине не нравится это:</w:t>
      </w:r>
    </w:p>
    <w:p>
      <w:r>
        <w:t>1. Равнодушие и безучастность в её жизни. Ей хочется быть в центре внимания своего супруга. Видеть его интерес к ней как к творческой личности, как к подруге жизни. Ей нужен тот, кому она должна рассказывать всё, что накопилось в её сердце за время его отсутствия.</w:t>
      </w:r>
    </w:p>
    <w:p>
      <w:r>
        <w:t>2. Быть мужиком и выполнять мужские обязанности, взваливать на себя роль мужа и выполнять тяжёлый физический труд при здоровом и дееспособном муже, у которого нет настроения делать то, что от него ожидается.</w:t>
      </w:r>
    </w:p>
    <w:p>
      <w:r>
        <w:t>3. Когда её муж играет в телефоне или компьютере, забывая про окружающий мир и домашние дела, а потом хвалится своими успехами в виртуальном мире.</w:t>
      </w:r>
    </w:p>
    <w:p>
      <w:r>
        <w:t>4. Подавление её воли своим авторитетом даже в добрых делах и нежелание принимать во внимание её взгляды на вещи, когда муж считает правым только себя и верным только своё мнение.</w:t>
      </w:r>
    </w:p>
    <w:p>
      <w:r>
        <w:t>5. Разговор на громких тонах, крики, резкость, грубость, сквернословие, оскорбления. Всё это подобно опустошающему граду, который убивает нежное растение и сеет в сердце страх, обиду и отчаяние от осознания своей беспомощности.</w:t>
      </w:r>
    </w:p>
    <w:p>
      <w:r>
        <w:t>6. Сравнение жены с другими женщинами в целях унижения её женских или физических качеств. И при этом сознательное игнорирование её достоинств и уникальности.</w:t>
      </w:r>
    </w:p>
    <w:p>
      <w:r>
        <w:t>7. Отсутствие благодарности за тот видимый труд, который она совершает для блага семьи, и принятие всего как обязанностей, которые она должна выполнять, потому что это её ответственность.</w:t>
      </w:r>
    </w:p>
    <w:p>
      <w:r>
        <w:t>8. Отсутствие комплиментов и ласковых слов, особенно когда она об этом просит и ждёт получения желаемого.</w:t>
      </w:r>
    </w:p>
    <w:p>
      <w:r>
        <w:t>9. Отсутствие нежности и любви в отношениях, особенно когда жена всем своим естеством показывает или говорит, что ей это сейчас необходимо.</w:t>
      </w:r>
    </w:p>
    <w:p>
      <w:r>
        <w:t>10. Отсутствие сюрпризов, незначительных знаков внимания, романтики в мелочах. Жизнь по расписанию когда-то утомляет, но нет инициативы как-то украсить домашние будни. При этом есть активное участие в чьей-то жизни на стороне.</w:t>
      </w:r>
    </w:p>
    <w:p>
      <w:r>
        <w:t>11. Когда муж говорит только о себе и своих проблемах, а всё остальное считает пустым и неинтересным.</w:t>
      </w:r>
    </w:p>
    <w:p>
      <w:r>
        <w:t>12. Когда приносит в дом внешние проблемы, которые не смог решить, и весь свой негатив выливает на жену, даже если потом приходит в себя и извиняется.</w:t>
      </w:r>
    </w:p>
    <w:p>
      <w:r>
        <w:t>13. Когда ждёт от жены только положительных эмоций, позитива и всего приятного, а о её переживаниях слушать не желает и всячески избегает разговоры на подобные темы, не впуская жену и в свой внутренний мир.</w:t>
      </w:r>
    </w:p>
    <w:p>
      <w:r>
        <w:t>14. Когда муж ставит женщину на свой уровень, как физически, так и психически, не желая понять и изучить психологию женщины, и требует от неё того, что она не должна делать, и быть тем, кем не может быть.</w:t>
      </w:r>
    </w:p>
    <w:p>
      <w:r>
        <w:t>15. Не берёт ответственность за решение семейных вопросов, ждёт, что все решится само собой или чудесной помощью извне.</w:t>
      </w:r>
    </w:p>
    <w:p>
      <w:r>
        <w:t>16. Не уделяет ей времени и внимания для простого человеческого общения, для более близкого познания своей второй половины.</w:t>
      </w:r>
    </w:p>
    <w:p>
      <w:r>
        <w:t>17. Стремление только к физической близости, а после удовлетворения этих потребностей равнодушное отношение ко всем другим вещам.</w:t>
      </w:r>
    </w:p>
    <w:p>
      <w:r>
        <w:t>18. Жадность, неумение быть щедрым, безучастное отношение к нуждам других людей, а тем более к своим домашним.</w:t>
      </w:r>
    </w:p>
    <w:p>
      <w:r>
        <w:t>19. Нежелание работать своими руками и своим умом, а жить за счет других или быть на иждивении государства или своих родственников, имея при этом достаточно сил и здоровья для успешного труда.</w:t>
      </w:r>
    </w:p>
    <w:p>
      <w:r>
        <w:t>20. Неуважительное отношение мужа к женскому полу, когда плохо или унизительно высказывается о женщинах и высмеивает то, чего не понимает.</w:t>
      </w:r>
    </w:p>
    <w:p>
      <w:r>
        <w:t>21. Когда обнадёживает и даёт обещания, но не выполняет их.</w:t>
      </w:r>
    </w:p>
    <w:p>
      <w:r>
        <w:t>22. Ненадежность. Когда жена не может положиться на мужчину, но должна сама решать все вопросы.</w:t>
      </w:r>
    </w:p>
    <w:p>
      <w:r>
        <w:t>23. Нежелание расти, учиться, достигать большего.</w:t>
      </w:r>
    </w:p>
    <w:p>
      <w:r>
        <w:t>24. Неопрятность в одежде и внешности, неаккуратность, несоблюдение гигиены.</w:t>
      </w:r>
    </w:p>
    <w:p>
      <w:r>
        <w:t>25. Неотрезанная пуповина от своей матери, когда его маме позволяется диктовать свои правила в доме и главенствовать на кухне.</w:t>
      </w:r>
    </w:p>
    <w:p>
      <w:r>
        <w:t>26. Когда мужчина ропщет, ворчит, жалуется на весь мир, говорит, что всё плохо. Подобное поведение не даёт ощущения стабильности.</w:t>
      </w:r>
    </w:p>
    <w:p>
      <w:r>
        <w:t>27. Когда супруг обижается, не пытаясь решать проблемы, и демонстративно выражает свою неприязнь, считая себя всегда правым.</w:t>
      </w:r>
    </w:p>
    <w:p>
      <w:r>
        <w:t>28. Неумение и нежелание любить и понимать ближнего и отсутствие усилий к развитию в этом направлении.</w:t>
      </w:r>
    </w:p>
    <w:p>
      <w:r>
        <w:t>29. Лицемерие. Когда он дома такой, какой есть, а при людях играет роль внимательного и доброго человека. Когда духовные ценности его не интересуют, а при людях он особенно набожен.</w:t>
      </w:r>
    </w:p>
    <w:p>
      <w:r>
        <w:t>30. Неверен своей жене, как в физической близости, так и в своих мыслях, позволяя себе флиртовать с другими женщинами.</w:t>
      </w:r>
    </w:p>
    <w:p>
      <w:r>
        <w:t>31. Когда делает из дома общежитие или ночлежку для всех подряд, не считаясь с мнением жены.</w:t>
      </w:r>
    </w:p>
    <w:p>
      <w:r>
        <w:t>32. Абъюзивные отношения или психопатические выходки в отношении жены или своих домашних.</w:t>
      </w:r>
    </w:p>
    <w:p>
      <w:r>
        <w:t>33. Придирки по мелочам и особенно к выполнению женских обязанностей по дому.</w:t>
      </w:r>
    </w:p>
    <w:p>
      <w:r>
        <w:t>34. Запугивание разводом в конфликтных ситуациях.</w:t>
      </w:r>
    </w:p>
    <w:p>
      <w:r>
        <w:t>35. Когда не заботится о материальном содержании неработающей жены, упрекая её в том, что она даром ест хлеб и ничего не делает для семьи.</w:t>
      </w:r>
    </w:p>
    <w:p>
      <w:r>
        <w:t>36. Когда идёт разделение дома, денег и всего имущества на твоё и моё.</w:t>
      </w:r>
    </w:p>
    <w:p>
      <w:r>
        <w:t>37. Когда жена отходит на второй или третий план перед родственниками, друзьями или коллегами по работе.</w:t>
      </w:r>
    </w:p>
    <w:p>
      <w:r>
        <w:t>38. Когда предъявляет жене претензии по поводу её излишнего веса или немолодого внешнего вида.</w:t>
      </w:r>
    </w:p>
    <w:p>
      <w:r>
        <w:t>39. Когда муж обманывает.</w:t>
      </w:r>
    </w:p>
    <w:p>
      <w:r>
        <w:t>40. Когда супруг имеет греховную зависимость или живёт в пороке.</w:t>
      </w:r>
    </w:p>
    <w:p>
      <w:r>
        <w:t>Возникает справедливый вопрос: «А как жить с таким мужчиной?» Но, к удивлению, наши дорогие сёстры имеют это в своих семьях, молятся о переменах к лучшему и верят в то, что когда-то это время придёт, и всё будет иначе.</w:t>
      </w:r>
    </w:p>
    <w:p>
      <w:r>
        <w:t>Любовь помогает понять женские нужды и ожидания и что-то предпринимать, чтобы твоя жена была счастлива и получала от семейной жизни то, для чего эта семья и создавалась.</w:t>
      </w:r>
    </w:p>
    <w:p>
      <w:r>
        <w:t>Мужчинам несвойственно меняться, но Божья благодать способна многое изменить в их сердцах и сделать их пригодными, как для своих жён, так и для жизни среди святых существ.</w:t>
      </w:r>
    </w:p>
    <w:p>
      <w:r>
        <w:t>Читая этот урок, каждому мужу и жене следует помнить о том, что нечестивые Царства Божьего не наследуют, даже если в этом мире они чего-то достигли.</w:t>
      </w:r>
    </w:p>
    <w:p>
      <w:pPr>
        <w:pStyle w:val="Heading2"/>
      </w:pPr>
      <w:r>
        <w:t>Домашнее задание 839</w:t>
      </w:r>
    </w:p>
    <w:p>
      <w:r>
        <w:t>1. Прочитайте, пожалуйста, Еф.5:25,28-29,33; 1Пет.3:7; Гал.5:19-21; 1Тим.3:1-5; Тит.1:7-11; Быт.3:11-12; 1Цар.25:25; Есф.1:10-12; Рим.5:3-5 в свете этого урока.</w:t>
      </w:r>
    </w:p>
    <w:p>
      <w:r>
        <w:t>2. Какие ещё стихи из Библии пришли вам на память?</w:t>
      </w:r>
    </w:p>
    <w:p>
      <w:r>
        <w:t>3. Что вы поняли из этого урока?</w:t>
      </w:r>
    </w:p>
    <w:p>
      <w:r>
        <w:t>4. Что ещё может не нравиться жене в её муже?</w:t>
      </w:r>
    </w:p>
    <w:p>
      <w:r>
        <w:t>5. Всегда ли будет правильным выражать вслух то, что вам не нравится?</w:t>
      </w:r>
    </w:p>
    <w:p>
      <w:r>
        <w:t>6. Должна ли и жена вести себя так, чтобы муж её уважал?</w:t>
      </w:r>
    </w:p>
    <w:p>
      <w:r>
        <w:t>7. Может ли женщина своими руками разрушить семейное счастье?</w:t>
      </w:r>
    </w:p>
    <w:p>
      <w:r>
        <w:t>8. Нужно ли быть всем довольным, даже если не всё в вашей жизни происходит так, как хотелось бы? 1Тим.6:6.</w:t>
      </w:r>
    </w:p>
    <w:p>
      <w:r>
        <w:t>9. Что делать, если вы понимаете, что вам не нравится, а ничего в жизни вашего мужа от этого не меняется?</w:t>
      </w:r>
    </w:p>
    <w:p>
      <w:r>
        <w:t>10. Важно ли мужу понимать то, что не нравится его жене?</w:t>
      </w:r>
    </w:p>
    <w:p>
      <w:r>
        <w:t>11. Стоит ли мужчине учитывать то, каким духом движкам его жена в своих претензиях к нему?</w:t>
      </w:r>
    </w:p>
    <w:p>
      <w:r>
        <w:t>12. А что вам нравится в своих мужчинах?</w:t>
      </w:r>
    </w:p>
    <w:p>
      <w:r>
        <w:t>13. Могут ли ожидания женщины быть завышенными под влиянием других людей?</w:t>
      </w:r>
    </w:p>
    <w:p>
      <w:r>
        <w:t>14. Если вам что-то не нравится в муже, но вам это не причиняет проблем, то нужно ли заострять внимание на этом и создавать проблемы?</w:t>
      </w:r>
    </w:p>
    <w:p>
      <w:r>
        <w:t>15. Был ли этот урок вам полезен? Если да, то чем?</w:t>
      </w:r>
    </w:p>
    <w:p>
      <w:r>
        <w:br w:type="page"/>
      </w:r>
    </w:p>
    <w:p>
      <w:pPr>
        <w:pStyle w:val="Heading1"/>
      </w:pPr>
      <w:r>
        <w:t>Урок 840. Влияние друг на друга</w:t>
      </w:r>
    </w:p>
    <w:p>
      <w:r>
        <w:t>Мужчина и женщина, решившие заключить брак, создают союз из противоположных взглядов, мнений и характеров, разных сердец. И в этом союзе они становятся, по замыслу Творца, одним целым человеком или как написано: «одной плотью».</w:t>
      </w:r>
    </w:p>
    <w:p>
      <w:r>
        <w:t>В семье мужчина и женщина оказывают самое большое влияние друг на друга, которое формирует в них образ мысли женатого или замужнего человека. Такой человек печётся не только о себе, но и о том, кто ему принадлежит.</w:t>
      </w:r>
    </w:p>
    <w:p>
      <w:r>
        <w:t>Такое влияние может быть разным в зависимости от духа, которым водимы супруги. Господь поместил человека в социум, чтобы в этом общении люди, влияя друг на друга, формировали определённые отношения и культуру поведения. Семья же задумана как самая влиятельная ячейка общества, к которой душа её членов привязывается навсегда.</w:t>
      </w:r>
    </w:p>
    <w:p>
      <w:r>
        <w:t>Не будем говорить о несложившихся семьях с грубыми отношениями. Это и подобное поведение не входило в замысел Бога, но является следствием греха и человеческого эгоизма. Влияние в таком союзе разрушающее, как для психики, так и для здоровья.</w:t>
      </w:r>
    </w:p>
    <w:p>
      <w:r>
        <w:t>В союзе любви и согласия гораздо больше перспектив и возможностей, которые постоянно радуют сердца обоих супругов и учат их искать и находить друг в друге много полезных свойств, которые приносят благо им обоим.</w:t>
      </w:r>
    </w:p>
    <w:p>
      <w:r>
        <w:t>Влияние к добру даёт возможность Святому Духу доносить до разума и сердца самые важные откровения о Божьей милости и любви, о принятии и прощении, наделять сознание верой и надеждой.</w:t>
      </w:r>
    </w:p>
    <w:p>
      <w:r>
        <w:t>Сами того не подозревая, любящие муж и жена формируют друг в друге характеры, которые устраивают их обоих и делают их пригодными для Вечности.</w:t>
      </w:r>
    </w:p>
    <w:p>
      <w:r>
        <w:t>Любовь не мыслит зла и очень хорошо чувствует этот инородный дух в семейных отношениях, и сразу делая всё возможное, чтобы нейтрализовать влияние иного духа и предложить лучшую форму поведения. При взаимном согласии подобные мерзости очень быстро выявляются и уничтожаются решением жить дружно и мирно.</w:t>
      </w:r>
    </w:p>
    <w:p>
      <w:r>
        <w:t>Мир полон всевозможных ловушек и стрессов, в которые иногда впадают люди, но у них есть домашний оазис, в котором можно найти покой и восстановиться. Семья — это не полигон для испытания новых видов вооружений, а курортное место с заправочной станцией, в котором каждый член находится под особой Божьей защитой от влияния сил зла.</w:t>
      </w:r>
    </w:p>
    <w:p>
      <w:r>
        <w:t>Если муж знает, что у него есть дом, где его безусловно любят, ждут, ценят и уважают, то это придаёт ему смелости и сил в преодолении различных трудностей и препятствий. Осознание того, что он скоро окажется там, где ему будет хорошо, помогает мужчине выстоять и быть победителем в любых перипетиях. И это место уюта и радости появилось в его жизни неслучайно. Он сам его строил и вкладывал в него все свои силы, средства и душу.</w:t>
      </w:r>
    </w:p>
    <w:p>
      <w:r>
        <w:t>Влияние любящей жены на сердце мужа и любящего мужа на сердце супруги очень велико. Оно связывает их сердца такими прочными цепями любви, что никакие расстояния никогда не смогут разлучить их. Быть верным в таком союзе не составляет труда. Зачем портить то, что так прекрасно?</w:t>
      </w:r>
    </w:p>
    <w:p>
      <w:r>
        <w:t>Влияние любви и добра в семье является естественной атмосферой, в которой присутствует Сам Бог, и Он же формирует невидимым образом видимые дружественные отношения. Если двое сговорятся о том, чтобы любить друг друга, несмотря ни на что, и будут прилагать к этому все свои усилия, волю и подчинять все свои желания, то у них обязательно получится то, о чём они договорились. А там, где любовь, там и Бог.</w:t>
      </w:r>
    </w:p>
    <w:p>
      <w:r>
        <w:t>Сложно что-то строить, когда за тобой идёт разрушитель, но когда два специалиста приступают к делу, тогда Господь многократно благословляет их труд, ведь Он и есть Любовь.</w:t>
      </w:r>
    </w:p>
    <w:p>
      <w:r>
        <w:t>Любые отношения начинаются с притирки и привыкания к новым условиям жизни. Люди должны узнать друг друга, почувствовать общую атмосферу, внести свой вклад в отношения, а затем, понимая, с кем имеют дело, договариваться о бессрочной перспективе строительства счастливого союза.</w:t>
      </w:r>
    </w:p>
    <w:p>
      <w:r>
        <w:t>Строить общее счастье могут только те, кто счастлив сам по себе, кто имеет внутри себя этот источник. Такой человек способен зажигать других, понимать и принимать таких же счастливых людей. Если кто-то думает, что для счастья ему нужен счастливый человек, то, возможно, он не станет по-настоящему счастливым. Для полного счастья необходим Господь и жизнь в гармонии и послушании законам счастья.</w:t>
      </w:r>
    </w:p>
    <w:p>
      <w:r>
        <w:t>Влияние жизнерадостной женщины на своего мужа задаёт тон их общению и времяпровождению. Вдохновляя супруга на позитив, жена получит от него гораздо больше, чем может себе представить. А если она будет предлагать ему своё плохое настроение, то это тоже будет влиять на общую атмосферу, и ей будет сложно понять, почему муж не догадывается о её ожиданиях любви и сочувствия.</w:t>
      </w:r>
    </w:p>
    <w:p>
      <w:r>
        <w:t>Скрытые ожидания в отношении мужа будут всегда скрытыми для него. Он не телепат, чтобы их угадывать и исполнять. А мысли о том, что «если он любит, то должен догадаться, ведь я догадываюсь о его нуждах», не найдут воплощения в жизнь. Жене нужно озвучивать вслух свои желания, тогда можно расчитывать и на их исполнение.</w:t>
      </w:r>
    </w:p>
    <w:p>
      <w:r>
        <w:t>Желания можно высказывать прямым текстом, например, «обними меня, пожалуйста», а можно и косвенно: «Как бы мне было хорошо, если бы ты меня обнял». Во втором случае всегда присутствует фактор свободного волеизъявления и принятия решения. Конечно же, стоит учитывать ситуацию и возможности мужа ответить. Если он в это время сидит за рулём или несёт тяжёлые сумки, то вряд ли вы сразу получите желаемое.</w:t>
      </w:r>
    </w:p>
    <w:p>
      <w:r>
        <w:t>Стабильность мужского характера также влияет на жену. Она, изучив особенности супруга, знает, на что он способен и что от него можно ожидать, и в этих рамках может расчитывать на его участие в своих планах.</w:t>
      </w:r>
    </w:p>
    <w:p>
      <w:r>
        <w:t>Семейные отношения формируются по сценарию двух сторон, и когда-то создаётся та модель семьи, которая может годами не иметь существенных изменений, если не произойдёт что-то необычное, например, беременность, смена места жительства или работы, или болезнь одного из супругов.</w:t>
      </w:r>
    </w:p>
    <w:p>
      <w:r>
        <w:t>Влияние к добру является сеянием, которое принесёт соответствующий плод и в отношениях. Если я, имея разнообразные чувства, сознательно выбираю добро для семейных отношений, то это семя пустит корни и произведёт то, из чего состоит. Добрые люди ценят добро и приумножают его, давая в ответ гораздо больше.</w:t>
      </w:r>
    </w:p>
    <w:p>
      <w:r>
        <w:t>Если вам не повезло, и ваша половинка имеет злой дух, а могла быть другой, то не опускайте руки и всегда помните, что вы оказываете влияние на своего супруга или супругу, а каким будет это влияние, решаете вы. Бог всегда будет на стороне Своих детей, не переставая защищать их и влиять через них.</w:t>
      </w:r>
    </w:p>
    <w:p>
      <w:r>
        <w:t>Любовь является самой мощной силой к добру. Она умеет созидать прекрасное там, где ничего не было и не предвиделось. Она интуитивно нужна каждому человеку, потому что является вложенной потребностью души. Как человек не создан для холодных условий жизни, так он не был создан и для холодных отношений в семье. Семья — это то место, где двоим должно быть тепло и уютно в компании друг друга, куда можно приглашать Бога и быть самим собой, не боясь, что тебя осудят или отвергнут. Влияние такой семьи распространяется и за её пределы, на всех родных и близких, на собратьев и коллег по работе, и семя добра сеется дальше, и созревает добрый плод для доброй жатвы.</w:t>
      </w:r>
    </w:p>
    <w:p>
      <w:pPr>
        <w:pStyle w:val="Heading2"/>
      </w:pPr>
      <w:r>
        <w:t>Домашнее задание 840</w:t>
      </w:r>
    </w:p>
    <w:p>
      <w:r>
        <w:t>1. Прочитайте, пожалуйста, Ам.3:3; Суд.16:15-17; 1Цар.25:30-35; Быт.3:6; Гал.5:14; 6:2; Ин.13:34-35; Рим.13:8-10; Прит.12:14; 14:1; 16:28; 26:22; 31:26; 1Кор.7:16; 11:8-9; 15:33; Еф.5:33 в свете этого урока.</w:t>
      </w:r>
    </w:p>
    <w:p>
      <w:r>
        <w:t>2. Какие ещё стихи из Библии пришли вам на память?</w:t>
      </w:r>
    </w:p>
    <w:p>
      <w:r>
        <w:t>3. Что вы поняли из этого урока?</w:t>
      </w:r>
    </w:p>
    <w:p>
      <w:r>
        <w:t>4. Важно ли понимать, под каким влиянием вы находитесь в своей семье?</w:t>
      </w:r>
    </w:p>
    <w:p>
      <w:r>
        <w:t>5. Важно ли понимать, какое влияние вы оказываете на своих домашних?</w:t>
      </w:r>
    </w:p>
    <w:p>
      <w:r>
        <w:t>6. Как вы думаете, развращают ли худые сообщества добрые нравы?</w:t>
      </w:r>
    </w:p>
    <w:p>
      <w:r>
        <w:t>7. Есть ли в вашем окружении такие люди, которые оказывают на вас влияние к добру?</w:t>
      </w:r>
    </w:p>
    <w:p>
      <w:r>
        <w:t>8. Почему Бог запрещает Своим последователям заключать браки с неверующими людьми? Ездр.9:12.</w:t>
      </w:r>
    </w:p>
    <w:p>
      <w:r>
        <w:t>9. Чем опасно негативное влияние со стороны ваших домашних?</w:t>
      </w:r>
    </w:p>
    <w:p>
      <w:r>
        <w:t>10. Как можно противостоять негативному влиянию в своей семье?</w:t>
      </w:r>
    </w:p>
    <w:p>
      <w:r>
        <w:t>11. Имеет ли Иисус на вас какое-то влияние?</w:t>
      </w:r>
    </w:p>
    <w:p>
      <w:r>
        <w:t>12. Что делать, если я увидел, что оказываю влияние ко злу?</w:t>
      </w:r>
    </w:p>
    <w:p>
      <w:r>
        <w:t>13. Какое влияние оказывают на вас эти уроки нашей школы, которые вы изучаете?</w:t>
      </w:r>
    </w:p>
    <w:p>
      <w:r>
        <w:t>14. Какое участие принимает Господь в моём влиянии на других?</w:t>
      </w:r>
    </w:p>
    <w:p>
      <w:r>
        <w:t>15. Что полезного вы для себя узнали в этом уроке?</w:t>
      </w:r>
    </w:p>
    <w:p>
      <w:r>
        <w:br w:type="page"/>
      </w:r>
    </w:p>
    <w:p>
      <w:pPr>
        <w:pStyle w:val="Heading1"/>
      </w:pPr>
      <w:r>
        <w:t>Урок 841. Богатый мужчина</w:t>
      </w:r>
    </w:p>
    <w:p>
      <w:r>
        <w:t>Однажды я увидел одну интересную картину, на которой изображена встреча двух семейных пар. В одной из пар у мужчины вместо головы был значок Мерседеса, а в облачке мечты его жены находилось розовое сердечко. Во второй паре всё было наоборот — вместо головы мужа было розовое сердечко, а в облачке мечты его женщины – значок Мерседеса. Автор этой картины очень наглядно показал самую большую проблему и дефицит семейных ценностей нашего времени.</w:t>
      </w:r>
    </w:p>
    <w:p>
      <w:r>
        <w:t>Не стоит впадать в крайности и считать богатство и умение зарабатывать деньги грехом или каким-то особым благословением, достижению которого необходимо посвятить всю свою жизнь. В вашей жизни деньги никогда не утратят смысл. Наш мир построен так, что мы должны иметь какие-то средства, чтобы за что-то платить и на что-то жить.</w:t>
      </w:r>
    </w:p>
    <w:p>
      <w:r>
        <w:t>Многие женщины, собираясь создать семью, где-то в душе мечтают о том, чтобы их будущий муж был обеспечен и умел зарабатывать деньги. Женщины желают быть защищёнными с этой стороны. Современный кинематограф ярко рекламирует жизнь богатых людей, показывая красивый фасад и оставляя за кадром реалии того, что происходит в разуме успешного человека.</w:t>
      </w:r>
    </w:p>
    <w:p>
      <w:r>
        <w:t>Давайте рассмотрим эту ситуацию, не подгоняя всех мужчин под одни параметры, потому что бывают исключения.</w:t>
      </w:r>
    </w:p>
    <w:p>
      <w:r>
        <w:t>Хотели бы вы выйти замуж за миллионера? Ответим: «Да».</w:t>
      </w:r>
    </w:p>
    <w:p>
      <w:r>
        <w:t>А знаете ли вы, как живут богатые, чем они дышат, что переживают. Что вы ожидаете от союза с таким человеком? Если вы думаете, что с миллионером у вас будет беззаботная сытая жизнь, увлекательные путешествия и сплошная романтика при всеобщем изобилии, да ещё он станет священником в семье и будет помогать вам по дому, то спешу вас заверить, что жизнь — это не кино.</w:t>
      </w:r>
    </w:p>
    <w:p>
      <w:r>
        <w:t>Если вникнуть в быт этого интересного миллионера, то вы удивитесь количеству забот, возложенных на его плечи. Такие большие деньги необходимо заработать, и не так, как принято, с лопатой в руках. Нужно иметь соответствующие знания, навыки, связи, видение, цели, смелость. И если этот мужчина сумел заработать свой миллион, который лежит в чистом виде на его личном счету в банке или в консервной банке, то он вряд ли уже остановится и станет всё тратить в своё и ваше удовольствие. Его разум уже настроен на то, чтобы постоянно искать новые проекты, в которые можно инвестировать накопленные ресурсы, чтобы их умножить.</w:t>
      </w:r>
    </w:p>
    <w:p>
      <w:r>
        <w:t>А вы тем временем ждёте мужа с работы, желая с ним пообщаться, куда-то сходить или съездить, провести вместе время и сделать что-то общее. И вот, он пришёл после очередного трудового дня, за который тяжелее телефона и ручки ничего не держал, и усталый прилёг на диван. Он дома и наконец-то может расслабиться. И ему не до кого. Он, возможно, любит вас, но деловая жизнь высосала все его ресурсы, и он просто не в силах дать вам то, что вы ожидаете или о чём мечтали, радуясь, что станете женой миллионера.</w:t>
      </w:r>
    </w:p>
    <w:p>
      <w:r>
        <w:t>Выбирая себе в спутники жизни богатого мужчину, вы выбираете для себя и его служение этому богатству. Для мужчины его работа, где он может зарабатывать и где он что-то из себя представляет, бывает важнее, чем семья. А если жена будет требовать времени и помощи для себя, то ему сложно будет понять, как оставить важное, чтобы заняться семьёй. Муж считает, что выполняет самую главную обязанность по обеспечению дома, и поэтому его не стоит отвлекать на другие вопросы.</w:t>
      </w:r>
    </w:p>
    <w:p>
      <w:r>
        <w:t>А если этот человек в меру своей занятости имеет психопатические проблемы или является абьюзером, то вам будет мало радости от жизни с таким спутником жизни.</w:t>
      </w:r>
    </w:p>
    <w:p>
      <w:r>
        <w:t>Есть интересный закон, описанный в Еккл 5:10. «Умножается имущество, умножаются и потребляющие его; и какое благо для владеющего им: разве только смотреть своими глазами?» Если вы посмотрите на поток денег, который проходит через руки очень богатых людей, то вы удивитесь, сколько много всевозможных насосов и прилипал обирают их законным образом. Сколько ему нужно вначале потратить или вложить, чтобы что-то заработать. А иногда приходится рисковать всем, чтобы что-то получить или сохранить полученное.</w:t>
      </w:r>
    </w:p>
    <w:p>
      <w:r>
        <w:t>Вам вряд ли будут рассказывать обо всех заботах и проблемах, с которыми сталкиваются богатые мужчины. То, что вы считаете ценным, для него может быть обыденным. И чем богаче этот миллионер, тем больше у него забот, стресса и суеты.</w:t>
      </w:r>
    </w:p>
    <w:p>
      <w:r>
        <w:t>Мы живём и трудимся в греховном мире, и пересекаемся с неверующими людьми, у которых совершенно иные ценности, чем у нас. И это всё оказывает влияние не к добру. Благо тому мужу, который имеет Христа в своём разуме и всё решает с Ним и от Него получает мудрость и благословения, и такие люди есть, но не все таковы. Они обычно достигают подобного, уже имея ту жену, которая, как парус, вдохновляет его на подвиги и поддерживает во время кризиса. Но чей-то успешный мужчина никогда не будет вашим и не сможет сделать кого-то счастливым только потому, что он богат. Все эти вещи лежат во власти Бога, и Он решает, каким путём вести человека и что допустить в его жизни, а от чего уберечь.</w:t>
      </w:r>
    </w:p>
    <w:p>
      <w:r>
        <w:t>Богатый человек, знающий, как делать деньги, имеет разум богатого человека и в любой ситуации найдёт возможность и способ стать богатым. Но это ещё не значит, что он прекрасный и заботливый семьянин. Он просто состоятельный мужчина. Богатство и Бог — это две конкурирующие друг с другом цели жизни. Невозможно служить одновременно им обоим. Так учил Иисус в Мат.6:24.</w:t>
      </w:r>
    </w:p>
    <w:p>
      <w:r>
        <w:t>А будет ли богатый мужчина щедр на благотворительные дела? Сколько он сможет посвятить и отдать Богу через нуждающихся ближних? Будут ли его уши открыты к их просьбам о помощи, и станет ли это его жизненным приоритетом?</w:t>
      </w:r>
    </w:p>
    <w:p>
      <w:r>
        <w:t>Если кому Господь и даёт богатство, то Он и спросит с этого человека гораздо больше, чем с тех, кому было меньше доверено.</w:t>
      </w:r>
    </w:p>
    <w:p>
      <w:r>
        <w:t>Сатана влечёт нас своим золотым венцом в этот мир, к себе, и даёт этот венец тем, кому захочет. А Господь предлагает людям венец жизни и даёт его тем, кто начинает верить Богу, проявлять послушание и жить в гармонии с Небесными законами.</w:t>
      </w:r>
    </w:p>
    <w:p>
      <w:r>
        <w:t>Но у богатых мужчин есть сердце и душа. Они так же, как и многие, недолюблены, недообняты. У них зачастую нет настоящих друзей, которые бы любили их во всякое время, и они живут в другом мире и понимании времени. К ним нужно иметь особый подход и научиться понимать их, чтобы подарить им что-то большее.</w:t>
      </w:r>
    </w:p>
    <w:p>
      <w:r>
        <w:t>Если вы мечтаете иметь богатого мужа, то подумайте и ответьте себе честно, зачем. Он вам нужен, чтобы вам что-то давать, или вы настроены на то, чтобы он от вас что-то получал?</w:t>
      </w:r>
    </w:p>
    <w:p>
      <w:r>
        <w:t>Чтобы понять ум богатого человека, нужно походить в его ботинках.</w:t>
      </w:r>
    </w:p>
    <w:p>
      <w:r>
        <w:t>Иисус говорит к богатым людям последнего времени, что они даже не знают, насколько они нищие и жалкие. Читаем это в Откр.3:17. И Он не ошибается. Благо тому, кто услышит это обличение и последует совету из стиха 18, приобретая то, что Господь предлагает купить.</w:t>
      </w:r>
    </w:p>
    <w:p>
      <w:r>
        <w:t>Нам дан пример богатого юноши, который не последовал совету Иисуса из Лук.18:18, и мытаря Закхея из Лук.19:8, который решил часть своего имения посвятить Богу, хотя его об этом не просили. Они оба были богаты, но каждый выбрал то, что считал более важным.</w:t>
      </w:r>
    </w:p>
    <w:p>
      <w:r>
        <w:t>Бог никогда не осудит богатого человека за то, что он много отдавал и делился с другими, участвуя в их нуждах.</w:t>
      </w:r>
    </w:p>
    <w:p>
      <w:r>
        <w:t>Мечтая о богатстве, подумайте, будет ли оно вам ко благу?</w:t>
      </w:r>
    </w:p>
    <w:p>
      <w:pPr>
        <w:pStyle w:val="Heading2"/>
      </w:pPr>
      <w:r>
        <w:t>Домашнее задание 841</w:t>
      </w:r>
    </w:p>
    <w:p>
      <w:r>
        <w:t>1. Прочитайте, пожалуйста, Лук.6:24-25; 18:18-27; 19:1-10; Прит.11:4,16,28; 13:8; 18:23; 23:4-5; Быт.13:2; Еккл.5:11-18; 9:11; Песн.8:7; Иак.2:1-7; 5:1-9; 2Кор.8:1-3; 9:7-12; 1Тим.6:17-19 в свете этого урока.</w:t>
      </w:r>
    </w:p>
    <w:p>
      <w:r>
        <w:t>2. Какие ещё стихи из Библии пришли вам на память?</w:t>
      </w:r>
    </w:p>
    <w:p>
      <w:r>
        <w:t>3. Что вы поняли из этого урока?</w:t>
      </w:r>
    </w:p>
    <w:p>
      <w:r>
        <w:t>4. Почему при всех Библейских предостережениях об опасности богатства многие люди выбирают именно этот путь?</w:t>
      </w:r>
    </w:p>
    <w:p>
      <w:r>
        <w:t>5. Кто такой богатый мужчина? Как вы это понимаете?</w:t>
      </w:r>
    </w:p>
    <w:p>
      <w:r>
        <w:t>6. Стоит ли судить о богатых людях по себе, не имея подобного опыта зарабатывания денег?</w:t>
      </w:r>
    </w:p>
    <w:p>
      <w:r>
        <w:t>7. Какие чувства вызывают в вас богатые люди?</w:t>
      </w:r>
    </w:p>
    <w:p>
      <w:r>
        <w:t>8. Что делать, если вы не хотите жить в бедности и скудости, но при этом и боитесь быть богатым, чтобы не рисковать Вечной жизнью?</w:t>
      </w:r>
    </w:p>
    <w:p>
      <w:r>
        <w:t>9. Быть богатым или стремиться к этому — это грех?</w:t>
      </w:r>
    </w:p>
    <w:p>
      <w:r>
        <w:t>10. Почему Бог даёт так много предостережений богатым людям, но при этом называет богатство и изобилие всего благословением?</w:t>
      </w:r>
    </w:p>
    <w:p>
      <w:r>
        <w:t>11. Почему Иисус выбрал Себе жизнь простого труженика и бедного скитальца?</w:t>
      </w:r>
    </w:p>
    <w:p>
      <w:r>
        <w:t>12. Как вы думаете, отличается ли разум миллионера от разума миллиардера?</w:t>
      </w:r>
    </w:p>
    <w:p>
      <w:r>
        <w:t>13. Почему Верный Свидетель из Откр.3:17 называет всех богатых людей Лаодикийского периода нищими и жалкими?</w:t>
      </w:r>
    </w:p>
    <w:p>
      <w:r>
        <w:t>14. Почему Иисус сказал о том, что невозможно служить Богу и богатству? Как вы это понимаете? Значит ли это, что среди христиан не будет богатых людей?</w:t>
      </w:r>
    </w:p>
    <w:p>
      <w:r>
        <w:t>15. Был ли этот урок для вас полезен?</w:t>
      </w:r>
    </w:p>
    <w:p>
      <w:r>
        <w:br w:type="page"/>
      </w:r>
    </w:p>
    <w:p>
      <w:pPr>
        <w:pStyle w:val="Heading1"/>
      </w:pPr>
      <w:r>
        <w:t>Урок 842. Шестая заповедь</w:t>
      </w:r>
    </w:p>
    <w:p>
      <w:r>
        <w:t>Во всём мире и во всех народах убийство человека считается уголовным преступлением, за совершение которого следует строгое наказание. Давая эту заповедь, Господь очень кратко объявил: «Не убивай» Исх.20:13.</w:t>
      </w:r>
    </w:p>
    <w:p>
      <w:r>
        <w:t>После этого появились и другие постановления, объясняющие правила отношений между людьми. Также Божьему народу было разъяснено, какая мера наказания должна быть выбрана для нарушителей закона. Господь очень мудр и справедлив в Своих постановлениях, и народ принял всё, что было сказано свыше. Вряд ли кто станет утверждать, что эта заповедь потеряла свою силу со смертью Христа, и её не стоит соблюдать, так как Христос исполнил весь закон.</w:t>
      </w:r>
    </w:p>
    <w:p>
      <w:r>
        <w:t>Живя на этой земле, Иисус дал более глубокое понимание закона, открывая дух заповеди. В нагорной проповеди Он очень доступно объяснил, что является в глазах Неба убийством, и какое наказание влекут за собой простые слова проклятия, которые люди говорят друг другу, не задумываясь.</w:t>
      </w:r>
    </w:p>
    <w:p>
      <w:r>
        <w:t>Семья не стала исключением. Она тоже является полем битвы между добром и злом. И на этом поле зачастую гибнут любовь, нежная привязанность, доброта, уважение, ласка, заботливость, внимание и многие другие добрые качества, делая душу человека пустой и непригодной для Вечности. Суд над слабыми людьми, которые под гнётом чужого гнева теряли свой человеческий облик и личную самооценку, не будет таким строгим, как над их мучителями. Но, если человек стал жертвой жестокости и грубости другого, в результате чего стал презирать и ненавидеть своего обидчика, это не даёт ему право на Вечную жизнь. С подобным духом вряд ли кто наследует спасение, даже если был притесняем на этой Земле.</w:t>
      </w:r>
    </w:p>
    <w:p>
      <w:r>
        <w:t>Иисус учил в Мат 5:21-22: «Вы слышали, что сказано древним: «не убивай, кто же убьет, подлежит суду». А Я говорю вам, что всякий, гневающийся на брата своего напрасно, подлежит суду; кто же скажет брату своему: «рака»,подлежит синедриону; а кто скажет: «безумный», подлежит геенне огненной». Господь очень ясно дал понять, что является убийством в глазах Неба и какое наказание заслуживают все нарушители этой заповеди.</w:t>
      </w:r>
    </w:p>
    <w:p>
      <w:r>
        <w:t>Если я считаю кого-то безумным и говорю ему об этом, оскорбляя его чувства, то меня ожидает высшая мера наказания. Моё грубое слово является орудием убийства. Так понимает Бог.</w:t>
      </w:r>
    </w:p>
    <w:p>
      <w:r>
        <w:t>Что происходит в сердце человека, когда он на кого-то гневается и говорит что-то грубое в чужой адрес? Он открывает дорогу злому духу, который в союзе с плотской природой человека начинает убивать в сердце говорящего Божий образ и наделять эту душу качествами демонических сил, утверждая разум в гордости и в его правоте. В результате погибает человек, сотворённый по образу и подобию Божьему. В душе ругателя зародился грех, который сначала был не таким уж и большим и совсем незаметным, но, подобно посеянному семени, этот грех начинает расти и приносить свой злой плод в душе грешника.</w:t>
      </w:r>
    </w:p>
    <w:p>
      <w:r>
        <w:t>Проблема греха заключается в том, что сам грешник не сможет избавить свою душу от этого зла. У него нет такой силы, чтобы освободиться от этой власти.</w:t>
      </w:r>
    </w:p>
    <w:p>
      <w:r>
        <w:t>Посмотрим на восстание сатаны. Этот ангел был венцом мудрости и красоты. В нём отсутствовали какие-либо недостатки. Но он стал гордиться своим положением и завидовать тому, что Божий престол выше. Это вызвало в осеняющем херувиме негодование, которое стало семенем зла, погубившим, как самого Люцифера, так и тех, кто ему поверил и заразился тем же духом.</w:t>
      </w:r>
    </w:p>
    <w:p>
      <w:r>
        <w:t>Война на Небе была обычной полемикой, в результате которой стали погибать души святых существ, потому что они становились грешными и непригодными для вечной жизни. Сатана сам не понимал, к чему приводит грех, и какие разрушительные последствия производит зло в душе грешника. Убийство Сына Божьего стало кульминацией полного падения падшего херувима и его воинства. А всё начиналось с маленького слова недовольства, которое Сын зари стал вынашивать в своём сердце.</w:t>
      </w:r>
    </w:p>
    <w:p>
      <w:r>
        <w:t>Иисус неслучайно уточнил и открыл дух шестой заповеди. Он желает донести до каждого из нас, что даже самое безобидное, на наш взгляд, оскорбление ближнего является семенем зла и орудием убийства наших душ.</w:t>
      </w:r>
    </w:p>
    <w:p>
      <w:r>
        <w:t>Слова обладают удивительной силой убеждать слушающего и влиять на его сознание. Думаю, не скажу что-то новое, если заявлю о том, что словом можно и убить близкого человека. В истории существует много примеров, когда люди теряли желание жить в ответ на грубые слова в свой адрес и уходили из этого мира, накладывая на себя руки.</w:t>
      </w:r>
    </w:p>
    <w:p>
      <w:r>
        <w:t>Что делает злое слово в сердце слушателя? Оно способно убивать в нём добрые чувства, разрушать сердечную привязанность, уничтожать дружелюбие и охлаждать любовь. Одно грубое слово, сказанное в злом духе, может моментально разрушить всё то, что строилось годами. Это подобно взрыву обогащенного урана, который сам по себе очень маленький, но при достижении критической массы высвобождает колоссальную энергию, сметающую всё на своём пути. После такого взрыва становится невозможно восстановить разрушения.</w:t>
      </w:r>
    </w:p>
    <w:p>
      <w:r>
        <w:t>Однажды я познакомился с одной семьёй, которая занималась опекунством детей из неблагополучных семей. У них на тот момент была девочка одного года. Они рассказывали, что, когда получили её в четырехмесячном возрасте, она вся сжималась при звуках человеческой речи и становилась твёрдой, как камень. Её родители были лишены своих прав за грубое отношение к детям, и эту девочку отдали на реабилитацию. Новым опекунам пришлось очень долго выводить бедного ребёнка из этого плачевного состояния. Они нежно с ней общались, ласкали и целовали её, с любовью заботились о ней. В результате ребёнок ожил и стал нормально развиваться.</w:t>
      </w:r>
    </w:p>
    <w:p>
      <w:r>
        <w:t>Если душа человека не имеет Божьей защиты, то её очень легко ранить или убить. Но если в сердце слушателя живёт любовь и властвует Божья благодать, то все злые слова мира не повредят ей, хотя могут испортить отношение к злому человеку. Божий человек будет и дальше любить своего обидчика и хулителя как врага, но не станет испытывать к нему сердечной привязанности, и у них не будет взаимной любви.</w:t>
      </w:r>
    </w:p>
    <w:p>
      <w:r>
        <w:t>Любовь способна односторонне продолжать по-доброму относиться к злым людям, желая оживить их чёрствые сердца, но она никогда не будет взаимной с иным духом. Как не могут соединиться северный и южный полюса земли, так и любовь со злом не будет иметь ничего общего.</w:t>
      </w:r>
    </w:p>
    <w:p>
      <w:r>
        <w:t>Семья — это лучшее место для развития самых близких и добрых отношений. У Бога есть всё необходимое для строительства счастливой семьи. Если оба супруга договорятся о том, чтобы нежно общаться и реагировать на сложные ситуации, не позволяя никакому злу проявлять себя в их отношениях, и возьмут себе в помощники Бога, то у них получится построить то, что желает видеть в их союзе Бог.</w:t>
      </w:r>
    </w:p>
    <w:p>
      <w:r>
        <w:t>Семя зла, хоть и несёт в себе разрушительную силу, но в добром сердце оно не обретёт свою власть, даже если как-то попытается туда попасть. Любящий Бога человек сразу обнаружит инородное вещество и побежит с этим в молитве к Богу об избавлении и очищении. А его любящий слушатель поймёт, что с другом случилась беда, и его нужно поддержать в молитве. Затем они вместе будут праздновать победу и договорятся о том, чтобы никогда не давать места злу.</w:t>
      </w:r>
    </w:p>
    <w:p>
      <w:pPr>
        <w:pStyle w:val="Heading2"/>
      </w:pPr>
      <w:r>
        <w:t>Домашнее задание 842</w:t>
      </w:r>
    </w:p>
    <w:p>
      <w:r>
        <w:t>1. Прочитайте, пожалуйста, Лев.19:16; Еф.4:29-32; Пс.30:13-15; Рим.1:28-32; Иак.3:6-18; 1Кор.5:11; 6:10; Кол.3:8-10; Мат.5:44-48; 1Тим.6:3-6; 2Тим.3:1-5; Ин.13:34-35 в свете этого урока.</w:t>
      </w:r>
    </w:p>
    <w:p>
      <w:r>
        <w:t>2. Какие ещё стихи из Библии пришли вам на память?</w:t>
      </w:r>
    </w:p>
    <w:p>
      <w:r>
        <w:t>3. Что вы поняли из этого урока?</w:t>
      </w:r>
    </w:p>
    <w:p>
      <w:r>
        <w:t>4. Вам понятен дух шестой заповеди? Что ещё она запрещает делать?</w:t>
      </w:r>
    </w:p>
    <w:p>
      <w:r>
        <w:t>5. Всякое ли злое слово является нарушением шестой заповеди?</w:t>
      </w:r>
    </w:p>
    <w:p>
      <w:r>
        <w:t>6. Можно ли нарушать заповедь «не убивай» без слов?</w:t>
      </w:r>
    </w:p>
    <w:p>
      <w:r>
        <w:t>7. Является ли убийство в компьютерных играх в глазах Неба грехом?</w:t>
      </w:r>
    </w:p>
    <w:p>
      <w:r>
        <w:t>8. Что и кто учит нас нарушать шестую заповедь?</w:t>
      </w:r>
    </w:p>
    <w:p>
      <w:r>
        <w:t>9. Означает ли лояльность светской власти к духовному нарушению шестой заповеди то, что её можно нарушать и быть безнаказанным?</w:t>
      </w:r>
    </w:p>
    <w:p>
      <w:r>
        <w:t>10. Почему Иисус учил тому, что мы будем осуждены своими словами или оправданы ими? Мат.12:37.</w:t>
      </w:r>
    </w:p>
    <w:p>
      <w:r>
        <w:t>11. Стоит ли следить за своими словами, когда очень хочется доказать свою правоту или выразить возмущение?</w:t>
      </w:r>
    </w:p>
    <w:p>
      <w:r>
        <w:t>12. Как вы себя чувствуете, когда на вас кричат или когда вас оскорбляют?</w:t>
      </w:r>
    </w:p>
    <w:p>
      <w:r>
        <w:t>13. Можно ли оправдывать свои злые слова тем, что Иисус тоже называл фарисеев змеями и порождениями ехидны? Мат.23:33.</w:t>
      </w:r>
    </w:p>
    <w:p>
      <w:r>
        <w:t>14. Есть ли в вашем языке заменители злых слов?</w:t>
      </w:r>
    </w:p>
    <w:p>
      <w:r>
        <w:t>15. Будут ли считаться нарушением шестой заповеди культурные слова, сказанные со злым духом?</w:t>
      </w:r>
    </w:p>
    <w:p>
      <w:r>
        <w:br w:type="page"/>
      </w:r>
    </w:p>
    <w:p>
      <w:pPr>
        <w:pStyle w:val="Heading1"/>
      </w:pPr>
      <w:r>
        <w:t>Урок 843. Седьмая заповедь</w:t>
      </w:r>
    </w:p>
    <w:p>
      <w:r>
        <w:t>После заповеди «Не убивай» Бог сказал: «Не прелюбодействуй» Исх.20:14. Это повеление было написано Божьей рукой на каменных скрижалях с обеих сторон. Бог очень кратко выразил суть и принцип взаимоотношений между мужчинами и женщинами и взял под защиту закона святость семейного союза. В этой заповеди нет никаких лазеек, чтобы как-то обойти это Божье требование, и только смерть одного из супругов даёт право на повторный брак.</w:t>
      </w:r>
    </w:p>
    <w:p>
      <w:r>
        <w:t>Но дух седьмой заповеди распространяется не только на конкретное действие, но и на мысли человека, которые никто, кроме Бога, не видит.</w:t>
      </w:r>
    </w:p>
    <w:p>
      <w:r>
        <w:t>Светские законы в западном обществе сформулированы таким образом, чтобы защищать целостность семейных отношений, пока супруги хотят жить вместе, но по желанию одной из сторон этот брак может быть расторгнут, и разведённым людям официально разрешается создавать новый союз с другим человеком.</w:t>
      </w:r>
    </w:p>
    <w:p>
      <w:r>
        <w:t>Также никакая светская власть не будет вас преследовать за супружескую неверность, а за ваши мысли вас никто не исключит из церковного общества как нарушителя закона.</w:t>
      </w:r>
    </w:p>
    <w:p>
      <w:r>
        <w:t>Но есть Бог, Который вчера, сегодня и вовеки Тот же. Его заповеди так же актуальны в наши дни, как и во время их провозглашения, и Божий закон не был Им отменён даже со смертью Христа.</w:t>
      </w:r>
    </w:p>
    <w:p>
      <w:r>
        <w:t>Что мы видим сейчас? Седьмая заповедь попирается на всех уровнях цивилизованного общества. Книги, фильмы, рекламные щиты — всё это навязывает людям другие ценности и толкает общество в бездну греха.</w:t>
      </w:r>
    </w:p>
    <w:p>
      <w:r>
        <w:t>Враг души знает, что, если ему удастся совратить человека хотя бы в одном, этот нарушитель закона будет виновен во всём и Царства Божьего не наследует.</w:t>
      </w:r>
    </w:p>
    <w:p>
      <w:r>
        <w:t>Во времена Иисуса процедура развода была упрощена до простого желания мужа не жить со своей женой по личным причинам. Мужчине было достаточно написать разводное письмо, и он считался свободным. Моисей дал подобное разрешение для особых случаев абьюзивных отношений, чтобы сохранить жизнь и здоровье женщины и детей, но люди извратили это исключение в угоду своим плотским желаниям и сделали его нормой жизни.</w:t>
      </w:r>
    </w:p>
    <w:p>
      <w:r>
        <w:t>В нагорной проповеди Иисус открыл дух заповеди «Не прелюбодействуй» и очень ясно дал понять, что она никем не была отменена или заменена, но остаётся незыблемым требованием к людям, которое осуждает не только их поступки, но и их мысли и чувства. Господь, умеющий читать сердца и знающий помышления, не дал ни малейшего шанса на законное нарушение Своих постановлений на любом уровне человеческой жизни. При этом Бог не лишает каждого из нас свободы выбора и не наказывает нас тут же за нарушение Своего закона.</w:t>
      </w:r>
    </w:p>
    <w:p>
      <w:r>
        <w:t>Объясняя людям дух седьмой заповеди, Иисус сказал в Мат.5:27-28: «Вы слышали, что сказано древним: «не прелюбодействуй». А Я говорю вам, что всякий, кто смотрит на женщину с вожделением, уже прелюбодействовал с нею в сердце своём».</w:t>
      </w:r>
    </w:p>
    <w:p>
      <w:r>
        <w:t>Понимая дух закона и устройство мужского мышления, невольно спрашиваешь сам себя: «А кто может устоять?» Но Господь не повелевает чего-то невозможного, но даёт благодать тем, кто решается быть послушным закону даже на уровне мыслей. Я не понаслышке знаю, какие мысли приходят в голову мужчины, особенно если женщина своим внешним видом или поведением даёт повод для подобных вожделений. Также я знаю и то, как можно Божьей благодатью противостоять этому греху и побеждать его на уровне мыслей и чувств.</w:t>
      </w:r>
    </w:p>
    <w:p>
      <w:r>
        <w:t>Так как мужское мышление в вопросе вожделения радикально отличается от женского, то многим сёстрам просто непонятно, с чем встречаются и борются их братья или их мужья, которые желают быть чистыми перед Богом.</w:t>
      </w:r>
    </w:p>
    <w:p>
      <w:r>
        <w:t>Доступность и безнаказанность нашего времени сняли все ограничители в разуме многих мужчин, и они захвачены потоками греха, которые несут их в погибель, а мужчины даже не понимают, что происходит.</w:t>
      </w:r>
    </w:p>
    <w:p>
      <w:r>
        <w:t>Вожделение может прийти в разум мужчины от его плотской природы даже при взгляде на приличную женщину, но очень часто представительницы слабого пола сами становятся соблазном и сеятелями вожделенных мыслей, когда открывают напоказ те части тела, которые должны быть закрыты и принадлежать взору одного только мужа. И когда прямо или косвенно делаешь замечание сестре по вере по поводу её откровенной одежды, в её гардеробе мало что меняется. Только портится отношение к тебе, как к человеку, у которого есть какие-то проблемы, которые он желает решить за счёт ограничения чужих свобод. Но стоит отметить, что нарушителем духа закона является не только тот, кто развивает в себе вожделенные мысли, но и тот, кто даёт к этому повод и является соблазном для слабых духом собратьев.</w:t>
      </w:r>
    </w:p>
    <w:p>
      <w:r>
        <w:t>Грех нарушения седьмой заповеди отличается от всех других грехов тем, что он доставляет чувственное наслаждение и приносит с собой много положительных эмоций, и если совесть человека сожжена или отключена, то его жизнь превращается в сплошной греховный праздник, где он ищет новых партнёров и находит. Разум прелюбодея повреждается настолько, что для него уже не остаётся ничего, как принять право на смерть и жить в этом грехе дальше.</w:t>
      </w:r>
    </w:p>
    <w:p>
      <w:r>
        <w:t>На примере расцвета и падений многих цивилизации можно ясно увидеть, что их благосостояние и процветание неизменно приводило общество к чувственному растлению, после которого падение было неизбежно и совершалось очень быстро.</w:t>
      </w:r>
    </w:p>
    <w:p>
      <w:r>
        <w:t>Печальная история Содома и Гоморры является убедительным примером того, что есть грехи, которые окончательно лишают людей Божьей милости, и в силу вступает Божья справедливость.</w:t>
      </w:r>
    </w:p>
    <w:p>
      <w:r>
        <w:t>Седьмая заповедь дана для тех, кто состоит в браке или дружит с теми, у кого есть семья. Бог заповедал нам любить друг друга, не ставя ограничений на половую принадлежность и семейный статус. И это очень интересное испытание, которое смогут пройти только чистые сердцем. Любить друг друга брату и сестре очень легко и радостно, но в этих отношениях должны быть установлены четкие границы не только касательно внешнего поведения, но и в области мыслей и чувств. Господь даёт Свой Дух, чтобы Его дети могли исполнить заповедь о любви друг к другу, не нарушая при этом и седьмую заповедь. И это можно и нужно исполнять.</w:t>
      </w:r>
    </w:p>
    <w:p>
      <w:r>
        <w:t>Может ли муж сохранять верность жене, если при этом любит своих сестёр из церкви? Так в этом и заключается суть христианства, чтобы силой Божьей благодати властвовать над делами плоти и приносить плод Святого Духа.</w:t>
      </w:r>
    </w:p>
    <w:p>
      <w:r>
        <w:t>Бог проведёт через огонь всё Своё золото. Он переплавит Своих детей в горниле интересных испытаний. И это будет очень легко перенести тем, кто в своём сердце умер для греха и живёт для Бога. На таких людей не действуют никакие соблазны, и Господь хранит их от зла по слову Своему из Ин.17:15: «Не молю, чтобы Ты взял их из мира, но чтобы сохранил их от зла».</w:t>
      </w:r>
    </w:p>
    <w:p>
      <w:r>
        <w:t>Также Библия учит тому, что в число 144.000 войдут люди, которые не осквернились с жёнами (Откр.14:4). Подобная характеристика ясно говорит о том, что мысли, чувства и дела таких людей были полностью во власти Бога, и они были верны в соблюдении Божьих повелений, не становясь для других соблазном.</w:t>
      </w:r>
    </w:p>
    <w:p>
      <w:r>
        <w:t>Когда Божий закон написан на каменных скрижалях, тогда он судит нарушителя, но, когда он написан Богом в сердце, он защищает душу от нарушения закона. Я не прелюбодействую не потому, что это запрещено, а потому, что я не хочу жить в этом грехе и совершать его даже на уровне мыслей.</w:t>
      </w:r>
    </w:p>
    <w:p>
      <w:pPr>
        <w:pStyle w:val="Heading2"/>
      </w:pPr>
      <w:r>
        <w:t>Домашнее задание 843</w:t>
      </w:r>
    </w:p>
    <w:p>
      <w:r>
        <w:t>1. Прочитайте, пожалуйста, Иак.1:13-15; Втор.5:18; Лев.20:10; Прит.6:32-35; 30:18-20; Мат.18:7; 19:7-9; Мар.10:11-12; 1Кор.6:9-10; Лук.17:1-2 в свете этого урока.</w:t>
      </w:r>
    </w:p>
    <w:p>
      <w:r>
        <w:t>2. Какие ещё стихи из Библии пришли вам на память.</w:t>
      </w:r>
    </w:p>
    <w:p>
      <w:r>
        <w:t>3. Что вы поняли из этого урока?</w:t>
      </w:r>
    </w:p>
    <w:p>
      <w:r>
        <w:t>4. Что такое прелюбодеяние?</w:t>
      </w:r>
    </w:p>
    <w:p>
      <w:r>
        <w:t>5. На какие виды отношений распространяется седьмая заповедь?</w:t>
      </w:r>
    </w:p>
    <w:p>
      <w:r>
        <w:t>6. Является ли просмотр непристойных сцен, фотографий и чтение эротических романов нарушением седьмой заповеди?</w:t>
      </w:r>
    </w:p>
    <w:p>
      <w:r>
        <w:t>7. Почему так важно понимать не только букву закона, но и его дух?</w:t>
      </w:r>
    </w:p>
    <w:p>
      <w:r>
        <w:t>8. Почему Иисус не осудил женщину, пойманную в прелюбодеянии из Ин.8:9-10?</w:t>
      </w:r>
    </w:p>
    <w:p>
      <w:r>
        <w:t>9. Написано в Евр 13:4: «Брак у всех да будет честен и ложе непорочно; блудников же и прелюбодеев судит Бог». Почему эту категорию грешников Бог будет особым образом судить?</w:t>
      </w:r>
    </w:p>
    <w:p>
      <w:r>
        <w:t>10. Почему о группе 144.000 сказано, что они не осквернились с жёнами? Ведь многие из них будут семейными людьми.</w:t>
      </w:r>
    </w:p>
    <w:p>
      <w:r>
        <w:t>11. Можно ли брату и сестре по вере любить друг друга, быть близкими друзьями и при этом не нарушать седьмую заповедь?</w:t>
      </w:r>
    </w:p>
    <w:p>
      <w:r>
        <w:t>12. Каким должен быть человек, соблюдающий заповедь «Не прелюбодействуй»? Нужно ли ему вести аскетичный образ жизни, чтобы не подвергать себя соблазнам?</w:t>
      </w:r>
    </w:p>
    <w:p>
      <w:r>
        <w:t>13. Что делать, если я не нарушаю седьмую заповедь по факту, но имею злые мысли, от которых не могу просто так избавиться?</w:t>
      </w:r>
    </w:p>
    <w:p>
      <w:r>
        <w:t>14. Распространяется ли Божья благодать на блудников и прелюбодеев?</w:t>
      </w:r>
    </w:p>
    <w:p>
      <w:r>
        <w:t>15. Был ли этот урок для вас полезным?</w:t>
      </w:r>
    </w:p>
    <w:p>
      <w:r>
        <w:br w:type="page"/>
      </w:r>
    </w:p>
    <w:p>
      <w:pPr>
        <w:pStyle w:val="Heading1"/>
      </w:pPr>
      <w:r>
        <w:t>Урок 844. Десятая заповедь</w:t>
      </w:r>
    </w:p>
    <w:p>
      <w:r>
        <w:t>Давая миру десятисловный закон, Бог кратко выразил всю суть отношений человека с человеком и человека с Богом. Любые Божьи заповеди можно исполнять видимым образом, по букве закона, и считать, что этого достаточно. Однако стоит учитывать, что Божьи постановления подразумевают и духовное осуждение для нарушителей, которое распространяется и на тайные мысли и мотивы человека.</w:t>
      </w:r>
    </w:p>
    <w:p>
      <w:r>
        <w:t>Десятая заповедь очень ясно говорит: «Не желай…», особым образом указывая на помыслы души, которые никто, кроме Бога, не может знать и видеть, если человек не высказывает их вслух.</w:t>
      </w:r>
    </w:p>
    <w:p>
      <w:r>
        <w:t>Относительно всякой заповеди любой лицемер способен заявить своим ближним, что он не совершает то, что она запрещает. Однако как доказать обществу, что твои мысли чисты, и ты думаешь только в правильном направлении, не позволяя никакому соблазну овладеть тобой?</w:t>
      </w:r>
    </w:p>
    <w:p>
      <w:r>
        <w:t>Стоит учесть, что первоначальный грех возродился именно в сердце совершенного существа, которое занимало самое высокое положение среди других небожителей. И если бы ангелы могли читать мысли друг друга, то они бы удивились лицемерию осеняющего херувима и вряд ли поддержали бы его восстание. Обвинение сатаны начинается со слов: «А говорил в сердце своём …» (Ис.14:13). Перед всем миром обнажаются истинные мысли и мотивы поведения того, кому было оказано самое большое доверие и кто занимал самое высокое положение.</w:t>
      </w:r>
    </w:p>
    <w:p>
      <w:r>
        <w:t>Приведём пример подобного влияния в наше время. Президент любой страны — это юридическое лицо, слово и подпись которого являются выражением воли высшей власти. И, слыша то или иное постановление, заверенное президентом, весь народ его страны обязан это выполнять. И где-то в душе все люди верят, что это доверенное лицо имеет самые чистые мотивы и всё делает для блага народа. Никакой президент никогда не расскажет вам обо всём, что движет им в принятии тех или иных решений. И мы бы были очень удивлены, если бы могли узнать истинные мотивы высшего руководства страны.</w:t>
      </w:r>
    </w:p>
    <w:p>
      <w:r>
        <w:t>Десятая заповедь вскрывает каждое сердце и обнажает перед Богом все помышления и желания человека. Сказано: «Не желай жены ближнего твоего». (Исх.20:17). Возникает вопрос: «А распространяется ли этот запрет на мужа ближней твоей?» Ответ однозначен: «Да». Бог выразил в Своём законе принципы правильного отношения людей к Богу и отношений между собою. Если бы не было этой заповеди, то зависть считалась бы нормой жизни и не приносила бы столько бед и разочарований людям.</w:t>
      </w:r>
    </w:p>
    <w:p>
      <w:r>
        <w:t>Что приобретает человек, который нарушает десятую заповедь? По большому счёту, ничего. А что он теряет? Он перестаёт быть довольным тем, чем обладает.</w:t>
      </w:r>
    </w:p>
    <w:p>
      <w:r>
        <w:t>Принцип десятой заповеди напрямую связан с нашим внутренним счастьем. Если у кого-то есть всё, но его это не устраивает, потому что сосед обладает тем, что ему тоже хотелось бы иметь, то такого человека сложно назвать счастливым. Зависть не приносит сердцу счастье и мир. Бог не планировал плодить счастливых грешников и делать их жизнь во грехе прекрасной.</w:t>
      </w:r>
    </w:p>
    <w:p>
      <w:r>
        <w:t>К чему привёл этот маленький грех сатану? К тому, что он потерял своё высокое положение, был изгнан с Неба, стал человекоубийцей, а затем расправился и с Самим Божьим Сыном. Сатана не приобрёл ничего из того, что желал, но утратил всё, что имел. И даже сейчас он завидует всем спасённым, потому что они наследуют Царство Небесное, воссядут на престоле и будут жить вечно.</w:t>
      </w:r>
    </w:p>
    <w:p>
      <w:r>
        <w:t>Строительство счастливой семьи подразумевает, что мысли супругов будут чисты от тайных желаний, нарушающих Божью заповедь. Что хорошего принесёт семье зависть? Ничего. А чего лишится эта семья, если будет развивать в себе подобный дух? Всего. Но почему-то подобные помыслы и желания имеют место в сердцах многих.</w:t>
      </w:r>
    </w:p>
    <w:p>
      <w:r>
        <w:t>Пока сатана жив, и мы имеем плотскую природу, подобные завистливые мысли могут приходить в разум, и с ними нужно что-то делать. Пока сорняк маленький, его легко вырвать и удалить с огорода, но, когда он пустил корни и разросся, нужно прилагать больше усилий, чтобы избавиться от этой проблемы.</w:t>
      </w:r>
    </w:p>
    <w:p>
      <w:r>
        <w:t>Божья любовь сразу распознаёт нечистый дух зависти, потому что эти мысли противоречат духу самоотречения и лишают человека довольства жизнью.</w:t>
      </w:r>
    </w:p>
    <w:p>
      <w:r>
        <w:t>Как бы звучала сегодня эта заповедь на современном языке? «Не желай квартиры ближнего твоего; не желай жены ближнего твоего, ни достатка его, ни успеха его, ни машины его, ни смартфона его, ничего, что у ближнего твоего».</w:t>
      </w:r>
    </w:p>
    <w:p>
      <w:r>
        <w:t>Вещи изменились, а принцип остался тем же. Представьте себе грешника, нарушающего эту заповедь и попавшего на Небо. Он станет завидовать чужим венцам, чужой одежде, чужому положению. Его не будет радовать счастье других, да и сам он не будет счастлив. И когда-то его недовольство выльется в новое восстание против тех, кому он завидует. Какой самый верный способ получить то, чего у тебя нет? Убить, взять силой, украсть и погубить. Это не дух Неба, а похоть плоти.</w:t>
      </w:r>
    </w:p>
    <w:p>
      <w:r>
        <w:t>Миром движет зависть. Это мощный стимул в успешной торговле, в гонке вооружений, в росте ВВП, в развитии экономики. Но мы не от мира сего, и Бог ожидает от нас других приоритетов и целей, открывая нам дух и смысл истинных ценностей.</w:t>
      </w:r>
    </w:p>
    <w:p>
      <w:r>
        <w:t>Трава в чужом огороде может казаться зеленее, но её тоже нужно косить. Мужчина, мечтающий о чужой жене, не понимает последствий своих желаний. По сути, он хочет быстрого счастья без обязательств и незаконным способом. Что ему нужно пройти, чтобы законно получить желаемое? Должна умереть его жена, должен умереть муж желаемой женщины. Эта вдова должна проявить интерес к новому мужчине и как-то полюбить его на фоне своего горя. Они должны как-то соответствовать друг другу по многим вопросам и пройти долгую процедуру добрачных отношений, чтобы сделать безошибочный выбор. Мужчина должен взять на себя новые обязательства и ответственность за счастье новой жены и её детей, если таковые есть, а затем предложить ей руку и сердце. Готов ли будет завистливый человек к таким испытаниям? Будет ли он верен в мыслях и чувствах той, которую он наконец-то получил? Нет. Его больше устроит быстрый путь путём нарушения седьмой заповеди, но он и этого не имеет.</w:t>
      </w:r>
    </w:p>
    <w:p>
      <w:r>
        <w:t>А Бог всё взвешивает и предлагает лучший путь, путь превосходнейший, путь любви.</w:t>
      </w:r>
    </w:p>
    <w:p>
      <w:r>
        <w:t>Зависть разрушает любую дружбу, любые добрые отношения и не даст своей жертве ничего, кроме суеты мыслей и томления духа. А любовь принесёт счастье, много нетленных сокровищ, перспективы Вечного развития, много новых друзей, новые откровения и изобилие всего, что даже сложно себе представить. Завидовать можно даже тем, кто просто любит не так, как ты, а искренне и от всей души. А стоит ли потакать подобному духу? Может, с любви и начать и вместо греховных пожеланий стремиться отдавать, служить и благословлять своих ближних, чтобы у них благодаря тебе умножалось и увеличивалось то, чего им так недостаёт?</w:t>
      </w:r>
    </w:p>
    <w:p>
      <w:r>
        <w:t>Стоит ли самому взвесить свои истинные мотивы и желания до того, как попасть на Божьи весы, на которых я могу оказаться очень лёгким? Но понимание своей проблемы не решит её. Нужна сила свыше, чтобы победить этот грех и полностью удалить его. Любовь очищает завистливое сердце очень быстро и навсегда. Она молится за тех, у кого жена лучше, и радуется их счастью. И она умеет себя дарить и отдавать.</w:t>
      </w:r>
    </w:p>
    <w:p>
      <w:pPr>
        <w:pStyle w:val="Heading2"/>
      </w:pPr>
      <w:r>
        <w:t>Домашнее задание 844</w:t>
      </w:r>
    </w:p>
    <w:p>
      <w:r>
        <w:t>1. Прочитайте, пожалуйста, 1Кор.13:4; Втор.5:21; Прит.6:23-29; 12:5; Рим.7:7-11; 8:5-10; 13:8-10; Быт.6:5; Иов.31:1; Пс.138:2-4; Мат.9:4; Мар.2:6-8; 2Кор.10:4-6; Флп.4:8; Евр.4:12 в свете этого урока.</w:t>
      </w:r>
    </w:p>
    <w:p>
      <w:r>
        <w:t>2. Какие ещё стихи из Библии пришли вам на память?</w:t>
      </w:r>
    </w:p>
    <w:p>
      <w:r>
        <w:t>3. Что вы поняли из этого урока?</w:t>
      </w:r>
    </w:p>
    <w:p>
      <w:r>
        <w:t>4. Как выглядит правильное исполнение десятой заповеди?</w:t>
      </w:r>
    </w:p>
    <w:p>
      <w:r>
        <w:t>5. Почему Господь требует от нас чистоту в мыслях?</w:t>
      </w:r>
    </w:p>
    <w:p>
      <w:r>
        <w:t>6. Сможет ли человек наследовать Царство Небесное, если его дела правильные, а мысли нечисты?</w:t>
      </w:r>
    </w:p>
    <w:p>
      <w:r>
        <w:t>7. Как определить, правильные ли желания в моём сердце?</w:t>
      </w:r>
    </w:p>
    <w:p>
      <w:r>
        <w:t>8. Что делать, если в голову приходят завистливые мысли и от них никак не избавиться?</w:t>
      </w:r>
    </w:p>
    <w:p>
      <w:r>
        <w:t>9. Что приобретает завистливый человек?</w:t>
      </w:r>
    </w:p>
    <w:p>
      <w:r>
        <w:t>10. Почему о любви сказано, что она не завидует?</w:t>
      </w:r>
    </w:p>
    <w:p>
      <w:r>
        <w:t>11. Чем опасна зависть?</w:t>
      </w:r>
    </w:p>
    <w:p>
      <w:r>
        <w:t>12. Как помочь завистливому человеку избавиться от этого греха?</w:t>
      </w:r>
    </w:p>
    <w:p>
      <w:r>
        <w:t>13. Вас радует успех и процветание ваших близких?</w:t>
      </w:r>
    </w:p>
    <w:p>
      <w:r>
        <w:t>14. Как можно процитировать десятую заповедь в позитивном смысле? Сейчас она говорит, что нельзя делать, а что можно и нужно?</w:t>
      </w:r>
    </w:p>
    <w:p>
      <w:r>
        <w:t>15. Был ли этот урок вам полезен?</w:t>
      </w:r>
    </w:p>
    <w:p>
      <w:r>
        <w:br w:type="page"/>
      </w:r>
    </w:p>
    <w:p>
      <w:pPr>
        <w:pStyle w:val="Heading1"/>
      </w:pPr>
      <w:r>
        <w:t>Урок 845. Обычный лаодикиец</w:t>
      </w:r>
    </w:p>
    <w:p>
      <w:r>
        <w:t>Читаем Иер 6:16: «Так говорит Господь: остановитесь на путях ваших и рассмотрите, и расспросите о путях древних, где путь добрый, и идите по нему, и найдёте покой душам вашим. Но они сказали: „не пойдём“».</w:t>
      </w:r>
    </w:p>
    <w:p>
      <w:r>
        <w:t>Послание Иисуса к Лаодикийской церкви уместилось в девяти стихах третьей главы книги Откровение. Их можно при желании очень быстро выучить наизусть и кратко пересказать.</w:t>
      </w:r>
    </w:p>
    <w:p>
      <w:r>
        <w:t>А ведь если посмотреть на суть этой вести и на то, что в ней предлагает нам Верный Свидетель, то легко понять следующее. Если не принять совет Христа, то все последующие предложения будут звучать не для тебя.</w:t>
      </w:r>
    </w:p>
    <w:p>
      <w:r>
        <w:t>Давайте рассмотрим эту весть на примере обычного лаодикийца, который является членом Божьей церкви, законопослушен, верит в Бога и читает Библию. Верный Свидетель, встречаясь с ним на страницах книги Откровения, утверждает, что он тёплый и вызывает у Господа тошноту. Я слушаю такую оценку и соглашаюсь. А куда денешься, ведь это объявляет Тот, Кто никогда не ошибается! Само моё признание и согласие со Христом является хорошим началом для покаяния. Я опускаю глаза и голову и говорю: «Аминь». После этого я приглашаю Иисуса в свою жизнь и прошу навести в ней порядок. Господь заходит в одну из моих потаённых комнат души и начинает мне рассказывать о том, как в ней грязно, как много мусора и насколько неприятно пахнет. Я вновь соглашаюсь с Ним и заявляю: «Господи, Ты же знаешь, что я люблю Тебя и без Тебя не представляю своей жизни». А Он говорит мне в ответ: «Я знаю все дела твои, что ты меня любишь, поэтому и пришёл к тебе, чтобы навести порядок в твоём доме и удалить из него то, что Мне неугодно».</w:t>
      </w:r>
    </w:p>
    <w:p>
      <w:r>
        <w:t>Я же отвечаю: «Дорогой мой Спаситель, я так благодарен Тебе за Твои обличения, но мне не мешает эта грязь любить Тебя, и я не считаю чем-то важным уборку в моих комнатах, да и запах мне не мешает. Я считаю, что главное у меня есть — это любовь к Тебе, да и к ближним я тоже неравнодушен. Но если Тебе не нравится мой беспорядок, то убери это Сам. Я не против, но сам ничего не собираюсь делать. Ты это можешь, я знаю, и сделаешь это лучше меня».</w:t>
      </w:r>
    </w:p>
    <w:p>
      <w:r>
        <w:t>Иисус выслушал моё искреннее признание и, улыбнувшись, продолжил: «Друг, Я всегда сотрудничаю с людьми и выполняю ту часть работы, которую не в силах делать люди, если они дееспособны. Я позволяю многим естественным процессам целенаправленно участвовать в решении многих твоих задач, но есть такие вещи, которые за тебя никто не будет делать. Убирать свою постель, чистить зубы, прилично одеваться и прочие вещи должен делать ты сам. Хотя ты можешь нанять для этого людей и платить им за подобные услуги, но в отношении Неба у тебя не получится подыскать себе замену в том, что ты должен сделать сам».</w:t>
      </w:r>
    </w:p>
    <w:p>
      <w:r>
        <w:t>Я слушаю и отвечаю: «Господи, но ведь я верю в Тебя, неужели этого недостаточно? Можешь не обращать внимание на мой мусор и беспорядок в доме? Ведь Ты Сам говорил, что приходящего к Тебе не изгонишь вон! И я пришёл к Тебе, чтобы быть всегда Твоим. Что Тебя не устраивает?»</w:t>
      </w:r>
    </w:p>
    <w:p>
      <w:r>
        <w:t>Иисус продолжил: «Я принимаю тебя таким, какой ты есть, но в моих планах есть цель — не оставлять тебя таким навсегда, а очистить, омыть, одеть, обогатить и научить. Неужели тебе приятно жить в грязи, из которой я хочу тебя вытащить? Ты даже не знаешь, насколько ты жалок вот в этом своём состоянии, и как от тебя противно пахнет. В таком голом и грязном обличии тебя не пустят на Небо. Ничто нечистое не войдёт туда».</w:t>
      </w:r>
    </w:p>
    <w:p>
      <w:r>
        <w:t>Я подумал и спросил: «Господь, разве Тебе не нравится, как я пою псалмы, с каким благословением я прихожу на богослужение, как я готовлюсь к встрече субботы? Неужели Ты на это не обращаешь внимания, а видишь только грязь в моей жизни? Ведь если я так начну оценивать других, то стану критиканом и потеряю право на Вечность!»</w:t>
      </w:r>
    </w:p>
    <w:p>
      <w:r>
        <w:t>Иисус с улыбкой продолжил: «К ученикам первого класса требования не так высоки, как к тем, кого мы набираем в число 144.000. Это будет особый народ, богатый небесным золотом, одетый в белые одежды и помазанный на служение ближним. Они не просто слушают Мой совет, но и следуют ему. Они не лучше тебя, но готовы удалить из своей жизни всё и изменить то, на что Я им указываю. Хоть большая часть их грязи им по душе, но они находят в себе силы, чтобы избавиться от неё навсегда. А где они не справляются сами, Я прихожу на помощь и помогаю им».</w:t>
      </w:r>
    </w:p>
    <w:p>
      <w:r>
        <w:t>Я не успокаивался: «Господь, неужели Тебе не нравится, что я каждое утро прихожу к Тебе и много читаю и слушаю Твои откровения? Неужели всё это напрасно? Подумаешь, что занимаюсь этим, сидя по уши в грязи, зато делаю всё от чистого сердца. Ну, убери эту грязь, если она так тебе мешает!»</w:t>
      </w:r>
    </w:p>
    <w:p>
      <w:r>
        <w:t>Иисус ответил: «Дорогой мой друг! Я могу убрать эту грязь, только сотрудничая с тобой, помогая тебе. Мне очень не хочется тебя терять. Ведь то, что я прошу тебя удалить из твоего дома души, — это не бездушные вещи, а твоя суть, твои привычки, твои вкусы, твоя плотская натура, которая находится в твоей власти. И ты свободен поступать с этим, как тебе угодно. Я могу тебя только обличить, а действовать должен ты сам».</w:t>
      </w:r>
    </w:p>
    <w:p>
      <w:r>
        <w:t>Я вновь задумался: «Мой Господь, я пробовал своими силами это убрать, но оно возвращается вновь в большем количестве и влиянии. Я молился о том, чтобы Ты это удалил, а оно остаётся. Не знаю, что делать? Как ещё это можно убрать?»</w:t>
      </w:r>
    </w:p>
    <w:p>
      <w:r>
        <w:t>Спаситель с радостью заявил: «Я даю тебе выход из этой грязи через неукоснительное следование Моему совету и предложение о вступлении со Мной в торговые отношения. Я знаю намерения о тебе, во благо, а не на зло, и даю тебе будущность и надежду. Примешь ли ты это как узкий путь и захочешь ли по нему идти дальше?»</w:t>
      </w:r>
    </w:p>
    <w:p>
      <w:r>
        <w:t>«Господь, не говори загадками. Скажи, что я должен делать, и я буду это делать».</w:t>
      </w:r>
    </w:p>
    <w:p>
      <w:r>
        <w:t>Иисус ответил: «Понимание и принятие символов этой вести требует всего твоего внимания и желания. Я открою суть и продам предлагаемое только тем, кто захочет вступить со Мной в эту торговлю и не отойдёт от Меня. В этих товарах есть то, что поможет тебе очистить свой дом и стать победителем во всяком деле и во всякой мысли».</w:t>
      </w:r>
    </w:p>
    <w:p>
      <w:r>
        <w:t>«Господь, как всё сложно! А можно так, чтобы Ты всё это записал на диктофон, и я слушал бы это каждый день?» Он с грустью покачал головой: «Нет, это даётся только жаждущим».</w:t>
      </w:r>
    </w:p>
    <w:p>
      <w:r>
        <w:t>Я сказал: «Я так благодарен Тебе, Господи. Такое хорошее обличение я сегодня получил!»</w:t>
      </w:r>
    </w:p>
    <w:p>
      <w:r>
        <w:t>Когда мы закончили беседу, я побежал к своему телефону проверять сообщения от друзей и погрузился в размышления, как им лучше ответить. Моя жена спросила меня: «А с кем ты разговаривал в своей комнате?» Я ответил, что с Иисусом. «И о чём вы говорили?» Я задумался, пытаясь вспомнить, но было столько других дел, на которых нужно было сосредоточиться, что решил кратко ответить: «Не помню. Было очень интересно и как-то сложно. И я отложил это на потом». Жена не унималась: «Ну вспомни, может это что-то важное!» «Отстань!» — сказал я и погрузился в поиск чего-нибудь интересного о происходящем в мире, понимая, что скоро всему конец. Как бы не пропустить что-то важное. Ведь Господь обязательно откроет нам то, что поможет нам приготовиться и смело встретить врага. Надо бы составить об этом проповедь и вдохновить друзей на добрые дела.</w:t>
      </w:r>
    </w:p>
    <w:p>
      <w:pPr>
        <w:pStyle w:val="Heading2"/>
      </w:pPr>
      <w:r>
        <w:t>Домашнее задание 845</w:t>
      </w:r>
    </w:p>
    <w:p>
      <w:r>
        <w:t>1. Прочитайте, пожалуйста, Откр.3:14-22; Иак.1:8,22-25; Иер.7:13-17; Ос.4:6; Пс.93:8-13; Рим.2:11-13; Откр.7:13-14; 14:1; Ин.10:27-30; Ис.44:3 в свете этого урока.</w:t>
      </w:r>
    </w:p>
    <w:p>
      <w:r>
        <w:t>2. Какие ещё стихи из Библии пришли вам на память?</w:t>
      </w:r>
    </w:p>
    <w:p>
      <w:r>
        <w:t>3. О чём был написан этот урок?</w:t>
      </w:r>
    </w:p>
    <w:p>
      <w:r>
        <w:t>4. Что вы поняли из этого урока?</w:t>
      </w:r>
    </w:p>
    <w:p>
      <w:r>
        <w:t>5. Насколько важна весть к Лаодикии в наше время?</w:t>
      </w:r>
    </w:p>
    <w:p>
      <w:r>
        <w:t>6. Понимаете ли вы значение символов из Откр.3:18?</w:t>
      </w:r>
    </w:p>
    <w:p>
      <w:r>
        <w:t>7. Как часто вы слышите проповеди или наставления о важности Лаодикийского послания?</w:t>
      </w:r>
    </w:p>
    <w:p>
      <w:r>
        <w:t>8. Понимаете ли вы, что в Вести к Лаодикии согласно стиху 22 заложен ключ к победе последнего времени?</w:t>
      </w:r>
    </w:p>
    <w:p>
      <w:r>
        <w:t>9. Почему Иисус говорит в этой вести символическим языком?</w:t>
      </w:r>
    </w:p>
    <w:p>
      <w:r>
        <w:t>10. Откроет ли Господь значение символов из Послания к Лаодикии тем, кто будет жаждать и пытаться понять их значение?</w:t>
      </w:r>
    </w:p>
    <w:p>
      <w:r>
        <w:t>11. Почему столь важные истины так скромно представлены христианскому миру?</w:t>
      </w:r>
    </w:p>
    <w:p>
      <w:r>
        <w:t>12. Ожила ли эта весть в вашем сознании?</w:t>
      </w:r>
    </w:p>
    <w:p>
      <w:r>
        <w:t>13. Следует ли повторять важность значения Вести Верного Свидетеля людям, которые с первого раза ничего не поняли?</w:t>
      </w:r>
    </w:p>
    <w:p>
      <w:r>
        <w:t>14. Как вы думаете, будет ли эта весть играть какую-то важную роль в событиях последнего времени?</w:t>
      </w:r>
    </w:p>
    <w:p>
      <w:r>
        <w:t>15. Можно ли выйти из тёплого состояния, минуя совет Верного Свидетеля?</w:t>
      </w:r>
    </w:p>
    <w:p>
      <w:r>
        <w:br w:type="page"/>
      </w:r>
    </w:p>
    <w:p>
      <w:pPr>
        <w:pStyle w:val="Heading1"/>
      </w:pPr>
      <w:r>
        <w:t>Урок 846. Вера, действующая любовью</w:t>
      </w:r>
    </w:p>
    <w:p>
      <w:r>
        <w:t>Читаем в Гал 5:6: «Ибо во Христе Иисусе не имеет силы ни обрезание, ни необрезание, но вера, действующая любовью». Этот стих знаком всем верующим в Иисуса, и он неоднократно приводится ими для подтверждения некоторых важных истин о вере. Возможно, что это выражение даже произносится автоматически, по памяти, когда речь заходит о любви и вере.</w:t>
      </w:r>
    </w:p>
    <w:p>
      <w:r>
        <w:t>Верный Свидетель из Откр.3:18 предлагает нам купить у Него золото, очищенное огнём, чтобы обогатиться. Изучая этот символ, мы обнаружили, что одним из его значений является вера и любовь, а кто-то даже осмелился сказать, что это вера, движимая любовью. Так оно и есть, но что это означает?</w:t>
      </w:r>
    </w:p>
    <w:p>
      <w:r>
        <w:t>У этого выражения есть две особенности в понимании.</w:t>
      </w:r>
    </w:p>
    <w:p>
      <w:r>
        <w:t>Первое, общепринятое, — это вера, которая выражает себя в делах любви, в самоотверженности, в бескорыстном служении ближним.</w:t>
      </w:r>
    </w:p>
    <w:p>
      <w:r>
        <w:t>Второе — это наделение души и духа верующего человека Божественным качеством любви, которое начинает проявлять веру, исходя из агапэ, движущей сердцем и разумом.</w:t>
      </w:r>
    </w:p>
    <w:p>
      <w:r>
        <w:t>Казалось бы, получается одно и то же, но в каждом случае сердечные мотивы свои.</w:t>
      </w:r>
    </w:p>
    <w:p>
      <w:r>
        <w:t>Когда я понимаю, что обладаю любовью от Бога, потому что состою с Ним в торговых отношениях, вижу, как эта сила агапэ одерживает победу в любом испытании, и каким мощным оружием она является в моей жизни, тогда моя вера начинает действовать, исходя из этой любви, ведь я понимаю, от Кого эта сила, и как Господь проявляет Себя в ней по отношению к ближним.</w:t>
      </w:r>
    </w:p>
    <w:p>
      <w:r>
        <w:t>Приведём пример. Молодого человека посадили за руль автомобиля и показали, как им управлять. После нескольких часов тренировки у него сформировался рефлекс и представление о том, что нужно делать, чтобы ездить на этом транспортном средстве. Он может завести эту машину, доехать на ней в нужное место, управлять её скоростью и глушить мотор, когда путешествие закончилось. Он научился водить автомобиль, не имея понятия о его внутреннем устройстве и тех процессах, которые происходят внутри системы. Этот юноша не сильно разбирается в том, чем отличается маленькая машина от большой, в чём преимущество мощного двигателя от слабого. Но у него есть право на вождение, и он может передвигаться с помощью транспортного средства. Ещё он знает, куда заливается топливо, и то, что в определённое время эксплуатации автомобиля необходимо проходить инспекцию и техосмотр. При поломке машины у него имеется номер аварийной службы, которая приедет и всё исправит.</w:t>
      </w:r>
    </w:p>
    <w:p>
      <w:r>
        <w:t>Возьмём теперь автомеханика, который посвятил много лет изучению внутреннего устройства автомобиля, его особенностей и отличий одной модели от другой. Он научился на звук определять неисправности, и знает, как их можно быстро устранять или не допускать. При поломке машины он сразу поймёт, в чём проблема, и приложит все свои знания, чтобы устранить причину поломки и впредь её не допускать. Когда этот автомеханик садится за руль своего автомобиля, он очень хорошо понимает, какие процессы происходят внутри двигателя, какую нагрузку нельзя давать, чтобы машина дольше служила, как экономить бензин при длительных путешествиях и многое другое. Этим человеком движет любовь к своей профессии, но по внешнему виду он ничем не отличается от молодого водителя, который не имеет подобных знаний, но умеет управлять машиной не хуже автомеханика.</w:t>
      </w:r>
    </w:p>
    <w:p>
      <w:r>
        <w:t>Читаем Мат 18:3: «И сказал: истинно говорю вам, если не обратитесь и не будете как дети, не войдёте в Царство Небесное». Говорит ли этот стих о том, что нам не нужны знания? Нет. Господь здесь дал понять, что наша искренность в доверии Небесному Отцу должна быть подобна детской вере, при которой у ребёнка нет сомнений в том, что его папа может всё и защитит его в любой ситуации.</w:t>
      </w:r>
    </w:p>
    <w:p>
      <w:r>
        <w:t>Любовь, которая есть в сознании понимающего христианина, помогает ему не только верить на основании Божьих обетований, но и понимать, что в этот момент происходит в духовном мире, в каких ситуациях Бог не будет быстро отвечать, а когда сохранит молчание. В случае всевозможных проблем или непредсказуемых испытаний любящий человек способен быстро определить их дух и источник и попросить Божьей защиты на те сферы своей жизни, которыми он сам не может управлять. Любящее сердце знает, как действует вера в тех или иных случаях, где она мертва, а где преодолевает все препятствия и достигает желаемого результата.</w:t>
      </w:r>
    </w:p>
    <w:p>
      <w:r>
        <w:t>Любовь умеет полагаться на Божью волю и ждать исполнения обещанного. Она настроена на осуществление ожидаемого и уверена в невидимом. Любовь способна двигать верой человека, исходя из любви, из желания быть полезной и приносить другим счастье. У неё самый правильный мотив в любых видах человеческих отношений, в которых она не ищет своего и сорадуется истине.</w:t>
      </w:r>
    </w:p>
    <w:p>
      <w:r>
        <w:t>Приобретая у Христа золото, я понимаю, что этому товару необходимо пройти через огонь. Это золото уже было испытано и проявило себя как истинное богатство, но, войдя в мою жизнь, оно смешивается с моими плотскими представлениями и нуждается в новом огне испытаний, который выжжет всё инородное и оставит лишь чистое Небесное сокровище.</w:t>
      </w:r>
    </w:p>
    <w:p>
      <w:r>
        <w:t>После того как я обретаю это золото, Господь начинает учить меня им расплачиваться и обогащать им других. Вся ценность этого товара и определяется тем, как много я пропустил его через себя, чтобы одарить этим своих ближних. Вера, движимая этой любовью, помогает мне увидеть таких же жалких, несчастных, слепых и нагих собратьев, каким был и я, и помочь им обогатиться и одеться у Небесного Купца.</w:t>
      </w:r>
    </w:p>
    <w:p>
      <w:r>
        <w:t>Любовь не просто даёт мне знание о внутреннем устройстве Небесных отношений, но и начинает двигать рукой моей веры, заставляя её хвататься за престол Божьей благодати и сотрясать его своими молитвами для получения обещанного.</w:t>
      </w:r>
    </w:p>
    <w:p>
      <w:r>
        <w:t>Когда ребёнок приходит к своим родителям, движимый искренней любовью к ним, чтобы что-то попросить или узнать, мудрые родители готовы служить и давать своему чаду всё необходимое, чтобы порадовать детское сердце и не разочаровать его в ожидании просимого.</w:t>
      </w:r>
    </w:p>
    <w:p>
      <w:r>
        <w:t>Любовь умеет двигать рукой веры и показывать новые возможности в одержании очередных побед.</w:t>
      </w:r>
    </w:p>
    <w:p>
      <w:r>
        <w:t>Изучая Божье слово, моя душа обретает веру и начинает по этой вере проявлять дела любви. Я вижу результат своего упования и решаюсь просить о большем. В ответ я получаю то, о чём даже не мечтал. И в какой-то момент наших с Господом доверительных отношений я начинаю просить Бога о любви, которая уже проявляется в моих делах веры, но ещё не движет мною изнутри. Я приобретаю это Небесное золото и начинаю лучше понимать характер Бога, красоту Его жизни, и уже сам в себе имею чистые мотивы в достижении той или иной цели. Моя любовь от Бога теперь уже изнутри, из моего естества, указывает мне лучший путь и лучший подход к выполнению тех или иных задач. Проявляя веру, движимую любовью, я уже прошу не всё подряд, а то, что актуально и нужно, понимая, какие процессы происходят в духовном мире, и как мне ответит Бог, когда я полагаюсь верою на Его обещания.</w:t>
      </w:r>
    </w:p>
    <w:p>
      <w:r>
        <w:t>В ожидании обещанного между любящим и новообращённым человеком не видна разница извне. Но понимание происходящего у них существенно отличается. Может даже быть и такое, что новый человек сразу получит ответ на свои молитвы, а я не получу ничего. Но меня это не расстроит, ведь я люблю и верю.</w:t>
      </w:r>
    </w:p>
    <w:p>
      <w:pPr>
        <w:pStyle w:val="Heading2"/>
      </w:pPr>
      <w:r>
        <w:t>Домашнее задание 846</w:t>
      </w:r>
    </w:p>
    <w:p>
      <w:r>
        <w:t>1. Прочитайте, пожалуйста, Евр.6:10; Ин.15:9-13; 1Ин.4:16; Рим.13:8-10; Иер.31:3; 1Кор.16:14; Гал.5:13-14; Еф.4:14-15; Флп.1:8; 1Фес.3:12-13; 5:8; 2Тим.1:13-14; Песн.8:7 в свете этого урока.</w:t>
      </w:r>
    </w:p>
    <w:p>
      <w:r>
        <w:t>2. Какие ещё стихи из Библии пришли вам на память?</w:t>
      </w:r>
    </w:p>
    <w:p>
      <w:r>
        <w:t>3. Что вы поняли из этого урока?</w:t>
      </w:r>
    </w:p>
    <w:p>
      <w:r>
        <w:t>4. В чём отличие любви из веры от веры из любви?</w:t>
      </w:r>
    </w:p>
    <w:p>
      <w:r>
        <w:t>5. Открывает ли любовь новые пути и возможности для достижения новых сердец?</w:t>
      </w:r>
    </w:p>
    <w:p>
      <w:r>
        <w:t>6. Может ли быть такое, что на молитвы новообращенного человека приходят быстрые ответы, а у опытных братьев на некоторые просьбы нет ответов?</w:t>
      </w:r>
    </w:p>
    <w:p>
      <w:r>
        <w:t>7. Побуждает ли вас любовь к вашим ближним просить для них чего-то большего?</w:t>
      </w:r>
    </w:p>
    <w:p>
      <w:r>
        <w:t>8. Как вы думаете, как Бог служит нам? Из любви или из долга? Верит ли Он в нас?</w:t>
      </w:r>
    </w:p>
    <w:p>
      <w:r>
        <w:t>9. Написано, что вера без дел мертва (Иак.2:20). А будет ли она жива без любви?</w:t>
      </w:r>
    </w:p>
    <w:p>
      <w:r>
        <w:t>10. Какие дела веры может творить любовь?</w:t>
      </w:r>
    </w:p>
    <w:p>
      <w:r>
        <w:t>11. Есть ли разница в делах веры из любви и в делах веры из чувства долга?</w:t>
      </w:r>
    </w:p>
    <w:p>
      <w:r>
        <w:t>12. Как можно связать этот урок с советом Верного Свидетеля из Откр.3:18?</w:t>
      </w:r>
    </w:p>
    <w:p>
      <w:r>
        <w:t>13. Что делать, если я не имею любви, но имею веру?</w:t>
      </w:r>
    </w:p>
    <w:p>
      <w:r>
        <w:t>14. Имеет ли весть к Лаодикии какое-то отношение к моему спасению?</w:t>
      </w:r>
    </w:p>
    <w:p>
      <w:r>
        <w:t>15. Был ли этот урок вам полезен?</w:t>
      </w:r>
    </w:p>
    <w:p>
      <w:r>
        <w:br w:type="page"/>
      </w:r>
    </w:p>
    <w:p>
      <w:pPr>
        <w:pStyle w:val="Heading1"/>
      </w:pPr>
      <w:r>
        <w:t>Урок 847. Восьмая заповедь</w:t>
      </w:r>
    </w:p>
    <w:p>
      <w:r>
        <w:t>Тот, Кто сказал: «Не убивай! Не прелюбодействуй!», также сказал и: «Не кради!» Исх.20:15. Это повеление относится к прямому посягательству на чужую собственность и распространяется на мысли и чувства человека.</w:t>
      </w:r>
    </w:p>
    <w:p>
      <w:r>
        <w:t>То, что эта заповедь была сказана очень кратко, без дополнительных объяснений, несёт в себе очень глубокую возможность к удивительным открытиям для ищущих и жаждущих правды умов.</w:t>
      </w:r>
    </w:p>
    <w:p>
      <w:r>
        <w:t>Воровство — это незаконное присвоение себе чужого имущества и собственности без согласия владельца. Это любой вид мошенничества, нарушения авторских прав, разбоя, человекохищнечества, как в частном порядке, так и на государственном уровне.</w:t>
      </w:r>
    </w:p>
    <w:p>
      <w:r>
        <w:t>Написано, что согрешающий в одном будет виновен во всём (Иак.2:10). Также сказано, что воры Царства Божьего не наследуют (1Кор.6:10).</w:t>
      </w:r>
    </w:p>
    <w:p>
      <w:r>
        <w:t>Чужим имуществом или собственностью могут быть вещи, земельные участки, свободный выбор человека, его личное пространство, его интеллектуальные достижения, планы и мечты, его счастье и духовное наследие, которое он получил от своих родителей.</w:t>
      </w:r>
    </w:p>
    <w:p>
      <w:r>
        <w:t>Восьмая заповедь может нарушаться на неосознанном уровне, например, путём невозврата долга, невыполненных обещаний, удержания взятых на временное пользование книг, кассет, дисков или других носителей информации, а также порча чужого имущества без возмещения причинённого ущерба.</w:t>
      </w:r>
    </w:p>
    <w:p>
      <w:r>
        <w:t>Не всякая вещь или собственность нужна своему владельцу, и где-то он сам может по своей рассеянности что-то потерять или оставить без присмотра в общественном месте, дав другим соблазн к нарушению Божьей заповеди.</w:t>
      </w:r>
    </w:p>
    <w:p>
      <w:r>
        <w:t>Я живу в Германии, в том регионе, где не принято воровать и брать чужое. И это настолько вошло в культуру местного населения, что ты не боишься оставлять или забывать свои вещи на улице, зная, что их никто не возьмёт. И бывает интересно наблюдать за тем, как многие строители, выполняющие уличные работы, оставляют свой инструмент без присмотра и уходят на обед или по другим делам, не переживая о том, что что-то пропадёт.</w:t>
      </w:r>
    </w:p>
    <w:p>
      <w:r>
        <w:t>Также заповедь «не укради» может распространяться и на семейные отношения, где супруги отдают всех себя, свою свободу, свои лучшие годы жизни, свои привычки и интересы друг другу как благословение для строительства счастливой семьи. Но находится некто, начинающий незаконно красть одного из супругов для удовлетворения личных нужд, похоти плоти и других потребностей, а потом и вовсе этот человек разрушает семью.</w:t>
      </w:r>
    </w:p>
    <w:p>
      <w:r>
        <w:t>Также и любые абьюзивные отношения в семье могут обокрасть человека и лишить его мира в сердце, житейского счастья, психического здоровья и надежды на счастливую жизнь.</w:t>
      </w:r>
    </w:p>
    <w:p>
      <w:r>
        <w:t>Бог любит каждого человека и заботится о любом Своём творении. Он уважает выбор людей, право их личной собственности и личного пространства. Давая восьмую и другие заповеди, Господь открыто установил правила отношений между людьми и Самим Собой. И получается, что заповедь «Не кради» распространяется и на отношения между Богом и человеком.</w:t>
      </w:r>
    </w:p>
    <w:p>
      <w:r>
        <w:t>Человек стал обкрадывать Бога. Спросите чем? Десятинами и приношениями, которые Господь определил для Себя в виде поддержки Своих служителей. Мал.3:8-10.</w:t>
      </w:r>
    </w:p>
    <w:p>
      <w:r>
        <w:t>Помимо этого, Бог выделил для Себя и определённую часть времени, которую человек не может просто так безнаказанно присваивать себе для удовлетворения личных интересов.</w:t>
      </w:r>
    </w:p>
    <w:p>
      <w:r>
        <w:t>Четвёртая заповедь так и говорит: «Помни день субботний, чтобы святить его; шесть дней работай и делай всякие дела твои, а день седьмой — суббота Господу, Богу твоему: не делай в оный никакого дела…» (Исх 20:8-10).</w:t>
      </w:r>
    </w:p>
    <w:p>
      <w:r>
        <w:t>Если копнуть ещё глубже, то и человека Бог сотворил для Себя. И когда эта Божья собственность выбирает себе другого бога и уходит в мир, не пытаясь понять Божью волю, тогда этим самым грешник крадёт у Творца общение с Ним и лишает себя права на Царство Небесное. Богу придётся наказать таких людей и дать им право на смерть.</w:t>
      </w:r>
    </w:p>
    <w:p>
      <w:r>
        <w:t>Однажды, при взятии Иерихона, Бог объявил этот город Своим и предал его заклятию. Но нашёлся некто, решившийся взять нечто из заклятого как законный трофей. И подобное действие навлекло проклятие на всё общество и чуть не погубило его. Виновник был, к счастью, найден и наказан. На этом примере из истории мы можем увидеть, что воры способны стать проклятием не только для себя, но и для любого Божьего дела, потому что такие люди лишают своих ближних обещанных благословений.</w:t>
      </w:r>
    </w:p>
    <w:p>
      <w:r>
        <w:t>Печально, что верующие люди последнего времени тоже могут войти в категорию воров, подпав под влияние мира и остыв для Божьего предназначения. Верный Свидетель поэтому и называет их тёплыми, заверяя их в том, что они даже не знают, насколько они нищи и жалки, слепы и наги, и к тому же ещё и несчастны, обкрадывая друг друга и Бога своим жалким состоянием.</w:t>
      </w:r>
    </w:p>
    <w:p>
      <w:r>
        <w:t>Иисус предлагает нам выход из такого положения путём покупки у Него определённых товаров.</w:t>
      </w:r>
    </w:p>
    <w:p>
      <w:r>
        <w:t>Обогащаясь Небесным золотом веры и любви, я этим самым делаю богаче не только себя, но и Самого Творца, своих ближних, с которыми делюсь этим испытанным золотом. Белая одежда, которую я приобретаю у Верного Свидетеля, является символом и униформой честного человека, не обкрадывающего Бога и своих ближних, а, наоборот, становящегося источником их благословения и обогащения за счёт нескончаемой передачи Небесного золота.</w:t>
      </w:r>
    </w:p>
    <w:p>
      <w:r>
        <w:t>Любовь уважает свободу и собственность каждого человека, и, не претендуя на чужое, она готова делиться своим и тем, что находится во власти её обладателя. Она любит раздавать себя. А то, что принесёт счастье другим людям, сделает чью-то жизнь лучше, поможет решить проблемы и сделать их такими же любящими и счастливыми.</w:t>
      </w:r>
    </w:p>
    <w:p>
      <w:r>
        <w:t>Любовь посвящает всю интеллектуальную собственность человека раздаче и служению другим людям, побуждая их жить и трудиться для счастья других. Она только и думает о том, что бы ещё отдать, и чужая жизнь стала легче, лучше и интереснее.</w:t>
      </w:r>
    </w:p>
    <w:p>
      <w:r>
        <w:t>Если у вас есть такой любящий друг, то цените его, и он будет постоянно обогащать вас своим Небесным золотом.</w:t>
      </w:r>
    </w:p>
    <w:p>
      <w:r>
        <w:t>Присвоение себе чужого имущества или собственности законным путём, с разрешения владельца, не является грехом. Мало того, это входит в Божий план правильных отношений между людьми, так как блаженнее отдавать, чем принимать.</w:t>
      </w:r>
    </w:p>
    <w:p>
      <w:r>
        <w:t>Помню случай, когда я решил подарить хорошую новую бензопилу тому из своих друзей, кому она будет очень нужна. Но её кто-то у меня украл. Было так жалко, что я не смог порадовать чьё-то сердце и принести кому-то пользу. Хотя эта вещь уже не была моей, и я бы ей всё равно не пользовался, но сам факт того, что она ушла не по назначению, причинил мне значительный ущерб. Получается, что обокрали не только меня, но и того друга, который мог бы стать обладателем этого прекрасного инструмента.</w:t>
      </w:r>
    </w:p>
    <w:p>
      <w:r>
        <w:t>Бог приготовил для нас очень много различных благословений, чтобы обогатить нас ими и сделать Своих слуг счастливыми. Он уже расстался со Своими щедротами в Своём сердце и ждёт очередного покупателя этого Небесного масла из притчи от Мат.25:1-12. Но враг души не желает, чтобы мы стали обладателями Небесного, и заменяет это земным. И что происходит? Вместо того чтобы в Бога богатеть, я становлюсь нищим и жалким. Но так не должно быть. Бог не хочет, чтобы мы крали у себя наше право на Вечность, и предлагает нам самое лучшее, что сделает нас пригодными для жизни на Небе.</w:t>
      </w:r>
    </w:p>
    <w:p>
      <w:pPr>
        <w:pStyle w:val="Heading2"/>
      </w:pPr>
      <w:r>
        <w:t>Домашнее задание 847</w:t>
      </w:r>
    </w:p>
    <w:p>
      <w:r>
        <w:t>1. Прочитайте, пожалуйста, Втор.5:19; Рим.13:8-10; Ин.10:8-10; Прит.1:17-19; 28:24; Лев.19:11; Исход.21:16; Нав.7:11-12,19-26; Тит.2:9-10; Еф.4:28; Мал.1:12-14; 3: Иак.2:10-12 в свете этого урока.</w:t>
      </w:r>
    </w:p>
    <w:p>
      <w:r>
        <w:t>2. Какие ещё стихи из Библии пришли вам на память?</w:t>
      </w:r>
    </w:p>
    <w:p>
      <w:r>
        <w:t>3. Что вы поняли из этого урока?</w:t>
      </w:r>
    </w:p>
    <w:p>
      <w:r>
        <w:t>4. Можно ли быть вором в Божьих глазах, считая себя честным человеком?</w:t>
      </w:r>
    </w:p>
    <w:p>
      <w:r>
        <w:t>5. Всегда ли плохо присваивать себе чужое имущество без согласия владельца?</w:t>
      </w:r>
    </w:p>
    <w:p>
      <w:r>
        <w:t>6. Как восьмая заповедь может проявить себя в семье между супругами?</w:t>
      </w:r>
    </w:p>
    <w:p>
      <w:r>
        <w:t>7. Будет ли Господь рассматривать не только дела человека, но и его мысли?</w:t>
      </w:r>
    </w:p>
    <w:p>
      <w:r>
        <w:t>8. Что делать, если я попал в такую ситуацию, где не могу не воровать? Например, весь мой бизнес построен на обмане, но приносит большую прибыль.</w:t>
      </w:r>
    </w:p>
    <w:p>
      <w:r>
        <w:t>9. Как проявляется нарушение восьмой заповеди в мыслях?</w:t>
      </w:r>
    </w:p>
    <w:p>
      <w:r>
        <w:t>10. Является ли вором тот, кто крадёт у богатых, чтобы отдать бедным?</w:t>
      </w:r>
    </w:p>
    <w:p>
      <w:r>
        <w:t>11. Можно ли своим поведением украсть у ближнего его право на Вечность? Если да, то как это может происходить?</w:t>
      </w:r>
    </w:p>
    <w:p>
      <w:r>
        <w:t>12. Решает ли любовь к Богу и ближнему проблему воровства в жизни грешника?</w:t>
      </w:r>
    </w:p>
    <w:p>
      <w:r>
        <w:t>13. Почему, если человек согрешит в чём-то одном, он становится виноватым в нарушении всех заповедей?</w:t>
      </w:r>
    </w:p>
    <w:p>
      <w:r>
        <w:t>14. Как не стать вором в Божьих глазах?</w:t>
      </w:r>
    </w:p>
    <w:p>
      <w:r>
        <w:t>15. Всякое ли воровство в рамках государственных законов является воровством в Божьих глазах? Например, если государственный закон призывает покупать еду в магазинах и запрещает есть плоды земли и деревьев на всей территории своего государства, кроме своего огорода, и карает нарушителей штрафами, тюремным заключением или смертью.</w:t>
      </w:r>
    </w:p>
    <w:p>
      <w:r>
        <w:br w:type="page"/>
      </w:r>
    </w:p>
    <w:p>
      <w:pPr>
        <w:pStyle w:val="Heading1"/>
      </w:pPr>
      <w:r>
        <w:t>Урок 848. Визит царя Соломона</w:t>
      </w:r>
    </w:p>
    <w:p>
      <w:r>
        <w:t>Читаем 1Кор.2:9: «Но, как написано:</w:t>
      </w:r>
    </w:p>
    <w:p>
      <w:r>
        <w:t>не видел того глаз, не слышало ухо, и не приходило то на сердце человеку, что приготовил Бог любящим Его».</w:t>
      </w:r>
    </w:p>
    <w:p>
      <w:r>
        <w:t>У каждого верующего человека когда-то возникает желание заглянуть в будущее, прикоснуться к Вечному и хоть одним глазком увидеть, что ожидает нас в Небесном Царстве. Мы привыкли жить в цивилизованном обществе и уже не удивляемся новым изобретениям, которые внедряются в нашу жизнь. А Библия не даёт нам представления о том, с чем мы встретимся на Небе, и как оно будет устроено. Ну хотя бы во сне показали бы мне, куда мы попадём.</w:t>
      </w:r>
    </w:p>
    <w:p>
      <w:r>
        <w:t>Давайте на примере царя Соломона представим себе, что мы переживём, попав в новую для нас страну обитания. Вообразим, что каким-то чудесным образом незадолго до своей смерти царь Израиля был перенесён в наше время, чтобы кратко познакомиться с условиями жизни на земле перед Вторым Пришествием.</w:t>
      </w:r>
    </w:p>
    <w:p>
      <w:r>
        <w:t>Вот он появляется в царском обличии в моей квартире. Хоть меня и предупредили о подобном визите, но всё же я удивляюсь этому гостю, а жена восклицает от страха и прячется за меня. Таким же чудесным образом царю даётся дар языка, и он может понимать, говорить и читать на нашем наречии. Я говорю жене, что это царь Израиля, который был послан к нам в гости, чтобы познакомиться с нашим бытом. Соломон огляделся вокруг и спросил, где он и какой сейчас год. Я сказал ему название нашей страны и города, а затем — дату и год со дня рождения Христа, и увидел, что он ничего не понял. Тогда я пояснил ему, что он попал в будущее, и нас разделяет примерно 3.000 лет. Он ещё больше удивился.</w:t>
      </w:r>
    </w:p>
    <w:p>
      <w:r>
        <w:t>Я пригласил гостя вместе с нами позавтракать. Жена, придя в себя, стала суетиться и накрывать на стол. Соломон послушно сел и начал с интересом рассматривать нашу кухню. Я разрешил ему всё трогать и обо всём спрашивать. Его вначале заинтересовал наш холодильник и его содержимое. Беря в руки разные упаковки и рассматривая их, он спросил, почему они такие холодные. Я объяснил ему, что этот шкаф производит холод, и это сохраняет продукты от порчи.</w:t>
      </w:r>
    </w:p>
    <w:p>
      <w:r>
        <w:t>Подойдя к плите, на которой жена варила кашу, царь с удивлением стал рассматривать гладкую поверхность и пытался понять, где находится огонь. Я ему объяснил, как можно касанием к сенсорным кнопкам включить нужную индукционную конфорку и задать ей необходимую температуру. А он решил узнать, куда закладываются дрова и почему нет дыма. Я объяснил, что всё работает за счёт электричества, которое производится за городом и поступает в наш дом через провода. Показав ему розетку, я понял, что мне будет сложно объяснить, что такое ток, и как он работает, но предложил ему сунуть гвоздь в одну из дырок, чтобы он почувствовал силу напряжения, предупредив, что его дёргнет. Он с улыбкой взял гвоздь и уверенно сунул его в розетку. Его перетряхнуло, и он в страхе отскочил от стены и спросил, как мы живём рядом с такой опасностью. Я объяснил, что мы очень осторожно обращаемся с этой силой.</w:t>
      </w:r>
    </w:p>
    <w:p>
      <w:r>
        <w:t>Я пригласил гостя помыть руки, и мы пошли в ванную комнату. Я включил тёплую воду и показал, как нужно мылить руки. Соломон пытался понять, где спрятан сосуд с водой и кто её нагревает. Я объяснил, что есть завод, который греет воду для всего района и по трубам доносит её в каждый дом. Царя заинтересовал наш душ, и он уже сам догадался, что это устройство необходимо для омывания тела.</w:t>
      </w:r>
    </w:p>
    <w:p>
      <w:r>
        <w:t>Я показал гостю наш туалет и объяснил, как им пользоваться и для чего нужна бумага, а он так и не мог понять, куда девается всё содержимое при спуске воды.</w:t>
      </w:r>
    </w:p>
    <w:p>
      <w:r>
        <w:t>После этого Соломон пошёл на экскурсию по нашей квартире, только покачивая от удивления головой и спрашивая о каждом предмете быта, намереваясь узнать, для чего та или иная вещь. А затем он спросил, не являемся ли мы случайно царями этого мира, раз мы так комфортно живём, и где находится наш дворец. Я пошутил, что отвезу его туда после еды на своей колеснице.</w:t>
      </w:r>
    </w:p>
    <w:p>
      <w:r>
        <w:t>Нас пригласили за стол.</w:t>
      </w:r>
    </w:p>
    <w:p>
      <w:r>
        <w:t>Жена положила еду в тарелки, и я предложил помолиться. Я поблагодарил Небесного Отца за такого необычного гостя, за дары пищи и попросил всё это благословить во Имя Иисуса. После слова «Аминь» наш гость спросил, Кто такой Иисус, во имя Которого мы молились. Я объяснил, что это его Сын, Который был рождён по линии Ровоама через несколько поколений, чтобы стать Спасителем мира. Он исполнил всё предсказанное о Себе и как Жертвенный Агнец был убит за грехи всего человечества.</w:t>
      </w:r>
    </w:p>
    <w:p>
      <w:r>
        <w:t>Соломон затих, пытаясь что-то понять. Я принёс Библию и открыл Книгу Псалмов, где описывалась смерть Спасителя, а затем прочитал несколько мест из пророков, уверяя, что всё это исполнилось. Царь взял в руки мою Библию и стал с удивлением перелистывать её страницы, бегло читая написанное. Я открыл ему Книгу Притчей и сказал, что это его труды. Он молча погрузился в изучение Писания, то и дело улыбаясь и говоря, что некоторые выражения звучат немного иначе, но смысл тот же.</w:t>
      </w:r>
    </w:p>
    <w:p>
      <w:r>
        <w:t>Я открыл ему книгу Псалмов и попросил спеть один из них. Он сразу узнал знакомые тексты и запел их на своём родном языке. Тут стали удивляться мы, потому что мелодия, которую мы услышали, была просто чудесная. Жена быстро достала свой смартфон и стала записывать это пение. Соломон вновь выразил своё удивление, интересуясь, что находится в руках жены. Супруга включила гостю получившуюся запись, а он рассматривал телефон со всех сторон, пытаясь понять, как туда поместился образ исполнителя. Я объяснил ему, что это средство для общения с друзьями по всему миру, и решил сделать видеозвонок своему другу с другого континента и познакомить его с нашим гостем. Соломон молча слушал наш диалог, не понимая, где сейчас находится друг.</w:t>
      </w:r>
    </w:p>
    <w:p>
      <w:r>
        <w:t>Затем я принёс глобус и стал показывать, где живёт царь и каких размеров его государство, а где сейчас мы и мой друг. Он не мог поверить в то, что Земля такая большая и что на ней так много воды. Я открыл в Библии карту Израиля и показал её Соломону. Он с удивлением рассматривал её и узнавал названия знакомых городов, объясняя, как они звучат на его родном языке.</w:t>
      </w:r>
    </w:p>
    <w:p>
      <w:r>
        <w:t>После завтрака мы предложили гостю съездить в город. Он согласился. Всё остальное время нашей встречи Соломон задавал много вопросов про Иисуса и, удивляясь новым вещам из нашей цивилизации, пытался понять, как воплотился план Спасения и почему больше не нужны жертвы.</w:t>
      </w:r>
    </w:p>
    <w:p>
      <w:r>
        <w:t>Подойдя к машине, я сказал, что это моя колесница, и предложил царю сесть рядом на переднее сидение. Он поинтересовался, где кони, но, услышав, что их у меня 150 штук под капотом, удивился в очередной раз. Когда я завёл мотор и двинулся в путь, наш гость вцепился в подлокотники и не мог понять, какая сила нас везёт. А когда я разогнался до максимально допустимой скорости, он закричал от страха. Но наш смех его успокоил, и он стал с интересом разглядывать местные достопримечательности. Соломон спрашивал обо всём, о том, из чего сделана дорога, для чего натянуты провода, кто живёт в больших дворцах с множеством окон.</w:t>
      </w:r>
    </w:p>
    <w:p>
      <w:r>
        <w:t>Проезжая мимо традиционного культового здания, царь с удивлением спросил, есть ли у нас тоже капища для поклонения иным богам. Мы объяснили, что законы нашей страны дают свободу людям верить в то, что они себе избрали.</w:t>
      </w:r>
    </w:p>
    <w:p>
      <w:r>
        <w:t>Внешний вид царя привлёк к себе всеобщее внимание горожан, и многие снимали его на свои телефоны. Мы ходили с нашим гостем по улицам, по дворам и по магазинам, и Соломон уже ни о чём меня не спрашивал.</w:t>
      </w:r>
    </w:p>
    <w:p>
      <w:r>
        <w:t>Он смотрел на достижения нашей эпохи, на то, как строят большие здания, мосты и дороги.</w:t>
      </w:r>
    </w:p>
    <w:p>
      <w:r>
        <w:t>Когда я решил что-то купить в очередном магазине, царь спросил, чем я расплачиваюсь. Я показал ему наличные деньги, потом достал дебетовую карту и сказал, что могу платить также через приложение в телефоне, где с моего счёта снимаются цифры и переходят на счёт продавца. Он посмотрел на бумажные деньги, на карту и телефон, странно улыбнулся и пожал плечами. По его выражению лица я понял, что я ничего ему не смог объяснить.</w:t>
      </w:r>
    </w:p>
    <w:p>
      <w:r>
        <w:t>Во время нашей экскурсии по городу Соломон несколько раз пытался справить свою нужду привычным ему образом, но я останавливал его и вёл в ближайшее кафе, где были туалеты, объясняя, что у нас это принято делать в специальных местах.</w:t>
      </w:r>
    </w:p>
    <w:p>
      <w:r>
        <w:t>Потом я сделал предложение отвезти нашего гостя на колесо обозрения, чтобы он смог полюбоваться панорамой города.</w:t>
      </w:r>
    </w:p>
    <w:p>
      <w:r>
        <w:t>Поднявшись на высоту, Соломон от страха вновь вцепился в поручни кабины, но с интересом смотрел на простирающиеся окрестности большого города, спрашивая, сколько людей живёт в этом регионе. Услышав примерное число, он сказал, что это больше Израиля в несколько раз.</w:t>
      </w:r>
    </w:p>
    <w:p>
      <w:r>
        <w:t>Я показал царю полицейских и объяснил, что это блюстители порядка, а он пытался понять, где их мечи. Я объяснил, что мечи теперь не носят, а у полицейских есть пистолеты, которые могут поражать цель на большом расстоянии за счёт возгорания взрывчатого вещества внутри патрона. Он снова ничего не понял. Но мирная и приветливая обстановка на улицах большого города ему понравилась. Особенно его радовали люди, которые просили разрешения с ним сфотографироваться.</w:t>
      </w:r>
    </w:p>
    <w:p>
      <w:r>
        <w:t>Так как на улице было тепло, то многие горожане были легко одеты, и наш гость сразу высказал замечание, спросив, почему в городе так много блудниц, и почему они не стесняются показывать свои сокровенные места каждому встречному. Пришлось ему объяснять, что так в наши дни принято одеваться. А он спросил, где этих бесстыдных людей побивают камнями. Я сказал, что эта процедура наказания отменена в государственной системе, и у нас другие законы и правила отношений. Также я попытался объяснить царю, что у нас многопартийная и парламентская республика, где народ выбирает себе лидера на определённый срок, а затем главой страны может стать другой человек. Соломон снова задумался.</w:t>
      </w:r>
    </w:p>
    <w:p>
      <w:r>
        <w:t>Во время нашей экскурсии мне и жене то и дело поступали телефонные звонки и сообщения от друзей, а наш гость каждый раз интересовался, кто звонил и откуда этот человек.</w:t>
      </w:r>
    </w:p>
    <w:p>
      <w:r>
        <w:t>На время обеда я предложил поехать за город и перекусить в уютном кафе на природе. Гость согласился, пытаясь понять, что такое кафе.</w:t>
      </w:r>
    </w:p>
    <w:p>
      <w:r>
        <w:t>На природе царь оживился и стал приходить в себя. Его мысли вновь направились к Небесным реалиям, и он хотел узнать что-то про Иисуса, очень внимательно слушая про жизнь Спасителя. По мере рассказа он вспоминал некоторые пророчества про Мессию и слышал от нас подтверждение того, что всё написанное о Нём у Моисея и отца Давида исполнилось.</w:t>
      </w:r>
    </w:p>
    <w:p>
      <w:r>
        <w:t>Я открыл на телефоне программу с Библией и показал царю текст на иврите. Он с восторгом смотрел на слова, узнавая знакомые стихи и удивляясь тому, насколько безошибочным он сохранился до наших дней.</w:t>
      </w:r>
    </w:p>
    <w:p>
      <w:r>
        <w:t>Когда мы рассказали ему об истории Израиля, о его падении, о годах рабства, о многократном разрушении Иерусалима, царь опечалился, понимая, что своим языческим образом жизни он заложил основание для этого падения и уже ничего не мог исправить, хоть и покаялся в содеянном.</w:t>
      </w:r>
    </w:p>
    <w:p>
      <w:r>
        <w:t>Мы заметили, что наш гость любовался нами и внимательно наблюдал за нашими с женой отношениями. Ему было приятно видеть нашу любовь друг к другу, наше взаимное уважение и учтивость, наше почтение к нему как к царю и доброжелательность в отношении к другим. Он всё подмечал, и по его лицу мы видели, что ему приятно быть в нашем обществе.</w:t>
      </w:r>
    </w:p>
    <w:p>
      <w:r>
        <w:t>А когда мы стали рассказывать царю о том, что Иисус сейчас жив и находится на Небе, совершая служение в Небесном Святилище, и при этом имеет общение с каждым из нас, тогда Соломон вновь удивился и задумался, вспоминая, что ему было открыто в Священных свитках.</w:t>
      </w:r>
    </w:p>
    <w:p>
      <w:r>
        <w:t>Он понимал, что жить ему осталось совсем немного, и что он уже ничего не сможет изменить в жизни своего народа, но был очень рад тому, что Бог совершает Свой план Спасения и в точности исполняет всё задуманное, невзирая на человеческий фактор.</w:t>
      </w:r>
    </w:p>
    <w:p>
      <w:r>
        <w:t>После обеда мы повезли нашего гостя в церковь, где мы проводим богослужение и поклоняемся Творцу. По пути в общину я позвонил пастору и некоторым друзьям, чтобы они пришли в собрание и открыли нам дверь.</w:t>
      </w:r>
    </w:p>
    <w:p>
      <w:r>
        <w:t>Соломону я сказал, что это и есть наш дворец, где мы поклоняемся Богу. Наши собратья удивились внешнему виду нашего гостя, но из вежливости не стали задавать лишних вопросов. Мы вместе спели несколько псалмов, а затем, преклонив колени, помолились о благословении на это место и на нашего гостя. Потом помолился и Соломон, возведя привычно руки к Небу, благословляя нас и наших потомков. После этого мы поехали домой.</w:t>
      </w:r>
    </w:p>
    <w:p>
      <w:r>
        <w:t>Соломон стал делиться с нами своими впечатлениями за прошедший день. Он описывал многие привычные вещи с высоты своего понимания, а потом сделал заключение, сказав: «Всё суета. Суета сует». Мы без лишних объяснений поняли, что он имеет в виду.</w:t>
      </w:r>
    </w:p>
    <w:p>
      <w:r>
        <w:t>Царь спросил, а сколько у меня ещё жён. Я сказал, что одна и навсегда. Это тоже его порадовало, и он дал нам мудрые советы для строительства семейного счастья, причитая о том, что он этого не имел в своей жизни, гоняясь за земной славой и богатством.</w:t>
      </w:r>
    </w:p>
    <w:p>
      <w:r>
        <w:t>Мы не стали рассказывать царю о политической напряжённости в мире, о войнах и катастрофах, о том, как враг души успешно соблазняет наш мир. И без наших слов Соломон прекрасно понимал, в какое опасное время мы живём, и что без Бога нам никак нельзя. И он повторил в наши уши своё напутствие, чтобы мы боялись Бога и соблюдали Его заповеди, ибо в этом всё для человека. Мы по-новому услышали знакомые слова из первых уст и осознали, как это мудро сказано.</w:t>
      </w:r>
    </w:p>
    <w:p>
      <w:r>
        <w:t>Затем Соломон предложил помолиться, и в своей молитве он поблагодарил Бога за интересную и познавательную экскурсию в будущее и попросил его вернуть в настоящее. После молитвы он исчез так же неожиданно, как и появился.</w:t>
      </w:r>
    </w:p>
    <w:p>
      <w:r>
        <w:t>Мы с женой переглянулись, пытаясь понять, был ли это сон или видение. Она достала свой телефон, чтобы посмотреть видеозапись, но её не оказалось. Мы поняли, что подобные вещи не подлежат огласке. Мы поблагодарили Господа за чудесную встречу и стали обсуждать произошедшее за день, смотря на нашу реальность новыми глазами.</w:t>
      </w:r>
    </w:p>
    <w:p>
      <w:r>
        <w:t>Мы понимали, что никто нам не поверит, если мы начнём доказывать, что у нас в гостях был царь Израиля, и нас сочтут странными. Поэтому мы оставили эти знания при себе и вынесли для себя важные уроки, что всему своё место под солнцем.</w:t>
      </w:r>
    </w:p>
    <w:p>
      <w:r>
        <w:t>Мы поняли, что устройство Неба будет нас удивлять так же, как и нашего гостя, но мы привыкнем к этому месту, когда туда попадём, и всё необычное и новое станет для нас родным и реальным.</w:t>
      </w:r>
    </w:p>
    <w:p>
      <w:pPr>
        <w:pStyle w:val="Heading2"/>
      </w:pPr>
      <w:r>
        <w:t>Домашнее задание 848</w:t>
      </w:r>
    </w:p>
    <w:p>
      <w:r>
        <w:t>1. Прочитайте, пожалуйста, 2Кор.12:1-9; 1Кор.2:9; Еккл.1:1-4; 8-18; 3Цар.11:1-3; Откр.21:2-5; 22:1-5; 1Фес.4:15-18; Мар.8:36; Прит.19:14; Еккл.12:13-14 в свете этого урока.</w:t>
      </w:r>
    </w:p>
    <w:p>
      <w:r>
        <w:t>2. Какие ещё стихи из Библии пришли вам на память?</w:t>
      </w:r>
    </w:p>
    <w:p>
      <w:r>
        <w:t>3. Что вы поняли из этого урока?</w:t>
      </w:r>
    </w:p>
    <w:p>
      <w:r>
        <w:t>4. Вам хочется увидеть Небесную жизнь? Ну хоть одним глазком?</w:t>
      </w:r>
    </w:p>
    <w:p>
      <w:r>
        <w:t>5. Как вы думаете, всё ли вам будет понятно при визите в Небесные обители?</w:t>
      </w:r>
    </w:p>
    <w:p>
      <w:r>
        <w:t>6. Способствуют ли современные технологии и изобретения тому, чтобы люди обращались к Богу?</w:t>
      </w:r>
    </w:p>
    <w:p>
      <w:r>
        <w:t>7. Как вы думаете, принесёт ли вам пользу, если вам покажут жизнь на Небе? Ин.20:29.</w:t>
      </w:r>
    </w:p>
    <w:p>
      <w:r>
        <w:t>8. Можно ли полюбить Иисуса, не видя Его? 1Пет.1:8.</w:t>
      </w:r>
    </w:p>
    <w:p>
      <w:r>
        <w:t>9. Как вы думаете, защитит ли от падения ваше знание того, как живут на Небе? Ис.14:12-14.</w:t>
      </w:r>
    </w:p>
    <w:p>
      <w:r>
        <w:t>10. Почему не видевшие Иисуса и Небо блаженнее тех, кто это видел?</w:t>
      </w:r>
    </w:p>
    <w:p>
      <w:r>
        <w:t>11. Как вы думаете, нас удивит устройство Неба?</w:t>
      </w:r>
    </w:p>
    <w:p>
      <w:r>
        <w:t>12. Вам хочется жить при вечном пламени и огне пожирающем и при этом быть счастливыми? Ис.33:14.</w:t>
      </w:r>
    </w:p>
    <w:p>
      <w:r>
        <w:t>13. Дал ли вам Господь всё необходимое для счастья и спасения?</w:t>
      </w:r>
    </w:p>
    <w:p>
      <w:r>
        <w:t>14. Будет ли Господь хранить ваше сердце от зла, если вы не будете с Ним сотрудничать?</w:t>
      </w:r>
    </w:p>
    <w:p>
      <w:r>
        <w:t>15. Хотели бы вы попасть в прошлое или будущее? Что бы это вам дало?</w:t>
      </w:r>
    </w:p>
    <w:p>
      <w:r>
        <w:br w:type="page"/>
      </w:r>
    </w:p>
    <w:p>
      <w:pPr>
        <w:pStyle w:val="Heading1"/>
      </w:pPr>
      <w:r>
        <w:t>Урок 849. Пустота</w:t>
      </w:r>
    </w:p>
    <w:p>
      <w:r>
        <w:t>Верный Свидетель из третьей главы Книги Откровение предлагает Своему народу духовную полноту и советует мне купить у Него то, что наполнит мою жизнь этой полнотой, придаст смысл всему, откроет мне Небо, покажет миру Христа и будет исцеляющей силой для многих сердец.</w:t>
      </w:r>
    </w:p>
    <w:p>
      <w:r>
        <w:t>Враг души прекрасно понимает, что Господь предлагает Своим последователям, и как эффективно это оружие в борьбе со злом. Поэтому сатана занят тем, чтобы наполнить наши сердца и жизни пустотой. У него в арсенале есть пустота на любой вкус, на любой интерес, на любой возраст и интеллектуальный уровень. Враг настолько хорошо изучил психологию человека, что ему несложно заинтересовать своей пустотой любого, и всякий пытливый ум найдёт для себя именно ту пустоту, которая будет соответствовать его духовным и душевным потребностям.</w:t>
      </w:r>
    </w:p>
    <w:p>
      <w:r>
        <w:t>Не за один день обреталась власть сатаны над нашим миром. Маленькими шагами и компромиссами он отвоёвывал людские сердца, делая их своей территорией.</w:t>
      </w:r>
    </w:p>
    <w:p>
      <w:r>
        <w:t>В духовной войне действуют свои правила и законы. Иисус стоит во главе нашего мира и является Царём царей и Господином господствующих. Он не отдаст этой власти врагу и в конце истории установит Своё знамя победы в этом мире, положив конец злу. Но сейчас Он даёт людям свободу выбора, чтобы они определились и избрали себе того, кому будут служить, кого станут, не видя, любить и кому будут поклоняться. Призыв «избрать себе ныне, кому служить» из Нав.24:15 актуален сегодня, как никогда. Ещё время благоприятное, ещё день спасения.</w:t>
      </w:r>
    </w:p>
    <w:p>
      <w:r>
        <w:t>Врагу души позволено устанавливать свою власть, губить души и осуществлять свои планы через людей, которые примут его своим царём и будут исполнять его волю. Бог также ищет Себе поклонников, которые в Духе и истине станут совершать своё спасение и влиять на этот мир. Пока ещё эти два противоборствующих лагеря могут во многих странах мирно сосуществовать и осуществлять планы своих предводителей. Но приближается время, когда всё изменится, и те, кто избрал сатану и приковал себя к его колеснице, поймут, насколько жесток их господин, и как он кровожаден и беспощаден в своей власти.</w:t>
      </w:r>
    </w:p>
    <w:p>
      <w:r>
        <w:t>В чём преуспел враг души?</w:t>
      </w:r>
    </w:p>
    <w:p>
      <w:r>
        <w:t>Система образования находится под его контролем и властью и построена так, что ты не можешь безнаказанно идти против этого течения. Враг предъявляет свои права на детей, объявляя их собственностью государства, а не родителей, и через свою систему образования он вкладывает в юные умы свои ценности. Чему будет научен ребёнок, которого верующие родители отдают в «египетские школы»?</w:t>
      </w:r>
    </w:p>
    <w:p>
      <w:r>
        <w:t>Система власти в мире выстраивается так, что во главе государства устанавливается нужный врагу души человек, за которого голосует народ. Мы не знаем сердце народного избранника и то, кому он на самом деле служит и поклоняется. Простому верующему человеку не из системы просто не дадут подняться и занять высший пост. А люди власти получают неограниченный контроль над умами и совестью своих граждан, и если сердце властелина не в Божьих руках, то им управляет другая сила. Да и сам правитель не решает многие вопросы. Всё подчинено системе, а ему нужно только это грамотно представить народу. Враг души очень долго шёл к тому, что мы имеем сегодня в мире, и система государственной власти в наши дни находится в его руках, хотя Божьи ангелы ещё сдерживают человеческие страсти, пока не исполнятся Божьи планы.</w:t>
      </w:r>
    </w:p>
    <w:p>
      <w:r>
        <w:t>Медицина, к сожалению, тоже стала одним из отделов власти сатаны. Недавние события мирового масштаба очень наглядно показали силу этой власти, где все человеческие свободы были попраны, и людям на официальном уровне были навязаны не Божьи методы борьбы с болезнями.</w:t>
      </w:r>
    </w:p>
    <w:p>
      <w:r>
        <w:t>Финансовая система в нашем мире построена так, что экономики и банки всех стран привязаны к американскому доллару и зависят от процентной ставки, которую устанавливают далеко не верующие люди. В результате в один момент обесцениваются все экономические достижения, разоряется малый и средний бизнес, и все страны становятся должниками малой группы людей, совесть которых находится под влиянием сатаны.</w:t>
      </w:r>
    </w:p>
    <w:p>
      <w:r>
        <w:t>Театральное искусство уже давно учит мир совсем не добрым вещам, навязывая всевозможные мерзости под видом красивых сцен и сюжетов.</w:t>
      </w:r>
    </w:p>
    <w:p>
      <w:r>
        <w:t>Многочисленные СМИ стали откровенными глашатаями сатаны, предлагая людям пустоту, скрежет зубов и томление духа.</w:t>
      </w:r>
    </w:p>
    <w:p>
      <w:r>
        <w:t>Нынешний мир настолько переполнен оружием, которое выпускается и складируется непонятно для каких событий, что нашу планету можно уничтожить несколько раз. И когда-то враг души приведёт в действие все эти накопления. А без вооруженных сил не устоит ни одна страна и будет тут же захвачена соседями или заокеанскими странами.</w:t>
      </w:r>
    </w:p>
    <w:p>
      <w:r>
        <w:t>Враг души приложил свою руку и к мировым религиям, внедряя свои лжеучения в каждое движение, смешивая истину с ложью и поя этим вином все народы. Сатане очень хочется стать господином совести каждого человека, и он этого очень успешно достигает через религиозные структуры, заставляя прихожан верить лжи.</w:t>
      </w:r>
    </w:p>
    <w:p>
      <w:r>
        <w:t>Хоть мы живём во времена света и просвещения, но, к сожалению, во главе многих систем стоят силы тьмы, настроенные на то, чтобы украсть, убить и погубить.</w:t>
      </w:r>
    </w:p>
    <w:p>
      <w:r>
        <w:t>Хоть Божья церковь и находится под защитой Христа, но и туда враг души протягивает свою омерзительную руку, чтобы соблазнить, если возможно, и избранных. Враг не может противостоять истине, но он успешно предлагает пустоту, то, что не насыщает и не даёт познание Бога.</w:t>
      </w:r>
    </w:p>
    <w:p>
      <w:r>
        <w:t>Любая наука интересна сама по себе, но в отрыве от Бога она не приближает душу к Небу. Она не способна дать право на Вечную жизнь без присутствия в себе Вечного Божьего Духа.</w:t>
      </w:r>
    </w:p>
    <w:p>
      <w:r>
        <w:t>Да не покажутся вам, друзья, эти откровения мрачными, но это та реальность, которую мы имеем вокруг. Почти всё в цивилизованном мире создаётся и представляется для того, чтобы отвлечь наш разум от важных истин.</w:t>
      </w:r>
    </w:p>
    <w:p>
      <w:r>
        <w:t>Пустота мира имеет свойство заполнять собою любое пространство, в которое её впускают. Она даже может объединяться с беззаконием и охлаждать во многих любовь. И этому можно противостоять, только открыв своё сердце Божьей полноте. В познании Бога и следовании Его советам и законам нет пустоты, но есть Он Сам и то, что сопровождает это познание, дающее Вечную жизнь.</w:t>
      </w:r>
    </w:p>
    <w:p>
      <w:r>
        <w:t>Как это ни странно, но материальный успех и благосостояние приносят в жизнь людей много пустоты, которая лишает разум жажды познания истины. По статистике в экономически развитых странах происходит духовный упадок, и людям учение Христа становится неинтересным и скучным.</w:t>
      </w:r>
    </w:p>
    <w:p>
      <w:r>
        <w:t>Бог допускает катастрофы, болезни и войны, чтобы многие остывшие души пришли в себя и стали искать путь спасения. Но неужели нужно доводить себя до таких крайностей?</w:t>
      </w:r>
    </w:p>
    <w:p>
      <w:r>
        <w:t>Соломон был мультитриллионером по оценкам нашего времени, и это богатство чуть не погубило его душу и привело страну к моральному растлению, влияние которого дошло и до наших дней. И этот царь подвёл итог всему, оставив нам своё заключение, что всё суета, если не имеет в основании познание Бога. Суета — это пустота, это отсутствие смысла, это тьма безбожия.</w:t>
      </w:r>
    </w:p>
    <w:p>
      <w:r>
        <w:t>А Верный Свидетель предлагает нам приобрести у Него полноту познания Бога, смысл жизни и свет. Он объявляет Своих покупателей победителями, потому что они отозвались.</w:t>
      </w:r>
    </w:p>
    <w:p>
      <w:pPr>
        <w:pStyle w:val="Heading2"/>
      </w:pPr>
      <w:r>
        <w:t>Домашнее задание 849</w:t>
      </w:r>
    </w:p>
    <w:p>
      <w:r>
        <w:t>1. Прочитайте, пожалуйста, Пс.61:10; Лук.13:35; Иак.1:26; Еф.5:4-7; Еккл.1:2,14; 2:9-11,17,21; 5:9; 1Тим.6:3-10; Иер.10:12-15; 16:19; Иез.13:3-11; Мих.6:12-14; Еккл.12:8,13 в свете этого урока.</w:t>
      </w:r>
    </w:p>
    <w:p>
      <w:r>
        <w:t>2. Какие ещё стихи из Библии пришли вам на память?</w:t>
      </w:r>
    </w:p>
    <w:p>
      <w:r>
        <w:t>3. Что вы поняли из этого урока?</w:t>
      </w:r>
    </w:p>
    <w:p>
      <w:r>
        <w:t>4. Что такое пустота, о которой идёт речь в этом уроке?</w:t>
      </w:r>
    </w:p>
    <w:p>
      <w:r>
        <w:t>5. Как вы думаете, можно ли быть одновременно религиозным и пустым человеком?</w:t>
      </w:r>
    </w:p>
    <w:p>
      <w:r>
        <w:t>6. Нравится ли Иисусу пустое состояние наших сердец?</w:t>
      </w:r>
    </w:p>
    <w:p>
      <w:r>
        <w:t>7. Тёплый из Откр.3:16 и пустой — это одно и то же?</w:t>
      </w:r>
    </w:p>
    <w:p>
      <w:r>
        <w:t>8. Жизнь сама по себе интересная штука. Почему же она становится пустой в свете послания к Лаодикии?</w:t>
      </w:r>
    </w:p>
    <w:p>
      <w:r>
        <w:t>9. Как и чем можно измерить пустоту и полноту своего сердца?</w:t>
      </w:r>
    </w:p>
    <w:p>
      <w:r>
        <w:t>10. Что такое полнота?</w:t>
      </w:r>
    </w:p>
    <w:p>
      <w:r>
        <w:t>11. Как вы думаете, есть ли у Бога план по выходу из пустоты?</w:t>
      </w:r>
    </w:p>
    <w:p>
      <w:r>
        <w:t>12. Нужно ли будет человеку прилагать какие-то усилия со своей стороны, чтобы наполнить сердечную пустоту Божественной полнотой?</w:t>
      </w:r>
    </w:p>
    <w:p>
      <w:r>
        <w:t>13. Стоит ли посвящать своё драгоценное время изучению достижений и планов сатаны в этом мире?</w:t>
      </w:r>
    </w:p>
    <w:p>
      <w:r>
        <w:t>14. Станет ли моя жизнь лучше, если я буду изучать отчёты врага души о проделанной им работе?</w:t>
      </w:r>
    </w:p>
    <w:p>
      <w:r>
        <w:t>15. Был ли этот урок вам полезен?</w:t>
      </w:r>
    </w:p>
    <w:p>
      <w:r>
        <w:br w:type="page"/>
      </w:r>
    </w:p>
    <w:p>
      <w:pPr>
        <w:pStyle w:val="Heading1"/>
      </w:pPr>
      <w:r>
        <w:t>Урок 850. Полнота</w:t>
      </w:r>
    </w:p>
    <w:p>
      <w:r>
        <w:t>Пустота — это ничто. Это то место, где пусто. Место, где нет Бога, где темно и холодно, где нет никакой надежды на вечное будущее.</w:t>
      </w:r>
    </w:p>
    <w:p>
      <w:r>
        <w:t>То место, куда приходит Бог, где Он присутствует Своим Святым Духом, наполняется смыслом, светом и любовью.</w:t>
      </w:r>
    </w:p>
    <w:p>
      <w:r>
        <w:t>Полнота — это гармония отношений с Богом. Это согласованность мыслей, чувств и действий человека с Божьей волей. Это единство с Божеством на уровне разумного поклонения и почитания Творца.</w:t>
      </w:r>
    </w:p>
    <w:p>
      <w:r>
        <w:t>Бог создавал этот мир и всех живущих в нём для Себя. Он вложил в каждую дышащую и думающую душу потребность в отношениях с Собой. Духовный мир так и устроен, чтобы быть наполненным познанием Бога, которое в свою очередь придаёт жизни смысл.</w:t>
      </w:r>
    </w:p>
    <w:p>
      <w:r>
        <w:t>Иисус дал определение этого смысла в Ин 17:3: «Сия же есть жизнь вечная, да знают Тебя, единого истинного Бога, и посланного Тобою Иисуса Христа».</w:t>
      </w:r>
    </w:p>
    <w:p>
      <w:r>
        <w:t>Господь знал, что в последнее время пустота и безбожие будут присутствовать во всём и в изобилии предлагаться миру, и это станет серьёзной проблемой даже в среде Божьего народа, который по Божьему замыслу должен предлагать миру полноту и Источник жизни.</w:t>
      </w:r>
    </w:p>
    <w:p>
      <w:r>
        <w:t>В послании к Лаодикии из Откр.3:14-22 Верный Свидетель озвучивает проблему нашего времени, и Он не останавливается только на обличении тёплого состояния. Он ещё предлагает и выход.</w:t>
      </w:r>
    </w:p>
    <w:p>
      <w:r>
        <w:t>Стих 18 содержит в себе Божий план полноты в познании Бога. Предлагая нам вечные товары, Господь как бы намекает на то, что их обретение тоже должно стать вечным и войти в привычку. Невозможно вкусить пищу один раз, чтобы этого хватило на всю жизнь. Мы устроены так, чтобы всегда есть, иначе наступит голод, истощение и смерть. То же самое можно сказать и про духовный хлеб жизни, который предлагается купить по совету Верного Свидетеля. Если тёплый человек однажды вошёл в торговые отношения с Иисусом, наполнился полнотою благословений от Бога и решил, что этого хватит на всю жизнь, то он вновь остынет и станет тёплым, но уже с мимолётным опытом торговли. Он однажды вкусил, как благ Господь и как Небесное золото может обогатить и изменить в твоей жизни всё. Но наш мир постоянен в своих искушениях холодом и тьмою, и, чтобы этому противостоять, нужен постоянный источник огня и света, иначе остынешь и замёрзнешь.</w:t>
      </w:r>
    </w:p>
    <w:p>
      <w:r>
        <w:t>Если самого закалённого человека поместить в условия вечной мерзлоты, то когда-то его внутренний ресурс закончится, и он станет таким же холодным, как и этот окружающий мир.</w:t>
      </w:r>
    </w:p>
    <w:p>
      <w:r>
        <w:t>План Бога, выраженный в послании к Лаодикии, заключается в том, чтобы тёплый христианин осознал своё истинное положение, принял предлагаемое в совете Иисуса и вступил с Ним в вечные торговые отношения, был ревностен в вопросе постоянной покупки предлагаемого и покаялся в прежнем образе жизни. К таким последователям Иисус будет ежедневно приходить на вечернюю трапезу и учить их, как пользоваться приобретёнными знаниями и дарами.</w:t>
      </w:r>
    </w:p>
    <w:p>
      <w:r>
        <w:t>Наполнение может происходить и вне послания к Лаодикии. Человек, который неустанно ищет Бога и имеет с Ним постоянные отношения, получает Хлеб и Воду жизни и является живым. А в совете к Лаодикии Иисус предлагает ещё и духовный рост. Это своего рода высшая военная духовная академия, обучаясь в которой ученик Христа получает навыки победителя и завоевателя и им и становится.</w:t>
      </w:r>
    </w:p>
    <w:p>
      <w:r>
        <w:t>Если солдат будет желать стать генералом, то в своей строевой службе он сможет дослужиться только до высшего сержантского звания старшины. Подав рапорт на повышение звания, он может отучиться на прапорщика, а если захочет дальше учиться, то сможет поступить в военное училище и стать младшим офицером. Полученное образование поможет ему дослужиться до звания подполковника. А для дальнейшего карьерного роста ему необходимо пройти обучение в военной академии, после чего он сможет дослужиться до генерала и даже стать маршалом. Военная система образования исключает быстрый переход от низшей группы военнослужащих к высшим командным эшелонам руководства и власти.</w:t>
      </w:r>
    </w:p>
    <w:p>
      <w:r>
        <w:t>Предлагая Свою программу обучения на победителя, Верный Свидетель не учит тому, что без усилий каждый может стать тем победителем, каким задумал человека Бог.</w:t>
      </w:r>
    </w:p>
    <w:p>
      <w:r>
        <w:t>Подумайте сами, покупая у Иисуса любовь, вы не станете в один момент любящим человеком. Очень много старых привычек нужно будет оставить, очень много ненужных стереотипов будет мешать в развитии. Грязный стакан нуждается в тщательном промывании, прежде чем станет пригодным для применения и хранения в нём чистой воды.</w:t>
      </w:r>
    </w:p>
    <w:p>
      <w:r>
        <w:t>Поступая на военную службу, я не могу не учиться, не неся сурового наказания. Система военного образования просто это исключает.</w:t>
      </w:r>
    </w:p>
    <w:p>
      <w:r>
        <w:t>Школа Христа более лояльна, и в ней учитываются мои желания. В ней считаются с моей волей и выбором. Но она тоже военная и ожидает от своих учеников самодисциплины в получении ценных знаний и применении их на практике.</w:t>
      </w:r>
    </w:p>
    <w:p>
      <w:r>
        <w:t>Мы учимся на поле боя. В духовном мире нет мирных уголков. Даже вдали от цивилизации одинокий человек будет преследуем и обольщаем своей собственной похотью и врагом души. И в этой борьбе для побед необходимо быть вооруженным духовным оружием победителя. И это оружие нам предлагает купить Верный Свидетель из Откр.3:18.</w:t>
      </w:r>
    </w:p>
    <w:p>
      <w:r>
        <w:t>Господь не просто желает наполнить нас Собой, а переполнить нас так, чтобы мы охотно делились избытком Божества с другими людьми.</w:t>
      </w:r>
    </w:p>
    <w:p>
      <w:r>
        <w:t>Комната, в которой включается свет, сразу наполняется им, но тусклого света недостаточно, чтобы осветить всё вокруг. Для выполнения этой задачи нужно солнце. Чтобы полить мой огород, достаточно нескольких литров воды, но этого мало, чтобы оросить все близлежащие поля. Для выполнения этой задачи необходим ливень. Чтобы мне понять, что Господь меня любит, мне достаточно моей веры и прочтения заверений о Божьей любви. Но этого мало, чтобы убедить в любви окружающий мир. Нужна сила Святого Духа.</w:t>
      </w:r>
    </w:p>
    <w:p>
      <w:r>
        <w:t>Предлагая нам купить золото, очищенное огнём, белую одежду и глазную мазь, Спаситель вручает в этих символах стратегическую полноту для глобальной победы над самим собой, над духами злобы поднебесной и над этим миром.</w:t>
      </w:r>
    </w:p>
    <w:p>
      <w:r>
        <w:t>Невозможно стать духовным генералом на поле битвы, минуя Божьи планы обучения.</w:t>
      </w:r>
    </w:p>
    <w:p>
      <w:r>
        <w:t>Любой солдат, практикуя свои навыки в бою, учится искусству ведения боя и может быть победителем в локальных стычках. Но он никогда не будет видеть всю картину боевого развёртывания и без поддержки всех вооруженных сил никогда не сможет одолеть врага полностью. Любая армия, окончательно одолевая врага, становится победителем от рядового до главнокомандующего.</w:t>
      </w:r>
    </w:p>
    <w:p>
      <w:r>
        <w:t>Предлагая нам торговые отношения, Иисус приглашает нас на службу и обучение в армию Победителя. Он уже победил в этой войне, но желает, чтобы мы были искусными воинами на своих полях сражений и одерживали верх над врагом Божьим оружием массового поражения.</w:t>
      </w:r>
    </w:p>
    <w:p>
      <w:r>
        <w:t>В отличие от земного оружия Божье — не разрушает, а созидает, исцеляет, восстанавливает, лечит, поднимает, вдохновляет и даёт крылья для творческих перспектив. Божья полнота радует сердце, приносит мир и наполняет жизнь светом и любовью ко всем ближним и дальним, к родным и врагам.</w:t>
      </w:r>
    </w:p>
    <w:p>
      <w:r>
        <w:t>Удивляет лишь то, как скромно Господь предлагает нам выход из тёплого состояния. Советует что-то лучшее. Так ненавязчиво и нежно. Он не обрушивает на нас Свою полноту, а скромно ждёт.</w:t>
      </w:r>
    </w:p>
    <w:p>
      <w:pPr>
        <w:pStyle w:val="Heading2"/>
      </w:pPr>
      <w:r>
        <w:t>Домашнее задание 850</w:t>
      </w:r>
    </w:p>
    <w:p>
      <w:r>
        <w:t>1. Прочитайте, пожалуйста, Кол.1:19-20; 2:8-10; Ин.1:16; Иер.29:11; Откр.3:18; Прит.14:12; Пс.15:11; Еф.1:19-23; 3:16-19; 5:18; Иак.1:2-4 в свете этого урока.</w:t>
      </w:r>
    </w:p>
    <w:p>
      <w:r>
        <w:t>2. Какие ещё стихи из Библии пришли вам на память?</w:t>
      </w:r>
    </w:p>
    <w:p>
      <w:r>
        <w:t>3. Что вы поняли из этого урока?</w:t>
      </w:r>
    </w:p>
    <w:p>
      <w:r>
        <w:t>4. Что такое полнота?</w:t>
      </w:r>
    </w:p>
    <w:p>
      <w:r>
        <w:t>5. Как можно обрести полноту?</w:t>
      </w:r>
    </w:p>
    <w:p>
      <w:r>
        <w:t>6. Как вы думаете, актуальна ли ещё весть к Лаодикии в наше время?</w:t>
      </w:r>
    </w:p>
    <w:p>
      <w:r>
        <w:t>7. Увидели ли вы предлагаемую полноту в символах из Откр.3:18?</w:t>
      </w:r>
    </w:p>
    <w:p>
      <w:r>
        <w:t>8. В чём выражается полнота из предлагаемых Небесных товаров?</w:t>
      </w:r>
    </w:p>
    <w:p>
      <w:r>
        <w:t>9. Почему Господь хочет иметь с нами вечные торговые отношения, а не временные?</w:t>
      </w:r>
    </w:p>
    <w:p>
      <w:r>
        <w:t>10. Может ли верующий человек исполниться полнотою Божьей? Как это?</w:t>
      </w:r>
    </w:p>
    <w:p>
      <w:r>
        <w:t>11. Может ли тёплый человек вывести тёплого человека из тёплого состояния?</w:t>
      </w:r>
    </w:p>
    <w:p>
      <w:r>
        <w:t>12. Как вы думаете, распространяется ли обетование из Откр.3:21 на тех, кто игнорирует совет из Откр.3:18?</w:t>
      </w:r>
    </w:p>
    <w:p>
      <w:r>
        <w:t>13. Стоит ли понимать, что в послании к Лаодикии описывается не только состояние Божьего народа, но и даётся выход?</w:t>
      </w:r>
    </w:p>
    <w:p>
      <w:r>
        <w:t>14. Заключается ли Свидетельство Верного Свидетеля в полноте всей вести от 14 до 22 стиха, или есть важные стихи, а есть неважные?</w:t>
      </w:r>
    </w:p>
    <w:p>
      <w:r>
        <w:t>15. Был ли этот урок вам полезен?</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erif" w:hAnsi="Liberation Serif" w:eastAsia="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Liberation Serif" w:hAnsi="Liberation Serif" w:eastAsia="Liberation Serif"/>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eastAsia="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erif" w:hAnsi="Liberation Serif" w:eastAsia="Liberation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Любви Агапэ — уроки 801–850</dc:title>
  <dc:subject/>
  <dc:creator>Андрей Карпекин</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