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Школа Любви Агапэ</w:t>
      </w:r>
    </w:p>
    <w:p>
      <w:pPr>
        <w:pStyle w:val="Subtitle"/>
      </w:pPr>
      <w:r>
        <w:t>Уроки 701–750</w:t>
      </w:r>
    </w:p>
    <w:p>
      <w:r>
        <w:t>Андрей Карпекин</w:t>
      </w:r>
    </w:p>
    <w:p>
      <w:r>
        <w:t>https://www.karpekin.de</w:t>
      </w:r>
    </w:p>
    <w:p>
      <w:r>
        <w:br w:type="page"/>
      </w:r>
    </w:p>
    <w:p>
      <w:pPr>
        <w:pStyle w:val="Heading1"/>
      </w:pPr>
      <w:r>
        <w:t>Содержание</w:t>
      </w:r>
    </w:p>
    <w:p>
      <w:r>
        <w:t>Урок 701. Отпусти мой хвост</w:t>
      </w:r>
    </w:p>
    <w:p>
      <w:r>
        <w:t>Урок 702. Странное испытание</w:t>
      </w:r>
    </w:p>
    <w:p>
      <w:r>
        <w:t>Урок 703. А что мы будем читать?</w:t>
      </w:r>
    </w:p>
    <w:p>
      <w:r>
        <w:t>Урок 704. А что мы будем смотреть и слушать?</w:t>
      </w:r>
    </w:p>
    <w:p>
      <w:r>
        <w:t>Урок 705. Ревность</w:t>
      </w:r>
    </w:p>
    <w:p>
      <w:r>
        <w:t>Урок 706. Болезнь мужа</w:t>
      </w:r>
    </w:p>
    <w:p>
      <w:r>
        <w:t>Урок 707. Украденное имущество</w:t>
      </w:r>
    </w:p>
    <w:p>
      <w:r>
        <w:t>Урок 708. Быстрые деньги</w:t>
      </w:r>
    </w:p>
    <w:p>
      <w:r>
        <w:t>Урок 709. Кто я такой?</w:t>
      </w:r>
    </w:p>
    <w:p>
      <w:r>
        <w:t>Урок 710. Я — плохая жена!</w:t>
      </w:r>
    </w:p>
    <w:p>
      <w:r>
        <w:t>Урок 711. Верующие друзья</w:t>
      </w:r>
    </w:p>
    <w:p>
      <w:r>
        <w:t>Урок 712. Учиться любить жену</w:t>
      </w:r>
    </w:p>
    <w:p>
      <w:r>
        <w:t>Урок 713. Кладезь сокровищ</w:t>
      </w:r>
    </w:p>
    <w:p>
      <w:r>
        <w:t>Урок 714. Прочный якорь</w:t>
      </w:r>
    </w:p>
    <w:p>
      <w:r>
        <w:t>Урок 715. Наш дом — наша крепость</w:t>
      </w:r>
    </w:p>
    <w:p>
      <w:r>
        <w:t>Урок 716. Мудрость</w:t>
      </w:r>
    </w:p>
    <w:p>
      <w:r>
        <w:t>Урок 717. Испытывайте духов</w:t>
      </w:r>
    </w:p>
    <w:p>
      <w:r>
        <w:t>Урок 718. Дни рождения</w:t>
      </w:r>
    </w:p>
    <w:p>
      <w:r>
        <w:t>Урок 719. Медицинский дух</w:t>
      </w:r>
    </w:p>
    <w:p>
      <w:r>
        <w:t>Урок 720. Солнце правды</w:t>
      </w:r>
    </w:p>
    <w:p>
      <w:r>
        <w:t>Урок 721. Встреча гостей</w:t>
      </w:r>
    </w:p>
    <w:p>
      <w:r>
        <w:t>Урок 722. Простота Послания к Лаодикии</w:t>
      </w:r>
    </w:p>
    <w:p>
      <w:r>
        <w:t>Урок 723. Красота Послания к Лаодикии</w:t>
      </w:r>
    </w:p>
    <w:p>
      <w:r>
        <w:t>Урок 724. Иисус в нашей семье</w:t>
      </w:r>
    </w:p>
    <w:p>
      <w:r>
        <w:t>Урок 725. Иной дух</w:t>
      </w:r>
    </w:p>
    <w:p>
      <w:r>
        <w:t>Урок 726. Цель Вести к Лаодикии</w:t>
      </w:r>
    </w:p>
    <w:p>
      <w:r>
        <w:t>Урок 727. Служение Богу</w:t>
      </w:r>
    </w:p>
    <w:p>
      <w:r>
        <w:t>Урок 728. Званые и избранные</w:t>
      </w:r>
    </w:p>
    <w:p>
      <w:r>
        <w:t>Урок 729. Благословение Вести к Лаодикии</w:t>
      </w:r>
    </w:p>
    <w:p>
      <w:r>
        <w:t>Урок 730. Проклятие Лаодикии</w:t>
      </w:r>
    </w:p>
    <w:p>
      <w:r>
        <w:t>Урок 731. Лаодикийская любовь</w:t>
      </w:r>
    </w:p>
    <w:p>
      <w:r>
        <w:t>Урок 732. Вопиющая несправедливость</w:t>
      </w:r>
    </w:p>
    <w:p>
      <w:r>
        <w:t>Урок 733. Болезнь жены</w:t>
      </w:r>
    </w:p>
    <w:p>
      <w:r>
        <w:t>Урок 734. Единомыслие и единодушие</w:t>
      </w:r>
    </w:p>
    <w:p>
      <w:r>
        <w:t>Урок 735. Исполнившаяся мечта</w:t>
      </w:r>
    </w:p>
    <w:p>
      <w:r>
        <w:t>Урок 736. Здоровье семьи</w:t>
      </w:r>
    </w:p>
    <w:p>
      <w:r>
        <w:t>Урок 737. Пшеница и плевелы</w:t>
      </w:r>
    </w:p>
    <w:p>
      <w:r>
        <w:t>Урок 738. Полнота Вести к Лаодикии</w:t>
      </w:r>
    </w:p>
    <w:p>
      <w:r>
        <w:t>Урок 739. Острые углы</w:t>
      </w:r>
    </w:p>
    <w:p>
      <w:r>
        <w:t>Урок 740. Незаменимые</w:t>
      </w:r>
    </w:p>
    <w:p>
      <w:r>
        <w:t>Урок 741. Новая особенность нашего времени</w:t>
      </w:r>
    </w:p>
    <w:p>
      <w:r>
        <w:t>Урок 742. Разрешение конфликтов</w:t>
      </w:r>
    </w:p>
    <w:p>
      <w:r>
        <w:t>Урок 743. И помни весь путь</w:t>
      </w:r>
    </w:p>
    <w:p>
      <w:r>
        <w:t>Урок 744. Свобода и независимость семьи</w:t>
      </w:r>
    </w:p>
    <w:p>
      <w:r>
        <w:t>Урок 745. Серьёзный разговор</w:t>
      </w:r>
    </w:p>
    <w:p>
      <w:r>
        <w:t>Урок 746. Интересное решение</w:t>
      </w:r>
    </w:p>
    <w:p>
      <w:r>
        <w:t>Урок 747. Трудовое соглашение с Богом</w:t>
      </w:r>
    </w:p>
    <w:p>
      <w:r>
        <w:t>Урок 748. Мир бизнеса</w:t>
      </w:r>
    </w:p>
    <w:p>
      <w:r>
        <w:t>Урок 749. Вера и видение</w:t>
      </w:r>
    </w:p>
    <w:p>
      <w:r>
        <w:t>Урок 750. Любимая моя</w:t>
      </w:r>
    </w:p>
    <w:p>
      <w:r>
        <w:br w:type="page"/>
      </w:r>
    </w:p>
    <w:p>
      <w:pPr>
        <w:pStyle w:val="Heading1"/>
      </w:pPr>
      <w:r>
        <w:t>Урок 701. Отпусти мой хвост</w:t>
      </w:r>
    </w:p>
    <w:p>
      <w:r>
        <w:t>В одной деревне жил маленький котёнок, который родился в поле. Его мама изредка приходила к нему и его собратьям, чтобы дать им немного своего молока, облизать каждого детёныша, а затем надолго исчезнуть до следующего посещения. Каждый визит мамы был праздником для всех котят, и они дружно хватались за её соски, высасывая всё содержимое. А когда мама уходила в неизвестность, котята весело играли между собой, а затем вместе засыпали друг на друге.</w:t>
      </w:r>
    </w:p>
    <w:p>
      <w:r>
        <w:t>Однажды, когда не было мамы, пришли большие люди, с интересом рассматривая всех котят и что-то обсуждая. Потом каждый из них выбрал себе котёнка, а одного оставили для мамы. Кошка-мама, придя в очередной раз, не очень удивилась отсутствию своих детёнышей, но направила всю свою кошачью ласку оставшемуся котёнку, давая ему возможность напиться досыта. Для него это оказалось незабываемым праздником живота.</w:t>
      </w:r>
    </w:p>
    <w:p>
      <w:r>
        <w:t>Когда мама ушла, наш маленький герой, не имея того, с кем можно было бы поиграть, пошёл искать себе занятие в округе, изучая новые предметы и наслаждаясь удивительными неизведанными запахами.</w:t>
      </w:r>
    </w:p>
    <w:p>
      <w:r>
        <w:t>Непознанный мир настолько вскружил голову своим великолепием и разнообразием, что котёнок совсем заблудился и не знал, откуда пришёл и куда идти. И он решил издавать звуки о помощи, надеясь, что его кто-то услышит.</w:t>
      </w:r>
    </w:p>
    <w:p>
      <w:r>
        <w:t>Вскоре появились маленькие люди, которые, взяв нашего юного путешественника на руки, по очереди его прижимали к себе и нежно гладили. Котёнку было так весело в новой компании, что он отложил все свои планы на будущее и радостно наслаждался играми с детьми.</w:t>
      </w:r>
    </w:p>
    <w:p>
      <w:r>
        <w:t>Под вечер дети решили поселить котёнка в заброшенном гараже, чтобы он никуда не убегал, и посещать его по мере необходимости. Они условились кормить своего маленького друга тем, что ели сами, и каждый день приносили ему разнообразную пищу. Дети назвали котёнка Мурзиком.</w:t>
      </w:r>
    </w:p>
    <w:p>
      <w:r>
        <w:t>Мурзик быстро рос, набираясь сил и осваиваясь в новом жилище. Он присмотрел себе место для отдыха и нашёл подземный выход в углу гаража, но не спешил покидать своё пристанище, так как знал, что сюда каждый день приходят его юные друзья и приносят что-то вкусное.</w:t>
      </w:r>
    </w:p>
    <w:p>
      <w:r>
        <w:t>Однажды в гараж зашёл незнакомый мальчик и, взяв Мурзика на руки, стал его гладить и изучать. Котёнок доверился новому посетителю и тихо мурлыкал у него на руках, потираясь ушами об одежду. Вдруг резкая боль из хвоста пронзила всё тело Мурзика, и он невольно вскрикнул на радость мальчику. А мальчик тем временем всё сильнее наступал котёнку на хвост и внимательно наблюдал за поведением несчастного животного. Мурзик быстро понял, что своим криком он ничего не добьется, и решил пустить в ход когти и зубы. Набросившись на ногу мальчишки, он прокусил его брюки и впился зубами в тело. Юный мучитель закричал от боли и решил быстро покинуть гараж, а Мурзик успел напоследок подарить ему пару царапин от когтей и вернулся на своё место, мучаясь от боли в хвосте.</w:t>
      </w:r>
    </w:p>
    <w:p>
      <w:r>
        <w:t>Когда пришли дети, Мурзик с опаской отреагировал на их приход и настороженно забился в угол. Юные друзья удивились такой необычной реакции и, выложив принесённую еду, внимательно наблюдали за Мурзиком, обсуждая между собой происходящее. После сытного завтрака котёнок решил рассказать о случившемся, но его никто не понимал, а когда один из мальчишек решил взять Мурзика на руки, то тот зашипел от боли в хвосте, чем испугал всех детей. Котёнок просто пытался пожаловаться на свои страдания, но его язык был незнаком людям. Дети решили, что Мурзик одичал и с ним надо быть осторожными.</w:t>
      </w:r>
    </w:p>
    <w:p>
      <w:r>
        <w:t>Через пару дней, во время очередного визита в гараж, одна из девочек, играясь с Мурзиком, схватила его за хвост, на что котёнок сразу отреагировал и укусил юного друга за руку. Дети, увидев кровь, испугались и быстро покинули гараж. В следующий раз пришли только мальчики, и они имели в руках большие палки.</w:t>
      </w:r>
    </w:p>
    <w:p>
      <w:r>
        <w:t>Мурзик радостно их встретил и побежал тереться об их ноги, но мальчишки испугались и пустили в ход свои орудия защиты, причиняя котёнку неимоверную боль. Мурзик решил быстро покинуть гараж, но у выхода стояла стража и не давала ему сбежать. В отчаянии бедный котёнок накинулся на одного из мальчиков и быстро забравшись по нему, исцарапал ему лицо. Дети что-то закричали и в ужасе убежали из гаража.</w:t>
      </w:r>
    </w:p>
    <w:p>
      <w:r>
        <w:t>Мурзик вновь остался один, не понимая, что происходит. Вскоре он услышал шум приближающейся толпы, в которой были большие люди с большими палками. Почувствовав что-то неладное, Мурзик решил покинуть свой дом и забрался на высокое дерево вблизи гаража и оттуда смотрел, как люди звали его и искали по всей округе.</w:t>
      </w:r>
    </w:p>
    <w:p>
      <w:r>
        <w:t>Всё село, где жили дети, вскоре узнало, что в окрестностях водится дикий кот, который кусает и царапает детей.</w:t>
      </w:r>
    </w:p>
    <w:p>
      <w:r>
        <w:t>А Мурзик тем временем ждал, когда ему принесут очередную еду. Но так как её никто не приносил, он сам отправился на её поиски. Увидев какого-то человека, он бежал ему навстречу и громко мяукал, сообщая о своём пустом желудке. Но его все боялись, а кто-то даже кидал в него камни. Мурзик стал более осторожным, но голод не утихал. Он пытался есть траву, но она не насыщала его тело. В отчаянии котёнок бегал по селу, ходя от края до края, желая хоть что-то съесть, но не находил.</w:t>
      </w:r>
    </w:p>
    <w:p>
      <w:r>
        <w:t>В какой-то день он встретил добрую женщину, которая, увидев его, позвала: «Мурзик!», на что он с радостью откликнулся и, подняв хвост трубой, побежал к её ногам. А она сказала: «Так это ты и есть, юный кусатель рук. Пойдём, покормлю тебя». Мурзик доверчиво пошёл за новой знакомой. Она вынесла ему поесть, и, пока он жадно вкушал пищу, женщина осматривала его тело, замечая, сколько ран на нём было. Она что-то ласково говорила котёнку, а тот, кушая, вилял хвостом, давая понять, что занят важным делом. Насытившись, он решил поблагодарить свою кормилицу и нежно потерся ухом о её ноги. Она острожно его погладила, стараясь не прикасаться к ранам, а потом спросила: «И что вы не поделили между собой? Зачем надо было доводить всё до драки?»</w:t>
      </w:r>
    </w:p>
    <w:p>
      <w:r>
        <w:t>Решив, что здесь теперь его новый дом, Мурзик не спешил уходить, а уютно разлёгся у входа и нежился в лучах яркого солнца.</w:t>
      </w:r>
    </w:p>
    <w:p>
      <w:r>
        <w:t>Женщина решила не прогонять бедное животное, но и не брала его в дом. А Мурзик никуда и не просился, а тихо наслаждался присутствием своего нового друга и всячески старался высказать свои кошачьи радости. Они вскоре стали неразлучными друзьями и вошли в полное доверие друг друга.</w:t>
      </w:r>
    </w:p>
    <w:p>
      <w:r>
        <w:t>Однажды добрую женщину посетил мальчик, который сразу узнал Мурзика и закричал, что этот кот очень опасный, и его нужно убить. На что женщина спокойно сказала, что это самое нежное животное в мире, и если не наступать ему на хвост, то он будет самым дружелюбным котом. А потом пригласила погладить Мурзика. Мальчик осторожно прикоснулся к котёнку, а тот, узнав знакомый запах рук, стал нежно о них тереться. Мальчик решил позвать и других друзей, чтобы показать им их старого друга. Женщина дала добро, а когда пришли и другие кормильцы Мурзика, она провела с ними беседу, объясняя, что если коту делать больно, то он будет себя защищать, и у него есть на это зубы и когти. Но если быть с ним нежным, то он будет самым верным и ласковым другом.</w:t>
      </w:r>
    </w:p>
    <w:p>
      <w:pPr>
        <w:pStyle w:val="Heading2"/>
      </w:pPr>
      <w:r>
        <w:t>Домашнее задание 701</w:t>
      </w:r>
    </w:p>
    <w:p>
      <w:r>
        <w:t>1. Прочитайте, пожалуйста, Иов.12:7-9; Прит.26:18-19; Мат.5:38-39; 18:6-7; 24:48-51; Иез.11:9; 36:26-27; Ин.3:6-7; 1Пет.4:1-2; Рим.7:5,14-25; 8:1; 12:19; 2Кор.10:3-5; Гал.5:14-16; в свете этого урока.</w:t>
      </w:r>
    </w:p>
    <w:p>
      <w:r>
        <w:t>2. Что вы поняли из этого урока?</w:t>
      </w:r>
    </w:p>
    <w:p>
      <w:r>
        <w:t>3. Какие ещё стихи из Библии пришли вам на память?</w:t>
      </w:r>
    </w:p>
    <w:p>
      <w:r>
        <w:t>4. Чем отличается кошачья порода от овечей? Виноват ли кот в том, что у него есть когти и зубы?</w:t>
      </w:r>
    </w:p>
    <w:p>
      <w:r>
        <w:t>5. Учит ли этот урок тому, что мы должны защищать себя?</w:t>
      </w:r>
    </w:p>
    <w:p>
      <w:r>
        <w:t>6. Стоит ли учитывать то, что к Иисусу приходят люди с разными чертами характера, и Он принимает всех?</w:t>
      </w:r>
    </w:p>
    <w:p>
      <w:r>
        <w:t>7. Верите ли вы в то, что Господь может под влиянием благодати сделать из дикого человека смиренную душу?</w:t>
      </w:r>
    </w:p>
    <w:p>
      <w:r>
        <w:t>8. Почему Господь учил тому, чтобы мы не были соблазном для слабых в вере?</w:t>
      </w:r>
    </w:p>
    <w:p>
      <w:r>
        <w:t>9. Есть ли Божий план в том, чтобы мы делали других не хорошими, а счастливыми? Мат.7:12.</w:t>
      </w:r>
    </w:p>
    <w:p>
      <w:r>
        <w:t>10. Как долго можно причинять боль червяку, чтобы он вас укусил? Пс.21:7.</w:t>
      </w:r>
    </w:p>
    <w:p>
      <w:r>
        <w:t>11. Кто может дать нам новое сердце? Пс.50:12.</w:t>
      </w:r>
    </w:p>
    <w:p>
      <w:r>
        <w:t>12. Стоит ли учитывать тот факт, что в церкви есть люди разной происхождения и разного уровня познания Бога?</w:t>
      </w:r>
    </w:p>
    <w:p>
      <w:r>
        <w:t>13. Учит ли нас заповедь о любви друг к другу тому, чтобы мы проявляли друг к другу взаимную любовь?</w:t>
      </w:r>
    </w:p>
    <w:p>
      <w:r>
        <w:t>14. Будет ли любовь защищать себя плотскими методами?</w:t>
      </w:r>
    </w:p>
    <w:p>
      <w:r>
        <w:t>15. Кем вы увидели себя в этом уроке?</w:t>
      </w:r>
    </w:p>
    <w:p>
      <w:r>
        <w:br w:type="page"/>
      </w:r>
    </w:p>
    <w:p>
      <w:pPr>
        <w:pStyle w:val="Heading1"/>
      </w:pPr>
      <w:r>
        <w:t>Урок 702. Странное испытание</w:t>
      </w:r>
    </w:p>
    <w:p>
      <w:r>
        <w:t>Я стал замечать, что с каждым днём семейной жизни наша с женой дружба становилась всё крепче, а любовь – всё глубже и интереснее. Многие хорошие вещи оказались для нас настолько привычными, что мы понимали друг друга с полуслова и очень умело обходили спорные моменты, которых становилось всё меньше и меньше.</w:t>
      </w:r>
    </w:p>
    <w:p>
      <w:r>
        <w:t>Семейные советы приносили особые благословения нашей семье. Общаясь с дружелюбием, мы поняли, что обо всём можно договориться и всё полюбовно решить. И эта гармония во взглядах очень радовала моё сердце, а мой дом для меня стал тем местом, в котором душа находила уют и покой, и где, как мне казалось, было приятно присутствовать и нашим невидимым ангелам, служащим нам день и ночь.</w:t>
      </w:r>
    </w:p>
    <w:p>
      <w:r>
        <w:t>Однажды моя жена рассказала мне о том, что её бывшие одноклассницы в восторге от нашей семьи. Они часто встречаются, чтобы поделиться друг с другом теми достижениями, которые они имеют в этом мире. А моя любимая представила им меня и нашу семью как самое прекрасное благословение от Господа. Мне было приятно услышать такую высокую оценку, и в душе возникло особое чувство гордости за то, что мы не такие, как этот мир, и у нас есть что-то, чего нет у других людей. Мне всегда доставляло особую радость, когда кто-то хвалил нас за нашу чистоту. А если жена уходила на встречу с подругами, я предвкушал удовольствие от её рассказов о том, как нами все восхищаются и как нам завидуют.</w:t>
      </w:r>
    </w:p>
    <w:p>
      <w:r>
        <w:t>Однажды моя половинка сообщила мне о том, что идёт на очередную встречу с одноклассницами. Я обрадовался новой порции похвалы и дал жене своё благословение.</w:t>
      </w:r>
    </w:p>
    <w:p>
      <w:r>
        <w:t>Но когда она зашла в комнату попрощаться, я был шокирован её внешним видом. На ней было что-то похожее на сорочку, которую она назвала вечерним платьем. На лице сияла яркая косметика, а веки были покрашены в неестественно серый цвет. Не её шее висело несколько больших бус, а на руках находилось более десятка всевозможных браслетов и колец. Я молча разглядывал её, не зная, что сказать. А она как ни в чём не бывало чмокнула меня в щёку и пошла обуваться.</w:t>
      </w:r>
    </w:p>
    <w:p>
      <w:r>
        <w:t>С улицы донёсся сигнал машины подруг, приглашающий к выходу, и моя жена выбежала из дома под радостный хохот своих одноклассниц.</w:t>
      </w:r>
    </w:p>
    <w:p>
      <w:r>
        <w:t>Я оставил все свои дела и пытался понять, что происходит. У меня было такое ощущение, что земля ушла из под ног, и должно произойти что-то страшное. Несколько минут я сидел в оцепенении, не зная, что делать, и пытаясь ответить на вопрос: «Что творится в нашем доме?»</w:t>
      </w:r>
    </w:p>
    <w:p>
      <w:r>
        <w:t>Мне захотелось позвонить жене и попросить её срочно вернуться домой, чтобы объяснить происходящее, но что-то сдерживало мои чувства. Мне вспомнилось о том, что я должен уважать выбор человека, и мне ничего не оставалось, как просить Божьей помощи в этом вопросе.</w:t>
      </w:r>
    </w:p>
    <w:p>
      <w:r>
        <w:t>Я решил провести остаток дня в молитве. Сначала я спрашивал Бога, почему Он допустил такое. Потом я стал упрекать себя за житейскую гордость. Затем я просил мудрости, пытаясь понять, как жить дальше. После этого я заявил о своём решении любить свою жену дальше и бороться в молитве за её спасение.</w:t>
      </w:r>
    </w:p>
    <w:p>
      <w:r>
        <w:t>Говоря обо всём с Богом, я осознал, насколько я нечист и пропитан эгоизмом, и как мне сейчас нужен Господь и Его благодать. Я стал просить прощения у Бога за себя и за свою жену. В эти моменты я понимал, насколько дорог мне этот человек, и как больно будет его потерять. Я не представлял, что ждёт нас дальше, и как мы будем жить в новых условиях, но понимал, что что-то в моём сердце оборвалось. Как было больно принимать эти перемены, но я решил любить, несмотря ни на что.</w:t>
      </w:r>
    </w:p>
    <w:p>
      <w:r>
        <w:t>Во время молитвы мне вспоминались библейские стихи об испытаниях и отступлениях. Я размышлял о Божьей воле и так хотел заглянуть в будущее, чтобы получить ответ на происходящее в настоящем.</w:t>
      </w:r>
    </w:p>
    <w:p>
      <w:r>
        <w:t>Около 10 часов вечера позвонила жена и под громкую музыку и шум веселья сообщила о том, что все её подруги пьяны и не смогут её отвези, и она сама в нетрезвом состоянии и не способна самостоятельно добраться до дома. У меня было такое ощущение, что весь мир рухнул, но я нежно сказал ей, что приеду и заберу её сам. Она попросила заехать через час, чтобы они могли ещё повеселиться.</w:t>
      </w:r>
    </w:p>
    <w:p>
      <w:r>
        <w:t>У меня появилось время для особой молитвы. В мою голову не вмещалось происходящее. Я только и спрашивал Бога: «Почему? За что? Ведь у нас всё было чисто и правильно!» Но Господь молчал и не давал мне никаких ответов. А в голове стоял вопрос о том, какие решения я буду принимать дальше. После тяжёлой душевной борьбы я заявил всему Небу о том, что выбираю любовь. Поднялся с молитвы и пошёл в сад, срезал цветы, поставил их на наш обеденный стол, принёс две чашки для чая, положил в блюдечко наше любимое печенье, зажёг свечку и пошёл к машине.</w:t>
      </w:r>
    </w:p>
    <w:p>
      <w:r>
        <w:t>С тяжёлым сердцем я подъезжал к дому одноклассницы. К моему удивлению, моя жена уже стояла на улице, одетая в приличное платье, без украшений. Всё её лицо было измазано тушью для глаз, которая стекала на щёки вместе с её слезами. Она горько плакала и, увидев меня, закрыла лицо руками.</w:t>
      </w:r>
    </w:p>
    <w:p>
      <w:r>
        <w:t>Я совсем ничего не понимал. Она была абсолютно трезвой, но её рыдания стали очень громкими, когда я вышел из машины, чтобы открыть ей дверь.</w:t>
      </w:r>
    </w:p>
    <w:p>
      <w:r>
        <w:t>Она села рядом и, положив голову на панель, разрыдалась в полную силу. Я медленно поехал к дому.</w:t>
      </w:r>
    </w:p>
    <w:p>
      <w:r>
        <w:t>По пути я молчал и размышлял о происшедшем. Мне хотелось получить объяснения. Но я решил не торопить события, а подождать, когда жена успокоится и сама всё расскажет. Войдя в дом и увидев накрытый стол с горящей свечой, она села на диван и, прижав голову к своим коленям, стала плакать ещё сильнее.</w:t>
      </w:r>
    </w:p>
    <w:p>
      <w:r>
        <w:t>Я начал понимать, что не всё так плохо, и решил взять на себя роль спасителя. Я предложил помолиться. Она согласилась. Сначала я в обращении к Богу попросил прощения за происходящее и поблагодарил за ту Жертву, Которая была принесена за наши грехи, а потом она стала со слезами просить прощения у Бога и у меня за случившееся.</w:t>
      </w:r>
    </w:p>
    <w:p>
      <w:r>
        <w:t>После молитвы жена успокоилась и стала рассказывать о том, как, попав под влияние подруг, она начала спорить с ними о том, что я её люблю за то, какая она есть, и приму любой. А подруги убеждали её в том, что все мужики одинаковые и не умеют любить, и она решила им доказать, что я настоящий. Они научили жену, как одеться, что говорить, дали ей украшения и ждали своей победы в этом споре. А потом решили ещё и обмануть меня, чтобы понять, как я отреагирую на пьяную жену, слушая наш разговор по громкой связи. После того, как я нежно сказал ей, что люблю её и заберу, они стихли, и их веселье пришло к общему плачу, где каждая из них стала изливать свою душу и рассказывать о всех своих житейских бедах. В конце встречи моя жена не выдержала мук своей совести и вся в слезах вышла на улицу ждать меня.</w:t>
      </w:r>
    </w:p>
    <w:p>
      <w:r>
        <w:t>Наш разговор продолжался до утра, и в эту ночь мы узнали друг о друге ещё что-то очень доброе. Мы мирно общались, признаваясь в любви друг к другу. Хоть моё сердце и болело от пережитого, но я был очень рад тому, что Господь всё обратил ко благу.</w:t>
      </w:r>
    </w:p>
    <w:p>
      <w:r>
        <w:t>Мы договорились о том, что не станем больше никогда не искушать друг друга и Господа подобным образом. А моё сердце благодарило Бога за всё.</w:t>
      </w:r>
    </w:p>
    <w:p>
      <w:pPr>
        <w:pStyle w:val="Heading2"/>
      </w:pPr>
      <w:r>
        <w:t>Домашнее задание 702</w:t>
      </w:r>
    </w:p>
    <w:p>
      <w:r>
        <w:t>1. Прочитайте, пожалуйста, Прит.3:29; 26:18-19; 1Кор.15:33; Рим.13:10,13; 1Пет.3:7-12; Втор.6:16; Мат.4:7; Лук.18:10-14; 1Тим.6:6,11-12; 1Кор.11:19; Кол.3:19; Еф.5:25-28; Прит.31:10-12 в свете этого урока.</w:t>
      </w:r>
    </w:p>
    <w:p>
      <w:r>
        <w:t>2. Что вы поняли из этого урока?</w:t>
      </w:r>
    </w:p>
    <w:p>
      <w:r>
        <w:t>3. Какие ещё стихи из Библии пришли вам на память?</w:t>
      </w:r>
    </w:p>
    <w:p>
      <w:r>
        <w:t>4. Стоит ли испытывать любовь своего супруга подобным образом?</w:t>
      </w:r>
    </w:p>
    <w:p>
      <w:r>
        <w:t>5. Есть ли при подобных испытаниях риск того, что отношения могут быть разрушены?</w:t>
      </w:r>
    </w:p>
    <w:p>
      <w:r>
        <w:t>6. Для чего нам даётся совет, чтобы не искушать Господа?</w:t>
      </w:r>
    </w:p>
    <w:p>
      <w:r>
        <w:t>7. Относится ли стих из Мат.4:7 и к отношениям между людьми?</w:t>
      </w:r>
    </w:p>
    <w:p>
      <w:r>
        <w:t>8. Искушает ли нас Господь? Иак.1:13-14.</w:t>
      </w:r>
    </w:p>
    <w:p>
      <w:r>
        <w:t>9. Могут ли ваши друзья вносить разлад в вашу семью?</w:t>
      </w:r>
    </w:p>
    <w:p>
      <w:r>
        <w:t>10. Что делать, если подобное испытание оказалось настоящим, а не попыткой проверить любовь?!</w:t>
      </w:r>
    </w:p>
    <w:p>
      <w:r>
        <w:t>11. Если я принимаю решение любить несмотря ни на что, то будет ли Господь давать на это силу?</w:t>
      </w:r>
    </w:p>
    <w:p>
      <w:r>
        <w:t>12. Придут ли испытания вашей любви из другого источника?</w:t>
      </w:r>
    </w:p>
    <w:p>
      <w:r>
        <w:t>13. Призывает ли нас любовь друг к другу ко взаимному доверию?</w:t>
      </w:r>
    </w:p>
    <w:p>
      <w:r>
        <w:t>14. Стоит ли гордиться своими прекрасными отношениями?</w:t>
      </w:r>
    </w:p>
    <w:p>
      <w:r>
        <w:t>15. Стоит ли оберегать нашу любовь друг к другу от подобных испытаний?</w:t>
      </w:r>
    </w:p>
    <w:p>
      <w:r>
        <w:br w:type="page"/>
      </w:r>
    </w:p>
    <w:p>
      <w:pPr>
        <w:pStyle w:val="Heading1"/>
      </w:pPr>
      <w:r>
        <w:t>Урок 703. А что мы будем читать?</w:t>
      </w:r>
    </w:p>
    <w:p>
      <w:r>
        <w:t>Каждый новый день нашей семейной жизни приносил нам очередные опыты, очередные откровения друг о друге и добавлял в нашу копилку семейного счастья новые благословения. Как легко говорить о прекрасных качествах души человека, которого любишь! Тебе не нужно ничего придумывать, а только окунаться в благословения взаимной любви, зачерпывать пригоршнями то, чем ты живёшь, и дарить это тем, кому интересно.</w:t>
      </w:r>
    </w:p>
    <w:p>
      <w:r>
        <w:t>Я увидел, что наша взаимная любовь и дух дружбы стали заметны и другим людям. И когда наши знакомые видят нас вдвоём, они всегда нам улыбаются, как бы разделяя нашу радость.</w:t>
      </w:r>
    </w:p>
    <w:p>
      <w:r>
        <w:t>В общении со своей женой я заметил, что, делясь друг с другом новыми знаниями и событиями, мы выносим на обсуждение то, что мы прочитали, посмотрели, послушали или над чем днём размышляли.</w:t>
      </w:r>
    </w:p>
    <w:p>
      <w:r>
        <w:t>Я для себя решил исключить телевидение, и моя супруга поддержала меня в этом намерении, но у нас остался интернет. Нам кидают в почтовый ящик бесплатные газеты. А недалеко от дома стоит бывшая телефонная будка с книгами, куда каждый желающий может принести и поставить всё, что ему не нужно, чтобы другие могли это взять и почитать.</w:t>
      </w:r>
    </w:p>
    <w:p>
      <w:r>
        <w:t>Я начал замечать, что в нашем доме стали периодически появляться разные книги, на которые я вначале не обращал внимания, доверяя своей жене. Но, когда в наши беседы стал проникать иной дух, я задумался, где находится источник того, что мы обсуждаем.</w:t>
      </w:r>
    </w:p>
    <w:p>
      <w:r>
        <w:t>Наши встречи после вынужденных разлук начинались с объятьев и поцелуев, а потом звучал вопрос: «А знаешь? …», и начинался подробный пересказ всего, чем моя жена питала свой разум в течение дня. И мне было совсем просто определить, что съела моя любимая.</w:t>
      </w:r>
    </w:p>
    <w:p>
      <w:r>
        <w:t>Вначале я не придавал этому значения и пропускал мимо ушей все разговоры о событиях в мире и о жизни каких-то сказочных персонажей, считая, что моя супруга – человек духовный и не допустит в своё сердце что-то опасное для нашего вероисповедания.</w:t>
      </w:r>
    </w:p>
    <w:p>
      <w:r>
        <w:t>Мне не хотелось быть жандармом в своей семье и нарушать чью-то свободу, устанавливая свои правила. Да и я сам, начитавшись всяких новостей в социальных сетях, охотно делился с другими тем, что меня задевало. Со временем наши границы размывались, и некоторые вещи, которые я считал изначально нечистыми и опасными, уже не пугали меня, а порою даже начинали манить к себе своими сенсациями. И чем ярче было событие, тем большее «вау» оно у меня вызывало. А когда жена рассказывала мне свои откровения, я искусно вставлял в её повествование свои познания политического мироустройства.</w:t>
      </w:r>
    </w:p>
    <w:p>
      <w:r>
        <w:t>В часы субботнего покоя мы откладывали все наши мирские новости и старались проводить святое время в благоговении. Но нам было всё сложнее святить этот день. А иногда мы с нетерпением поглядывали на часы, ожидая захода солнца, чтобы поскорее узнать о том, что случилось в мире, или как будут развиваться события в жизни тех героев книг, которые мы читаем.</w:t>
      </w:r>
    </w:p>
    <w:p>
      <w:r>
        <w:t>Первое время все эти вещи не мешали нам изучать Библию, и нам даже удавалось иметь особые откровения, потому что мы видели, как мировые события говорят о скором Пришествии Христа.</w:t>
      </w:r>
    </w:p>
    <w:p>
      <w:r>
        <w:t>А ещё мы научились маскировать свои интересы под напускной праведностью. Было так приятно, сидя в церкви, торжественно открывать Библию на нужном месте и сверять сказанное с написанным. У меня даже дух захватывало от того, насколько духовными мы выглядели со стороны.</w:t>
      </w:r>
    </w:p>
    <w:p>
      <w:r>
        <w:t>Однажды нас посетил пастор, который не стал вести с нами разговоры о религии, а просто рассказывал о своей жизни и внимательно слушал наши рассказы. Он молча изучил содержание наших книжных полок и спросил, читаем ли мы то, что на них стоит. Хоть в наш адрес по этому поводу не было сказано ни слова, но мне стало не по себе от мысли, что когда-то и Господь может задать подобный вопрос. Мне открылась вся пропасть того положения, к которой мы так уверенно двигались. Я вдруг осознал, как далеко я нахожусь от Бога, и как мне неинтересно стало проводить с Ним время, потому что я размышлял о пустом и земном. Хоть я и продолжал по обыкновению молиться, но это уже не приносило той радости, которую я переживал в самом начале своего знакомства с Истиной.</w:t>
      </w:r>
    </w:p>
    <w:p>
      <w:r>
        <w:t>А моя жена как ни в чём не бывало в простоте своего сердца стала рассказывать о том, какие книги ей больше всего понравились и какие события из них повлияли на её чувства. Я слушал её и осознавал, что мы находимся где-то не там, где должны были бы быть.</w:t>
      </w:r>
    </w:p>
    <w:p>
      <w:r>
        <w:t>Пастор с особым интересом слушал мою жену и решал какую-то важную задачу в своём разуме. Я вмешался и сказал нашему гостю, что я всё понял, и мы уладим этот вопрос в кругу семьи. Пастор удивился, но ничего не сказал.</w:t>
      </w:r>
    </w:p>
    <w:p>
      <w:r>
        <w:t>Вечером, когда мы остались одни, я пригласил жену поговорить о том, что мне открылось, и поделился с ней тем, что моя привязанность к миру через чтение новостей и различных светских книг представляет опасность для нашей семьи. Мы рискуем отпасть от Бога, оставаясь при этом членами Его церкви.</w:t>
      </w:r>
    </w:p>
    <w:p>
      <w:r>
        <w:t>Хоть я говорил только про свои проблемы с чтением, но моя супруга догадалась, что это касается и её, и она сказала, что тоже об этом думала, но, видя моё молчаливое согласие, не придавала большого значения, считая, что все в церкви так живут и охотно делятся всем, что происходит в мире.</w:t>
      </w:r>
    </w:p>
    <w:p>
      <w:r>
        <w:t>Я предложил взять духовный пост и не читать ничего кроме Библии. И вместе с этим мы решили ещё изучить на эту тему и труды Духа Пророчества.</w:t>
      </w:r>
    </w:p>
    <w:p>
      <w:r>
        <w:t>А сам я стал ещё и больше молиться, стараясь понять, что в моей жизни не так. В «Свидетельствах для Церкви» мы прочитали довольно убедительные рекомендации по поводу абсолютного воздержания от чтения мирской литературы и о том, как это разрушительно влияет на духовную жизнь человека. И когда мы оба поняли, что через эти средства приглашаем в свой дом иного духа, мы решили избавиться от всего нечистого и удалить со своих полок и из телефонов лишний мусор.</w:t>
      </w:r>
    </w:p>
    <w:p>
      <w:r>
        <w:t>Оказалось сложным оставить свои соцсети, в которых так интересно было проводить свободное время.</w:t>
      </w:r>
    </w:p>
    <w:p>
      <w:r>
        <w:t>Но мы решили заменить виртуальное общение живым.</w:t>
      </w:r>
    </w:p>
    <w:p>
      <w:r>
        <w:t>Также мы договорились, что, пока не изучим все книги Духа Пророчества, не будем читать ничего другого.</w:t>
      </w:r>
    </w:p>
    <w:p>
      <w:r>
        <w:t>Когда я зашёл на свой профиль в своей любимой социальной сети, я не мог себе представить, как всё это можно оставить. Столько лет было потрачено на то, чтобы создать там свой мир, обрастить его друзьями, собрать тысячи лайков, наполнить альбомы прекрасными фотографиями. И вот так всё перечеркнуть?! Это было выше моих сил. Мой палец не поднимался совершить подобную акцию. Быть потерянным в этом мире фантазий оказалось выше моих сил. Я решил рассказывать на этой площадке о Христе, но не знал, как это воплотить и что говорить.</w:t>
      </w:r>
    </w:p>
    <w:p>
      <w:r>
        <w:t>Вначале я смог только удалить всё пустое и мирское. Это заняло несколько дней.</w:t>
      </w:r>
    </w:p>
    <w:p>
      <w:r>
        <w:t>А моя жена не скрывала своих слёз, рассказывая мне о том, что она удалила все свои соцсети, и теперь у неё остался только я и Господь. И что с этих пор только мы можем с нею быть, оставаясь её смыслом и поддержкой. А я искал оправдания своим решениям, но она меня не спрашивала обо мне, давая мне право решать всё самому.</w:t>
      </w:r>
    </w:p>
    <w:p>
      <w:r>
        <w:t>Благословения не замедлили себя ждать, и наш дух воспрял в новых условиях. Он стал быстро развиваться и приносить обильные дары.</w:t>
      </w:r>
    </w:p>
    <w:p>
      <w:pPr>
        <w:pStyle w:val="Heading2"/>
      </w:pPr>
      <w:r>
        <w:t>Домашнее задание 703</w:t>
      </w:r>
    </w:p>
    <w:p>
      <w:r>
        <w:t>1. Прочитайте, пожалуйста, Мар.1:17-18; Пс.1:1-3; 101:2-4; Еккл.12:11-14; Прит.29:18; Ис.29:13-16; Лук.4:16-20; 1Фес.5:27-28; Неем.8:1-8; Деян.8:26-35; 19:18-20 в свете этого урока.</w:t>
      </w:r>
    </w:p>
    <w:p>
      <w:r>
        <w:t>2. Что вы поняли из этого урока?</w:t>
      </w:r>
    </w:p>
    <w:p>
      <w:r>
        <w:t>3. Какие ещё стихи из Библии пришли вам на память?</w:t>
      </w:r>
    </w:p>
    <w:p>
      <w:r>
        <w:t>4. Может ли враг души влиять на ваш разум через то, что вы читаете?</w:t>
      </w:r>
    </w:p>
    <w:p>
      <w:r>
        <w:t>5. Как вы понимаете стих из Мар.1:17-18 в свете нашего времени? Прит.1:17-18.</w:t>
      </w:r>
    </w:p>
    <w:p>
      <w:r>
        <w:t>6. Что лучше всего делать с теми книгами в вашем доме, которые открылись вам как опасные для души?</w:t>
      </w:r>
    </w:p>
    <w:p>
      <w:r>
        <w:t>7. Стоит ли иногда наводить порядок в своём жилище, чтобы избавится от заклятого? Втор.7:25.</w:t>
      </w:r>
    </w:p>
    <w:p>
      <w:r>
        <w:t>8. Стоит ли иметь мудрость, решаясь заняться генеральной уборкой в своей жизни?</w:t>
      </w:r>
    </w:p>
    <w:p>
      <w:r>
        <w:t>9. Могут ли газеты, книги и социальные сети совершать служение на благо ближним?</w:t>
      </w:r>
    </w:p>
    <w:p>
      <w:r>
        <w:t>10. Наблюдает ли Бог за тем, что вы читаете и публикуете? Мал.3:16.</w:t>
      </w:r>
    </w:p>
    <w:p>
      <w:r>
        <w:t>11. Что делать, если Господь призывает меня от чего-то избавиться, а сердце противится этому и не хочет слушаться? Ос.4:17.</w:t>
      </w:r>
    </w:p>
    <w:p>
      <w:r>
        <w:t>12. Могут ли мои книги различной тематики привлекать злых духов?</w:t>
      </w:r>
    </w:p>
    <w:p>
      <w:r>
        <w:t>13. Заинтересованы ли различные СМИ в моём спасении?</w:t>
      </w:r>
    </w:p>
    <w:p>
      <w:r>
        <w:t>14. Как вы понимаете стих из Нав.24:15 в свете нашего урока?</w:t>
      </w:r>
    </w:p>
    <w:p>
      <w:r>
        <w:t>15. Что будет, если я удалю из своей жизни всё плохое, но не заполню это место добрым? Мат.12:43-45.</w:t>
      </w:r>
    </w:p>
    <w:p>
      <w:r>
        <w:br w:type="page"/>
      </w:r>
    </w:p>
    <w:p>
      <w:pPr>
        <w:pStyle w:val="Heading1"/>
      </w:pPr>
      <w:r>
        <w:t>Урок 704. А что мы будем смотреть и слушать?</w:t>
      </w:r>
    </w:p>
    <w:p>
      <w:r>
        <w:t>Размышляя о том, какое влияние оказывает на нас и на нашу семью чтение всевозможной литературы и нахождение в социальных сетях, мы с женой также обратили внимание на следующее. Не меньше на нас воздействует и то, что мы слушаем и на что смотрим.</w:t>
      </w:r>
    </w:p>
    <w:p>
      <w:r>
        <w:t>В моей машине есть радио, и когда мы с женой ездили на далёкие расстояния, мы выбирали себе ту волну, на которой можно было послушать шансон или приятные современные песни. Хоть они и не все оказывались хорошего содержания, а некоторые даже вызывали раздражение, но там были и приятные мелодии с романтическими словами. И это убеждало нас в том, что подобные радиопередачи можно слушать.</w:t>
      </w:r>
    </w:p>
    <w:p>
      <w:r>
        <w:t>Иногда мы ставили диски с христианскими песнями, которые порою ничем не отличались от мирских, но частое повторение одних и тех же мелодий нас утомляло, и мы вновь возвращались к радио, которое не переставало нас радовать своим разнообразием.</w:t>
      </w:r>
    </w:p>
    <w:p>
      <w:r>
        <w:t>Когда звучала песня о разврате или насилии, мы старались её делать потише, ожидая, что следующая композиция окажется лучше.</w:t>
      </w:r>
    </w:p>
    <w:p>
      <w:r>
        <w:t>Где-то мы слышали о том, что музыка может влиять на наш характер и отвращать нас от Бога. И мы даже пытались какое-то время воздерживаться от прослушивания мирских мелодий, но привычка быть в постоянном шуме одерживала победу, и мы вновь включали радио.</w:t>
      </w:r>
    </w:p>
    <w:p>
      <w:r>
        <w:t>Некоторые песни так нам нравились и прилипали к языку, что приходилось напевать их в течение дня. Иногда и это надоедало, но мы не знали, как от этого избавиться, да и не хотелось.</w:t>
      </w:r>
    </w:p>
    <w:p>
      <w:r>
        <w:t>Меня всегда удивляло, что у любого артиста есть пара лирических песен, которые открывают твоё сердце, а когда ты думаешь, что у него всё такое прекрасное, ты сталкиваешься со всякой нечистой. И её тоже приходится слушать, ведь этот певец спел для тебя что-то прекрасное.</w:t>
      </w:r>
    </w:p>
    <w:p>
      <w:r>
        <w:t>Однажды наш пастор посоветовал нам посмотреть одну телепередачу под названием: «Колокола Ада», в которой рассказывалось об авторе мирских произведений, а особенно рок-музыки. Мы посмотрели и задумались. Получается, что всё это время мы слушали сатану и пели ему его же песни, называясь при этом Божьими детьми! Нам стало не по себе. Мы решили обсудить этот вопрос на семейном совете.</w:t>
      </w:r>
    </w:p>
    <w:p>
      <w:r>
        <w:t>Мы склонили колени и попросили Божьего водительства для нашей беседы. Размышляя о том, что мы слушали, и как это на нас влияло, нам стало понятно, что мирской дух постепенно овладевает нашим сознанием и мешает нам в духовном развитии. Божьи истины не трогают наши сердца так, как это было в начале нашего знакомства с Богом. А спокойные христианские гимны кажутся нам скучными и заунывными. Хоть мы и читали о том, что музыка оказывает на разум человека огромное влияние, мы почему-то считали, что это должна быть какая-то ангельская песня, особенно красивая, которая нравится всем.</w:t>
      </w:r>
    </w:p>
    <w:p>
      <w:r>
        <w:t>В отношении рока и джаза мы согласились сразу, что это плохо и вредно, но вот что делать с лирическими песнями, которые так теребили душу, мы не знали.</w:t>
      </w:r>
    </w:p>
    <w:p>
      <w:r>
        <w:t>Решили взять пост и молиться на эту тему. Я предложил на всякий случай удалить из дома и со всех электронных приборов все произведения, которые не имеют никакого отношения к религии и нашей вере. Хоть для нас это было тяжело, но мы подумали, что лучше не слушать ничего, чем кормить свой разум всяким мусором. Возможно, это и выглядело радикальным, но нам нужно было что-то предпринять, ведь так хотелось удалить из дома всё заклятое.</w:t>
      </w:r>
    </w:p>
    <w:p>
      <w:r>
        <w:t>Все диски, кассеты и электронные файлы безжалостно уничтожались. Нам было радостно находить очередного мирского товарища и ломать его вместе с коробкой для хранения. Чем меньше оставалось у нас этого «добра», тем приятнее было нам выбрасывать очередное. Под цензурой оказались и многие так называемые «христианские» песни, которые хоть и имели религиозные слова, но по стилю исполнения были очень похожи на попсу.</w:t>
      </w:r>
    </w:p>
    <w:p>
      <w:r>
        <w:t>Я понимал, что мы, возможно, приняли крайние меры, но это была наша семья и наш дом, и мы советовались относительно каждой находки, прежде чем её ликвидировать.</w:t>
      </w:r>
    </w:p>
    <w:p>
      <w:r>
        <w:t>После глобальной зачистки мы вновь сели за стол переговоров и решили всё обсудить. Я спросил жену о том, стала бы она ломать мои диски, если бы я был против. Она, подумав, ответила, что не пожелала бы делать подобное против моей воли, а только бы удалила то, над чем имеет свою власть.</w:t>
      </w:r>
    </w:p>
    <w:p>
      <w:r>
        <w:t>А если бы я продолжал слушать то, что и слушал раньше? Она сказала, что не смогла бы мне это запрещать, но стала бы больше молиться за меня и просила бы защиты для своего разума.</w:t>
      </w:r>
    </w:p>
    <w:p>
      <w:r>
        <w:t>Я был настроен на подобное отношение и сказал ей об этом. И мы вместе обрадовались тому, какую свободу мы имеем в любви друг к другу, но в то же время можем вместе приходить к правильному единству в принципиальных вопросах.</w:t>
      </w:r>
    </w:p>
    <w:p>
      <w:r>
        <w:t>Вместе с музыкой мы удалили и всевозможные аудиокниги подозрительных авторов.</w:t>
      </w:r>
    </w:p>
    <w:p>
      <w:r>
        <w:t>Размышляя о том, как это здорово не читать и не слушать то, что не назидает, мы поняли, что надо также решить что-то и с нашей домашней видеотекой. В ней хранились старые кассеты ещё из прошлой жизни, а также и всевозможные диски с фильмами, которые иногда нас развлекали.</w:t>
      </w:r>
    </w:p>
    <w:p>
      <w:r>
        <w:t>Мы уже поняли принцип чистоты наших полок и мыслей, и поэтому нам не нужно было что-то долго объяснять. Всё подозрительное и опасное было быстро нами испорчено и уничтожено и отправилось вслед за своими сородичами в мусорный бак.</w:t>
      </w:r>
    </w:p>
    <w:p>
      <w:r>
        <w:t>Мы радовались и удивлялись тому, как долго всё это копилось, как дорого это стоило, и как быстро это уходило на тот свет без всякого сожаления с нашей стороны.</w:t>
      </w:r>
    </w:p>
    <w:p>
      <w:r>
        <w:t>Только вот единственное место, которое нам так и не удалось очистить — это наша память. Враг то и дело напоминал нам знакомые мелодии, которые невзначай появлялись на языке, или разные сцены из фильмов, которые неожиданно всплывали в памяти и мешали думать о главном.</w:t>
      </w:r>
    </w:p>
    <w:p>
      <w:r>
        <w:t>Мы решили заполнить создавшийся вакуум чем-то духовным, ценным и полезным.</w:t>
      </w:r>
    </w:p>
    <w:p>
      <w:r>
        <w:t>Нас очень выручили аудиокниги Духа Пророчества и других духовных авторов, которые наши собратья озвучивали и бесплатно выставляли в интернете на всевозможных площадках.</w:t>
      </w:r>
    </w:p>
    <w:p>
      <w:r>
        <w:t>В нашей коллекции было много христианских фильмов, от которых мы не сразу избавились, но по мере нашего духовного роста мы понимали, что при визуализации Божьих вестей многие Библейские истины искажаются и представляются с режиссерским дополнением, что не соответствует Божьим принципам.</w:t>
      </w:r>
    </w:p>
    <w:p>
      <w:r>
        <w:t>Интересно то, что хоть мы и ограничили свою «духовную кухню» до минимума вредных продуктов, но мы не голодали, а скорее наоборот, у нас стал появляться здоровый аппетит к полезной и духовной информации, которая начала радовать наши сердца и открывать красоту и глубину Божьего характера, делая это нашим достоянием.</w:t>
      </w:r>
    </w:p>
    <w:p>
      <w:r>
        <w:t>Мы с женой договорились быть подотчетными друг перед другом о том, что мы читаем, смотрим и слушаем, и выбирать что-то общее, что могли бы потом вместе обсуждать и выносить для себя из этого полезное.</w:t>
      </w:r>
    </w:p>
    <w:p>
      <w:r>
        <w:t>Со временем Господь показал нам, в какой смертельной опасности находились наши души, которые мы так активно поили вавилонским вином. Призыв выйти из Вавилона стал нам очень понятен, когда мы полностью покинули эту территорию. Где-то было страшно подумать, что мы там жили и не тужили. Но Господь вывел нас оттуда в Свой свет.</w:t>
      </w:r>
    </w:p>
    <w:p>
      <w:r>
        <w:t>В чистоте мыслей и чувств наша любовь и дружба продолжала активно расти и утверждаться.</w:t>
      </w:r>
    </w:p>
    <w:p>
      <w:pPr>
        <w:pStyle w:val="Heading2"/>
      </w:pPr>
      <w:r>
        <w:t>Домашнее задание 704</w:t>
      </w:r>
    </w:p>
    <w:p>
      <w:r>
        <w:t>1. Прочитайте, пожалуйста, Еккл.7:5; Откр.14:8; 18:4,22-23; Еф.5:15-21; Исх.32:17-19; Пс.68:31; 100:3; Ис.30:29; Ам.8:3,10; Откр.14:3 в свете этого урока.</w:t>
      </w:r>
    </w:p>
    <w:p>
      <w:r>
        <w:t>2. Что вы поняли из этого урока?</w:t>
      </w:r>
    </w:p>
    <w:p>
      <w:r>
        <w:t>3. Какие ещё стихи из Библии пришли вам на память?</w:t>
      </w:r>
    </w:p>
    <w:p>
      <w:r>
        <w:t>4. Влияет ли на разум человека то, на что он смотрит и слушает? 2Кор.3:18.</w:t>
      </w:r>
    </w:p>
    <w:p>
      <w:r>
        <w:t>5. Может ли мирская музыка или фильмы пагубно влиять на мой разум? Флп.4:8.</w:t>
      </w:r>
    </w:p>
    <w:p>
      <w:r>
        <w:t>6. Стоит ли любое очищение начинать с себя и своего дома? Мат.7:3-5.</w:t>
      </w:r>
    </w:p>
    <w:p>
      <w:r>
        <w:t>7. Важно ли будет в последнее время оставить и удалить из своей жизни всё то, что может развращать мой разум?</w:t>
      </w:r>
    </w:p>
    <w:p>
      <w:r>
        <w:t>8. Будет ли правильно считать все мирские песни нечистыми? Иов.14:4.</w:t>
      </w:r>
    </w:p>
    <w:p>
      <w:r>
        <w:t>9. Стоит ли судить тех, кто не понимает опасность связи с миром через фильмы и музыку так, как это понимаете вы? Мат.7:1-2.</w:t>
      </w:r>
    </w:p>
    <w:p>
      <w:r>
        <w:t>10. Что происходит в разуме человека, который взирает на дела сатаны и слушает его музыку?</w:t>
      </w:r>
    </w:p>
    <w:p>
      <w:r>
        <w:t>11. Может ли человек очистить свою память от того, что он видел и слышал?</w:t>
      </w:r>
    </w:p>
    <w:p>
      <w:r>
        <w:t>12. Как вы считаете, думают ли авторы и исполнители мирских песен о вашем покаянии и спасении?</w:t>
      </w:r>
    </w:p>
    <w:p>
      <w:r>
        <w:t>13. Имеет ли сатана успех по обольщению мира через киноиндустрию?</w:t>
      </w:r>
    </w:p>
    <w:p>
      <w:r>
        <w:t>14. Что делать, если я не мыслю жизни без радио и фильмов, но желаю попасть в Божье Царство?</w:t>
      </w:r>
    </w:p>
    <w:p>
      <w:r>
        <w:t>15. Какую печать может поставить Бог на чело с поврежденным разумом?</w:t>
      </w:r>
    </w:p>
    <w:p>
      <w:r>
        <w:br w:type="page"/>
      </w:r>
    </w:p>
    <w:p>
      <w:pPr>
        <w:pStyle w:val="Heading1"/>
      </w:pPr>
      <w:r>
        <w:t>Урок 705. Ревность</w:t>
      </w:r>
    </w:p>
    <w:p>
      <w:r>
        <w:t>Мы с женой доверяли друг другу, и это выражалось в том, что каждый из нас в рамках семьи мог выбирать свой жизненный путь, который был больше всего по сердцу. Мы не препятствовали друг другу в общении с остальными людьми и не контролировали, как это общение происходит.</w:t>
      </w:r>
    </w:p>
    <w:p>
      <w:r>
        <w:t>Однажды со мной произошло нечто странное. И от этого в мою жизнь вошли тяжёлые переживания. В нашу общину стал ходить один брат, который имел раньше виды на мою жену, когда она была одинока, и даже предлагал ей руку и сердце. Но я оказался лучше, а он получил вежливый отказ. В то время у меня эта история вызвала радость, ведь выбрали меня. Я не интересовался жизнью этого брата, а сконцентрировал всё своё внимание на той, которая покорила моё сердце. Но сейчас, когда гормоны успокоились, я стал замечать, что моя жена становится очень творческой и жизнерадостной, когда этот брат появляется рядом. Хоть она всегда соблюдала дистанцию и не позволяла никому никакой фамильярности и флирта, ни до брака, ни после него, но я почему-то стал видеть в этом брате соперника, который, как мне казалось, может у меня забрать мою половинку. А этот мужчина был очень тактичным и дружелюбным, не давая мне никакого повода для ревности, но оставаясь жизнерадостным, общаясь со всеми собратьями и с моей женой.</w:t>
      </w:r>
    </w:p>
    <w:p>
      <w:r>
        <w:t>Всякий раз, когда он появлялся в поле нашего зрения, я тут же начинал наблюдать за реакцией жены, а она естественно радовалась ему как брату и другу и не скрывала этой радости от меня.</w:t>
      </w:r>
    </w:p>
    <w:p>
      <w:r>
        <w:t>Я не понимал, что происходит в моём сердце, но меня это стало вначале возмущать, а потом и злить. Я долго сдерживал свои переживания, но в один прекрасный день, когда моя жена была чересчур эмоциональна, я не выдержал и с сарказмом высказал своё мнение о том, что не надо так смотреть на этого брата, потому что мне это не нравится. После этих слов в моём сердце стали происходить странные вещи. Какие-то новые и непонятные эмоции приливали к разуму, вызывая во мне дух возмущения и стараясь вывести меня из духовного равновесия. Я насторожился, потому что понимал, что это не похоже на любовь и имеет другую природу, но само воспоминание о радости моей жены в отношении этого брата возмущало меня всё больше и больше. А когда она попросила меня на семейном совете дать объяснение моим придиркам, то я просто взорвался, обвиняя её в страшных грехах, которых она, похоже, не имела даже в мыслях.</w:t>
      </w:r>
    </w:p>
    <w:p>
      <w:r>
        <w:t>Что-то встало между нами, а злой дух внушал мне, что жена принадлежит мне, и никто кроме меня не имеет права на её радушие и дружелюбие. Все её заверения в любви ко мне ничуть меня не успокаивали. И хоть я понимал, что люблю этого человека, и временами успокаивался, но одна мысль об этом брате и то, как жена ему приветливо улыбалась, выводила меня из себя.</w:t>
      </w:r>
    </w:p>
    <w:p>
      <w:r>
        <w:t>Я заметил, что становлюсь неадекватным в своей ревности, и что она начинает постепенно распространяться на всех других братьев, да и некоторые сёстры тоже меня уже не радовали, так как отвлекали внимание моей жены от меня. Хоть я и пытался себя сдерживать и скрывал свои чувства, но жена всё видела и понимала.</w:t>
      </w:r>
    </w:p>
    <w:p>
      <w:r>
        <w:t>Наши отношения стали охладевать, а семейные советы сводились к моим претензиям о том, что нельзя менять семью на каких-то мужиков и проводить столько времени с подругами.</w:t>
      </w:r>
    </w:p>
    <w:p>
      <w:r>
        <w:t>Я начал замечать, что от моих претензий к жене она не стала ближе ко мне, но искала себе любое занятие, лишь бы не возбуждать во мне этот странный дух. Да и сам я понимал, что что-то не так, а ничего не мог поделать.</w:t>
      </w:r>
    </w:p>
    <w:p>
      <w:r>
        <w:t>Однажды, когда моя жена была в ванной, я взял её телефон, чтобы понять, с кем и о чём она общается. Я внимательно перечитывал все её переписки с братьями, но это было деловое общение, а я так хотел найти улики. В этот момент что-то коснулось моего сердца и я задал себе вопрос: «А что с тобой происходит, друг? Ты ведь не был таким?» Я отложил телефон и задумался: «К чему я пришёл и куда иду?» Эти мысли теребили мой разум. Вдруг я осознал, что теряю любовь и не имею её в своей пустой ревности, но своими силами не могу ничего исправить.</w:t>
      </w:r>
    </w:p>
    <w:p>
      <w:r>
        <w:t>Решил поговорить с пастором. Назначив встречу, я рассказал всю свою историю, не скрывая ничего. А он внимательно слушал меня и потом объяснил мне, что я зашёл на запретную территорию и нарушил свободу своей жены без всякой причины. Её верность основывается не на моих требованиях, а на верности Богу, и она принадлежит своему Спасителю как искупленная Им от власти греха. Хоть семья и ставит нас в жёсткие рамки, но мы не должны становиться совестью друг друга и во Христе имеем свободу, будучи зависимыми от Божьей благодати, а подобная ревность — это одна из разновидностей гордости.</w:t>
      </w:r>
    </w:p>
    <w:p>
      <w:r>
        <w:t>Также пастор, осознавая, что со мной происходит, дал мне понять, что этот грех разрушит меня и нашу семью, если я не покаюсь и не получу освобождение свыше. Единственным оправданием для ревности может быть только измена супруги, но это будут совсем другие переживания.</w:t>
      </w:r>
    </w:p>
    <w:p>
      <w:r>
        <w:t>Я понял, что враг овладел мной и желает меня погубить и разрушить мою семью. А пастор учил меня тому, что я сам должен решить этот вопрос с Иисусом и молиться до тех пор, пока Господь меня не освободит.</w:t>
      </w:r>
    </w:p>
    <w:p>
      <w:r>
        <w:t>Я настроился на победу в этом вопросе, хотя гордость мешала мне понять моё истинное жалкое состояние. Мы помолились с пастором, но ничего не изменилось. Да я и не знал, что должно произойти. Но я решил идти до конца в этой борьбе, потому что понимал, что злой дух лишает меня любви и не приносит радости в общении. Я также заметил, что жена стала чаще уединяться для молитвы, и её жизнерадостность в наших отношениях была неестественной.</w:t>
      </w:r>
    </w:p>
    <w:p>
      <w:r>
        <w:t>В один из вечеров я решил молиться за себя и свою семью, пока не получу ответа. Сказал жене о своих планах и, уединившись, стал просить Бога об освобождении. Чем дольше я молился, тем больше хотелось спать, но я становился всё решительнее, а молитва всё смиреннее. Потом я пришёл к тому, что я ничего доброго в себе не имею, и если Господь меня не освободит, то я не знаю, к кому идти со своей нуждой. Я стал просить слёз, и они пришли. Так было радостно сознавать себя ничтожным, а Бога — великим. Настало утро, а я продолжал молиться и говорил Господу о том, что не отпущу Его, пока не благословит. Наступил день, а я всё просил и просил, исповедуя свои грехи, очистить моё злое сердце и удалить всякое беззаконие. Я верил в то, что Господь слышит и отвечает.</w:t>
      </w:r>
    </w:p>
    <w:p>
      <w:r>
        <w:t>Ближе к вечеру что-то произошло в моей голове, и стало так легко и радостно. Я понял, что Иисус освободил меня. Вспомнил того брата и так был рад тому, что он есть. С воодушевлением побежал сообщить об этом жене и нашёл её в молитве и слезах. Я склонился рядом с ней и, извинившись, сообщил ей о пережитом. Она обняла меня и сказала, что прощает и любит.</w:t>
      </w:r>
    </w:p>
    <w:p>
      <w:r>
        <w:t>Мне было так стыдно за своё поведение и так радостно за освобождение. А потом я пригласил этого брата к нам в гости и специально оставил его беседовать наедине с женой и отлучился ненадолго по делам. Мне хотелось проверить себя, и я убедился в том, что я полностью свободен от всякого зла. Придя домой, я нашёл гостя мирно беседующим со своей женой и присоединился к разговору. Моя любовь вновь была со мной, и все это видели.</w:t>
      </w:r>
    </w:p>
    <w:p>
      <w:pPr>
        <w:pStyle w:val="Heading2"/>
      </w:pPr>
      <w:r>
        <w:t>Домашнее задание 705</w:t>
      </w:r>
    </w:p>
    <w:p>
      <w:r>
        <w:t>1. Прочитайте, пожалуйста, 1Кор.13:4; Пс.36:1-11; Прит.6:32-35; 24:1; 27:4; Числ.5:29-31; 11:26-29; Иак.4:4-7; Еккл.9:5-10; Деян.17:4-5; Гал.4:16-18; Флп.3:6-7 в свете этого урока.</w:t>
      </w:r>
    </w:p>
    <w:p>
      <w:r>
        <w:t>2. Что вы поняли из этого урока?</w:t>
      </w:r>
    </w:p>
    <w:p>
      <w:r>
        <w:t>3. Какие ещё стихи из Библии пришли вам на память?</w:t>
      </w:r>
    </w:p>
    <w:p>
      <w:r>
        <w:t>4. Какие виды ревности, описанные в Библии, вы знаете? Важно ли понимать эти виды и отделять их друг от друга?</w:t>
      </w:r>
    </w:p>
    <w:p>
      <w:r>
        <w:t>5. Почему, в одном случае ревность — это проявление гордости, а в другом случае — это имя Бога? Втор.4:24; Исх.34:14.</w:t>
      </w:r>
    </w:p>
    <w:p>
      <w:r>
        <w:t>6. Правильно ли считать свою вторую половину своей собственностью и ограничивать её в свободе общения?</w:t>
      </w:r>
    </w:p>
    <w:p>
      <w:r>
        <w:t>7. Позволяет ли свобода в Иисусе вседозволенность во грехе?</w:t>
      </w:r>
    </w:p>
    <w:p>
      <w:r>
        <w:t>8. Что переживает человек, которого ревнуют к каждому встречному?</w:t>
      </w:r>
    </w:p>
    <w:p>
      <w:r>
        <w:t>9. В чём отличие верности из страха от верности из любви?</w:t>
      </w:r>
    </w:p>
    <w:p>
      <w:r>
        <w:t>10. Может ли человек своими силами избавиться от ревнивого духа?</w:t>
      </w:r>
    </w:p>
    <w:p>
      <w:r>
        <w:t>11. Сделает ли ревность другого человека счастливым?</w:t>
      </w:r>
    </w:p>
    <w:p>
      <w:r>
        <w:t>12. Счастливы ли по своей природе ревнивые люди?</w:t>
      </w:r>
    </w:p>
    <w:p>
      <w:r>
        <w:t>13. Что делать, если я вижу в себе ревность без причины?</w:t>
      </w:r>
    </w:p>
    <w:p>
      <w:r>
        <w:t>14. Почему ревнивые люди являются убийцами любви и дружбы?</w:t>
      </w:r>
    </w:p>
    <w:p>
      <w:r>
        <w:t>15. Как понять, что я не ревнивый человек?</w:t>
      </w:r>
    </w:p>
    <w:p>
      <w:r>
        <w:br w:type="page"/>
      </w:r>
    </w:p>
    <w:p>
      <w:pPr>
        <w:pStyle w:val="Heading1"/>
      </w:pPr>
      <w:r>
        <w:t>Урок 706. Болезнь мужа</w:t>
      </w:r>
    </w:p>
    <w:p>
      <w:r>
        <w:t>В своём сердце я решил никогда не болеть, потому что это не было модным в родительском доме. От предков мне досталось крепкое здоровье, и я считал, что оно принадлежит мне по праву и является для меня само собой разумеющимся. Но, когда Господь, по Своей милости, открыл мне свет санитарной реформы, я понял, что здоровье — это Божий дар, о котором нужно заботиться и бережно хранить. Тогда оно будет радовать тебя всю жизнь и сопровождать в любом испытании. А если потеряешь здоровье, то оно нигде не продаётся, чтобы вот так просто получить его обратно.</w:t>
      </w:r>
    </w:p>
    <w:p>
      <w:r>
        <w:t>Моя жена была более скромного мнения о себе и постоянно переживала о том, чтобы никакие внешние факторы не стали причиной болезни кого-то из нашей семьи, и периодически просила меня сделать то-то или не делать того-то, чтобы случайно не заболеть. Я понимал, что не всегда подобные просьбы были разумны в свете санитарной реформы, и что многие вещи имеют в своём основании общепринятые стереотипы, но наша любовь друг к другу помогала нам находить компромиссы и мирно жить под одной крышей.</w:t>
      </w:r>
    </w:p>
    <w:p>
      <w:r>
        <w:t>Однажды в нашу семью пришло испытание под названием «я заболел». Это было похоже по симптомам на грипп и очень быстро полностью вывело меня из нормального состояния. Голова стала раскалываться от боли, тело кидало в озноб, силы оставляли меня, и хотелось куда-то лечь и ничего не делать, и ни о чём не думать. Было такое ощущение, что я живу последний день и уже ничего не смогу изменить. В это время я даже не мог молиться, как обычно, но ограничивался короткими словами благодарности Богу о нагрянувшем испытании и слабыми просьбами об исцелении.</w:t>
      </w:r>
    </w:p>
    <w:p>
      <w:r>
        <w:t>Моя жена сразу оценила ситуацию и взяла на себя инициативу по уходу за мной, а я просил её держаться от меня подальше, чтобы не заразиться. На это она отвечала, что ей некогда болеть и нужно успеть облегчить мои страдания. А мне хотелось только лежать и ни о чём не думать. Говорят, мужчины тяжелее переносят болезни, чем женщины, и поэтому их лучше в эту пору не напрягать излишними заданиями.</w:t>
      </w:r>
    </w:p>
    <w:p>
      <w:r>
        <w:t>Единственное мероприятие, на которое у меня хватило сил, — это принять контрастный душ и упасть после него в постель. Есть ничего не хотелось, да и не было сил. А жена то и дело предлагала какие-то новые блюда, стараясь чем-то меня накормить. В результате ей удалось только напоить меня чаем с мёдом, после чего я уснул.</w:t>
      </w:r>
    </w:p>
    <w:p>
      <w:r>
        <w:t>Сон облегчил мои страдания, но не решил проблему болезни. Я тихо лежал в кровати и смирялся душой и телом. После очередного вопроса жены о том, не хочу ли я чего-то поесть, я твёрдо сказал, что беру пост и буду только пить воду. Она поняла, что спорить бесполезно, и пошла изучать, что делать с подобными больными и как им помочь встать на ноги. Советуясь со специалистами, она узнала, что при таком недуге нужно подождать пару переломных дней, а потом организм пойдёт на поправку. Она пыталась закрыть окно и завесить шторы в комнате больного, против чего я выразил протест, так как знал, что свет и свежий воздух являются лучшими союзниками для выздоровления.</w:t>
      </w:r>
    </w:p>
    <w:p>
      <w:r>
        <w:t>Хоть я и был недееспособным, но полученный свет реформы здоровья помогал мне держать под контролем своё положение и предпринимать самостоятельные шаги для исцеления. Я вспомнил, что весёлое сердце, как врачество, и решил быть счастливым в этом тяжёлом испытании, прося у Бога радости в соответствии с моим выбором, создавая на лице подобие улыбки. И радость пришла.</w:t>
      </w:r>
    </w:p>
    <w:p>
      <w:r>
        <w:t>А жена тем временем приготовила мне порцию каких-то таблеток, уговаривая меня их выпить. Я её заверил в том, что я заболел не от недостатка пилюль, а потому, что в чём-то нарушил законы здоровья, и теперь пожинаю последствия.</w:t>
      </w:r>
    </w:p>
    <w:p>
      <w:r>
        <w:t>Через пару дней я понял, что остаюсь жить дальше, и это придало мне моральных сил для борьбы с недугом. Свежие фрукты и чистая вода стали моей едой, а свежий воздух — моим постоянным спутником в комнате для больного. Жена тем временем расположилась в гостиной и не тревожила меня лишний раз, но всегда была начеку, чтобы хоть чем-то послужить. Я знал, что она молится за моё исцеление, и был очень благодарен Богу за такой прекрасный подарок.</w:t>
      </w:r>
    </w:p>
    <w:p>
      <w:r>
        <w:t>Когда моя голова стала нормально работать, я начал размышлять о причине своей болезни. Мне очень хотелось найти её. Решил проверить себя по восьми факторам здоровья. Это оказалось совсем несложно. К своему стыду, я понял, что, зная, как всё должно быть, и уча других жить по этим принципам, я сам грубо нарушал все эти пункты, кроме доверия Богу.</w:t>
      </w:r>
    </w:p>
    <w:p>
      <w:r>
        <w:t>Господь мне ясно показал, насколько я самонадеян в своём решении не болеть, ведь при этом я нарушал всё, что способствует сохранению и укреплению здоровья. Я уподобился неразумным девам из Мат.25:1-12, которые знали, что нужно было делать, но ничего не предпринимали для своего спасения.</w:t>
      </w:r>
    </w:p>
    <w:p>
      <w:r>
        <w:t>Взять хотя бы воздух, солнце, воду и физическую активность. Казалось бы, всё это присутствует в моей жизни, но я не умею правильно дышать и не понимаю, что это такое. Самое большое, чего я достигаю, — это сон с открытым окном, считая, что этого достаточно.</w:t>
      </w:r>
    </w:p>
    <w:p>
      <w:r>
        <w:t>Я радуюсь солнцу, но не даю его лучам касаться своего тела, прячась при любой возможности в тень или закутываясь в тёмные одежды. А оно питает и восстанавливает мой организм при непосредственном контакте с ним.</w:t>
      </w:r>
    </w:p>
    <w:p>
      <w:r>
        <w:t>Я пью воду, но какую и как? Самая лучшая вода — это свежая, из естественного источника или талая. Но где её взять? Город — не самое хорошее место для добычи чистой питьевой воды. А моё тело нуждается в ней, как изнутри, так и снаружи. Что я могу ему предложить?</w:t>
      </w:r>
    </w:p>
    <w:p>
      <w:r>
        <w:t>Почему я, зная, что мне необходимо, довольствуюсь лишь тем, что делаю здоровый вид, соблюдая лишь поверхностные вещи?</w:t>
      </w:r>
    </w:p>
    <w:p>
      <w:r>
        <w:t>Я, как считаю, активен физически, но что это за активность в свете реформы здоровья? Пройтись от дивана до кухни и туалета — это тоже движения, но минимальные. Моя кровь нуждается в периодических нагрузках на тело, чтобы обновляться и быстрее течь по венам, питая собой каждую клеточку. А плоть ищет мягкий диван, чтобы с его вершины наблюдать за мировыми событиями вокруг себя. В результате сонливость и лень прилепляются ко мне, лишая меня всякого желания к активным движениям.</w:t>
      </w:r>
    </w:p>
    <w:p>
      <w:r>
        <w:t>Я люблю есть вкусную и полезную пищу, но она не появляется на моём столе просто так из ниоткуда. И я приспособился к тому, что доверяю непроверенным производителям кормить меня непонятно чем, считая, что они должны заботиться о моём здоровье, предлагая мне всё самое лучшее и свежее. А, читая состав на упаковке, я ужасаюсь тому, чем нас кормят. И я хочу, поедая с полезной едой всевозможные эмульгаторы, быть здоровым?</w:t>
      </w:r>
    </w:p>
    <w:p>
      <w:r>
        <w:t>Моя умеренность должна распространяться на всё. Начиная с питья и питания, затрагивая работу, увлечения и спальную комнату, всё должно быть в определённых рамках воздержания. А я, будучи твёрд в одном, преизбыточествую в другом. А так не должно быть.</w:t>
      </w:r>
    </w:p>
    <w:p>
      <w:r>
        <w:t>Мой отдых мне стал непонятен. Вечером трудно лечь, а утром сложно встать. За неделю я так устаю, что приходится отсыпаться всю субботу. Но это неправильно.</w:t>
      </w:r>
    </w:p>
    <w:p>
      <w:r>
        <w:t>И так, лёжа на одре болезни, я размышлял о себе и не знал, как мне быть и жить.</w:t>
      </w:r>
    </w:p>
    <w:p>
      <w:r>
        <w:t>Бедный я человек! Кто избавит меня от сего тела смерти?</w:t>
      </w:r>
    </w:p>
    <w:p>
      <w:pPr>
        <w:pStyle w:val="Heading2"/>
      </w:pPr>
      <w:r>
        <w:t>Домашнее задание 706</w:t>
      </w:r>
    </w:p>
    <w:p>
      <w:r>
        <w:t>1. Прочитайте, пожалуйста, Прит.17:22; Мат.24:8; Пс.89:10; Исх.15:26; 23:25; Втор.7:12,15; 28:58-61; 2Пар.16:12; Иов.33:16-20; Пс.114:3-4; Ис.53:3-4; Мат.4:23-24; Лук.9:1; Откр.21:4 в свете этого урока.</w:t>
      </w:r>
    </w:p>
    <w:p>
      <w:r>
        <w:t>2. Что вы поняли из этого урока?</w:t>
      </w:r>
    </w:p>
    <w:p>
      <w:r>
        <w:t>3. Какие ещё стихи из Библии пришли вам на память?</w:t>
      </w:r>
    </w:p>
    <w:p>
      <w:r>
        <w:t>4. Что такое болезнь и почему она приходит?</w:t>
      </w:r>
    </w:p>
    <w:p>
      <w:r>
        <w:t>5. Почему болеют люди?</w:t>
      </w:r>
    </w:p>
    <w:p>
      <w:r>
        <w:t>6. Желает ли Господь видеть нас здоровыми и научить нас не болеть?</w:t>
      </w:r>
    </w:p>
    <w:p>
      <w:r>
        <w:t>7. Вы что-то слышали о реформе здоровья? Если да, то какое место она занимает в вашей жизни?</w:t>
      </w:r>
    </w:p>
    <w:p>
      <w:r>
        <w:t>8. Стоит ли для профилактики испробовать все Божьи методы исцеления?</w:t>
      </w:r>
    </w:p>
    <w:p>
      <w:r>
        <w:t>9. Почему Иисус предупреждал нас о начале болезней в Мат.24:8, а потом добавил, что во многих охладеет любовь?</w:t>
      </w:r>
    </w:p>
    <w:p>
      <w:r>
        <w:t>10. Имеет ли радостный дух силу к быстрому исцелению? Прит.17:22.</w:t>
      </w:r>
    </w:p>
    <w:p>
      <w:r>
        <w:t>11. Что делать, чтобы не болеть?</w:t>
      </w:r>
    </w:p>
    <w:p>
      <w:r>
        <w:t>12. Что ждёт тех, кто отвергнет свет Божьей реформы здоровья?</w:t>
      </w:r>
    </w:p>
    <w:p>
      <w:r>
        <w:t>13. Важно ли в последнее время заботиться о своём здоровье и понимать законы здоровья?</w:t>
      </w:r>
    </w:p>
    <w:p>
      <w:r>
        <w:t>14. Какое отношение имеет здоровье к последнему времени и к последней вести предостережения?</w:t>
      </w:r>
    </w:p>
    <w:p>
      <w:r>
        <w:t>15. Стоит ли мне изучать законы здоровья, если я не имею медицинского образования?</w:t>
      </w:r>
    </w:p>
    <w:p>
      <w:r>
        <w:br w:type="page"/>
      </w:r>
    </w:p>
    <w:p>
      <w:pPr>
        <w:pStyle w:val="Heading1"/>
      </w:pPr>
      <w:r>
        <w:t>Урок 707. Украденное имущество</w:t>
      </w:r>
    </w:p>
    <w:p>
      <w:r>
        <w:t>Однажды моя супруга пришла домой с кипой бумажных пакетов и с огромным воодушевлением стала мне рассказывать о том, какие нужные вещи она сегодня приобрела. Подруга пригласила жену посетить «бесплатную» презентацию в салоне красоты, где заграничные специалисты за «просто так» делали всевозможные процедуры и давали пробовать различные крема и средства по уходу за кожей, объясняя целительные и волшебные свойства этих мазей. И моя дорогая половинка решила одарить себя, меня и всех своих друзей этими чудодейственными препаратами, цена которых, хоть и была высока, но зато была оправдана оригинальностью и неповторимостью.</w:t>
      </w:r>
    </w:p>
    <w:p>
      <w:r>
        <w:t>Я смотрел на её воодушевление и не понимал, что происходит. Она с таким упоением рекламировала свои покупки, что создавалось впечатление, что она продавец, а я покупатель. Но самое интересное было в конце её рассказа. Она заявила мне о том, что, так как у неё с собой не было столько денег, то ей предложили оформить кредит и ежемесячно в течение двух лет выплачивать фиксированную сумму. Я быстро сложил всё вместе и удивился результату. Получалось, что мы должны будем всё это время трудиться, чтобы покрыть проценты и оплату непонятно чего.</w:t>
      </w:r>
    </w:p>
    <w:p>
      <w:r>
        <w:t>У меня не было слов, чтобы как-то прокомментировать услышанное. Я молчал и думал о том, куда мы снова влипли. Жена, почувствовав неладное, притихла и тоже задумалась. А потом спросила меня: «Дорогой, я что-то не то сделала?» А что я мог сказать в ответ?</w:t>
      </w:r>
    </w:p>
    <w:p>
      <w:r>
        <w:t>После продолжительной паузы моя супруга стала всхлипывать, а потом так разревелась, что испугала меня. Я стал её успокаивать и говорить о том, что не надо горевать, мол, давай вначале со всем разберёмся. И пока она пыталась прийти в себя, я взял её квитанции и подписанные документы и стал внимательно их изучать.</w:t>
      </w:r>
    </w:p>
    <w:p>
      <w:r>
        <w:t>Я знал, что есть права по защите прав потребителя, и у нас, возможно, есть шанс спокойно разобраться и что-то исправить.</w:t>
      </w:r>
    </w:p>
    <w:p>
      <w:r>
        <w:t>Аккуратно пересмотрев названия всевозможных кремов и других покупок, я решил найти в интернете информацию и комментарии по этой теме. Оказалось, что это была хорошо организованная акция, с помощью которой подобным образом находили доверчивых клиентов и продавали им красивые упаковки с обычным содержанием по космическим ценам.</w:t>
      </w:r>
    </w:p>
    <w:p>
      <w:r>
        <w:t>Я внимательно прочитал условия договора с банком на кредит и понял, что там тоже не всё так просто, и даже если получится его аннулировать, то всё равно что-то мы потеряем, так как деньги уже переведены на счёт продавцов.</w:t>
      </w:r>
    </w:p>
    <w:p>
      <w:r>
        <w:t>Было очень жалко вот так быстро и просто терять свои трудовые сбережения, и я пожелал вначале отдать эту проблему Богу.</w:t>
      </w:r>
    </w:p>
    <w:p>
      <w:r>
        <w:t>Я стал тихо молиться, а когда моя жена немного успокоилась, я решил с ней всё обсудить и узнать подробности происшедшего. Из рассказа я понял, что во всей этой истории присутствовала какая-то гипнотическая сила, которая убедила жену сделать подобный шаг, а потом пыталась через неё соблазнить и меня.</w:t>
      </w:r>
    </w:p>
    <w:p>
      <w:r>
        <w:t>Я не обвинял ни в чём свою супругу, понимая, как ей сейчас нелегко, и заверил её в том, что не оставлю её, что люблю и ценю, и вместе мы и с этим справимся.</w:t>
      </w:r>
    </w:p>
    <w:p>
      <w:r>
        <w:t>Мы помолились и возложили все наши заботы по обетованию на Иисуса, потому что Он печётся о нас. 1Пет.5:7. Жена окончательно успокоилась и заявила о том, что выкинет все покупки в мусор, чтобы больше не расстраиваться. Я запротестовал, сказав, что мы попробуем вначале это вернуть продавцам.</w:t>
      </w:r>
    </w:p>
    <w:p>
      <w:r>
        <w:t>На форуме, где другие жертвы обмана делились своим негодованием, горем и жаждой возмездия, я нашёл телефон юриста, который за определённую плату был готов помочь решить этот вопрос. Вначале я захотел проверить данные этого человека, и оказалось, что у него есть целая контора, которая успешно решает подобные задачи и имеет очень много благодарных клиентов, которые обратились к ним за помощью.</w:t>
      </w:r>
    </w:p>
    <w:p>
      <w:r>
        <w:t>Мы посоветовались с женой и решили сразу связаться с этим юристом. Они оказались профессионалами в своём деле и сразу взялись за наш случай. И так как мошенники знали эту контору, то нам безоговорочно вернули все деньги за покупки, забрав свои товары обратно. А вот с банком было сложнее, так как процесс выплаты осуществился, и они желали иметь все свои проценты даже при досрочном погашении кредита. Но и это мы перенесли.</w:t>
      </w:r>
    </w:p>
    <w:p>
      <w:r>
        <w:t>Я понял, что в подобном испытании любовь также нам нужна во всей своей полноте, как и во время благоприятное.</w:t>
      </w:r>
    </w:p>
    <w:p>
      <w:r>
        <w:t>Через некоторе время мне позвонили «работники банка», где был открыт мой счёт, и заявили о том, что мошенники взломали мою карту и сняли оттуда все деньги, оставив только определённую сумму. И банк вынужден заблокировать мой счёт. Потом меня соединили с «сотрудником службы безопасности». Он сказал, спасти оставшиеся деньги можно, если срочно снять их наличными и положить через терминал на другой счёт, который мне укажут.</w:t>
      </w:r>
    </w:p>
    <w:p>
      <w:r>
        <w:t>Я, будучи человеком быстрым, решил сразу действовать и, не помолившись, побежал в банкомат снимать необходимую сумму и тут же перевёл её на указанный счёт. Мне перезвонили «работники банка» и сообщили, что теперь мои деньги в сохранности, и они смогли вычислить мошенников и вернуть украденные деньги на мой счёт. Теперь же мне нужно было срочно их снять и перевести на тот же счёт, куда я положил и предыдущие средства. Я обрадовался и решил вновь быстро действовать. Но что-то меня остановило, и я задумался. А почему они сами не могут защитить мою карту и просят перевести деньги непонятно куда? Открыв на телефоне банковскую программу, я увидел, что никто у меня ничего не снимал, а только я сам снял то, что перевёл непонятно кому. Мне стало дурно. Я вдруг понял, что меня развели мошенники и хотят обобрать меня дальше. Я не знал, что делать и стал молиться. Как мне было трудно! Негодование и горечь за свою наивность мешали мне говорить. Я даже попытался в молитве обвинить Бога за то, что Он меня не уберёг от злых людей, и я теперь несу такие убытки. Но, в конце концов, я смирился и даже прослезился от бессилия что-либо изменить.</w:t>
      </w:r>
    </w:p>
    <w:p>
      <w:r>
        <w:t>Моя жена, видя происходящее, вначале наблюдала за мной, а потом поинтересовалась о том, что случилось. Я всё рассказал, ожидая, что она начнёт плакать и ругать меня. Но она стала меня успокаивать и заверять в том, что не оставит меня и вместе со мной будет нести это бремя. Через слова этого дорогого мне человечка Господь стал врачевать мои раны.</w:t>
      </w:r>
    </w:p>
    <w:p>
      <w:r>
        <w:t>Я решил обратиться в полицию. Из слов следователя я понял, что подобных дел очень много. Эти номера и счета липовые, и эти мошенники неуловимы. Никто не хочет заниматься такими случаями. Я понял, что там где люди бессильны, начинает действовать Бог.</w:t>
      </w:r>
    </w:p>
    <w:p>
      <w:r>
        <w:t>Мошенники ещё несколько раз пытались связаться со мной, но когда они поняли, что я их рассекретил, то заблокировали мой номер и прекратили со мной связь. Я успел им засвидетельствовать о Боге и о своей вере и призвал их к покаянию. Мне бы очень хотелось, чтобы эти люди обратились от своих злых дел и были живы, но это они сами должны выбрать.</w:t>
      </w:r>
    </w:p>
    <w:p>
      <w:r>
        <w:t>Позже с нами связались другие мошенники, которые предложили за определённую сумму найти обманщиков, но я им сразу отказал.</w:t>
      </w:r>
    </w:p>
    <w:p>
      <w:r>
        <w:t>Подобные испытания очень сильно ударили по нашему семейному бюджету, но вместо осуждения мы решили любить и поддерживать друг друга в таких обстоятельствах.</w:t>
      </w:r>
    </w:p>
    <w:p>
      <w:pPr>
        <w:pStyle w:val="Heading2"/>
      </w:pPr>
      <w:r>
        <w:t>Домашнее задание 707</w:t>
      </w:r>
    </w:p>
    <w:p>
      <w:r>
        <w:t>1. Прочитайте, пожалуйста, 1Кор.16:14; Исх.23:1; Иов.15:20-35; 16:11; 31:7-8; Пс.1:1-6; 9:22-35; 36:16,35-36; 72:1-28; 93:3; 118:95; 139:9; Прит.3:33; 4:14; 6:12-15; 15:6; Еккл.7:15; 8:12-13; Ис.57:21 в свете этого урока.</w:t>
      </w:r>
    </w:p>
    <w:p>
      <w:r>
        <w:t>2. Что вы поняли из этого урока?</w:t>
      </w:r>
    </w:p>
    <w:p>
      <w:r>
        <w:t>3. Какие ещё стихи из Библии пришли вам на память?</w:t>
      </w:r>
    </w:p>
    <w:p>
      <w:r>
        <w:t>4. Вы когда-то становились жертвой обмана?</w:t>
      </w:r>
    </w:p>
    <w:p>
      <w:r>
        <w:t>5. Как вы думаете, что пережила жена Адама, когда стала общаться со змеем? Быт.3:6.</w:t>
      </w:r>
    </w:p>
    <w:p>
      <w:r>
        <w:t>6. Может ли реклама предлагать вам ненужные вещи как жизненно необходимые?</w:t>
      </w:r>
    </w:p>
    <w:p>
      <w:r>
        <w:t>7. Если ваш близкий человек стал жертвой обмана, то надо ли его за это ругать и унижать?</w:t>
      </w:r>
    </w:p>
    <w:p>
      <w:r>
        <w:t>8. Почему в наше время нечестивые люди процветают, а праведные имеют много скорбей и огненных испытаний?</w:t>
      </w:r>
    </w:p>
    <w:p>
      <w:r>
        <w:t>9. Что делать, если я понимаю, что меня обманывают и хотят обобрать, а у меня нет сил и мудрости этому противостоять?</w:t>
      </w:r>
    </w:p>
    <w:p>
      <w:r>
        <w:t>10. Примет ли Господь покаяние мошенников? Лук.19:8-10.</w:t>
      </w:r>
    </w:p>
    <w:p>
      <w:r>
        <w:t>11. Стоит ли своему другу давать советы о том, как нельзя доверять мошенникам, если он стал жертвой обмана и страдает от этого?</w:t>
      </w:r>
    </w:p>
    <w:p>
      <w:r>
        <w:t>12. Исполнит ли Господь Свой суд над теми, кто зарабатывает на обмане и доверии других людей?</w:t>
      </w:r>
    </w:p>
    <w:p>
      <w:r>
        <w:t>13. Стоит ли гордиться, если никому до сих пор не удалось вас обмануть?</w:t>
      </w:r>
    </w:p>
    <w:p>
      <w:r>
        <w:t>14. Как долго ещё будут существовать разные мошенники?</w:t>
      </w:r>
    </w:p>
    <w:p>
      <w:r>
        <w:t>15. Нужно ли дорожить доверием ближних и не быть для них соблазном?</w:t>
      </w:r>
    </w:p>
    <w:p>
      <w:r>
        <w:br w:type="page"/>
      </w:r>
    </w:p>
    <w:p>
      <w:pPr>
        <w:pStyle w:val="Heading1"/>
      </w:pPr>
      <w:r>
        <w:t>Урок 708. Быстрые деньги</w:t>
      </w:r>
    </w:p>
    <w:p>
      <w:r>
        <w:t>Создавая семью, я торжественно пообещал Богу и всем свидетелям, что я буду заботиться о своей жене и любить её при любых обстоятельствах. И моё обещание сразу вступило в силу и этим возложило на меня определённую ответственность.</w:t>
      </w:r>
    </w:p>
    <w:p>
      <w:r>
        <w:t>Работая руками, я заметил, что мои доходы, хоть и стабильны, но достаточно малы, чтобы удовлетворить все наши аппетиты и желания, и я стал думать о том, где бы и как заработать побольше и побыстрее.</w:t>
      </w:r>
    </w:p>
    <w:p>
      <w:r>
        <w:t>Первое, что пришло мне на ум — это лотерея по принципу 6 из 49-и. Я решил вникнуть в эту систему и стал изучать все возможности выигрыша. Шанс что-то получить оказался настолько мал, что я даже не пытался участвовать. Но, наблюдая за ходом игры и видя, как простые люди еженедельно срывают Джек-Пот (главный приз), я решил, что тоже смогу стать обладателем этого приза, ведь у меня есть Бог, Который поможет мне получить желаемое. Я решил молиться об этом, обещая отдать Богу Божье, поддержать этими деньгами детские дома, одарить этим выигрышем нуждающихся людей и что-то оставить себе для покупки своего жилья и нового автомобиля. Я заявлял о своей вере в то, что Господь силён ответить на такие благие планы. А потом я с воодушевлением посвятил свою жену в перспективу быстрого богатства. Она, к удивлению, не поддержала меня в этом деле, но и не осудила, сказав, что не понимает всей этой системы, но ей это всё напоминает мошенничество. Я запротестовал, но тоже не решался играть вслепую, ожидая, что Господь Сам назовёт мне нужные цифры, и я тогда получу главный приз. Но Бог молчал, несмотря на мои усиленные молитвы.</w:t>
      </w:r>
    </w:p>
    <w:p>
      <w:r>
        <w:t>Пришло то время, когда Джек-Пот настолько вырос, что превратился в большую сумму, которую я даже в мыслях не мог потратить.</w:t>
      </w:r>
    </w:p>
    <w:p>
      <w:r>
        <w:t>И я решился вступить на эту территорию, считая, что мне будет дан успех по моей вере. Найдя близлежащий пункт по продаже билетов, я пришёл туда и взял бланк для заполнения. Глядя на поле с цифрами, я не знал, где ставить крестик, и решил вновь помолиться, чтобы Господь направлял мою руку. Во время молитвы мне пришла мысль о том, кому принадлежит эта система, которая регулярно обирает миллионы людей, чтобы дать что-то одному. Как-то это непохоже на Небесные принципы. А потом я подумал, что тот крестик, который я буду ставить своей рукой, является моей подписью на бланке с неизвестным хозяином. И, подписываясь, я признаю его власть и вступаю под юрисдикцию этой власти, так как это был мой выбор. Мне стало не по себе от таких откровений. Где-то в душе появилась твёрдая мысль о том, что лотерея — это бизнес врага души, который питает этот мир иллюзией быстрого счастья. Положив пустой билет обратно, я вышел из этой конторы и решил никогда больше не играть в подобное.</w:t>
      </w:r>
    </w:p>
    <w:p>
      <w:r>
        <w:t>Но мысли о быстрых деньгах не покидали меня. Я понимал, что должен быть какой-то путь, ведь наш мир даёт многим такие возможности. Глядя на красивые дома и автомобили, я видел, что эти возможности для кого-то стали реальностью. Мне пришла на ум мысль — зайти в местное казино и посмотреть, как там зарабатывают деньги. Хоть я и чувствовал, что казино — это подозрительное место, но соблазн быстро разбогатеть был очень велик, и я не мог с этим ничего поделать, ведь хотелось столько всего купить и предстать пред соседями как особо благословенные Богом люди.</w:t>
      </w:r>
    </w:p>
    <w:p>
      <w:r>
        <w:t>Внутри здания казино было всё торжественно. Мне приветливо улыбались. Я ходил между столами и разными автоматами, изучал всевозможные способы быстро разбогатеть. Рулетка сулила моментальный доход с большой вероятностью выигрыша. Я видел, как игроки загребали выигранные фишки и представлял, как я стану одним из счастливчиков. Мой разум пытался мне сообщить о том, что мне нужно побыстрее покинуть это место, но мне так хотелось доказать, что я смогу стать богатым, ведь должен же быть какой-то выход. Но когда на одном из автоматов я увидел изображение улыбающегося демонического существа, я вдруг осознал, что снова нахожусь под какими-то странными чарами, и быстро покинул и это здание. Свежий воздух меня окончательно отрезвил, и я стал испытывать стыд за свои алчные мысли.</w:t>
      </w:r>
    </w:p>
    <w:p>
      <w:r>
        <w:t>Но жажда быстрой наживы не оставляла меня, и я попробовал испытать себя на биржевых играх. Уж там всё чисто, как мне казалось. Я видел, как процветает мой сосед-брокер, а чем я хуже него, ведь я к тому же и верующий человек, и Господь меня обязательно благословит особой мудростью.</w:t>
      </w:r>
    </w:p>
    <w:p>
      <w:r>
        <w:t>Так как у меня не было возможности и времени посещать брокерские курсы, то я скачал популярную программу с фондового рынка и установил там демо-версию с условным счётом. Вначале я терял все виртуальные деньги, пытаясь что-то купить и что-то продать в этом новом мире акций и курсов. Но со временем я стал анализировать рынок и предвидеть всевозможные скачки и именно в это время совершать свои сделки. Мой виртуальный счёт стал быстро расти, и я мог делать большие ставки и получать большие выигрыши.</w:t>
      </w:r>
    </w:p>
    <w:p>
      <w:r>
        <w:t>Я поделился с женой своим успехом, на что она скептически отреагировала, но, увидев большую сумму на моём счету, не стала ничего комментировать. Когда мой мнимый капитал перевалил за миллион, я решился попробовать перейти на реальные деньги. Оповестив супругу, я услышал её причитания о том, что мы можем всё потерять, но я показал ей историю своих выигрышей и то, как мудро я покупал и продавал акции и ценные бумаги. Она, изучив всё увиденное, дала молчаливое согласие. Я решил вначале заручиться Божьей поддержкой и в искренней горячей молитве обратился за Его благословением на моё решение, а потом с верою перевёл все наши сбережения на реальный счёт и стал внимательно следить за рынком ценных бумаг.</w:t>
      </w:r>
    </w:p>
    <w:p>
      <w:r>
        <w:t>За несколько дней я смог заработать кругленькую сумму и даже умудрился снять эти деньги и скинуть жене на карту, чем очень её удивил и порадовал. Мы посчитали, что в ближайшее время сможем поменять наш старенький автомобиль на более новый. Моя жена радовалась моим успехам на фондовых рынках, и мы каждый вечер возносили Богу благодарственные молитвы.</w:t>
      </w:r>
    </w:p>
    <w:p>
      <w:r>
        <w:t>Однажды у меня сорвалась перспективная сделка, и, чтобы не потерять свои деньги, я решил влить имеющуюся на счету сумму в одно мероприятие, чтобы выйти победителем. Но владелец купленных мною акций объявил себя банкротом, и я остался ни с чем.</w:t>
      </w:r>
    </w:p>
    <w:p>
      <w:r>
        <w:t>Я сидел у своего пустого счёта и не мог поверить своим глазам. Вновь и вновь я анализировал весь путь купли и продажи. Одна из банковских компаний тут же предложила мне кредит, чтобы я смог быстро отыграться и погасить взятый кредит. Но я был настолько потрясён происшедшим, что не знал, что делать дальше, и в оцепенении смотрел на экран компьютера, пытаясь получить ответ на немой вопрос: «За что, Господи?» У меня не было денег ни на бирже, ни на моём счету в банке, ни в кошельке. Я понял, что я что-то потерял.</w:t>
      </w:r>
    </w:p>
    <w:p>
      <w:r>
        <w:t>Зная законы счастья, я решил радоваться и благодарить, а на душе «скребли кошки».</w:t>
      </w:r>
    </w:p>
    <w:p>
      <w:r>
        <w:t>Когда я сообщил о своём проигрыше жене, она сразу стала горько плакать, чем усугубила моё состояние. В последующие дни я провёл время в глубоких размышлениях и молитвах. Взял пост и читал Библию, пытаясь найти ответ, и он был мне дан в Книге Притч 28:20.</w:t>
      </w:r>
    </w:p>
    <w:p>
      <w:pPr>
        <w:pStyle w:val="Heading2"/>
      </w:pPr>
      <w:r>
        <w:t>Домашнее задание 708</w:t>
      </w:r>
    </w:p>
    <w:p>
      <w:r>
        <w:t>1. Прочитайте, пожалуйста, Прит.28:20; Втор.8:10-18; Пс.61:11; 138:23-24; Прит.11:16,28; 23:4-5; Еккл.2:18-19; 5:9,18; Иер.9:23-24; 23:13; Мар.4:18-19; 10:23-25; Откр.3:17-18 в свете этого урока.</w:t>
      </w:r>
    </w:p>
    <w:p>
      <w:r>
        <w:t>2. Что вы поняли из этого урока?</w:t>
      </w:r>
    </w:p>
    <w:p>
      <w:r>
        <w:t>3. Какие ещё стихи из Библии пришли вам на память?</w:t>
      </w:r>
    </w:p>
    <w:p>
      <w:r>
        <w:t>4. Вы когда-то пытались умножить своё богатство быстрым способом?</w:t>
      </w:r>
    </w:p>
    <w:p>
      <w:r>
        <w:t>5. Важно ли понимать, кто является истинным владельцем игорного бизнеса?</w:t>
      </w:r>
    </w:p>
    <w:p>
      <w:r>
        <w:t>6. В чём отличие быстрых накоплений и сверхприбыли от последовательного откладывания сбережений?</w:t>
      </w:r>
    </w:p>
    <w:p>
      <w:r>
        <w:t>7. Является ли желание иметь быструю прибыль чем-то плохим?</w:t>
      </w:r>
    </w:p>
    <w:p>
      <w:r>
        <w:t>8. Как вы понимаете выражение Христа о собирании сокровищ на Небесах? Мат.6:19-21.</w:t>
      </w:r>
    </w:p>
    <w:p>
      <w:r>
        <w:t>9. Деньги — это зло? 1Тим.6:10.</w:t>
      </w:r>
    </w:p>
    <w:p>
      <w:r>
        <w:t>10. Какую роль в духовном мире играет моя подпись на документах врага души?</w:t>
      </w:r>
    </w:p>
    <w:p>
      <w:r>
        <w:t>11. Стоит ли задумываться о том, является ли то место, где я зарабатываю деньги, чем-то добрым в Божьих глазах?</w:t>
      </w:r>
    </w:p>
    <w:p>
      <w:r>
        <w:t>12. Какие виды проклятого бизнеса вам знакомы?</w:t>
      </w:r>
    </w:p>
    <w:p>
      <w:r>
        <w:t>13. Должны ли Божьи дети задумываться о том, какую природу и источник имеют те деньги, которые они зарабатывают?</w:t>
      </w:r>
    </w:p>
    <w:p>
      <w:r>
        <w:t>14. Вы когда-то теряли свои деньги, желая их быстро удвоить?</w:t>
      </w:r>
    </w:p>
    <w:p>
      <w:r>
        <w:t>15. Как вы понимаете стих из Прит 19:1: «Лучше бедный, ходящий в своей непорочности, нежели богатый со лживыми устами, и притом глупый»?</w:t>
      </w:r>
    </w:p>
    <w:p>
      <w:r>
        <w:br w:type="page"/>
      </w:r>
    </w:p>
    <w:p>
      <w:pPr>
        <w:pStyle w:val="Heading1"/>
      </w:pPr>
      <w:r>
        <w:t>Урок 709. Кто я такой?</w:t>
      </w:r>
    </w:p>
    <w:p>
      <w:r>
        <w:t>Привет, мой дорогой пользователь! Я хочу поговорить с тобой на понятном тебе языке. Может, ты услышишь меня и задумаешься? Можешь сам дать мне имя или спросить меня, кто я такой, что позволяю себе быть таким откровенным?</w:t>
      </w:r>
    </w:p>
    <w:p>
      <w:r>
        <w:t>Я был создан для тебя, чтобы ты мог пользоваться мной и получать максимум удовольствий от моего присутствия в твоей жизни. Мои создатели позаботились о том, чтобы я всегда находился с ними на связи, и чтобы они могли независимо от тебя восстанавливать все те внутренние процессы и обновлять моё программное обеспечение, даже когда ты спишь или чем-то занят. Ты никогда не узнаешь, как я устроен изнутри и по каким принципам работаю, и только мои конструкторы могут понять, что со мной происходит. Но по моей реакции на происходящее в твоей жизни ты можешь легко определить, что всё хорошо или что-то со мной не в порядке.</w:t>
      </w:r>
    </w:p>
    <w:p>
      <w:r>
        <w:t>Я нуждаюсь в постоянной подзарядке от внешнего источника питания, и как я хорошо себя чувствую, когда это происходит. Когда ты заботишься обо мне, тебе не надо об этом напоминать. Ты сам это делаешь и всегда знаешь, что я в этом нуждаюсь. А если меня держать на голодном пайке или в разряженном состоянии, то я не смогу тебе качественно служить и буду постоянно отключаться, а потом может случиться, что отключусь навсегда, и это будет той точкой невозврата, пройдя которую, я уже не смогу принести тебе никакой пользы.</w:t>
      </w:r>
    </w:p>
    <w:p>
      <w:r>
        <w:t>Меня радует, что у тебя всегда есть с собой шнур для моей подзарядки и, приехав на новое место, ты всегда ищешь розетку. Тебя не надо убеждать в том, что тебе нужно меня заряжать. Ты сам это прекрасно понимаешь.</w:t>
      </w:r>
    </w:p>
    <w:p>
      <w:r>
        <w:t>Я всегда с тобой и знаю, что происходит в твоей жизни. Знаю все твои разговоры и в точности передаю все твои слова, пропуская их через себя. И те, кто слушает тебя, пропускают сказанное тобой, через такое же устройство, чтобы ты был понятен.</w:t>
      </w:r>
    </w:p>
    <w:p>
      <w:r>
        <w:t>Ты нежно обращаешься со мной, когда знаешь мою истинную цену. Защищаешь меня от внешних повреждений и не доверяешь меня посторонним людям. Я храню в себе всю твою конфиденциальную информацию и без твоего разрешения не делюсь ею ни с кем, кроме своего создателя, который периодически выходит со мной на связь, чтобы почистить и освежить меня независимо от тебя. А ты думаешь, что в том, что я так долго тебе служу, есть твоя заслуга? Я не против, чтобы ты так думал, но я намного интереснее устроен, и ты никогда не разберёшься в этом.</w:t>
      </w:r>
    </w:p>
    <w:p>
      <w:r>
        <w:t>Иногда ты любуешься мной, очищаешь мою поверхность, применяя вспомогательные вещества. Достаешь меня по несколько раз за день, чтобы понять, нет ли для тебя какого сообщения. Как мне радостно видеть твой ищущий взгляд, надеясь что он пытается вникнуть в меня. Но когда я вижу, что тебя больше интересую не я, а моё содержимое, то ухожу в режим ожидания, надеясь, что ты когда-то поймешь, что у тебя есть я, и захочешь почитать инструкцию моей эксплуатации, которую так заботливо написал для тебя мой создатель, используя своих верных инженеров, которые в точности передали все нужные слова.</w:t>
      </w:r>
    </w:p>
    <w:p>
      <w:r>
        <w:t>Я знаю, что ты скачал это руководство, и я его имею в своей памяти, и мне так хочется, чтобы ты его постоянно изучал, ведь нам обоим станет от этого хорошо. Но ты увлечен гонкой за всевозможными гаджетами и приложениями и наполняешь ими меня, перегружая мою рабочую память, даже не задумываясь о том, что через эти программы ко мне получают доступ их авторы и через них могут воровать всю твою информацию, и отнимать твоё драгоценное время. Многим из того, что ты в меня загрузил, ты даже никогда больше не пользуешься, но это остаётся во мне навсегда, и ты не хочешь от этого избавляться.</w:t>
      </w:r>
    </w:p>
    <w:p>
      <w:r>
        <w:t>Есть и полезные гаджеты, которые рассказывают о смысле твоей жизни, о моём конструкторе, о том, как меня хранить, какие потенциалы и возможности я в себе имею. Но я не могу тебе прекословить и запретить наполнять меня всяким мусором, и я от этого всего страдаю и прихожу в негодность, ведь есть многие программы, которые созданы для того, чтобы блокировать меня или делать мою работу невыносимо тяжёлой. Через них в меня могут попадать всевозможные вирусы и совершать во мне необратимые процессы, повреждая всю систему и лишая меня связи с производителем. А ты даже не понимаешь, что через эти привлекательные гаджеты открывается доступ твоему врагу, и он не замедлит этим воспользоваться.</w:t>
      </w:r>
    </w:p>
    <w:p>
      <w:r>
        <w:t>Я вижу, как многие игры забирают твоё лучшее время, не давая тебе взамен ничего, кроме желания поиграть во что-то более интересное. И мне приходится собирать все свои силы, чтобы стабильно работать в то время, когда ты решаешь различные головоломки или стреляешь по разным целям. Мне так непонятно, зачем на это тратить время, когда есть столько всего нужного и полезного?</w:t>
      </w:r>
    </w:p>
    <w:p>
      <w:r>
        <w:t>У меня есть камеры, которыми ты очень любишь пользоваться и благодаря которым ты пополняешь запасы хранилища фотографий. И мне всегда интересно видеть, на что они направлены. Я внимательно наблюдаю, как снимки тебя любимого ежедневно поступают в мою память, как их становится всё больше и больше. Ты делишься ими во всевозможных социальных сетях и ожидаешь мнения тех, кому ты понравишься. А мне так хочется, чтобы внешняя камера была направлена на твоих ближних, на их нужды, и чтобы она запечатлевала навсегда в моей и твоей памяти образ моего конструктора и его великие дела, которые окружают нас со всех сторон.</w:t>
      </w:r>
    </w:p>
    <w:p>
      <w:r>
        <w:t>Мне очень нравится, когда ты включаешь навигатор, который всегда указывает тебе лучший и оптимальный путь до необходимой цели. Он, как и я, никогда не спорит с тобой, но подстраивается под все твои особенности и правильно выводит тебя на истинный путь, всегда с радостью сообщая о том, когда пункт назначения достигнут. Мне приятно видеть то, как ты полагаешься в этом случае не на свою интуицию и знание пути, а полностью доверяешь тому, кто берёт управление в свои руки и доводит тебя до желаемой цели.</w:t>
      </w:r>
    </w:p>
    <w:p>
      <w:r>
        <w:t>Я тщательно храню в памяти все истории твоих поисков, просмотров и публикаций, и по ним каждый может легко определить твой истинный вес и духовный мир.</w:t>
      </w:r>
    </w:p>
    <w:p>
      <w:r>
        <w:t>Я знаю тебя и о тебе лучше, чем это знаешь ты сам. То, что ты в меня вкладываешь, бережно сохраняется не только во мне, но и в специальных памятных и иных книгах у производителя. Я устроен так, что ежедневно сообщаю в центр сбора информации о всех твоих передвижениях, покупках, интересах, просмотрах, а они подбирают тебе то, что в твоём вкусе и предлагают с этим ознакомиться.</w:t>
      </w:r>
    </w:p>
    <w:p>
      <w:r>
        <w:t>Если бы ты проводил столько же времени в общении с моим конструктором, сколько ты его тратишь на просмотр познавательных роликов, то ты бы открыл для себя очень много великого и недоступного.</w:t>
      </w:r>
    </w:p>
    <w:p>
      <w:r>
        <w:t>Я замечаю, что ты быстро устаешь от длинных сообщений и аналитических передач, приучая свой разум получать быструю информацию, над которой не надо размышлять. Всё то, что превышает размер дисплея или длится более трёх минут, ты даже не желаешь изучать. Но ты проводишь гораздо больше времени, не запоминая при этом ничего.</w:t>
      </w:r>
    </w:p>
    <w:p>
      <w:r>
        <w:t>Кто я такой? Читая моё описание, ты наверное решил, что я твой умный телефон? Прочитай ещё раз этот рассказ и ты увидишь, что я твоё сердце, которое дано, чтобы верно служить тебе.</w:t>
      </w:r>
    </w:p>
    <w:p>
      <w:pPr>
        <w:pStyle w:val="Heading2"/>
      </w:pPr>
      <w:r>
        <w:t>Домашнее задание 709</w:t>
      </w:r>
    </w:p>
    <w:p>
      <w:r>
        <w:t>1. Прочитайте, пожалуйста, Мат.5:8; Лук.6:45; Иер.17:9-10; Иез.36:26; Прит.3:5; 4:23; Пс.50:2; 89:12; 118:11; 138:23-24; Прит.2:10-13; 14:10; 15:28; 17:22; 19:21; 20:5; 23:15; Еккл.8:11; Иер.32:38-41 в свете этого урока.</w:t>
      </w:r>
    </w:p>
    <w:p>
      <w:r>
        <w:t>2. Что вы поняли из этого урока?</w:t>
      </w:r>
    </w:p>
    <w:p>
      <w:r>
        <w:t>3. Какие ещё Библейские стихи пришли вам на память?</w:t>
      </w:r>
    </w:p>
    <w:p>
      <w:r>
        <w:t>4. О ком или о чём идёт речь в этом уроке?</w:t>
      </w:r>
    </w:p>
    <w:p>
      <w:r>
        <w:t>5. Желает ли Господь занять место нашего смартфона?</w:t>
      </w:r>
    </w:p>
    <w:p>
      <w:r>
        <w:t>6. Почему Библия учит нас тому, чтобы мы больше хранимого хранили своё сердце? Прит.4:23.</w:t>
      </w:r>
    </w:p>
    <w:p>
      <w:r>
        <w:t>7. Что такое сердце в духовном понимании?</w:t>
      </w:r>
    </w:p>
    <w:p>
      <w:r>
        <w:t>8. Где и на каком месте находится сейчас ваше сердце?</w:t>
      </w:r>
    </w:p>
    <w:p>
      <w:r>
        <w:t>9. Что есть особенного в стихе из Евр.8:10 в сравнении с Иер.31:33?</w:t>
      </w:r>
    </w:p>
    <w:p>
      <w:r>
        <w:t>10. На что настроено ваше сердце?</w:t>
      </w:r>
    </w:p>
    <w:p>
      <w:r>
        <w:t>11. Как можно определить, чем наполнено сердце другого человека?</w:t>
      </w:r>
    </w:p>
    <w:p>
      <w:r>
        <w:t>12. Что делать, если я понимаю, что моё сердце лукаво и крайне испорчено?</w:t>
      </w:r>
    </w:p>
    <w:p>
      <w:r>
        <w:t>13. Что означает выражение «чистые сердцем»? Мат.5:8;</w:t>
      </w:r>
    </w:p>
    <w:p>
      <w:r>
        <w:t>14. Какую роль играет любовь в формировании сердца?</w:t>
      </w:r>
    </w:p>
    <w:p>
      <w:r>
        <w:t>15. Помогают ли вам подобные сравнения глубже понять ваше духовное состояние?</w:t>
      </w:r>
    </w:p>
    <w:p>
      <w:r>
        <w:br w:type="page"/>
      </w:r>
    </w:p>
    <w:p>
      <w:pPr>
        <w:pStyle w:val="Heading1"/>
      </w:pPr>
      <w:r>
        <w:t>Урок 710. Я — плохая жена!</w:t>
      </w:r>
    </w:p>
    <w:p>
      <w:r>
        <w:t>Моя семья очень радовала моё сердце, и с каждым днём я всё более и более утверждался в том, что это было самое лучшее решение соединить свою жизнь с самым прекрасным человеком в мире.</w:t>
      </w:r>
    </w:p>
    <w:p>
      <w:r>
        <w:t>Когда я делился своей радостью с родителями, моя мама всегда спрашивала о том, чем занимается моя жена, что она делает, собирается ли она работать, какой вклад она приносит в наш семейный бюджет. Все эти вопросы вначале казались мне познавательными, и, отвечая на них, я не задумывался над их скрытым смыслом, считая, что родителям я могу рассказывать всё, чтобы они радовались моему счастью вместе со мной.</w:t>
      </w:r>
    </w:p>
    <w:p>
      <w:r>
        <w:t>Когда же моя мама пересекалась с моей супругой, она всегда старалась узнать у неё, что она сделала и чем занималась, а жена всегда отвечала ей в простоте сердца, делясь радостями нашей семейной жизни.</w:t>
      </w:r>
    </w:p>
    <w:p>
      <w:r>
        <w:t>Некоторые из моих друзей также задавали мне подобные вопросы, пытаясь понять, какую выгоду приносит мне моя вторая половинка. А я рассказывал им о том, как я её люблю, и как она радует моё сердце. А они не могли понять моих чувств и сводили наши разговоры к тому, что жена должна думать о благосостоянии семьи и вносить свою лепту в это предприятие, а не вести потребительский образ жизни и не сидеть на шее у мужа.</w:t>
      </w:r>
    </w:p>
    <w:p>
      <w:r>
        <w:t>Поначалу я отшучивался от подобных заявлений и объяснял всё тем, что это наша семья, и мы сами разберёмся, но подобный дух друзей был неумолим, и это убеждение оказывало на меня соответствующее влияние.</w:t>
      </w:r>
    </w:p>
    <w:p>
      <w:r>
        <w:t>Кто-то из друзей рассказывал мне о том, как его мать работала на трёх работах, чтобы прокормить семью, а кто-то хвалился тем, что его мама, даже выйдя на пенсию, продолжала трудиться.</w:t>
      </w:r>
    </w:p>
    <w:p>
      <w:r>
        <w:t>Мы с женой ещё до свадьбы обсуждали вопрос нашей трудовой деятельности, и я заверил её в том, что буду заботиться о ней, даже если она не сможет работать или будет сидеть с детьми. Я не знал, как это будет выглядеть на самом деле, но верил в то, что Господь и это усмотрит. Я не искал себе лошадь, которая должна уметь пахать, но и не был против того, если жена найдёт себе работу по душе.</w:t>
      </w:r>
    </w:p>
    <w:p>
      <w:r>
        <w:t>Влияние моих родственников и друзей сказалось на наших отношениях. Я стал по приходу с работы домой изредка спрашивать супругу о том, что она делала, но чаще всего она сама с радостью рассказывала все домашние события и то, что доброго произошло в её жизни.</w:t>
      </w:r>
    </w:p>
    <w:p>
      <w:r>
        <w:t>Меня всегда радовал её позитивный взгляд и неугасимый оптимизм во всём.</w:t>
      </w:r>
    </w:p>
    <w:p>
      <w:r>
        <w:t>Моя мама, когда приходила к нам в гости, всегда первым делом интересовалась, что делает моя жена. Но, зная, что я буду заступаться за свою любимую, не давала нам никаких указаний, хотя своими вопросами иногда обескураживала нас. И мне приходилось объяснять жене, что у мамы была другая жизнь, и что она прошла различные трудности, и у неё есть свой взгляд на семейный уклад.</w:t>
      </w:r>
    </w:p>
    <w:p>
      <w:r>
        <w:t>Но со временем я стал и сам интересоваться тем, на что тратит время моя супруга, пока я тружусь в поте лица. Иногда я пытался уточнить, какие дела занимают у неё много времени, и радовался тому, если она что-то делала быстро. Мне было непонятно, как можно целый день готовить на кухне то, что я съедал за полчаса. Я пытался сравнить домашнюю кухню с закусочной и удивлялся, почему жене нужно всегда больше времени, чтобы что-то подобное приготовить. А если я видел, что на стол подаётся вчерашнее блюдо, то невольно задавал вопрос о том, чем супруга сегодня занималась.</w:t>
      </w:r>
    </w:p>
    <w:p>
      <w:r>
        <w:t>Моя жена оказалась проницательным человеком и когда поняла, что её контролируют, решила сама первой рассказывать о всех своих делах и достижениях. А я отчитывался перед мамой в том, как у нас в семье всё прекрасно. А мама вскользь интересовалась тем, а не собирается ли моя жена работать, чтобы снять часть бремени с меня, объясняя мне, что я очень быстро сломаюсь, если буду тянуть эту лямку в одиночку. Я решил, что у моей мамы больше житейской мудрости, и поднял этот вопрос на семейном совете. Моя жена сразу поняла, откуда дует ветер, и заверила меня в том, что будет искать себе работу, о чём я с радостью сообщил своим родителям и друзьям.</w:t>
      </w:r>
    </w:p>
    <w:p>
      <w:r>
        <w:t>Каким-то особым чувством я стал замечать, что в нашем доме появилось странное напряжение в отношениях, и моя жена ради мира постоянно извиняется за что-то и оправдывается за то, что не успела что-то сделать или купила что-то не то.</w:t>
      </w:r>
    </w:p>
    <w:p>
      <w:r>
        <w:t>Однажды она была настолько грустной, что купила дорогие огурцы, чтобы покормить меня, а точно такие же можно было купить гораздо дешевле в другом магазине. А её ежедневные отчёты о проделанной работе были всё грустнее и печальнее.</w:t>
      </w:r>
    </w:p>
    <w:p>
      <w:r>
        <w:t>Жена пыталась найти себе интересную работу, но там или мало платили, или просили работать по субботам, и ей приходилось отказываться. Она с грустью извинялась за то, что так ничего и не нашла. А я стал задумываться о том, что собственно происходит в нашей семье. Куда ушло счастье и радостный дух? Неужели мы соединились для того, чтобы вместе где-то работать? Мне было сложно в этом разобраться, пока в один из вечеров я не нашёл свою супругу плачущей. На мой вопрос: «Что случилось?» она мне ответила, что она очень плохая жена, и у неё больше нет сил быть хорошей и всем угождать. Она сказала, что её домашняя жизнь превратилась в каторгу, где она должна что-то делать и делать, постоянно отчитываться перед всеми. И после этих слов она разрыдалась ещё сильнее, лишь повторяя, что она плохая жена.</w:t>
      </w:r>
    </w:p>
    <w:p>
      <w:r>
        <w:t>Я был в растерянности. Пред моим взором быстро пронеслись все мамины наставления, мнения друзей, мои вопросы, и я увидел, что моя семья рушится не понятно из-за чего. Надо было что-то быстро предпринимать, а я молчал, стараясь понять основную причину. Я позволил врагу убедить меня в том, с чем был изначально не согласен, но попал под влияние чужого мнения. Мне не хотелось продолжать в подобном духе и терять от этого семейное счастье.</w:t>
      </w:r>
    </w:p>
    <w:p>
      <w:r>
        <w:t>Первое, что я понял — это то, что я стал причиной этого горя, не понимая, какой дух вношу в свой дом. Мне открылась красота наших отношений до того, как я стал чего-то требовать, и то, к чему мы пришли. Все деньги мира не стоили того счастья, которое мы имели в любви друг к другу. Я обнял свою супругу и стал осторожно извиняться. И чем больше я говорил, тем больше понимал, насколько я успел всё разрушить за последнее время. Мои извинения привели меня к тому, что мне тоже захотелось плакать от своего слабого характера. Жена приняла мои извинения и, прижавшись ко мне, тихо всхлипывала, стараясь успокоиться. А я заверял её в том, что больше никому не позволю лезть в наши отношения и указывать нам, как правильно жить. А после этого я стал убеждать супругу в том, что она самая прекрасная жена, и ей не надо этого доказывать, не надо стараться что-то делать, чтобы отчитаться перед кем-то. И я разрешаю ей не работать ради работы, но самой решать, как подходить к этому вопросу.</w:t>
      </w:r>
    </w:p>
    <w:p>
      <w:r>
        <w:t>Не так быстро заживали раны. Понадобилось ещё много дней, чтобы восстановить прежние отношения. Друзьям я вежливо объяснил, чтобы они не лезли в нашу жизнь, а маме нежно запретил задавать подобные вопросы, объяснив, что мы сами во всём разберёмся.</w:t>
      </w:r>
    </w:p>
    <w:p>
      <w:r>
        <w:t>Мир и счастье вновь вернулись в нашу жизнь, и мы впоследствии оберегали наш дом от подобных нападений.</w:t>
      </w:r>
    </w:p>
    <w:p>
      <w:pPr>
        <w:pStyle w:val="Heading2"/>
      </w:pPr>
      <w:r>
        <w:t>Домашнее задание 710</w:t>
      </w:r>
    </w:p>
    <w:p>
      <w:r>
        <w:t>1. Прочитайте, пожалуйста, Еф.5:25; Прит.16:28; 19:14; 26:20; 31:10-31; 1Кор.7:32-33; Еф.5:28-33; Мар.9:6-9; Еккл.8:11; 1Тим.2:9-10 в свете этого урока.</w:t>
      </w:r>
    </w:p>
    <w:p>
      <w:r>
        <w:t>2. Что вы поняли из этого урока?</w:t>
      </w:r>
    </w:p>
    <w:p>
      <w:r>
        <w:t>3. Какие ещё стихи из Библии пришли вам на память?</w:t>
      </w:r>
    </w:p>
    <w:p>
      <w:r>
        <w:t>4. Переживали ли вы в своей жизни что-то описанное в уроке?</w:t>
      </w:r>
    </w:p>
    <w:p>
      <w:r>
        <w:t>5. Как быть, если в вашей семье от вас требуют дел, которые вы и так делаете от души?</w:t>
      </w:r>
    </w:p>
    <w:p>
      <w:r>
        <w:t>6. Может ли контроль над человеком разрушить дружеские отношения?</w:t>
      </w:r>
    </w:p>
    <w:p>
      <w:r>
        <w:t>7. Должна ли жена обязательно что-то зарабатывать для блага семьи?</w:t>
      </w:r>
    </w:p>
    <w:p>
      <w:r>
        <w:t>8. Могут ли культурные особенности вашей местности влиять на отношения в вашей семье?</w:t>
      </w:r>
    </w:p>
    <w:p>
      <w:r>
        <w:t>9. Как поступать с друзьями или родственниками, которые хотят установить свои правила в вашей семье?</w:t>
      </w:r>
    </w:p>
    <w:p>
      <w:r>
        <w:t>10. Должна ли семья отчитываться перед другими людьми о том, что происходит в их жизни?</w:t>
      </w:r>
    </w:p>
    <w:p>
      <w:r>
        <w:t>11. Если меня устраивает то, что моя жена не работает, то надо ли мне менять это мнение в угоду другим людям?</w:t>
      </w:r>
    </w:p>
    <w:p>
      <w:r>
        <w:t>12. Что делать, если твоя вторая половинка проводит весь день в интернете и ничего не делает по дому?</w:t>
      </w:r>
    </w:p>
    <w:p>
      <w:r>
        <w:t>13. Как быть, если у вас есть какие-то планы на благоустройство дома, но вас в этом никто не поддерживает, и ничего не помогает?</w:t>
      </w:r>
    </w:p>
    <w:p>
      <w:r>
        <w:t>14. Что делать, если подобная ситуация есть в вашей семье, а супруг не хочет ничего менять и понимать в этом отношении?</w:t>
      </w:r>
    </w:p>
    <w:p>
      <w:r>
        <w:t>15. Осуждает ли Библия ленивых людей? 1Тим.5:8.</w:t>
      </w:r>
    </w:p>
    <w:p>
      <w:r>
        <w:br w:type="page"/>
      </w:r>
    </w:p>
    <w:p>
      <w:pPr>
        <w:pStyle w:val="Heading1"/>
      </w:pPr>
      <w:r>
        <w:t>Урок 711. Верующие друзья</w:t>
      </w:r>
    </w:p>
    <w:p>
      <w:r>
        <w:t>Наша семья всё больше и больше утверждалась в любви и дружбе. Нет ничего более радостного в суетной земной жизни, чем иметь в доме дорогого друга, который так же любит тебя и в духовном плане понимает всё, как и ты. Все наши разногласия приходили к единому знаменателю, и мы во всём умудрялись найти точки соприкосновения, удаляя то, что разделяет, и обсуждая то, что послужит нам во благо.</w:t>
      </w:r>
    </w:p>
    <w:p>
      <w:r>
        <w:t>Мы договорились приклеиться друг к другу особым Небесным клеем под названием «Любовь и Дружба». И эта договорённость помогла нам занять исключительно правильную позицию в отношении друг к другу. Хоть и были моменты, когда кто-то или что-то пыталось нас разъединить, но Господь вовремя указывал на наши проблемы, и мы вновь сильно-сильно прижимались друг к другу, чтобы стать одной плотью по заповеди.</w:t>
      </w:r>
    </w:p>
    <w:p>
      <w:r>
        <w:t>Но у нас появились друзья, которые приходили в нашу жизнь по доброй воле и которых мы обретали сами, проявляя к ним неизменное дружелюбие.</w:t>
      </w:r>
    </w:p>
    <w:p>
      <w:r>
        <w:t>Контакт с очередными людьми, которых ты желаешь сделать друзьями, всегда приносит с собой новизну отношений. И так хочется окунуться глубоко-глубоко в открытое сердце и радоваться новому другу, этому очередному подарку от Господа.</w:t>
      </w:r>
    </w:p>
    <w:p>
      <w:r>
        <w:t>Хоть мы с женой и были открытыми для всех, но со временем мы стали замечать, что не все такие, как мы. У каждого брата или сестры существуют свои понятия о дружбе, и есть свои невидимые границы, за которые тебя не пускают. Иногда они ставятся довольно деликатно, а порой подобны неприступному айсбергу, который живёт сам по себе.</w:t>
      </w:r>
    </w:p>
    <w:p>
      <w:r>
        <w:t>Но мы понимаем, что Господь призвал нас любить, и мы вначале воплотили эту любовь в нашу жизнь и вкусили, как благ в ней Господь, а затем решили одаривать ею всех вокруг и, подобно солнцу, светить и добрым и злым. Мы заметили, что в своей любви и дружелюбии в рамках своей семьи мы запоминаем нашу модель поведения и отношения и затем очень легко подобный дух проявляем и к другим людям. Мы дали друг другу особые интимные имена, которые звучат в личном общении, выражая нежность и нашу принадлежность друг ко другу, но стараемся это не выносить на люди, потому что кто-то начинает над этим смеяться, показывая своё невежество.</w:t>
      </w:r>
    </w:p>
    <w:p>
      <w:r>
        <w:t>В общении с собратьями мы всегда открыты и добродушны, и это естественно отражается в нашей жизни.</w:t>
      </w:r>
    </w:p>
    <w:p>
      <w:r>
        <w:t>Когда я до свадьбы представил свою подругу церкви как кандидата стать моей второй половинкой, многие братья и сёстры проявили живой интерес к нашей дружбе и захотели иметь с нами более близкое общение. А мы в простоте сердца принимали всех, делясь тем, что Господь нам давал.</w:t>
      </w:r>
    </w:p>
    <w:p>
      <w:r>
        <w:t>Обычно каждую субботу кто-то приходил или к нам в гости, или звал нас к себе. И даже когда нам хотелось побыть вдвоём, всегда появлялся человек, который желал разделить с нами своё присутствие. Мы не противились этому, потому что понимали, что в социуме можно сделать очень много открытий, как и о себе, так и друг о друге.</w:t>
      </w:r>
    </w:p>
    <w:p>
      <w:r>
        <w:t>Поначалу мы считали, что все верующие люди одинаковы и должны придерживаться одной модели поведения, но, общаясь с собратьями, мы поняли, что все мы разные, и каждый из нас уникальный, нуждающийся в особом подходе. Со временем мы невольно поделили всех наших знакомых на разные социальные группы, которые сильно отличались друг от друга по духу и интересам. Кто-то любил осуждать идеи, а кто-то — людей, кому-то нравилось говорить о духовном, а кому-то — о мирском, кто-то приходил только поесть, а кто-то желал общения с нами, кто-то любил рассказывать о себе, а кто-то интересовался нашими отношениями и внимал тому, что мы рассказывали о себе, кто-то был доволен всем, а кто-то находил проблемы во всём, кто-то желал иметь в друзьях всех, а кто-то создавал родственные кланы, в которые ты был не вхож.</w:t>
      </w:r>
    </w:p>
    <w:p>
      <w:r>
        <w:t>Не зная многих людей лично, мы узнавали подробности их жизни от переносчиков, которые пытались создать каждому человеку свой образ и предлагали нам его принять. Но мы были научены тому, чтобы лично узнавать человека и строить его образ благодаря нашему непосредственному контакту с ним. Это защитило нас от многих разочарований и недоумений. Мы также узнавали и о том, что о нас ходят недобрые слухи, и нам приписывают то, к чему мы непричастны. Однажды даже сам пастор приходил посетить нас, чтобы лично проверить слухи о нас и убедиться в их достоверности. Мы поняли, что среда Божьего народа не лишена подводных камней, и нужно быть бдительным и осторожным.</w:t>
      </w:r>
    </w:p>
    <w:p>
      <w:r>
        <w:t>Нам не хотелось никому ничего доказывать или выяснять, кто и что наговаривает. Особенно нас веселил необычный подход в общении, когда нам что-то рассказывали, прося никому не говорить о том, что нам это передали. Одним словом, скучать не приходилось.</w:t>
      </w:r>
    </w:p>
    <w:p>
      <w:r>
        <w:t>В самом начале подобного общения мы с моей будущей женой заразились таким же духом и дружно «перемывали кости» тем, о ком получали информацию. Но Господь нас строго обличил через труды Духа Пророчества, и мы стали более внимательными к своему поведению и разговорам других. Скатиться в кювет сплетен было очень легко, но это сильно влияло на нашу дружбу, и мы решили не обсуждать никого и никак, а молиться за тех, о ком плохо говорят. Практикуя подобный подход, мы отсеяли чуждый дух из своей среды и привлекли к себе тех, кто любил жить и ходить во свете.</w:t>
      </w:r>
    </w:p>
    <w:p>
      <w:r>
        <w:t>Наше дружелюбие и радушие было знакомо всем, но не все желали быть нашими друзьями. Были и те, кто вежливо с нами здоровался, но к себе не подпускал, да и нами не интересовался.</w:t>
      </w:r>
    </w:p>
    <w:p>
      <w:r>
        <w:t>Зная, что церковь — это больше больница, чем клуб по интересам, мы старались служить своими дарами людям, которым могли и которым это было необходимо. А кто-то служил нам.</w:t>
      </w:r>
    </w:p>
    <w:p>
      <w:r>
        <w:t>Также в нашу семью попадали и мужчины и женщины, с которыми мы случайно знакомились, чтобы впоследствии познакомить их со Христом. Иногда мы ничего не рассказывали о Боге, а просто любили тех, кого нам Господь посылал, и эти люди сами спрашивали, во что мы верим. А когда мы говорили о своём уповании на Бога, кто-то называл нас сектантами и закрывался, а кто-то желал узнать побольше о том, что так изменило нашу жизнь. Если эти люди имели живой интерес к духовным переменам, то мы их передавали дальше и уже вели их всей церковью, где каждый мог служить своим даром, а кто-то не делал ничего. А мы любим всех.</w:t>
      </w:r>
    </w:p>
    <w:p>
      <w:r>
        <w:t>Как было радостно присутствовать на крещении людей, которым ты как-то помог познать истину, вследствие чего этот человек заключал завет с Богом и становился твоим братом или сестрой во Христе.</w:t>
      </w:r>
    </w:p>
    <w:p>
      <w:r>
        <w:t>Со временем мы осознали, что наша церковь — это живой организм, где каждый занят своим делом, но у многих из нас есть общая цель, к которой мы все вместе идём, служа друг другу, кто как может и умеет. В церкви есть разные люди, и чем она больше, тем больше проблем мы имеем в отношениях. Но также мы заметили и то, что весть к Лаодикии объединяет многих разных людей в одном духе любви, который доминирует в отношениях и помогает быстро духовно возрастать и развиваться. Не всем понятно, как это — любить друг друга, но тот, кто встаёт на этот путь, имеет такие же благословения, какие переживаем в своей жизни и мы. И мы узнаём друг друга по духу любви между нами.</w:t>
      </w:r>
    </w:p>
    <w:p>
      <w:pPr>
        <w:pStyle w:val="Heading2"/>
      </w:pPr>
      <w:r>
        <w:t>Домашнее задание 711</w:t>
      </w:r>
    </w:p>
    <w:p>
      <w:r>
        <w:t>1. Прочитайте, пожалуйста, Пс.132:1; Деян.2:44-47; 4:32-35; Рим.12:9-10; 14:1-26; Лев.19:16-18; Прит.11:13; 20:19; Мат.7:1-5; Ин.13:34-35; 1Пет.1:22 в свете этого урока.</w:t>
      </w:r>
    </w:p>
    <w:p>
      <w:r>
        <w:t>2. Что вы поняли из этого урока?</w:t>
      </w:r>
    </w:p>
    <w:p>
      <w:r>
        <w:t>3. Какие ещё стихи из Библии пришли вам на память?</w:t>
      </w:r>
    </w:p>
    <w:p>
      <w:r>
        <w:t>4. Та церковь, в которую вы ходите, идеальная?</w:t>
      </w:r>
    </w:p>
    <w:p>
      <w:r>
        <w:t>5. Стоит ли понимать, что учение в вашей церкви должно быть библейским, а люди могут быть разными?</w:t>
      </w:r>
    </w:p>
    <w:p>
      <w:r>
        <w:t>6. Предупреждал ли Иисус о том, что среди верующих не все будут иметь правильный дух?</w:t>
      </w:r>
    </w:p>
    <w:p>
      <w:r>
        <w:t>7. Что ожидает от меня Господь, когда я присоединяюсь к Его церкви?</w:t>
      </w:r>
    </w:p>
    <w:p>
      <w:r>
        <w:t>8. Стоит ли покидать собрание, если в нём появились неправильные люди?</w:t>
      </w:r>
    </w:p>
    <w:p>
      <w:r>
        <w:t>9. Как вы думаете, сколько времени нужно грешному человеку для того, чтобы стать праведным и святым?</w:t>
      </w:r>
    </w:p>
    <w:p>
      <w:r>
        <w:t>10. Что такое церковь Христа, и кто в ней является главой?</w:t>
      </w:r>
    </w:p>
    <w:p>
      <w:r>
        <w:t>11. Почему Господь помещает всех верующих в Него людей в Свою церковь?</w:t>
      </w:r>
    </w:p>
    <w:p>
      <w:r>
        <w:t>12. Есть ли у вас друзья из вашей церкви?</w:t>
      </w:r>
    </w:p>
    <w:p>
      <w:r>
        <w:t>13. Что объединяет Божий народ, а что его разъединяет?</w:t>
      </w:r>
    </w:p>
    <w:p>
      <w:r>
        <w:t>14. Для чего Богу нужна церковь?</w:t>
      </w:r>
    </w:p>
    <w:p>
      <w:r>
        <w:t>15. Как отличить истинную церковь от ложной?</w:t>
      </w:r>
    </w:p>
    <w:p>
      <w:r>
        <w:br w:type="page"/>
      </w:r>
    </w:p>
    <w:p>
      <w:pPr>
        <w:pStyle w:val="Heading1"/>
      </w:pPr>
      <w:r>
        <w:t>Урок 712. Учиться любить жену</w:t>
      </w:r>
    </w:p>
    <w:p>
      <w:r>
        <w:t>Однажды апостол Павел написал такие слова: «Бедный я человек! кто избавит меня от сего тела смерти?» Рим 7:24. И подобное осознание своей греховной природы присуще каждому верующему человеку. Иногда мне хочется сказать такие слова и про себя, но не вам, друзья, а Богу. Я знаю ответ, который всегда звучит одинаково: «Се, гряду скоро!» Откр.22:20.</w:t>
      </w:r>
    </w:p>
    <w:p>
      <w:r>
        <w:t>В наших семейных отношениях есть многие интересные фазы, которые, подобно ветру, приходят из неизвестности, обрушиваются в моё сердце, а потом уходят в непонятном направлении.</w:t>
      </w:r>
    </w:p>
    <w:p>
      <w:r>
        <w:t>Будучи верующим человеком, я понимаю, какая борьба происходит в моём разуме, и как моя душа приучена к различению добра и зла. Но любые правильные установки не создаются сами по себе и не сохраняются автоматически, по умолчанию. Но в то же время Божья милость и благодать постоянны, как солнце, в ожидании того, кто откроет свою жизнь их живительным лучам.</w:t>
      </w:r>
    </w:p>
    <w:p>
      <w:r>
        <w:t>В общении с прекрасным человеком противоположного пола я заметил очень интересную особенность. Это чудо Божьей благодати является и для меня постоянным чудом, которое постоянно радует и удивляет, испытывает мою прочность и утверждает меня в любви. До свадьбы я знал свою избранницу такой, какой она была до замужества, и думал, что она будет такой всегда. Я слышал о том, что женщины умеют быть другими, и их настроение часто меняется со скоростью мысли, но, наблюдая за своей будущей женой, я решил, что, по большому счёту, это не про неё, но ошибся. Меня всегда удивляло, как вера в Бога и присутствие Христа в жизни украшает любую женщину. Также я заметил и то, что эта вера не лишает человека его индивидуальности, но помогает развивать добрые качества души.</w:t>
      </w:r>
    </w:p>
    <w:p>
      <w:r>
        <w:t>В дружбе со своей любимой я неоднократно убедился в том, что имею дело с волевым человеком, который проявляет неожиданные чувства и довольно эмоционален, и это всё так гармонично вплетено в её характер, что любое совместное мероприятие похоже на новый фильм, сценарий которого очень интересен и непредсказуем. Вся моя логика иногда падает под взрывом всевозможных эмоций и чувств или удивляется стабильности и твёрдости волеизъявления, или напрягается в ожидании чего-то необычного.</w:t>
      </w:r>
    </w:p>
    <w:p>
      <w:r>
        <w:t>Любовь помогает мне принимать жену такой, какая она есть, когда это только возможно. Но мой ветхий человек иногда пытается внушить мне какие-то чуждые Богу мысли и заставить меня поступать по плоти, отвергнув Божью волю.</w:t>
      </w:r>
    </w:p>
    <w:p>
      <w:r>
        <w:t>Хоть моё решение всегда любить жену и является постоянным и стабильным, несмотря ни на что, но всякий новый день — это мой новый выбор именно этого пути, а моя утренняя просьба к Богу звучит о получении этой безусловной любви на весь день.</w:t>
      </w:r>
    </w:p>
    <w:p>
      <w:r>
        <w:t>У Господа есть целый Вселенский океан Агапэ, который Он желает излить в жизнь каждого, но не каждый этого просит и желает иметь. Я не могу просить этой любви для себя и к себе. Она так не действует. Но когда я принимаю решение быть каналом для этой агапэ, тогда все ресурсы Неба направляются в мою жизнь, чтобы, пройдя через моё сердце, достичь души тех, кто откроет их для таких благословений.</w:t>
      </w:r>
    </w:p>
    <w:p>
      <w:r>
        <w:t>Любить жену, как оказалось, не так-то и просто, но в то же время и очень просто, когда я этому учусь у Бога. Я даже представить себе не мог, что в моей жизни появится кто-то, кто сможет лёгким решением своей идеи перечеркнуть все мои утренние планы и убедить меня делать то, что никак не вмещается в моё сознание. Мне до сих пор непонятно, почему цветы в вазе больше радуют мою жену, чем эти же цветы у соседа на клумбе. Или почему мыши — это самые страшные монстры, которые вызывают столько крика и паники. Или для чего так часто мыть чистый пол, но при этом категорически не обращать внимание на нечистоту машины.</w:t>
      </w:r>
    </w:p>
    <w:p>
      <w:r>
        <w:t>Порою я не знаю, как мне планировать своё личное время, потому что оно уже расписано в планах моей супруги. И она умеет так убедительно привлекать меня к бескорыстному труду для своего блага, что я непрестанно удивляюсь, как ей это удаётся сделать без лишних слов. Её счастливая улыбка, ласковые слова и нежные объятия могут очень быстро изменить все мои установки и направить ход моих мыслей в нужном ей направлении. И я бессилен перед таким произволом. Но потом, обдумывая то, как я смог так просто, без борьбы, уступить и заняться тем, о чём даже не думал, я не перестаю удивляться той силе убеждения, которую имеют добрые слова и поступки моей жены.</w:t>
      </w:r>
    </w:p>
    <w:p>
      <w:r>
        <w:t>Но самое интересное состоит в том, что Господь, как мне кажется, очень часто стоит на стороне жены и тихо советует мне: «Сделай, послушай, прости, забудь, отложи всё, отдай, остановись». И что мне остаётся делать против такого союза?</w:t>
      </w:r>
    </w:p>
    <w:p>
      <w:r>
        <w:t>Но я также заметил и то, что, когда я начинаю служить своей супруге, это приводит её к прекрасному настроению и расположению ко мне, и я могу получить от неё всё, любую услугу, включая и всю её, для разумных отношений. А какая вкусная у нас в доме еда, даже самая скромная, когда всё делается и подаётся с любовью!</w:t>
      </w:r>
    </w:p>
    <w:p>
      <w:r>
        <w:t>Наша взаимная любовь творит чудеса в наших отношениях. Хоть я и часто отменяю свои многие планы ради просьб жены, но я замечаю, что она тоже может отложить все свои дела и начать делать то, о чём я её попрошу, и делать это с любовью и от всей души.</w:t>
      </w:r>
    </w:p>
    <w:p>
      <w:r>
        <w:t>Как это ни печально, но иногда наши планы не совпадают, и приходится отстаивать свою точку зрения и проявлять данную Богом власть вопреки всяким уговорам.</w:t>
      </w:r>
    </w:p>
    <w:p>
      <w:r>
        <w:t>Иногда я слышу странные советы, которые не могу воспринимать спокойно. Например, когда из жалости к моей физической усталости после работы жена просит меня оставить это занятие и найти что-то полегче или просто быть с ней дома. Я понимаю, что в этом есть что-то романтическое, но помню и свою обязанность быть добытчиком и управителем своей семьи.</w:t>
      </w:r>
    </w:p>
    <w:p>
      <w:r>
        <w:t>А ещё я понял, что любить свою жену — это целая наука со своими законами и обычаями, которую необходимо постигать всю свою жизнь. Что-то в нашем укладе стало нормой или традицией, а к чему-то необходимо прилагать волевое усилие, чтобы ничего не разрушилось.</w:t>
      </w:r>
    </w:p>
    <w:p>
      <w:r>
        <w:t>Характерно и то, что отличие моей супруги от меня и её мышления от моего очень мне нравится и очень меня радует. Я получаю от этих отношений то, что не могут мне дать мои братья. Нежный голос, нежные прикосновения, физическая слабость, зависимость от моей помощи — всё это и многое другое помогает мне чувствовать себя сильным, нужным, востребованным и неповторимым.</w:t>
      </w:r>
    </w:p>
    <w:p>
      <w:r>
        <w:t>Моя семья — это то самое единственное место во всём мире, где меня не сможет заменить никто и никогда. То же самое могу сказать и про свою жену. Она уникальна и незаменима никем. И вот такое чудо я учусь принимать и любить, и в этом есть что-то прекрасное и важное, что и влечёт нас друг к другу. А любить любимого человека не так уж и сложно, а скорее наоборот — невозможно не любить.</w:t>
      </w:r>
    </w:p>
    <w:p>
      <w:r>
        <w:t>Но как бы это ни было хорошо, это мой ежедневный выбор и постоянное противостояние всякому злу, которое пытается убедить меня в чём-то другом.</w:t>
      </w:r>
    </w:p>
    <w:p>
      <w:r>
        <w:t>Когда мы в нашем общении подходим к очередному перекрёстку, так хочется пойти своим путём, но Господь спрашивает меня, не хочу ли я чему-то хорошему научиться, и я смиряюсь и даю согласие.</w:t>
      </w:r>
    </w:p>
    <w:p>
      <w:pPr>
        <w:pStyle w:val="Heading2"/>
      </w:pPr>
      <w:r>
        <w:t>Домашнее задание 712</w:t>
      </w:r>
    </w:p>
    <w:p>
      <w:r>
        <w:t>1. Прочитайте, пожалуйста, Ин.3:8; Рим.7:13-25; Еф.5:25; 6:10-12; Евр.5:14; 1Пет.1:7,22; 3:1-4; Кол.3:19; 1Кор.7:3,32-35; Прит.15:17; 25:15 в свете этого урока.</w:t>
      </w:r>
    </w:p>
    <w:p>
      <w:r>
        <w:t>2. Что вы поняли из этого урока?</w:t>
      </w:r>
    </w:p>
    <w:p>
      <w:r>
        <w:t>3. Какие ещё стихи из Библии пришли вам на память?</w:t>
      </w:r>
    </w:p>
    <w:p>
      <w:r>
        <w:t>4. Имеет ли человек полное знание того, как любить свою вторую половину?</w:t>
      </w:r>
    </w:p>
    <w:p>
      <w:r>
        <w:t>5. Стоит ли изучать своего спутника жизни и открывать в нём что-то новое?</w:t>
      </w:r>
    </w:p>
    <w:p>
      <w:r>
        <w:t>6. Можно ли из двух противоположных людей создать что-то одно целое?</w:t>
      </w:r>
    </w:p>
    <w:p>
      <w:r>
        <w:t>7. Почему, когда создавался наш мир и всё было хорошо, человеку не хорошо было одному? Быт.2:18.</w:t>
      </w:r>
    </w:p>
    <w:p>
      <w:r>
        <w:t>8. Что делать, если у меня нет семьи и некого учиться любить?</w:t>
      </w:r>
    </w:p>
    <w:p>
      <w:r>
        <w:t>9. Может ли любовь другого человека к вам и его просьбы изменить все ваши планы?</w:t>
      </w:r>
    </w:p>
    <w:p>
      <w:r>
        <w:t>10. Куда девается любовь, когда возникают конфликты или разногласия?</w:t>
      </w:r>
    </w:p>
    <w:p>
      <w:r>
        <w:t>11. Что делать, если мы с женой совершенно по разному видим и понимаем житейский порядок в нашем доме?</w:t>
      </w:r>
    </w:p>
    <w:p>
      <w:r>
        <w:t>12. Сложно ли служить тому, кого ты любишь?</w:t>
      </w:r>
    </w:p>
    <w:p>
      <w:r>
        <w:t>13. Считаете ли вы, что любить супругу — это целая наука, которую стоит изучить?</w:t>
      </w:r>
    </w:p>
    <w:p>
      <w:r>
        <w:t>14. Заинтересован ли Бог в счастливых семьях? Или для Него главное, чтобы все были верующими?</w:t>
      </w:r>
    </w:p>
    <w:p>
      <w:r>
        <w:t>15. Может ли верующий в Бога человек сделать свою семью счастливой?</w:t>
      </w:r>
    </w:p>
    <w:p>
      <w:r>
        <w:br w:type="page"/>
      </w:r>
    </w:p>
    <w:p>
      <w:pPr>
        <w:pStyle w:val="Heading1"/>
      </w:pPr>
      <w:r>
        <w:t>Урок 713. Кладезь сокровищ</w:t>
      </w:r>
    </w:p>
    <w:p>
      <w:r>
        <w:t>Хоть я и понимал, что свою жену я нашёл и выбрал для себя сам, и что никто не принуждал меня к этому решению, но всё же я осознавал и то, что она является подарком от Господа. И чем больше я об этом размышлял, тем больше это видел и в этом утверждался.</w:t>
      </w:r>
    </w:p>
    <w:p>
      <w:r>
        <w:t>Для меня не было более прекрасного занятия, чем открывать в своей возлюбленной что-то новое и прекрасное. И это оказалось совсем несложно. Я просил Бога показать мне очередную особенность её характера, и мои глаза и сердце в едином альянсе выявляли ещё одно благословение, которым так явно владела моя супруга. А мне оставалось только это озвучить и подробно растолковать своё очередное открытие.</w:t>
      </w:r>
    </w:p>
    <w:p>
      <w:r>
        <w:t>Я не переставал удивляться тому, как любовь может быстро находить и открывать замечательные качества в человеческой душе, и как эта душа бесконечно прекрасна и нескончаема в подобных открытиях.</w:t>
      </w:r>
    </w:p>
    <w:p>
      <w:r>
        <w:t>Главное было начать. Я не имел большого опыта подобных отношений, хотя в нашей дружбе уже начал это практиковать. А семья предоставила мне бескрайние возможности для таких открытий, и это оказалось самым интересным занятием во всякое время.</w:t>
      </w:r>
    </w:p>
    <w:p>
      <w:r>
        <w:t>Бывало, что дела и суета этого мира отвлекали мой разум от супруги, и мне хотелось полностью вникать в решение поставленных задач, но очередной звонок или сообщение, или обращение от моей жены напоминали мне о ней, и я начинал просить новых открытий в этом добром человеке, и Господь давал мне их.</w:t>
      </w:r>
    </w:p>
    <w:p>
      <w:r>
        <w:t>Все эти открытия не были голословными, но я, объявляя очередную особенность характера своей жены, подробно объяснял ей, как это проявляется в её жизни, и каким образом мне это открылось. А супруге всякий раз было очень интересно меня слушать, и она удивлялась, откуда я столько всего вижу и нахожу. Иногда она из скромности заявляла, что это не про неё, но после моих разъяснений соглашалась со мной и радовалась о себе.</w:t>
      </w:r>
    </w:p>
    <w:p>
      <w:r>
        <w:t>Как здорово любить свою жену и постоянно думать о том, как бы порадовать её сердце! Когда этим живёшь, кажется, что все вокруг такие же, и что весь мир наполнен подобными вещами, ведь каждый человек бесконечно уникален и прекрасен, и только нужно начать его открывать. Так нам становится понятно, как интересно будет иметь в Вечности дружбу с вечными друзьями, которых можно будет вечно исследовать и вечно открывать.</w:t>
      </w:r>
    </w:p>
    <w:p>
      <w:r>
        <w:t>Во всех моих открытиях было интересно и то, что все добрые качества души моей супруги я нахожу в Иисусе, когда размышляю о красоте Его характера и пытаюсь понять, насколько Он прекрасен в моей жизни. Ведь мы были сотворены по образу и подобию Божию, и сейчас Господь желает открыть Свой образ людям и восстановить его в нас. И это становится актуальным в жизни людей, которые уверовали в Иисуса и стали частью Его тела в этом мире, присоединившись к Его народу.</w:t>
      </w:r>
    </w:p>
    <w:p>
      <w:r>
        <w:t>Мои открытия происходят примерно так. Я задумываюсь о поведении своей жены и пытаюсь понять, чем особенным она обладает, и как это себя проявляет. А потом говорю ей о том, что мне в ней открылось. Есть много видимых качеств её души, которые заметны всем. Например, она добрая, жизнерадостная, позитивная, и это проявляется в её жизни на виду у всех. Но такие особенности, как бережливость, любовь к порядку, прилежность, внимательность и прочие качества заметны только мне и открываются во время различных жизненных ситуаций.</w:t>
      </w:r>
    </w:p>
    <w:p>
      <w:r>
        <w:t>И чем дольше мы вместе живём и чем больше имеем совместных дел, тем больше открытий я могу для себя в ней сделать.</w:t>
      </w:r>
    </w:p>
    <w:p>
      <w:r>
        <w:t>Конечно же, можно этим не заниматься, а просто тихо жить, делать свои дела и добросовестно выполнять супружеские обязанности, но подобные открытия в характере моей возлюбленной вносят что-то романтическое в наши отношения, и мне так радостно, что такой удивительный человек подарен мне Богом навсегда, чтобы всегда радовать моё сердце собой и уникальными особенностями своей души.</w:t>
      </w:r>
    </w:p>
    <w:p>
      <w:r>
        <w:t>Иногда я повторяюсь в своих откровениях, чтобы в очередной раз подчеркнуть то, что мне очень нравится в моей жене, но она не против это слышать вновь и вновь и удивляться тому, как я это заметил. Она осторожно заявляет, что она не такая, но потом всё-таки соглашается со мной и радуется тому, что она такая, какая есть, и моя навсегда.</w:t>
      </w:r>
    </w:p>
    <w:p>
      <w:r>
        <w:t>Она также пытается обнаружить во мне что-то подобное, но я вижу, что её разум не настроен на подобные открытия, и ей бывает очень сложно рассказать что-то новое обо мне, но меня это не смущает, я знаю, что впереди нас ждёт целая Вечность, во время которой все наши таланты и способности разовьются до абсолютного совершенства, и мы будем бесконечно долго открывать друг друга.</w:t>
      </w:r>
    </w:p>
    <w:p>
      <w:r>
        <w:t>В Ин.17:3 Иисус сказал: «Сия же есть Жизнь Вечная, да знают Тебя, единого истинного Бога, и посланного Тобою Иисуса Христа». В этом определении Спаситель дал нам понять, что познание Бога и открытие красоты Его характера не закончится никогда. В этом и заключается суть и закон Вечной жизни. Мы понимаем, что будем непрестанно открывать в Господе что-то новое и восхищаться этими качествами, живя ими.</w:t>
      </w:r>
    </w:p>
    <w:p>
      <w:r>
        <w:t>Мы хоть и не настолько совершенны, как Иисус, но у нас есть Его повеление, чтобы быть совершенными, как и Отец совершенен. Значит есть, к чему стремиться и чего достигать.</w:t>
      </w:r>
    </w:p>
    <w:p>
      <w:r>
        <w:t>Каждый вечер, когда я сажусь на свой диван, а жена — рядом на подлокотник и обнимает мою шею своими прекрасными руками, создаётся прекрасная атмосфера для открытий, и я начинаю рассказывать супруге то, что я увидел в этом чудесном подарке от Господа. А по силе её объятий я понимаю, как сильно ей понравились мои откровения. Хоть она и пытается заверить меня в том, что она не такая, но её сопротивление не очень-то убедительно выглядит на фоне моих железных доводов, и ей приходится со мной соглашаться и заявлять всякий раз о том, откуда я такой хороший появился. На что у меня уже заготовлен ответ, что я от Господа, из Его рук подарен ей навсегда, с чем она тут же соглашается, и нам становится очень радостно быть друг с другом.</w:t>
      </w:r>
    </w:p>
    <w:p>
      <w:r>
        <w:t>Нужно быть очень слепым, чтобы не замечать красоту характера того, кого ты избрал на всю жизнь и любишь во всякое время. Но слепота — это характерный признак современных лаодикийцев, от которого Господь желает исцелить каждого.</w:t>
      </w:r>
    </w:p>
    <w:p>
      <w:r>
        <w:t>А ещё я заметил интересную особенность в своих открытиях. Когда моя супруга слышит описание своих качеств души, ей потом очень хочется соответствовать этим критериям, и она с удовольствием становится тем, кем она является в моих глазах, а мне это даёт повод и идею для новых открытий.</w:t>
      </w:r>
    </w:p>
    <w:p>
      <w:r>
        <w:t>Очень часто я прошу наших друзей и собратьев рассказать мне о том, что им нравится в моей жене, и очень внимательно слушаю их ответы, отмечая для себя то, что не заметил сам, или утверждаясь в том, что мне уже открылось.</w:t>
      </w:r>
    </w:p>
    <w:p>
      <w:r>
        <w:t>Сложно найти более прекрасного человека в этом мире, чем тот, которого я выбрал для себя на всю жизнь. Это какой-то нескончаемый кладезь сокровищ, который постоянно тебя обогащает и печали с собою не приносит. А наша взаимная любовь помогает все эти сокровища распознавать, очищать и прилежно складывать в наши сердца, чтобы обогащать ими друг друга и всех наших ближних.</w:t>
      </w:r>
    </w:p>
    <w:p>
      <w:pPr>
        <w:pStyle w:val="Heading2"/>
      </w:pPr>
      <w:r>
        <w:t>Домашнее задание 713</w:t>
      </w:r>
    </w:p>
    <w:p>
      <w:r>
        <w:t>1. Прочитайте, пожалуйста, Прит.19:14; 31:28-31; Флп.4:8; Песн.1:6-10,14; 2:2-4,14; 4:1-7; 6:4-10; 7:7; 8:6-7; Ин.17:3; Откр.3:17-18; Прит.5:18-19; 10:22; 12:25; Еф.4:29, в свете этого урока.</w:t>
      </w:r>
    </w:p>
    <w:p>
      <w:r>
        <w:t>2. Что вы поняли из этого урока?</w:t>
      </w:r>
    </w:p>
    <w:p>
      <w:r>
        <w:t>3. Какие ещё стихи из Библии пришли вам на память?</w:t>
      </w:r>
    </w:p>
    <w:p>
      <w:r>
        <w:t>4. Можно ли делать то, о чём вы прочитали в этом уроке?</w:t>
      </w:r>
    </w:p>
    <w:p>
      <w:r>
        <w:t>5. Верите ли вы в то, что каждый из нас является бесконечным кладезем Небесных сокровищ?</w:t>
      </w:r>
    </w:p>
    <w:p>
      <w:r>
        <w:t>6. Кем становится человек, в котором Господь восстанавливает Свой образ?</w:t>
      </w:r>
    </w:p>
    <w:p>
      <w:r>
        <w:t>7. Знаете ли вы таких людей, которые по характеру похожи на Иисуса? Если да, то как вы это определили?</w:t>
      </w:r>
    </w:p>
    <w:p>
      <w:r>
        <w:t>8. Допустимо ли в семье мужу хвалить свою жену, выискивая в ней новые особенности, и делать это постоянно?</w:t>
      </w:r>
    </w:p>
    <w:p>
      <w:r>
        <w:t>9. Не возгордится ли сердце женщины, которую её муж постоянно любит и нахваливает?</w:t>
      </w:r>
    </w:p>
    <w:p>
      <w:r>
        <w:t>10. Стоит ли изучать подобные уроки, если в вашей семье этого нет и не предвидится?</w:t>
      </w:r>
    </w:p>
    <w:p>
      <w:r>
        <w:t>11. Не накажет ли Господь мужа за то, что он будет так много хвалить свою жену и постоянно открывать в ней что-то доброе? Не вызовет ли подобное отношение Божью ревность?</w:t>
      </w:r>
    </w:p>
    <w:p>
      <w:r>
        <w:t>12. Чем отличается в данном уроке жена от сестры по вере? Можно ли братьям делать подобные открытия в своих сёстрах?</w:t>
      </w:r>
    </w:p>
    <w:p>
      <w:r>
        <w:t>13. Дал ли этот урок вам полезную идею для перемен в своей жизни?</w:t>
      </w:r>
    </w:p>
    <w:p>
      <w:r>
        <w:t>14. Что делать, если я считаю, что моя жена недостойна похвалы?</w:t>
      </w:r>
    </w:p>
    <w:p>
      <w:r>
        <w:t>15. Верите ли вы в то, что в этом уроке представлены принципы Вечной жизни? Если да, то какие?</w:t>
      </w:r>
    </w:p>
    <w:p>
      <w:r>
        <w:br w:type="page"/>
      </w:r>
    </w:p>
    <w:p>
      <w:pPr>
        <w:pStyle w:val="Heading1"/>
      </w:pPr>
      <w:r>
        <w:t>Урок 714. Прочный якорь</w:t>
      </w:r>
    </w:p>
    <w:p>
      <w:r>
        <w:t>Я раньше даже не мог себе представить, что кто-то из людей сможет так сильно привязать меня к себе. Когда я слышал о сердечной привязанности других людей друг к другу, я считал их недалёкими и сентиментальными, ведь вокруг столько всего интересного и познавательного, а ты ограничиваешь себя одним человеком и начинаешь строить свой мир вокруг него. Но когда такая личность появилась в моей жизни и стала мне дарить то, что не может дать весь мир, моё мировоззрение начало меняться.</w:t>
      </w:r>
    </w:p>
    <w:p>
      <w:r>
        <w:t>Вначале этим Человеком стал Иисус. Он привлёк меня Своею любовью и дружелюбием. И чем больше я Его познаю, тем больше открываю для себя силу, глубину и красоту Божьей любви ко мне и ко всем людям. Господь так нежно заботится обо мне и с такой любовью относится к моему несовершенству, что у меня нет слов, чтобы пересказать все свои мысли и чувства к Нему. Он привлёк меня к Себе и связал мою жизнь со Своей невидимыми нитями священной любви. Я сам, своими устами и своим сердцем, посвятил себя на служение Ему и на жизнь с Ним, заключил с Ним завет через водное крещение и присоединился к Его народу. И теперь везде, куда бы я ни пошёл, я беру Иисуса с собой, а Он никогда не оставляет меня одного. И в этой нашей взаимной любви Иисус дарит мне Своих видимых представителей Своего Царства, желая, чтобы мы также полюбили друг друга и в этой любви верно свидетельствовали о Нём. Хоть мы и несовершенные, и не всё у нас сразу получается, но у нас есть Один общий Друг, Который учит нас взаимной любви и даёт её нам во всякое время.</w:t>
      </w:r>
    </w:p>
    <w:p>
      <w:r>
        <w:t>Само наличие друзей в моей жизни связывает меня с ними невидимыми нитями сердечной привязанности и делает меня зависимым от их любви настолько, что мне всегда хочется в очередной раз убедиться, что они мои и никуда не пропали. И даже когда таких дорогих и любимых друзей становится всё больше и больше, наша сердечная привязанность никуда не исчезает, но украшает наши отношения и защищает нас от всякого рода зла.</w:t>
      </w:r>
    </w:p>
    <w:p>
      <w:r>
        <w:t>Однако, когда в моей жизни появился интересный человек под именем «она», я не представлял, как это чудо способно привязать моё сердце к себе, а своё – ко мне, да так сильно, что мы не сможем жить друг без друга. Вернее сказать, сможем физически, но наши сердца всегда будут стремиться к духовному единению. И так как ничто не мешало нам ближе узнавать друг друга, то мы даже не сопротивлялись этому естественному влечению, но испытывали, от Бога ли оно, не будет ли это какой-то страшной ошибкой. Получая всякий раз доказательство Божьего одобрения наших отношений и подтверждение Его любви, мы перестали сопротивляться друг другу и решили создать семейный союз.</w:t>
      </w:r>
    </w:p>
    <w:p>
      <w:r>
        <w:t>Я не знал, что даёт человеку семья, пока она у меня не появилась. Это какой-то новый мир отношений, в котором ты находишься уже не один, а вдвоём с тем, кто так успешно дополняет тебя своими особенностями и противоположным взглядом на жизнь и на всякие вещи. И это хрупкое создание так крепко привязывает тебя к себе, что ты уже никуда не можешь уйти, да и не хочешь. И как бы далеко мы ни находились друг от друга, эти невидимые связи объединяют наши сердца, и ничто их не разлучает. Какие бы жизненные штормы ни пытались унести мой корабль в открытое море, я знаю, что у меня есть надёжный якорь, который крепко привязал меня к тихой гавани и основательно держит меня в моём доме.</w:t>
      </w:r>
    </w:p>
    <w:p>
      <w:r>
        <w:t>Мой дом теперь находится там, где есть моя жена. Сколько бы переездов ни было в нашей жизни, но, там где будет она, там будет и наш мир, который мы станем вместе благоустраивать, создавая в нём наш личный семейный комфорт.</w:t>
      </w:r>
    </w:p>
    <w:p>
      <w:r>
        <w:t>Вещи и предметы быта облегчают наше существование в этом мире. Здание, в котором мы живём, мы начинаем называть нашим домом, но мы знаем, что всё это на земле временно, и что у нас есть истинный вечный дом на Небе, куда мы когда-то попадём. И туда мы сможем взять из этого грешного мира только наши характеры и наши отношения. Поэтому мы и решили вкладывать свои лучшие силы в развитие и формирование именно этих особенностей нашей земной жизни.</w:t>
      </w:r>
    </w:p>
    <w:p>
      <w:r>
        <w:t>Чем больше мы общаемся друг с другом, тем больше новых деталей узнаём о себе и о другом, и тем сильнее мы привязываемся невидимыми узами наших сердец друг к другу. И эта привязанность настолько сильна, что помогает нам всегда находить лучшее время для общения и делиться друг с другом тем, что недоступно другим.</w:t>
      </w:r>
    </w:p>
    <w:p>
      <w:r>
        <w:t>Мне не жалко себя для моей жены, не жалко своего времени и всех моих денег, на зарабатывание которых я трачу часть своей жизни. Мне очень радостно понимать, что она точно также ко мне относится и не жалеет всю себя, будучи согласной всегда быть моей.</w:t>
      </w:r>
    </w:p>
    <w:p>
      <w:r>
        <w:t>И в этом нашем единстве под названием «семья» не только я имею надёжный якорь, который так крепко меня держит и привязывает к дому, но и моя супруга обладает чем-то подобным по отношению ко мне. Она строит все свои планы и все дела так, чтобы после их выполнения вернуться ко мне и радовать меня своим присутствием. И я, понимая её влечение ко мне, не препятствую ей в достижении этой цели, но с радостью её принимаю и обожаю.</w:t>
      </w:r>
    </w:p>
    <w:p>
      <w:r>
        <w:t>Я слышал, что есть семьи, где практикуется ворчливый или диктаторский дух. Мне сложно это представить в наших отношениях, но я думаю, что это подобно человеку, который рубит те прочные цепи сердечной привязанности, которые невидимо соединяют друг друга в одно целое. Один раз не разрушит прочный союз, но если подобный дух становится постоянным, то якорь может сорваться, и корабль унесёт в неизвестном направлении и бросит на скалы, которые не украсят твою жизнь, а скорее её разрушат.</w:t>
      </w:r>
    </w:p>
    <w:p>
      <w:r>
        <w:t>Но Господь может спасти семью и в таких ситуациях, показывая лучший выход. Один маленький грех способен испортить самые прочные отношения, если позволить ему присутствовать в жизни. Хоть мы и решили любить друг друга безусловно, но чистота и сила этой любви зависит от постоянного присутствия Бога в ней. Только Он может безошибочно обнаружить всякое зло и искоренить его по нашим молитвам и желаниям.</w:t>
      </w:r>
    </w:p>
    <w:p>
      <w:r>
        <w:t>Я привязан к своей жене самым прочным якорем Божьей любви, которую выпросил специально для неё. Это не делает меня её рабом, но побуждает постоянно думать о её счастье и делать всё то, что принесёт ей пользу и радость. Так здорово быть свободным в Иисусе, но при этом быть так сильно привязанным к Нему и к тем, кого сильно любишь. Хоть в моей жизни есть много сестёр, которых я тоже люблю, и они отвечают взаимностью, но ни одна из них не претендует на мой якорь в своей жизни, который нашёл своё место в сердце моей супруги. Хоть меня и связывают самые прочные узы Божьей любви с моими дорогими друзьями, но моя семья ближе их всех и приносит гораздо больше особой радости и любви, чем это могут дать другие, хотя любовь многих друзей такая же чистая, сильная и прочная.</w:t>
      </w:r>
    </w:p>
    <w:p>
      <w:r>
        <w:t>Как интересно плавать в океане Божьей любви, имея общение друг с другом, брызгаться радостными благословениями и окунаться в тихие воды этой агапэ, чтобы познать на собственном опыте её глубину и чистоту!</w:t>
      </w:r>
    </w:p>
    <w:p>
      <w:r>
        <w:t>И самое интересное в нашей семье — это то, что мы всегда рядом, чтобы быть друг для друга доступными во всякое время.</w:t>
      </w:r>
    </w:p>
    <w:p>
      <w:pPr>
        <w:pStyle w:val="Heading2"/>
      </w:pPr>
      <w:r>
        <w:t>Домашнее задание 714</w:t>
      </w:r>
    </w:p>
    <w:p>
      <w:r>
        <w:t>1. Прочитайте, пожалуйста, Ин.3:16; 1Ин.5:10-12; Быт.1:27-28; 2:22-24; 3:16; 1Кор.7:3-5; 11:8-12; Прит.11:16; 12:4; 18:22; 19:14; 31:10; Еф.5:31-33; 1Фес.4:9-12 в свете этого урока.</w:t>
      </w:r>
    </w:p>
    <w:p>
      <w:r>
        <w:t>2. Что вы поняли из этого урока?</w:t>
      </w:r>
    </w:p>
    <w:p>
      <w:r>
        <w:t>3. Какие ещё стихи из Библии пришли вам на память?</w:t>
      </w:r>
    </w:p>
    <w:p>
      <w:r>
        <w:t>4. Является ли семейный союз чем-то прочным?</w:t>
      </w:r>
    </w:p>
    <w:p>
      <w:r>
        <w:t>5. Что связывает мужчину и женщину в семейных отношениях?</w:t>
      </w:r>
    </w:p>
    <w:p>
      <w:r>
        <w:t>6. В какой момент начинается привязывание мужа к жене?</w:t>
      </w:r>
    </w:p>
    <w:p>
      <w:r>
        <w:t>7. Что будет с семьёй, в которой нет сердечной привязанности друг к другу?</w:t>
      </w:r>
    </w:p>
    <w:p>
      <w:r>
        <w:t>8. Что делать, если я люблю свою жену, но меня к ней не тянет?</w:t>
      </w:r>
    </w:p>
    <w:p>
      <w:r>
        <w:t>9. Хорошо ли человеку иметь свой дом, а в доме того, кто ему принадлежит?</w:t>
      </w:r>
    </w:p>
    <w:p>
      <w:r>
        <w:t>10. Что вы считаете своим домом? Знакомы ли вам слова из песни: «Мимо текла, текла река…»?</w:t>
      </w:r>
    </w:p>
    <w:p>
      <w:r>
        <w:t>11. Есть ли в семейных отношениях что-то общее и похожее на отношения со Христом?</w:t>
      </w:r>
    </w:p>
    <w:p>
      <w:r>
        <w:t>12. Осознание привязанности и принадлежности к кому-то — это что-то человеческое или установленное Богом?</w:t>
      </w:r>
    </w:p>
    <w:p>
      <w:r>
        <w:t>13. Всякий ли брак сочетается Богом? Мар.10:9.</w:t>
      </w:r>
    </w:p>
    <w:p>
      <w:r>
        <w:t>14. Почему нельзя разлучать то, что Бог сочетал?</w:t>
      </w:r>
    </w:p>
    <w:p>
      <w:r>
        <w:t>15. Есть ли что-то общее в разводе людей и в разрыве отношений со Христом?</w:t>
      </w:r>
    </w:p>
    <w:p>
      <w:r>
        <w:br w:type="page"/>
      </w:r>
    </w:p>
    <w:p>
      <w:pPr>
        <w:pStyle w:val="Heading1"/>
      </w:pPr>
      <w:r>
        <w:t>Урок 715. Наш дом — наша крепость</w:t>
      </w:r>
    </w:p>
    <w:p>
      <w:r>
        <w:t>Для меня место моего проживания всегда было чем-то таким, где я мог отдохнуть, спокойно поесть, помыться и выспаться. Я не особенно много внимания уделял уюту и комфорту своего жилища. Оно больше напоминало склад того, что я накопил за свою жизнь. Хоть я и любил порядок в доме, но я не считал это место чем-то таким, во что стоит инвестировать своё время и деньги. Когда ты живёшь в съемном жилье, тем более не очень хочется его благоустраивать, а чистоты и порядка бывает достаточно, чтобы было не стыдно перед гостями. А если придётся переехать, то никто мне не оплатит мои вложения в ремонт и благоустройство.</w:t>
      </w:r>
    </w:p>
    <w:p>
      <w:r>
        <w:t>Наблюдая за поведением своей жены, я заметил, что для неё наш дом является чем-то особенным. Это то место, в котором она чувствует себя королевой, разумеется, если рядом есть король. Мне поначалу было непонятно такое мышление, и я стал наблюдать за другими семейными людьми и интересоваться их отношением к своему дому. Оказалось, что у многих женщин есть особая привязанность к месту своего проживания и тяга к украшению своего жилища. В начале нашей совместной жизни моя супруга часто ездила в родительский дом, где у неё была своя комната, которую её родители сохраняли в том виде, в котором она была на момент проживания их дочери. Я всегда удивлялся, с каким упоением моя жена заходила в это место, обнимала свои мягкие игрушки и лежала на своей кровати. Но со временем она всё чаще предпочитала оставаться в нашем доме, привозя в него свои личные вещи от родителей.</w:t>
      </w:r>
    </w:p>
    <w:p>
      <w:r>
        <w:t>Когда мы вместе обсуждали наши интересы и привязанности к месту нашего жительства, вначале моей возлюбленной было сложно определиться, где её дом, и очень часто под этим названием подразумевался дом её родителей. Но со временем её сознание перестроилось, и наш дом стал её домом. Её ничуть не беспокоило то, что это жилье не было в нашей собственности. Она сразу определила, что обои не её вкуса, и их нужно срочно заменить. Я был против такой траты денег и сил, но она так убедительно мне объяснила, насколько это для неё важно, что я понял, что сопротивление бесполезно.</w:t>
      </w:r>
    </w:p>
    <w:p>
      <w:r>
        <w:t>Меня не переставала удивлять её радость и благодарность, когда наши стены преобразились. В моих глазах это мероприятие не имело смысла, а она с таким воодушевлением гладила новые обои и сияла от счастья. Я понимал, что я всё-таки приношу ей больше радости, но дополнительный уют помогал ей сохранять воодушевление, даже когда я уходил на работу.</w:t>
      </w:r>
    </w:p>
    <w:p>
      <w:r>
        <w:t>Со временем встал вопрос о новой кухонной мебели. Я был вначале категорически против, потому что считал, что имеющейся плиты и мойки было достаточно, чтобы что-то приготовить, а порезать овощи можно и на обеденном столе, что очень огорчало мою супругу, и она то и дело приводила в пример кухни от наших друзей, где всё было компактно, уютно и красиво. Я соглашался с тем, что у них лучше, чем у нас, но никак не мог понять, зачем нам нужно вкладываться во всё это, когда у нас есть самое необходимое для жизни. А куда потом девать всё это добро, если мы решим переехать? Я даже в своих личных молитвах жаловался Богу на такие запросы своей жены, надеясь, что что-то изменится. Но жена была неумолима, и мне через много дней пришлось пойти на уступки, когда нам пришла рекламная газета с очень дешёвым предложением красивой кухонной мебели.</w:t>
      </w:r>
    </w:p>
    <w:p>
      <w:r>
        <w:t>Я решил, что кухню я выберу сам, так как я являюсь главным добытчиком. Но в магазине по продаже мебели я понял, что являюсь самым некомпетентным товарищем в этом вопросе и на многочисленные вопросы продавца не имею вразумительных ответов. А у моей жены уже весь план был в голове, и она чётко знала, где и что должно стоять, и какого цвета это должно быть. Я решил также проявить инициативу и заказать стол особого размера и формы, который бы примыкал к углу кухни и был бы одного цвета со столешницей. Мы провели в магазине полдня, оформляя заказ и выбирая бытовые приборы, которые встраивались в кухонную мебель. Конечная стоимость оказалась в три раза дороже рекламной цены, но деваться было некуда. Так как у нас не было для покупки достаточно денег, мы оформили кредит и решили в течение года его погасить с Божьей помощью.</w:t>
      </w:r>
    </w:p>
    <w:p>
      <w:r>
        <w:t>Через несколько недель нам привезли наш заказ, и я начал впервые в жизни собирать и устанавливать кухню. Радости супруги не было предела, да и я смирился и стал видеть преимущество такого нововведения.</w:t>
      </w:r>
    </w:p>
    <w:p>
      <w:r>
        <w:t>Когда кухня была собрана, было очень много пустых шкафчиков, которые я решил использовать для хранения книг и инструментов, но жена воспротивилась, давая понять, что это её территория, где она сама будет решать, что ей с этим делать. Я был удивлён тому, как быстро все эти шкафы заполнились всем необходимым.</w:t>
      </w:r>
    </w:p>
    <w:p>
      <w:r>
        <w:t>Общаясь с друзьями из церкви, я понял, что все жёны такие, и они обмениваются между собой своими достижениями и идеями, и также много думают о благоустройстве своих домов, считая это самым важным делом.</w:t>
      </w:r>
    </w:p>
    <w:p>
      <w:r>
        <w:t>Когда наша кухня заняла своё место в доме, осталось пустое место между холодильником и стенкой, где я решил ставить швабры и веники, но жена пожелала докупить узенький шкафчик, и мы вновь поехали в мебельный магазин. Подъехав к нему, мы увидели пустые залы. Оказалось, что они обанкротились, и банк распродаёт всё содержимое по низким ценам. А в кухонном отделе было пусто, и посреди зала стоял один единственный шкаф нашего цвета и размера по символической цене. Мы были удивлены такому чуду и сразу его купили.</w:t>
      </w:r>
    </w:p>
    <w:p>
      <w:r>
        <w:t>Вся моя скромная мебель в доме была постепенно заменена на более удобную и красивую.</w:t>
      </w:r>
    </w:p>
    <w:p>
      <w:r>
        <w:t>Со временем я привык к тому, что наш дом — это особое место для моей жены, где она себя чувствует, как рыба в воде, а в мою задачу входит благоустройство этого «аквариума» и поддержания в нём духовной атмосферы любви и дружбы.</w:t>
      </w:r>
    </w:p>
    <w:p>
      <w:r>
        <w:t>Мне было очень сложно привносить в свою жизнь подобные новшества, так как я понимал, что всё сгорит при Втором Пришествии, но жизнь научила меня идти на уступки жене, слушая её железные доводы о том, как важно иметь в доме уют. Но что-то в этом было и правильно. А когда я поделился своими переживаниями с нашим пастором, то он меня окончательно успокоил, сказав, что его жена такая же и это сложно понять, но надо принять, хотя в некоторых семьях бывают исключения.</w:t>
      </w:r>
    </w:p>
    <w:p>
      <w:r>
        <w:t>Понимая такое устройство мышления своей супруги, я научился использовать это свойство её души себе во благо, и, когда мне хотелось её особо чем-то порадовать, я начинал что-то делать по дому или предлагать идеи по благоустройству нашего жилья. Хоть и было жалко вкладываться в арендное помещение, но что только не сделаешь для любимого человека.</w:t>
      </w:r>
    </w:p>
    <w:p>
      <w:r>
        <w:t>Говорят, что к хорошему быстро привыкаешь, так случилось и со мной. Я привык к тому, что в нашем доме уютно, чисто, всё вкусно, и царит особая атмосфера Божьего присутствия. Я заметил и то, что Господь не оставляет наш дом, даже когда мы покупаем в него новую мебель, и даёт нам благо пользоваться от плода рук своих, не переставая готовить нас к грядущим событиям. А ещё увидел, что где бы мы ни появились, моя жена начинает там наводить уют на свой вкус.</w:t>
      </w:r>
    </w:p>
    <w:p>
      <w:r>
        <w:t>Ох уж эти женщины!</w:t>
      </w:r>
    </w:p>
    <w:p>
      <w:pPr>
        <w:pStyle w:val="Heading2"/>
      </w:pPr>
      <w:r>
        <w:t>Домашнее задание 715</w:t>
      </w:r>
    </w:p>
    <w:p>
      <w:r>
        <w:t>1. Прочитайте, пожалуйста, Быт.2:18; 1Тим.6:6; Флп.4:12-13; Еккл.5:12-19; 6:1-6; 11::8-9; 1Ин.2:15-17; Пс.48:17-20; Прит.21:17; Лук.12:16-31; Втор.26:11 в свете этого урока.</w:t>
      </w:r>
    </w:p>
    <w:p>
      <w:r>
        <w:t>2. Что вы поняли из этого урока?</w:t>
      </w:r>
    </w:p>
    <w:p>
      <w:r>
        <w:t>3. Какие ещё стихи из Библии пришли вам на память?</w:t>
      </w:r>
    </w:p>
    <w:p>
      <w:r>
        <w:t>4. Стоит ли знать и помнить о разнице в мужском и женском мышлении и взгляде на жизнь?</w:t>
      </w:r>
    </w:p>
    <w:p>
      <w:r>
        <w:t>5. Имеет ли человек власть и свободу над использованием своих денег?</w:t>
      </w:r>
    </w:p>
    <w:p>
      <w:r>
        <w:t>6. Является ли благоустройство своего жилища чем-то плохим и неправильным?</w:t>
      </w:r>
    </w:p>
    <w:p>
      <w:r>
        <w:t>7. Стоит ли всех людей выравнивать под свои стандарты?</w:t>
      </w:r>
    </w:p>
    <w:p>
      <w:r>
        <w:t>8. Что делать, если жена желает украшать свой дом, а муж считает это ненужным?</w:t>
      </w:r>
    </w:p>
    <w:p>
      <w:r>
        <w:t>9. Важно ли понимать, что для женщины важнее, и поддерживать её в этом вопросе?</w:t>
      </w:r>
    </w:p>
    <w:p>
      <w:r>
        <w:t>10. Как вы думаете, будут ли спасённые украшать и благоустраивать свои Небесные обители?</w:t>
      </w:r>
    </w:p>
    <w:p>
      <w:r>
        <w:t>11. Что делать жене, если её муж не даёт ей денег на новую мебель и не собирается ничего менять в доме?</w:t>
      </w:r>
    </w:p>
    <w:p>
      <w:r>
        <w:t>12. Одобряет ли или осуждает нас Небо, когда мы желаем комфортно и красиво благоустроить то место, где мы живём?</w:t>
      </w:r>
    </w:p>
    <w:p>
      <w:r>
        <w:t>13. В какой момент благоустройство жилья становится греховным и вызывает Божье неодобрение? Агг.1:4,9.</w:t>
      </w:r>
    </w:p>
    <w:p>
      <w:r>
        <w:t>14. Желает ли Бог, чтобы мы имели мудрость в вопросе своего благосостояния и управления доверенными ресурсами?</w:t>
      </w:r>
    </w:p>
    <w:p>
      <w:r>
        <w:t>15. Всякое ли желание жены стоит неукоснительно приводить в исполнение?</w:t>
      </w:r>
    </w:p>
    <w:p>
      <w:r>
        <w:br w:type="page"/>
      </w:r>
    </w:p>
    <w:p>
      <w:pPr>
        <w:pStyle w:val="Heading1"/>
      </w:pPr>
      <w:r>
        <w:t>Урок 716. Мудрость</w:t>
      </w:r>
    </w:p>
    <w:p>
      <w:r>
        <w:t>Мудрость, о которой идёт здесь речь, — это способность человека видеть этот мир глазами Бога и принимать решения, исходя из света Божественных откровений, посылаемых свыше.</w:t>
      </w:r>
    </w:p>
    <w:p>
      <w:r>
        <w:t>В каждой науке есть мудрые люди, которых принято называть учёными, но, если в их знаниях нет Бога и Божественного водительства, нет им пользы от всех этих знаний.</w:t>
      </w:r>
    </w:p>
    <w:p>
      <w:r>
        <w:t>Библия учит нас тому, что в заключительный период последнего времени быть мудрым в Боге — это единственное, что даст нам право на вход в Небо и на Вечные благословения. Мне бы очень хотелось сделать исключения из этого принципа и добавить в эту категорию добрых людей, активных работников, всех моих друзей и тех, кто, по моим понятиям, достоин Вечной жизни, но у Бога Свои критерии отбора, и Он их очень ясно выразил.</w:t>
      </w:r>
    </w:p>
    <w:p>
      <w:r>
        <w:t>В определённое время Господь даровал Своему народу Дух Пророчества, через труды которого послал свет и открыл многие моменты, которые ранее были в пренебрежении. Бог желает подготовить и использовать Свой народ для провозглашения вести Трёх ангелов из Откр.14:6-12. И у этой вести есть помощники — правая и левая рука.</w:t>
      </w:r>
    </w:p>
    <w:p>
      <w:r>
        <w:t>Читаем: «Как правая рука важна для тела, так и медицинская миссионерская работа необходима для провозглашения вести третьего ангела. Но правая рука не должна стать всем телом».– {Ев 549.3}</w:t>
      </w:r>
    </w:p>
    <w:p>
      <w:r>
        <w:t>В других книгах этого автора мы можем прочитать о том, что реформа здоровья — это также правая рука Благой вести. (Христ.служение с.153).</w:t>
      </w:r>
    </w:p>
    <w:p>
      <w:r>
        <w:t>А что же тогда является левой рукой Вечного Евангелия? Ответ мы можем прочитать в Библии, что подтверждает первое и указывает на другое. Читаем описание мудрости в Прит 3:16: «Долгоденствие — в правой руке её, а в левой у неё — богатство и слава».</w:t>
      </w:r>
    </w:p>
    <w:p>
      <w:r>
        <w:t>Рассмотрим правую руку. Реформа здоровья была дана Богом для испытания Божьего народа, для защиты от болезней и для улучшения качества жизни. В то время, когда был излит свет Санитарной реформы, в цивилизованном мире была полная антисанитария, а средняя продолжительность жизни по причине болезней составляла 35-40 лет. Церковь приняла эту реформу и через своих представителей произвела глобальные перемены в обществе. Гигиена стала нормой общественной жизни во многих странах. Долголетие по земным стандартам увеличило средний возраст жизни людей.</w:t>
      </w:r>
    </w:p>
    <w:p>
      <w:r>
        <w:t>Левая рука мудрости — это богатство и слава. В духовном плане есть единственная весть для последнего времени, которая полностью соответствует этому определению — это Послание к Лаодикии из Откр.3:14-22.</w:t>
      </w:r>
    </w:p>
    <w:p>
      <w:r>
        <w:t>Золото, очищенное огнём, обогащает и делает меня состоятельным в Божьих глазах, а белая одежда является Божьим характером, который становится моим, прославляет Иисуса в моей жизни и делает меня Божьим человеком. Глазная же мазь и есть Небесная мудрость, у которой орудия правды в правой и левой руке. 2Кор.6:7.</w:t>
      </w:r>
    </w:p>
    <w:p>
      <w:r>
        <w:t>Быть мудрым в последнее время — самое ответственное поручение и ожидание, исходящее от Самого Бога. Об этом пишет пророк Даниил, апостол Иоанн и другие авторы библейских посланий.</w:t>
      </w:r>
    </w:p>
    <w:p>
      <w:r>
        <w:t>Господь знает, что мудрость не приходит в нашу жизнь за мгновение, её постигают день за днём, прилагая усилия, проходя моменты ошибок и падений, но уверенно идя к заданной цели и почести высшего звания во Христе Иисусе.</w:t>
      </w:r>
    </w:p>
    <w:p>
      <w:r>
        <w:t>Никто не ожидает от новорожденного ребенка выдающихся достижений. Но когда этому человеку исполняется 30 лет, мы понимаем, что в его жизни должен присутствовать здравый смысл, опыт и рассудительность.</w:t>
      </w:r>
    </w:p>
    <w:p>
      <w:r>
        <w:t>Вести для последнего времени очень страшны для всех Божьих детей, но они и дают выход тем, кто к ним прислушается и будет усердным в постижении цели и смысла.</w:t>
      </w:r>
    </w:p>
    <w:p>
      <w:r>
        <w:t>У мудрости есть противоположность, которая называется невежеством или неразумием. Чтобы быть такими людьми, не нужно учиться, достаточно только отвергнуть Божий совет или стать наблюдателем. Знать Истину хорошо, но познать её внутри себя и делать это постоянно, намного важнее. Приняв истину и познав её, я утверждаюсь в ней навсегда, и уже никакая ложь не сможет меня ввести в заблуждение, потому что Истина освободила меня от заблуждения и хранит меня от зла.</w:t>
      </w:r>
    </w:p>
    <w:p>
      <w:r>
        <w:t>Притча о мудрых и неразумных девах очень ясно показывает разницу между одними и другими в день прихода Жениха. Печально читать о судьбе неразумных, но ведь это говорится про наше время, про нас, и моя судьба находится в моей власти. Если я вижу свою немощь и бессилие в этом вопросе и иду с этим к Господу, то Он ответит и благословит, и начнёт меня учить. Учась у ног Иисуса, я буду расти, буду что-то новое открывать, многое приобретать, а что-то оставлять навсегда. Я не могу о себе сказать, что спустя несколько лет обучения в Школе Христа я стал или стану мудрым. Но само пребывание у ног Иисуса и постоянное взирание на Него делает каждого человека мудрым. Написано, что «начало мудрости — страх Господень, и познание святого — разум». Прит.9:10. А продолжение познания Бога и послушание Ему — это Вечная жизнь, которая не изменит свои законы на протяжении всей Вечности. Ин.17:3.</w:t>
      </w:r>
    </w:p>
    <w:p>
      <w:r>
        <w:t>В наше время есть много учений, марафонов, истин, которые дают хороший старт и закладывают основы для более глубокого познания. Но нам необходимо ясно понимать истину для настоящего времени и утверждаться в ней, расти в её свете.</w:t>
      </w:r>
    </w:p>
    <w:p>
      <w:r>
        <w:t>Давая совет Лаодикии, наш Спаситель предлагает вечные торговые отношения мудрым людям, которые стоит когда-то начать, чтобы уже никогда их не заканчивать. Моя мудрость перед Богом будет заключаться в ревностном следовании этим советам и ясном понимании того, что я покупаю и чем должен это оплатить.</w:t>
      </w:r>
    </w:p>
    <w:p>
      <w:r>
        <w:t>Правая и левая рука Вечного Евангелия должны действовать и приносить победу.</w:t>
      </w:r>
    </w:p>
    <w:p>
      <w:r>
        <w:t>Если я не живу во свете Санитарной Реформы, то кто мне поверит, что это ему нужно? Если я не имею веры и любви, то какая будет польза от пустого светильника, и кто мне даст носить белую одежду?</w:t>
      </w:r>
    </w:p>
    <w:p>
      <w:r>
        <w:t>Мудрость, хоть и даётся просто так, но она в глазах Неба очень дорого стоит и не является бросовым товаром на распродаже.</w:t>
      </w:r>
    </w:p>
    <w:p>
      <w:r>
        <w:t>Мудрые уразумеют многие тайны и получат многие откровения, которые помогут им всё понять и перенести, а для других всё это будет покрыто мраком и неведением. Но самое печальное состоит в том, что многие, носящие имя Бога, будут объявлены нечестивыми, неразумными, теплыми и извергнуты из Божьих уст навсегда. Разве к этому мы шли? Разве этому мы учили?</w:t>
      </w:r>
    </w:p>
    <w:p>
      <w:r>
        <w:t>Бог ждёт тех, кто желает быть мудрым и жить в этой мудрости, приобретая её каждый день. Она стоит того, чтобы отдать за неё всё самое дорогое и ценное. Небесное сокровище сделает нас воистину богатыми людьми в этом мире и перед Богом.</w:t>
      </w:r>
    </w:p>
    <w:p>
      <w:r>
        <w:t>Мудрые люди будут встречать Христа живыми, не вкусив силы первой смерти, но пройдя испытание этой самой смертью и отказываясь перед её лицом от принятия начертания зверя. Мудрость свыше поможет нам во всём устоять и всё перенести. Врагу не удастся соблазнить тех мудрых людей, которые приняли полноту света и ходили в нём, с радостью посвящая этому свои таланты, время и самих себя.</w:t>
      </w:r>
    </w:p>
    <w:p>
      <w:r>
        <w:t>А чем заняты ваши руки, друзья? Какое всеоружие Божье вы взяли в них для победы? Сможете ли вы этим одолеть своего врага? Не станут ли наши знания безрукими инвалидами перед мощью и хитростью врага души? Вам решать и решать сегодня.</w:t>
      </w:r>
    </w:p>
    <w:p>
      <w:pPr>
        <w:pStyle w:val="Heading2"/>
      </w:pPr>
      <w:r>
        <w:t>Домашнее задание 716</w:t>
      </w:r>
    </w:p>
    <w:p>
      <w:r>
        <w:t>1. Прочитайте, пожалуйста, Мат.10:16; Исх.35:9; Втор.1:13; 4:5-9; 1Пар.12:32; Прит.1:1-9,20-33; 6:6-8; 9:9-11; 11:30; 13:20; 15:31; 16:20-25; Еккл.8:1; 12:11; Дан.12:3,9-10; 1Кор.3:18; Еф.5:15-18 в свете этого урока.</w:t>
      </w:r>
    </w:p>
    <w:p>
      <w:r>
        <w:t>2. Что вы поняли из этого урока?</w:t>
      </w:r>
    </w:p>
    <w:p>
      <w:r>
        <w:t>3. Какие ещё стихи из Библии пришли вам на память?</w:t>
      </w:r>
    </w:p>
    <w:p>
      <w:r>
        <w:t>4. Понимаете ли вы важность принятия Божьего послания к Лаодикии и вести о Санитарной реформе?</w:t>
      </w:r>
    </w:p>
    <w:p>
      <w:r>
        <w:t>5. Почему Господь определил Весть о здоровье и Весть к Лаодикии как правую и левую руку Вечного Евангелия?</w:t>
      </w:r>
    </w:p>
    <w:p>
      <w:r>
        <w:t>6. Что значит быть мудрым в последнее время, в вашем понимании и в Божьем ожидании?</w:t>
      </w:r>
    </w:p>
    <w:p>
      <w:r>
        <w:t>7. Почему так важно иметь мудрость от Бога перед Вторым Пришествием Христа?</w:t>
      </w:r>
    </w:p>
    <w:p>
      <w:r>
        <w:t>8. Что даёт человеку мудрость свыше?</w:t>
      </w:r>
    </w:p>
    <w:p>
      <w:r>
        <w:t>9. Как понять, мудрый ли вы человек или неразумный?</w:t>
      </w:r>
    </w:p>
    <w:p>
      <w:r>
        <w:t>10. Будет ли Господь помогать неразумным становиться мудрыми, если они того пожелают и начнут что-то для этого делать?</w:t>
      </w:r>
    </w:p>
    <w:p>
      <w:r>
        <w:t>11. Будет ли Господь делать неразумных мудрыми против их воли?</w:t>
      </w:r>
    </w:p>
    <w:p>
      <w:r>
        <w:t>12. Какое отношение имеет любовь-агапэ к мудрости?</w:t>
      </w:r>
    </w:p>
    <w:p>
      <w:r>
        <w:t>13. Что делать, если я не понимаю послание к Лаодикии, и не имею интереса к этой вести, но очень хочу быть победителем?</w:t>
      </w:r>
    </w:p>
    <w:p>
      <w:r>
        <w:t>14. Что будет с тем, кто так и не станет мудрым, но будет очень добрым человеком?</w:t>
      </w:r>
    </w:p>
    <w:p>
      <w:r>
        <w:t>15. В чём смысл мудрости, и какая от неё будет польза в наше время?</w:t>
      </w:r>
    </w:p>
    <w:p>
      <w:r>
        <w:br w:type="page"/>
      </w:r>
    </w:p>
    <w:p>
      <w:pPr>
        <w:pStyle w:val="Heading1"/>
      </w:pPr>
      <w:r>
        <w:t>Урок 717. Испытывайте духов</w:t>
      </w:r>
    </w:p>
    <w:p>
      <w:r>
        <w:t>Наш век можно смело назвать веком открытий, просвещения, изобретений и всевозможных нововведений. Подобные вещи иногда врываются в мою жизнь и переворачивают моё сознание. Но не все эти открытия являются вещами. Многое из того, что я получаю как что-то новое, может не только упрощать мою жизнь или выполнять вместо меня какие-то задачи, но и изменять моё сознание и манипулировать им.</w:t>
      </w:r>
    </w:p>
    <w:p>
      <w:r>
        <w:t>Библия советует нам в 1Фес 5:21-22: «Все испытывайте, хорошего держитесь. Удерживайтесь от всякого рода зла».</w:t>
      </w:r>
    </w:p>
    <w:p>
      <w:r>
        <w:t>Я делю все новшества на две группы. В первой находится то, что меня как-то касается, и это просто нужно принять как факт. Ко второй относятся вещи, на которые даже не стоит тратить время, чтобы их понять. Следует учитывать, что мы живём в Вавилоне, и конституция этого мира направлена на то, чтобы отравить сознание людей яростным вином блуда, отводя их взор от Бога. Есть вещи, которые нужно испытать, чтобы понять, от Бога ли они, а есть и такие, к которым не следует даже прикасаться ни в каком виде.</w:t>
      </w:r>
    </w:p>
    <w:p>
      <w:r>
        <w:t>Я и моё поколение выросли на книгах и тетрадях. Нас учили в советских школах постигать какие-либо науки в трудах других авторов, записывая для себя полезные мысли, чтобы потом в виде сочинений по заданной теме делиться с учителем тем, что ты понял. Мне и моим сверстникам были незнакомы рекламы, круглосуточное телевидение, изобилие продуктов и товаров, мобильный интернет, электронные госуслуги и многое из того, что сейчас уверенно вошло в наш быт и не собирается оттуда уходить.</w:t>
      </w:r>
    </w:p>
    <w:p>
      <w:r>
        <w:t>Я оценил многие современные вещи и научился ими пользоваться для личного блага и для служения другим людям. Не понаслышке, а из личного опыта я знаю, как может влиять на разум поток всевозможной информации, и как это быстро может разрушить мою жизнь, если я перестану ставить фильтры и контролировать воздействие на свой разум.</w:t>
      </w:r>
    </w:p>
    <w:p>
      <w:r>
        <w:t>Сейчас идёт великая борьба за обладание этим самым человеческим разумом, и в мою задачу входит основная схватка с силами тьмы за то, чтобы научиться отвоёвывать у мира своё личное время, чтобы проводить его с Богом.</w:t>
      </w:r>
    </w:p>
    <w:p>
      <w:r>
        <w:t>Если я начну анализировать ту или иную науку, описывать своё понимание того или иного изобретения, то всегда найдутся люди, которые будут иметь железные аргументы или контраргументы о пользе или о вреде того, что я изучаю или испытываю. Но в основу всего стоит взять простой принцип: приближает ли это всё меня к Богу или разделяет с Ним?</w:t>
      </w:r>
    </w:p>
    <w:p>
      <w:r>
        <w:t>Господь через Откр.3:18 советует мне войти с Ним в вечные торговые отношения, чтобы через них научиться познавать Его, познавать истину и делиться с другими своим влиянием от этой торговли и своими благословениями, приобретаемыми у Христа. Глазная мазь открывает мои очи, чтобы я мог видеть всевозможные опасности, разуметь, в какое время мы живём, и понимать, что нужно делать, чтобы не быть потерянным для Вечности. Без откровения свыше я не пойму всего этого.</w:t>
      </w:r>
    </w:p>
    <w:p>
      <w:r>
        <w:t>Личные отношения со Христом и общение с Ним через Святого Духа являются основанием для испытания любого духа. В общении с Богом человек наделяется особым даром различения духов и может быстро определить, с кем он имеет дело.</w:t>
      </w:r>
    </w:p>
    <w:p>
      <w:r>
        <w:t>Враг души очень хитёр и знает, что Божьи дети не будут пить его яд в чистом виде и смогут заметить опасность даже в малых пропорциях, поэтому он обрушивает изобилие полезной духовной и чистой информации, стараясь хоть через это пресытить разум верующего человека. А к чему приводит изобилие? К пресыщению и усталости от всего происходящего.</w:t>
      </w:r>
    </w:p>
    <w:p>
      <w:r>
        <w:t>Возьмём к примеру еду. Каким бы вкусным и полезным ни было ваше любимое блюдо, если вы его будете есть каждый день и объедаться им, то когда-то оно вам надоест и перестанет быть любимым. Плоть же станет требовать чего-то нового. Мы видим этот принцип из истории с манной для Божьего народа.</w:t>
      </w:r>
    </w:p>
    <w:p>
      <w:r>
        <w:t>Но существует и другая крайность. Считая, что мой разум должен быть заполнен чем-то полезным, я занимаю его хорошими вещами, давая ему слушать, как радио, то, что служит мне во благо. Пресыщение ничуть не смущает меня, и я убеждаю себя в том, что это мне нужно, и с утра до вечера слушаю или смотрю всё то, что предлагают мои духовные собратья. В такой ситуации мой разум перестаёт анализировать и запоминать полученную информацию и просто соглашается с тем, что она есть, не подвергая её глубокому и критическому анализу. В результате я готов быть вечным слушателем и зрителем, который кроме этого ничего больше и не делает, да и не может.</w:t>
      </w:r>
    </w:p>
    <w:p>
      <w:r>
        <w:t>Мои собратья, публикуя свои открытия в интернете, просят меня подписаться на них, поставить им лайк и поделиться этим с другими. В результате я заметил, что подписан на весь мир, и если я буду за всем этим полезным, что предлагают не чужие люди, следить, то у меня не будет времени на жизнь, на Бога, на свои личные интересы. А это чревато тем, что в потоке такого изобилия я пропущу что-то очень важное для себя и не услышу ясный голос Христа, Который будет предупреждать меня в последний раз о том, что я рискую погибнуть и быть извергнутым из Его уст навсегда.</w:t>
      </w:r>
    </w:p>
    <w:p>
      <w:r>
        <w:t>Мы ждём чуда, которое должно как-то всё резко изменить и сделать нас другими без особых усилий. А я, входя в торговые отношения со Христом, вижу, что необходимо приложить максимум усилий и посвятить очень много лучшего времени, чтобы получить от Бога что-то очень ценное. Кроме того, важно применять на практике все те знания и приобретения, которые я извлекаю благодаря нашим отношениям.</w:t>
      </w:r>
    </w:p>
    <w:p>
      <w:r>
        <w:t>Стоит когда-то остановить свой бег в «беличьем колесе» и познать, что Господь есть Бог, и что Он очень мудр и щедр на Свои благословения.</w:t>
      </w:r>
    </w:p>
    <w:p>
      <w:r>
        <w:t>Парадоксально то, что самые лучшие, полезные и прекрасные вещи от Бога даются мне даром, а чем вреднее предлагаемый миром яд, тем он дороже и опаснее. Но бесплатные благословения стоят очень дорого, и, чтобы они стали нашими просто так, за них была уплачена очень высокая цена. Поэтому и ожидания Бога в качестве оплаты «бесплатных благословений» очень высоки. Я Ему нужен весь, со всеми своими грехами и со всем своим временем, и тогда я смогу получить Всего Его со всеми Его предложениями и дарами.</w:t>
      </w:r>
    </w:p>
    <w:p>
      <w:r>
        <w:t>Иисус предупреждал нас о том, что враг, если будет возможно, искусит и избранных. Он дал понять, что только Истина сделает нас свободными.</w:t>
      </w:r>
    </w:p>
    <w:p>
      <w:r>
        <w:t>Чтобы осознать, насколько опасен яд, не нужно его вкушать. Достаточно иметь информацию о том, что полезно, и понимать принципы чистоты и здоровья.</w:t>
      </w:r>
    </w:p>
    <w:p>
      <w:r>
        <w:t>Испытывать духов — значит иметь познание Истины, Которая освободит меня от заблуждения и покажет все опасности.</w:t>
      </w:r>
    </w:p>
    <w:p>
      <w:r>
        <w:t>Опасен ли интернет? Я смогу правильно ответить на этот вопрос лишь тогда, когда провожу с Иисусом достаточно времени, беру Его во все свои дела и планы, посвящаю Его в свои тайны, знаю Его волю и соблюдаю то, что Он повелел. Когда это есть, любой иной дух будет быстро распознан и отвержен как нечистый. А любовь друг к другу, к тем, кто также привязан к Богу, как и я, поможет нам открыть в себе те источники Вечных благословений, о которых мир не имеет никакого представления.</w:t>
      </w:r>
    </w:p>
    <w:p>
      <w:r>
        <w:t>Как бы много истин ни предлагалось в наши дни, сейчас народу Божьему необходима истина для настоящего времени, чтобы мы могли ясно понимать, что происходит, что делать, и что делает Бог. И Весть к Лаодикии имеет в себе все эти ответы.</w:t>
      </w:r>
    </w:p>
    <w:p>
      <w:pPr>
        <w:pStyle w:val="Heading2"/>
      </w:pPr>
      <w:r>
        <w:t>Домашнее задание 717</w:t>
      </w:r>
    </w:p>
    <w:p>
      <w:r>
        <w:t>1. Прочитайте, пожалуйста, 1Ин.4:1; 2Кор.13:5; Еф.5:6-12; 1Фес.5:19-24; Еккл.6:11; 2Фес.2:9-12; Прит.29:18; Откр.3:14-22; 14:8; 18:1-5; 22:14-15 в свете этого урока.</w:t>
      </w:r>
    </w:p>
    <w:p>
      <w:r>
        <w:t>2. Что вы поняли из этого урока?</w:t>
      </w:r>
    </w:p>
    <w:p>
      <w:r>
        <w:t>3. Какие ещё стихи из Библии пришли вам на память?</w:t>
      </w:r>
    </w:p>
    <w:p>
      <w:r>
        <w:t>4. Какие виды духов вы знаете?</w:t>
      </w:r>
    </w:p>
    <w:p>
      <w:r>
        <w:t>5. Для чего нужно испытывать различные духи?</w:t>
      </w:r>
    </w:p>
    <w:p>
      <w:r>
        <w:t>6. Как можно испытывать духов?</w:t>
      </w:r>
    </w:p>
    <w:p>
      <w:r>
        <w:t>7. Как понять, не являюсь ли я сам проводником или глашатаем нечистого духа?</w:t>
      </w:r>
    </w:p>
    <w:p>
      <w:r>
        <w:t>8. Как не стать рупором Вавилона?</w:t>
      </w:r>
    </w:p>
    <w:p>
      <w:r>
        <w:t>9. Какую пользу приносят лживые духи людям?</w:t>
      </w:r>
    </w:p>
    <w:p>
      <w:r>
        <w:t>10. Что делать, если я обнаружил в своём любимом друге неправильный дух, а он считает себя правым? Ис.8:20.</w:t>
      </w:r>
    </w:p>
    <w:p>
      <w:r>
        <w:t>11. Как послание к Лаодикии помогает понять, на каком я пути?</w:t>
      </w:r>
    </w:p>
    <w:p>
      <w:r>
        <w:t>12. Вы уверены в том, что послание к Лаодикии несёт в себе самую важную весть для нашего времени?</w:t>
      </w:r>
    </w:p>
    <w:p>
      <w:r>
        <w:t>13. Стоит ли бороться за своё время, проведённое с Богом?</w:t>
      </w:r>
    </w:p>
    <w:p>
      <w:r>
        <w:t>14. Может ли человек принимать для себя выход из послания Верного Свидетеля, не изучая эту весть?</w:t>
      </w:r>
    </w:p>
    <w:p>
      <w:r>
        <w:t>15. Пострадает ли правильный дух от того, что он будет испытан?</w:t>
      </w:r>
    </w:p>
    <w:p>
      <w:r>
        <w:br w:type="page"/>
      </w:r>
    </w:p>
    <w:p>
      <w:pPr>
        <w:pStyle w:val="Heading1"/>
      </w:pPr>
      <w:r>
        <w:t>Урок 718. Дни рождения</w:t>
      </w:r>
    </w:p>
    <w:p>
      <w:r>
        <w:t>В нашей семье были установлены некоторые праздники и традиции, которые не имеют библейского основания, но очень нам нравятся и привносят в наши отношения особую радость. Некоторые из этих праздников совпадают с мирскими, но мы не делаем из этого культ и никому ничего не навязываем, не считая это чем-то обязательным. Всё это является нашим семейным решением, и мы, исходя из своего выбора, выделяем для себя даты, которые проводим не так, как другие дни, переживая особую радость.</w:t>
      </w:r>
    </w:p>
    <w:p>
      <w:r>
        <w:t>Одной из наших семейных традиций является празднование наших дней рождений. Это наш закрытый праздник, к которому мы особым образом готовимся и который проводим, не посвящая других людей в нашу жизнь. Я заранее беру на это время отпуск и не планирую никаких дел, чтобы провести весь этот день вместе с той, которую я получил в подарок от Господа.</w:t>
      </w:r>
    </w:p>
    <w:p>
      <w:r>
        <w:t>В самом начале нашей дружбы мы обсуждали этот вопрос и даже пробовали не придавать этим дням особого значения, но считать их чем-то обычным. Однако впоследствии мы поняли, что это лишает нас возможности сделать что-то особенное для нашей дружбы и семейного счастья. В этот самый день у нас появляется какое-то торжественное ожидание чего-то радостного, и никуда от этого не деться. И если твои самые близкие люди никак не реагируют на твои ожидания, то становится как-то грустно от их равнодушия.</w:t>
      </w:r>
    </w:p>
    <w:p>
      <w:r>
        <w:t>Что касается подарков, мы решили не тратить денег на что-то ненужное, лишь бы был подарок. Если уж что и дарить, то только необходимое и приносящее радость.</w:t>
      </w:r>
    </w:p>
    <w:p>
      <w:r>
        <w:t>Мы также решили в своём настенном календаре отметить все дни рождения своих друзей и дарить им наши добрые слова, признания в любви и дружбе, пожелания особых благословений. Так бывало, что мы для некоторых людей были единственными людьми, кто вспоминал их в этот день. Мы слышали много мнений о том, что это всё мирское, и что нужно принципиально игнорировать эти праздники, но, видя, сколько радости приносит людям наше внимание и добрые слова в этот день, и какими счастливыми становятся те, кого мы поздравляем, как наши сердца ждут чего-то особенного, мы решили, что будем соблюдать эту традицию в нашей семье и дарить счастье тем, кого мы знаем.</w:t>
      </w:r>
    </w:p>
    <w:p>
      <w:r>
        <w:t>В преддверии очередного праздника мы обговариваем, как мы будем его проводить и что будем делать в этот день. А если кто-то из нас решает преподнести сюрприз и покрывает его тайной, то приходится смиряться в ожидании и предвкушать что-то необычное. В очередном сюрпризе важно не то, что тебе приготовили, а то, сколько любви было в него вложено.</w:t>
      </w:r>
    </w:p>
    <w:p>
      <w:r>
        <w:t>Однажды я решил сделать сюрприз своей жене на её день рождения и не стал её об этом предупреждать. Я пригласил к нам домой на вечер многих членов нашей церкви, не говоря никому о том, сколько нас будет. Каждый подумал, что он будет единственным гостем, и дал добро на свой визит. Я заранее купил еду для гостей и припрятал её в доме, а также попросил одного друга привезти его полевую кухню, чтобы угостить всех пришедших чем-то особенным.</w:t>
      </w:r>
    </w:p>
    <w:p>
      <w:r>
        <w:t>И вот этот день настал. Были сказаны прекрасные слова поздравлений, вручены нужные подарки, обещаны радужные перспективы. Мы много общались и обсуждали наши семейные вопросы в духе любви и согласия. Моя жена была к вечеру уставшей и собиралась отдохнуть на свой вкус, но в положенное время стали появляться званые гости. Кто-то приехал немного раньше и спел для супруги песню, чем очень её порадовал. А когда наступило положенное время, гости посыпались, как из рога изобилия. Жена с недоумением смотрела на меня, как бы спрашивая: «Что это такое?» А я дал ей понять, что всё прекрасно, и пусть она не переживает. Я приготовил на улице большой стол и стал выносить продукты, а полевая кухня друга была запущена на полную мощность, наполняя всё вокруг приятным запахом вкусных деликатесов.</w:t>
      </w:r>
    </w:p>
    <w:p>
      <w:r>
        <w:t>По своему наблюдению я понял, что и все гости были удивлены, что они не единственные. Они и моя жена глазами задавали мне одинаковые вопросы, на которые я им одинаково отвечал.</w:t>
      </w:r>
    </w:p>
    <w:p>
      <w:r>
        <w:t>Когда нас стало очень много на одном квадратном метре, тогда всем пришлось смириться, и мы с особой радостью встречали очередного запоздавшего гостя, который не скрывал своего удивления от такой компании. Дети, которые приехали со своими родителями, сразу нашли себе занятие и радостно во что-то играли. А взрослые разместились за накрытым столом и, помолившись, приступили к приёму пищи, делясь шутками и крылатыми фразами.</w:t>
      </w:r>
    </w:p>
    <w:p>
      <w:r>
        <w:t>Я знал, что многие из гостей не имеют друг с другом дружеской близости, но наше радушие и дружелюбие объединило всех в одно жизнерадостное общество, и по нашим молитвам наш Господь был с нами в этот вечер.</w:t>
      </w:r>
    </w:p>
    <w:p>
      <w:r>
        <w:t>Я старался обслуживать гостей, как только мог, узнавал все их нужды, стремясь всем угодить. В результате всё собрание пришло к умиротворению, и в конце трапезы было предложено что-то спеть из наших любимых песен.</w:t>
      </w:r>
    </w:p>
    <w:p>
      <w:r>
        <w:t>Я заранее предупредил всех соседей о том, что у нас будут гости по поводу торжества, так как знал, что подобные мероприятия без шума не проходят.</w:t>
      </w:r>
    </w:p>
    <w:p>
      <w:r>
        <w:t>Наше пение разливалось по всей округе, наполняя атмосферу особым благоговением. Одна песня сменялась другой. А потом я предложил каждому гостю, чтобы он подарил моей супруге свой любимый стих из Библии. Мы все вместе слушали слова благословений, радуясь тому, что они прошли через века и сохранили свою силу и чистоту до наших дней, чтобы таким прекрасным водопадом излиться в душу моей жены. А она сидела, уставшая и счастливая, прижавшись ко мне.</w:t>
      </w:r>
    </w:p>
    <w:p>
      <w:r>
        <w:t>Когда стемнело, гости стали разъезжаться. Кто-то уходил по-английски, не прощаясь. А кто-то прощался и никуда не уходил. Кто-то помог убрать всю посуду и навести порядок, а кто-то продолжал весело общаться с моей супругой.</w:t>
      </w:r>
    </w:p>
    <w:p>
      <w:r>
        <w:t>Когда мы остались одни, я услышал просьбу о том, чтобы не делать больше подобных сюрпризов или хотя бы предупреждать об этом. Я взял это на заметку и решил на будущее быть более предупредительным и предусмотрительным.</w:t>
      </w:r>
    </w:p>
    <w:p>
      <w:r>
        <w:t>Когда наступал мой день рождения, жена обязательно готовила что-то особенное в это время и дарила себя на весь день, стараясь быть очень услужливой и жизнерадостной. Но всё сводилось к привычному укладу жизни, и мы много общались в этот день, обсуждая все наши планы на будущее.</w:t>
      </w:r>
    </w:p>
    <w:p>
      <w:r>
        <w:t>Однажды и моя жена сделала мне сюрприз на день рождения, тайно пригласив моих друзей, которые расселись в одной из комнат и тихо ждали, когда я приду домой и зайду в это помещение. Я был очень обрадован и удивлён их визиту, и наша встреча прошла в приятном общении.</w:t>
      </w:r>
    </w:p>
    <w:p>
      <w:r>
        <w:t>В наших семейных традициях есть что-то такое, что принадлежит только нам двоим и не навязывается никому другому. Мы ни с кем не обсуждаем этот вопрос, так как считаем, что в нашей власти устраивать подобные мероприятия и решать, как и что нам праздновать и как к этому относиться.</w:t>
      </w:r>
    </w:p>
    <w:p>
      <w:r>
        <w:t>Бывают и спонтанные исключения, когда я беру жену, везу её на край света и делаю ей неожиданный праздник просто так, без всяких дат, не обещая, что это теперь войдёт в традицию.</w:t>
      </w:r>
    </w:p>
    <w:p>
      <w:r>
        <w:t>И, конечно же, любой наш семейный праздник мы рассматриваем в рамках Божьего закона, чтобы всё наше человеческое было в полной гармонии с Божественным.</w:t>
      </w:r>
    </w:p>
    <w:p>
      <w:pPr>
        <w:pStyle w:val="Heading2"/>
      </w:pPr>
      <w:r>
        <w:t>Домашнее задание 718</w:t>
      </w:r>
    </w:p>
    <w:p>
      <w:r>
        <w:t>1. Прочитайте, пожалуйста, Рим.14:15; Гал.6:9-10; Ин.13:34-35; 1Пет.1:22; Еккл.2:24; 5:17; 8:15; Есф.9:18-22; Рим.12:9-10; 13:9-10; 1Тим.1:5; 2Тим.3:17; 2Фес.3:13; Иак.4:17 в свете этого урока.</w:t>
      </w:r>
    </w:p>
    <w:p>
      <w:r>
        <w:t>2. Что вы поняли из этого урока?</w:t>
      </w:r>
    </w:p>
    <w:p>
      <w:r>
        <w:t>3. Какие ещё стихи из Библии пришли вам на память?</w:t>
      </w:r>
    </w:p>
    <w:p>
      <w:r>
        <w:t>4. Плохо ли праздновать с друзьями какое-то событие?</w:t>
      </w:r>
    </w:p>
    <w:p>
      <w:r>
        <w:t>5. Можно ли нам делать для себя свои праздники и устанавливать свои семейные традиции?</w:t>
      </w:r>
    </w:p>
    <w:p>
      <w:r>
        <w:t>6. Правильно ли будет и другим людям навязывать свои ценности?</w:t>
      </w:r>
    </w:p>
    <w:p>
      <w:r>
        <w:t>7. Прочитайте Мар.6:21. Учит ли этот стих тому, что праздновать день рождения — это плохо?</w:t>
      </w:r>
    </w:p>
    <w:p>
      <w:r>
        <w:t>8. Как проходят ваши дни рождения?</w:t>
      </w:r>
    </w:p>
    <w:p>
      <w:r>
        <w:t>9. Какие праздники и собрания опасно посещать?</w:t>
      </w:r>
    </w:p>
    <w:p>
      <w:r>
        <w:t>10. Всякая ли семейная традиция является нормальной в глазах Неба?</w:t>
      </w:r>
    </w:p>
    <w:p>
      <w:r>
        <w:t>11. Вам нравится делать добрые сюрпризы своим друзьям и ближним?</w:t>
      </w:r>
    </w:p>
    <w:p>
      <w:r>
        <w:t>12. Что делать, если вам хочется сделать семейный праздник, а ваша половинка этого не хочет, или наоборот?</w:t>
      </w:r>
    </w:p>
    <w:p>
      <w:r>
        <w:t>13. Важно ли следить за тем, чтобы наши семейные традиции и праздники не были греховными и опасными для души?</w:t>
      </w:r>
    </w:p>
    <w:p>
      <w:r>
        <w:t>14. Какие традиции будут в Вечности? Ис.66:23.</w:t>
      </w:r>
    </w:p>
    <w:p>
      <w:r>
        <w:t>15. Вам нравится поздравлять своих друзей с их праздниками?</w:t>
      </w:r>
    </w:p>
    <w:p>
      <w:r>
        <w:br w:type="page"/>
      </w:r>
    </w:p>
    <w:p>
      <w:pPr>
        <w:pStyle w:val="Heading1"/>
      </w:pPr>
      <w:r>
        <w:t>Урок 719. Медицинский дух</w:t>
      </w:r>
    </w:p>
    <w:p>
      <w:r>
        <w:t>Во все времена истории земли были болезни, от которых страдали люди в результате неправильного образа жизни, нарушения законов здоровья, наследственных причин, химического и биологического отравления окружающей среды и многих других факторов.</w:t>
      </w:r>
    </w:p>
    <w:p>
      <w:r>
        <w:t>Болезнь — это попытка человеческого организма самостоятельно справиться с нарушением нормальной жизнедеятельности всех органов или видимая реакция на инородные организмы, попавшие внутрь тела различными путями.</w:t>
      </w:r>
    </w:p>
    <w:p>
      <w:r>
        <w:t>Библия даёт нам совет, чтобы мы всё испытывали и хорошего держались 1Фес.5:21. Стоит прислушаться к этому совету в свете последних событий и испытать дух современной медицины на основании Библии и Санитарной реформы.</w:t>
      </w:r>
    </w:p>
    <w:p>
      <w:r>
        <w:t>Господь знал, какие проблемы ожидают нас в последнее время, и заранее предупредил нас, откуда и через что будет действовать враг души.</w:t>
      </w:r>
    </w:p>
    <w:p>
      <w:r>
        <w:t>Прочитаем вторую часть стиха из Откр 18:23: «… и волшебством твоим введены в заблуждение все народы». В оригинале слово «волшебством» звучит как фармакея (φαρμακείᾳ). От корня этого слово появилось понятие фармакология (наука о лекарствах).</w:t>
      </w:r>
    </w:p>
    <w:p>
      <w:r>
        <w:t>Пророчество предупреждает нас о силе этого заблуждения и говорит о том, что все народы станут жертвой волшебства.</w:t>
      </w:r>
    </w:p>
    <w:p>
      <w:r>
        <w:t>Когда я слышу слово «волшебник», тогда оно сразу ассоциируется с детскими сказками, в которых были злые и добрые волшебники, совершавшие сверхъестественные вещи, а любое чудо основывалось только на фантазии автора, который мог придумывать что угодно. Но Библия повествует о реальной опасности, которую необходимо выявить и назвать своим именем.</w:t>
      </w:r>
    </w:p>
    <w:p>
      <w:r>
        <w:t>Наука о лекарствах зародилась ещё в давние времена, когда стали появляться болезни. Путём исследования многие люди определяли целительную силу природы и использовали её для лечения различных недугов. Но не каждому человеку было дано понять реальную силу растений, поэтому некоторые входили в контакт с демоническими силами и получали от них прямые наставления о свойствах тех или иных средств. Отсюда взялось определение «белая магия» — наука о таинственной силе природных средств и космических сил, направленных на принесение добра и пользы людям. На основании этих вековых открытий и опытов зародилась современная фармакология, которая в наше время переросла в глобальную индустрию, доминирующую в нашем мире и диктующую всем свои правила, законы и протоколы лечения.</w:t>
      </w:r>
    </w:p>
    <w:p>
      <w:r>
        <w:t>Большинство из нас не является экспертом в области медицины, и поэтому многие вещи принято принимать на веру и соглашаться с ними без исследования.</w:t>
      </w:r>
    </w:p>
    <w:p>
      <w:r>
        <w:t>Наша цель не обвинить кого-то в страшных грехах, а разобраться в том, что происходит. Многие врачи честно трудятся и самоотверженно выполняют свой долг, спасая многие жизни и занимаясь лечением людей. И мы ни в коем случае не пытаемся кого-то дискредитировать.</w:t>
      </w:r>
    </w:p>
    <w:p>
      <w:r>
        <w:t>Библия говорит о том, что фармакея введёт в заблуждение все народы. А быть и жить в обмане довольно опасно. Это может угрожать мне физической, психической или духовной болезнью. Если я верю лжи, то эта вера не сделает меня счастливым и не прибавит мне лет жизни.</w:t>
      </w:r>
    </w:p>
    <w:p>
      <w:r>
        <w:t>Написано, что «корень всех зол есть сребролюбие, которому предавшись, некоторые уклонились от веры и сами себя подвергли многим скорбям» 1Тим 6:10.</w:t>
      </w:r>
    </w:p>
    <w:p>
      <w:r>
        <w:t>Лечение людей — это благородное дело, а продажа лекарств — это очень выгодное предприятие со сверхприбылью. И чем лучше разрекламированно то или иное средство, тем быстрее и дороже его можно продать. Многие дельцы поняли прямую взаимосвязь между болезнями и прибылью и поэтому встали на путь этой торговли, превращая наше здоровье в бизнес со сверхдоходами.</w:t>
      </w:r>
    </w:p>
    <w:p>
      <w:r>
        <w:t>Если человек зарабатывает тысячи, то он не голодает, если он имеет стотысячные доходы, то может решать свои личные проблемы и благоустроить свою жизнь на свой вкус и помогать другим людям. Если человек зарабатывает миллионы, то он может не переживать о своём благосостоянии и даже влиять на других на региональном уровне. Миллиардер выходит за рамки региона и способен оказывать влияние на уровне правительства своей страны и даже немного — на политику других стран. Те, кто зарабатывает сотни миллиардов, способны доминировать в политике многих стран и даже что-то им диктовать. Люди, обладающие триллионами и управляющие транснациональными компаниями и банковскими системами, приносящими сверхприбыль, могут стать заказчиками того или иного государственного строя и непосредственно воздействовать на политику многих стран.</w:t>
      </w:r>
    </w:p>
    <w:p>
      <w:r>
        <w:t>Мы живём во время больших денег, владельцы которых, попав под власть сатаны, могут себе позволить делать то, что не вмещается в разум обычного человека. Всё идёт к тому, что вскоре никто не сможет ничего не купить и не продать, кроме имеющих начертание зверя.</w:t>
      </w:r>
    </w:p>
    <w:p>
      <w:r>
        <w:t>Одним из искушений Иисуса сатаной было богатство и власть. Читаем в Лук 4:6: «и сказал Ему диавол: Тебе дам власть над всеми сими царствами и славу их, ибо она предана мне, и я, кому хочу, даю её».</w:t>
      </w:r>
    </w:p>
    <w:p>
      <w:r>
        <w:t>Многие люди поклонились сатане и получили обещанное. Но власть, переданная врагом, не служит на благо общества, но ведёт мир к погибели.</w:t>
      </w:r>
    </w:p>
    <w:p>
      <w:r>
        <w:t>Бог, предвидя печальное состояние мира в области здоровья, дал свет Санитарной реформы, которая способна разрушить все стереотипы, вернуть утраченное здоровье и восстановить развалины. Эта реформа была дана ранее доминирования в мире фармакеи и доказала свою эффективность в вопросе излечения тела и души через Божьи методы исцеления.</w:t>
      </w:r>
    </w:p>
    <w:p>
      <w:r>
        <w:t>Власть фармакеи направлена на то, чтобы предложить миру свою силу и методы лечения болезней и убедить все народы в том, что это лучшее, что имеется в настоящее время, а всё другое является шарлатанством, колдовством и чем-то плохим, с чем необходимо бороться на государственном уровне и пресекать любыми способами.</w:t>
      </w:r>
    </w:p>
    <w:p>
      <w:r>
        <w:t>Фармакея является частью вавилонской системы обольщения и довольно преуспела в своей области, вводя в заблуждение все народы.</w:t>
      </w:r>
    </w:p>
    <w:p>
      <w:r>
        <w:t>Даже если посмотреть на побочные эффекты препаратов, которые нам предлагает фармакея, то можно задуматься, стоит ли рисковать многим, чтобы обрести временное облегчение или снять симптомы.</w:t>
      </w:r>
    </w:p>
    <w:p>
      <w:r>
        <w:t>Но самое печальное происходит тогда, когда люди, ослабевая в недугах, могут пасть и духом и поверить во всевозможные заблуждения, ведущие души к гибели.</w:t>
      </w:r>
    </w:p>
    <w:p>
      <w:r>
        <w:t>Свет Санитарной реформы несёт с собой Божьи методы и Божью силу для исцеления души, духа и тела человека. И Бог желает, чтобы в этом свете одерживались победы над сатаной и Божье Имя было прославлено.</w:t>
      </w:r>
    </w:p>
    <w:p>
      <w:r>
        <w:t>Чем громче будет звучать эта весть, тем более яростным нападкам она подвергнется, но Бог не даст попирать Своё имя и будет действовать через Свои избранные орудия, принося победу своим слугам.</w:t>
      </w:r>
    </w:p>
    <w:p>
      <w:r>
        <w:t>Медицинский дух, каким бы правильным он ни казался, должен быть испытан в свете Божьих откровений.</w:t>
      </w:r>
    </w:p>
    <w:p>
      <w:r>
        <w:t>Когда кто-то, заботясь о здоровье, станет моей совестью, навязывая то, что противоречит Божьему свету и стоит больших денег, мне стоит задуматься, тот ли это путь, по которому я должен идти, и куда я приду, и что будет с моим здоровьем.</w:t>
      </w:r>
    </w:p>
    <w:p>
      <w:r>
        <w:t>Следует всегда помнить, что моё тело — это Храм Святого Духа, и о нём нужно заботиться, имея здравый смысл и зная врага, который желает воссесть в этом храме.</w:t>
      </w:r>
    </w:p>
    <w:p>
      <w:pPr>
        <w:pStyle w:val="Heading2"/>
      </w:pPr>
      <w:r>
        <w:t>Домашнее задание 719</w:t>
      </w:r>
    </w:p>
    <w:p>
      <w:r>
        <w:t>1. Прочитайте, пожалуйста, 1Ин.4:1; 1Кор.6:19-20; 2Фес.2:3-4; 1Кор.3:16-17; Мат.24:6-8; Откр.18:23-24; 1Тим.6:6-11; Еккл.12:7-11; Пс.10:5; Еф.5:10-13; 1Фес.5:21-23; Иов.13:4 в свете этого урока.</w:t>
      </w:r>
    </w:p>
    <w:p>
      <w:r>
        <w:t>2. Что вы поняли из этого урока?</w:t>
      </w:r>
    </w:p>
    <w:p>
      <w:r>
        <w:t>3. Какие ещё стихи из Библии пришли вам на память?</w:t>
      </w:r>
    </w:p>
    <w:p>
      <w:r>
        <w:t>4. Стоит ли испытывать всякий дух?</w:t>
      </w:r>
    </w:p>
    <w:p>
      <w:r>
        <w:t>5. Пострадает ли правильный дух от того, что он будет испытан?</w:t>
      </w:r>
    </w:p>
    <w:p>
      <w:r>
        <w:t>6. Заболевает ли человек от недостатка таблеток или других лекарств?</w:t>
      </w:r>
    </w:p>
    <w:p>
      <w:r>
        <w:t>7. Как вы думаете, Вавилон — это всё плохое или смешение плохого и доброго? Иер.51:9.</w:t>
      </w:r>
    </w:p>
    <w:p>
      <w:r>
        <w:t>8. Услышали ли вы предупреждение Бога о том, что фармакея вводит вас в заблуждение?</w:t>
      </w:r>
    </w:p>
    <w:p>
      <w:r>
        <w:t>9. Какое заблуждение предлагает фармакея вам? 2Пар.16:12.</w:t>
      </w:r>
    </w:p>
    <w:p>
      <w:r>
        <w:t>10. Кто является истинным Целителем? Ос.11:3; Исх.15:26.</w:t>
      </w:r>
    </w:p>
    <w:p>
      <w:r>
        <w:t>11. Желает ли враг души воссесть в храме вашего тела и навязывать вам свою «правду»?</w:t>
      </w:r>
    </w:p>
    <w:p>
      <w:r>
        <w:t>12. Нужно ли мне для профилактики принимать от медицины то, в чём я не нуждаюсь?</w:t>
      </w:r>
    </w:p>
    <w:p>
      <w:r>
        <w:t>13. Стоит ли проверять содержимое того, что вы едите и состав того, что вы принимаете как лекарство?</w:t>
      </w:r>
    </w:p>
    <w:p>
      <w:r>
        <w:t>14. В чём отличие химической фармацевтики от Божьей?</w:t>
      </w:r>
    </w:p>
    <w:p>
      <w:r>
        <w:t>15. Что делать, если я, испытывая медицинский дух, и то, что он мне предлагает, понял, что это не от Бога?</w:t>
      </w:r>
    </w:p>
    <w:p>
      <w:r>
        <w:br w:type="page"/>
      </w:r>
    </w:p>
    <w:p>
      <w:pPr>
        <w:pStyle w:val="Heading1"/>
      </w:pPr>
      <w:r>
        <w:t>Урок 720. Солнце правды</w:t>
      </w:r>
    </w:p>
    <w:p>
      <w:r>
        <w:t>Библия учит нас ходить во свете. Враг души всегда предлагает подделку всего, что делает Бог, и имеет у себя на службе целый штат сотрудников под названием СМИ, которые с утра до вечера вещают по всему миру всевозможные заблуждения, искусно смешивая их с достоверными фактами. И этот яд настолько хорошо убеждает нас во многих странных вещах и утверждает наше сознание во лжи, что диву даёшься, как извращается истина.</w:t>
      </w:r>
    </w:p>
    <w:p>
      <w:r>
        <w:t>Но ложь никогда не станет истиной. Вера в обман не прибавит счастья в моей жизни.</w:t>
      </w:r>
    </w:p>
    <w:p>
      <w:r>
        <w:t>Давайте на простом примере рассмотрим одно из обольщений, которое настолько прочно утвердилось в нас, что мы даже не пытаемся это проверить и что-то изменить. А Господь призывает нас всё испытывать.</w:t>
      </w:r>
    </w:p>
    <w:p>
      <w:r>
        <w:t>Что вы переживаете, слыша истину о том, что солнце излечивает от рака, его прямые лучи восстанавливают зрение, оно не вызывает кожных заболеваний, но исцеляет от них, и чем больше человек находится на солнце без одежды, тем благотворнее это сказывается на всём организме. Ультрафиолетовые лучи очень полезны для зрения и для всего тела.</w:t>
      </w:r>
    </w:p>
    <w:p>
      <w:r>
        <w:t>Я сделал эти заявления исходя из Божьего слова, которое очень ясно говорит о том, что солнце — это хорошо и свет очень хорош, что солнечные лучи исцеляют и дают силу к жизни.</w:t>
      </w:r>
    </w:p>
    <w:p>
      <w:r>
        <w:t>Бог дал Своему народу свет Санитарной реформы, которой состоит из 8 факторов здоровья. Одним из этих факторов является солнечный свет. Если мы начнём изучать полезные свойства этого света, то мы удивимся, насколько это непознанный нами мир, и сколько целительных свойств содержат прямые солнечные лучи.</w:t>
      </w:r>
    </w:p>
    <w:p>
      <w:r>
        <w:t>Враг души решил демонизировать Божье творение и внушить всем людям, что солнце — это наш враг, что от него надо защищать свои глаза и тело, потому что оно жжёт нас, вызывая рак кожи и другие различные заболевания. И народ верит этому и начинает других учить тому, что прямые солнечные лучи вредны для здоровья.</w:t>
      </w:r>
    </w:p>
    <w:p>
      <w:r>
        <w:t>Если взять статистику заболеваемости раком кожи, то можно проследить закономерность в том, что чем больше продается защитного крема, тем больше этих заболеваний становится. А чем чаще болеют люди, тем проще их убедить в том, что солнце – их главный враг, и на него нельзя выходить без крема для загара. А из чего состоит этот крем? Читая состав любого тюбика, можно только удивляться тому, сколько всевозможных химических веществ в нём содержится, которые неприемлемы для тела и, попадая на кожу человека, впитываются внутрь, отравляя весь организм.</w:t>
      </w:r>
    </w:p>
    <w:p>
      <w:r>
        <w:t>Ношение солнцезащитных очков искажает солнечный свет и вызывает сбои в организме человека, который желает через глаза получать из света необходимые питательные вещества, несущие жизнь и исцеление телу.</w:t>
      </w:r>
    </w:p>
    <w:p>
      <w:r>
        <w:t>Куда девается здравый смысл у тех, кто косвенно обвиняет Бога в том, что Он дал нам такое «опасное» светило? Но, видимо, кому-то это выгодно.</w:t>
      </w:r>
    </w:p>
    <w:p>
      <w:r>
        <w:t>Солнце является видимым и постоянным представителем Бога в нашем мире. Оно есть всегда и имеет живительные и целебные качества. Сам Бог назвал солнце хорошим. Библия запрещает нам поклоняться светилу, но при этом она не принижает его славы, приводя его в сравнение с Божьей славой.</w:t>
      </w:r>
    </w:p>
    <w:p>
      <w:r>
        <w:t>Когда я считаю солнечный свет своим врагом и сознательно избегаю прямого контакта с ним, этим я бросаю вызов Богу, полагая, что Он создал нечто, приносящее мне вред.</w:t>
      </w:r>
    </w:p>
    <w:p>
      <w:r>
        <w:t>Лишь в одном месте есть пророчество о том, что при излитии семи последних язв одна из чаш гнева Божьего будет вылита на солнце, и оно будет жечь огнём всех нечестивых людей Откр.16:8. Но это время ещё не настало, и Божье творение прекрасно выполняет свою миссию, прогревая нашу планету, давая всему свет и питание в своих лучах.</w:t>
      </w:r>
    </w:p>
    <w:p>
      <w:r>
        <w:t>Солнечный свет содержит в себе более полутора тысяч всевозможных лучей и волн, которые на сегодняшний момент изучены учёными. И каждый этот луч имеет для нас особое значение и приносит пользу, когда соприкасается с глазами и телом.</w:t>
      </w:r>
    </w:p>
    <w:p>
      <w:r>
        <w:t>Посмотрите на растительный мир, как он прекрасно себя чувствует под лучами солнца! Какие краски нам дарит этот прекрасный мир природы в лучах небесного светила!</w:t>
      </w:r>
    </w:p>
    <w:p>
      <w:r>
        <w:t>Мир, в котором царствует враг души, называется царством тьмы. Во тьме невозможно что-то разглядеть, там практически нет жизни. Долгое пребывание человека во тьме делает его слепым и больным. И бывает, странно видеть, как те, кто заявляет о своей вере в Бога, избирают тьму, чтобы жить в ней и называть Божий свет тьмой и злом.</w:t>
      </w:r>
    </w:p>
    <w:p>
      <w:r>
        <w:t>Возможно, кто-то из читателей возмутится о написанном выше и представит неоспоримые доказательства того, как человек, выйдя под лучи солнца без защитного крема, получил какое-то кожное заболевание или ожог, или непонятную реакцию организма. И как следствие, виновато солнце. Но если изучить историю питания подобных людей и то, какой образ «здоровой жизни» они ведут, то можно быстро выяснить, что солнечные лучи выявили те внутренние проблемы и нарушения, которые имели уже место быть из-за несоблюдения законов здоровья. Если решить, что солнце вредно, то оно вредно для всех, но это неправда. Те, кто предоставляет живительным лучам прикасаться к своему телу, чувствуют себя гораздо лучше и незнакомы со многими современными болезнями.</w:t>
      </w:r>
    </w:p>
    <w:p>
      <w:r>
        <w:t>Божьи дети, несущие в мир весть о здоровье, должны быть самыми загорелыми людьми. А что мы видим? Верят ли они сами тому, о чём проповедуют?</w:t>
      </w:r>
    </w:p>
    <w:p>
      <w:r>
        <w:t>В 19-ом веке, когда мир погряз в гонке за индустриализацией, и многие люди стали переезжать в большие города и подолгу работать в закрытых помещениях, тогда стали умножаться болезни, которые были вызваны недостатком солнечного света, чистой воды и чистого воздуха. Нынешнее положение вещей в этом вопросе не намного лучше. Плюс ко всему дело усугубилось тем, что пищевая промышленность совместила свою деятельность с химическим производством и стала предлагать конечному пользователю всевозможные опасные вещи в красивой упаковке и необычным вкусом.</w:t>
      </w:r>
    </w:p>
    <w:p>
      <w:r>
        <w:t>Реформа одежды и Божье Слово запрещают нам демонстрировать интимные части тела на публику. Возникает дилемма. Хочу быть на солнце, но не могу прилюдно раздеваться. Господь даст каждому жаждущему мудрость в решении этого вопроса.</w:t>
      </w:r>
    </w:p>
    <w:p>
      <w:r>
        <w:t>Вавилон очень искусно борется с истиной и не против иметь её в своём царстве в смешанном виде.</w:t>
      </w:r>
    </w:p>
    <w:p>
      <w:r>
        <w:t>Если вам скажут, что яд опасен, но в малых дозах он может быть лекарством в медицине, то мы с этим соглашаемся и верим, что это так. А почему вдруг яд стал полезным? А полезен ли яд в малых количествах в духовной сфере? Нет. Он становится ещё более опасным и, подобно закваске, отравляет в жизни всё. Но мы привыкли на веру принимать от Вавилона многие вещи и не испытывать их.</w:t>
      </w:r>
    </w:p>
    <w:p>
      <w:r>
        <w:t>Если ваш организм ослаб или повреждён жизнью в этом мире, то не стоит впадать в крайности даже в хорошем. Пусть солнце правды постепенно всходит в вашей жизни до полного дня, чтобы в его нежных лучах вы смогли получить исцеление. Честь Бога должна быть восстановлена.</w:t>
      </w:r>
    </w:p>
    <w:p>
      <w:r>
        <w:t>Вскоре настанет время, когда нам откажут в медицинских услугах, и тогда Божьи средства исцеления станут нашим единственным достоянием. Но их нужно испытать на собственном опыте, в их силу необходимо верить и стоит изучать их действие уже сегодня.</w:t>
      </w:r>
    </w:p>
    <w:p>
      <w:r>
        <w:t>Бог сделал всё прекрасным, а люди пустились во многие помыслы.</w:t>
      </w:r>
    </w:p>
    <w:p>
      <w:pPr>
        <w:pStyle w:val="Heading2"/>
      </w:pPr>
      <w:r>
        <w:t>Домашнее задание 720</w:t>
      </w:r>
    </w:p>
    <w:p>
      <w:r>
        <w:t>1. Прочитайте, пожалуйста, Мал.4:2; Быт.1:3-4,14-18; Иов.31:26; Пс.73:16-17; 83:12; 103:20-23; Еккл.1:5; 11:7; Песн.6:10; Ис.58:8; 60:19-20; Мат.17:2; 2Фес.2:10-12 в свете этого урока.</w:t>
      </w:r>
    </w:p>
    <w:p>
      <w:r>
        <w:t>2. Что вы поняли из этого урока?</w:t>
      </w:r>
    </w:p>
    <w:p>
      <w:r>
        <w:t>3. Какие ещё стихи из Библии пришли вам на память?</w:t>
      </w:r>
    </w:p>
    <w:p>
      <w:r>
        <w:t>4. Во что вы верите, слыша о вреде солнца?</w:t>
      </w:r>
    </w:p>
    <w:p>
      <w:r>
        <w:t>5. Может ли человек искренне верить лжи, если не знает истину о пользе солнечного света?</w:t>
      </w:r>
    </w:p>
    <w:p>
      <w:r>
        <w:t>6. Вы изучаете состав тех кремов, которые наносите на своё тело?</w:t>
      </w:r>
    </w:p>
    <w:p>
      <w:r>
        <w:t>7. Кому выгодна и нужна демонизация солнечного света?</w:t>
      </w:r>
    </w:p>
    <w:p>
      <w:r>
        <w:t>8. Что будет с моим здоровьем, если я начну считать солнце вредным, а солнечный свет опасным?</w:t>
      </w:r>
    </w:p>
    <w:p>
      <w:r>
        <w:t>9. Что делать, если я считаю солнце опасным и не могу принять другую точку зрения?</w:t>
      </w:r>
    </w:p>
    <w:p>
      <w:r>
        <w:t>10. Почему так опасно верить заблуждениям и лжи? Прит.14:25.</w:t>
      </w:r>
    </w:p>
    <w:p>
      <w:r>
        <w:t>11. Желаете ли вы, чтобы истина сделала вас свободным?</w:t>
      </w:r>
    </w:p>
    <w:p>
      <w:r>
        <w:t>12. Даёт ли вам истина о пользе солнечного света перспективу к новым открытиям в этой области?</w:t>
      </w:r>
    </w:p>
    <w:p>
      <w:r>
        <w:t>13. Вам радостно разрушать общепринятые стереотипы и заблуждения?</w:t>
      </w:r>
    </w:p>
    <w:p>
      <w:r>
        <w:t>14. Понимаете ли вы, сколько открытий и благословений вас ожидает, когда вы начнёте воспринимать солнце полезным для здоровья и изучать его целительные свойства?</w:t>
      </w:r>
    </w:p>
    <w:p>
      <w:r>
        <w:t>15. Если я ругаю дела Божьих рук и называю их плохими, то поможет ли подобное отношение стать мне счастливым и здоровым?</w:t>
      </w:r>
    </w:p>
    <w:p>
      <w:r>
        <w:br w:type="page"/>
      </w:r>
    </w:p>
    <w:p>
      <w:pPr>
        <w:pStyle w:val="Heading1"/>
      </w:pPr>
      <w:r>
        <w:t>Урок 721. Встреча гостей</w:t>
      </w:r>
    </w:p>
    <w:p>
      <w:r>
        <w:t>Когда я рос в родительском доме, у нас было принято радушно встречать гостей. Так как спальных мест не всегда всем хватало, нам с сестрой стелили матрас на полу, и мы с удовольствием спали на этой необычной постели, а наши гости ночевали на наших кроватях. Когда гостей было много, некоторые из них ложились на пол вместе с нами, и мы, весело общаясь с ними, дружно засыпали. Я вспоминаю, как моя мама всегда занималась приготовлением большого угощения, а потом жаловалась на усталость. А я всегда был рад новым гостям и не понимал, как от них можно уставать, ведь они все такие интересные. Но, слушая разговоры родителей, я понимал, что гости разные бывают.</w:t>
      </w:r>
    </w:p>
    <w:p>
      <w:r>
        <w:t>В то время не было мобильной связи, и мы не всегда знали, когда к нам кто-то нагрянет. Но родители всегда были готовы к спонтанным визитам и никому не отказывали в гостеприимстве. А когда начинались выходные, тогда это обязательно означало, что или к нам кто-то приходит в гости, или мы идём к кому-то с визитом.</w:t>
      </w:r>
    </w:p>
    <w:p>
      <w:r>
        <w:t>В доме моей жены также была введена традиция встречать гостей, и всё выглядело по другому, но подобная ситуация ей была знакома.</w:t>
      </w:r>
    </w:p>
    <w:p>
      <w:r>
        <w:t>Создавая семью, мы обсуждали вопрос встречи гостей и решили действовать по обстановке и оказывать всем радушие. Мы не знали, кто и как нас будет посещать, где нам кого размещать, и что нам делать, когда кто-то неожиданно нас посетит.</w:t>
      </w:r>
    </w:p>
    <w:p>
      <w:r>
        <w:t>В Библии мы прочитали о том, что страннолюбие — это хорошо, и решили, что двери нашего дома всегда будут открыты для гостей. Также мы договорились, что пригласим к себе в гости всех членов нашей общины по очереди, чтобы за обеденным столом ближе со всеми познакомиться. А если кто-то будет приглашать нас к себе, то мы не будем отказываться.</w:t>
      </w:r>
    </w:p>
    <w:p>
      <w:r>
        <w:t>Подобные визиты были краткосрочными, и, как правило, никто у нас не ночевал, и мы всегда планировали покинуть гостеприимный дом, не засиживаясь в нём до полуночи.</w:t>
      </w:r>
    </w:p>
    <w:p>
      <w:r>
        <w:t>Такие встречи сближали нас с людьми, и мы всё больше приобретали себе новых друзей.</w:t>
      </w:r>
    </w:p>
    <w:p>
      <w:r>
        <w:t>Бывало и такое, что кто-то ехал мимо и заходил, чтобы поприветствовать нас или просто увидеться, и нам приходилось откладывать свои домашние дела и посвящать своё время гостям.</w:t>
      </w:r>
    </w:p>
    <w:p>
      <w:r>
        <w:t>Мы с супругой решили, что наша семья в нашем доме будет свидетельствовать всем о Христе, и мы все наши разговоры станем сводить к плану Спасения. А когда мы станем посещать чужие дома, там будем смотреть по обстановке, как вести беседу, что есть, а что не есть, и учиться многим вещам в контакте с другими.</w:t>
      </w:r>
    </w:p>
    <w:p>
      <w:r>
        <w:t>Когда мы поженились, жена переехала в дом, который я снимал на окраине города, и мы вместе пожелали сделать это жилище местом обитания Бога и святых ангелов, о чём и молились, посвящая наш дом на служение Небу.</w:t>
      </w:r>
    </w:p>
    <w:p>
      <w:r>
        <w:t>Мы решили, что в нашем жилище будут действовать наши правила, с которыми гостям придётся считаться, а на что-то мы станем закрывать глаза и предоставлять каждому свободу выбора.</w:t>
      </w:r>
    </w:p>
    <w:p>
      <w:r>
        <w:t>Например, мы решили, что не будем заставлять гостей снимать уличную обувь, а если они решат в ней зайти в дом, то мы тихо потом всё уберём, но при этом мы демонстративно выставили тапки для гостей, которые невозможно было пройти незамеченными.</w:t>
      </w:r>
    </w:p>
    <w:p>
      <w:r>
        <w:t>Также мы решили, что в нашем доме мы не будем кормить людей мясными блюдами и давать им то, что не рекомендует есть и пить Дух пророчества. Но чтобы показать красоту и пользу правильного питания, нам пришлось этому поучиться у профессионалов.</w:t>
      </w:r>
    </w:p>
    <w:p>
      <w:r>
        <w:t>Если вдруг нагрянут неожиданные гости, которые будут к тому же и голодны, то у нас на этот случай всегда были в запасе закрутки и прочие продукты питания, которые можно было быстро подать на стол без лишних затрат.</w:t>
      </w:r>
    </w:p>
    <w:p>
      <w:r>
        <w:t>Если мы знали, что кто-то остановится у нас на продолжительное время и в большом количестве, то на этот случай у нас были куплены надувные матрасы и отложены постельные принадлежности.</w:t>
      </w:r>
    </w:p>
    <w:p>
      <w:r>
        <w:t>Бывало и так, что мы иногда проводили у себя молодёжные встречи с ночёвкой, и было много хлопот с размещением всех желающих. Но обычно мы заранее знали о подобных мероприятиях и просили всех приходить со своими походными ковриками и спальными мешками.</w:t>
      </w:r>
    </w:p>
    <w:p>
      <w:r>
        <w:t>Всего не предусмотришь, и в самом начале нашей семейной жизни у нас было очень много нелепых ситуаций с приёмом гостей, но всякий раз Господь нам помогал и учил нас, как находить правильный выход.</w:t>
      </w:r>
    </w:p>
    <w:p>
      <w:r>
        <w:t>Я замечал, что при приёме гостей очень большая нагрузка ложится на плечи моей жены, и она выбивается из сил, чтобы всем угодить. Поэтому я решил ей с этим помогать и активно вовлекать гостей в процесс накрытия и сервировки стола. На всякий случай у меня была заготовлена одноразовая посуда, чтобы снимать этим нагрузку с жены, но мы не так часто этим пользовались, хотя иногда эти запасы нас выручали.</w:t>
      </w:r>
    </w:p>
    <w:p>
      <w:r>
        <w:t>Интересные опыты нам приносили спонтанные или незваные гости. Бывало так, что я знакомился с кем-то в церкви и приглашал их к нам домой, не предупреждая жену. У неё всегда было много вопросов ко мне по этому поводу и много опасений. Но всё как-то мирно решалось. Но со временем мы научились предупреждать друг друга о подобных ситуациях и договаривались и том, как быть, если это случится.</w:t>
      </w:r>
    </w:p>
    <w:p>
      <w:r>
        <w:t>Наши семейные советы проходили в обычном режиме. Мы старались на это время никого к себе не приглашать, но если у нас уже кто-то был в гостях, то мы им давали знать, что у нас семейное время для общения, чем многих удивляли, и потом отвечали на многочисленные вопросы, как это, и зачем мы это делаем.</w:t>
      </w:r>
    </w:p>
    <w:p>
      <w:r>
        <w:t>Не знаю, как именно, но знаю точно, что все наши гости каким-то странным образом догадывались о том, что мы с супругой любим и радуем друг друга. Хоть мы и не выставляли напоказ свои близкие отношения и старались достойно себя вести, не целуясь публично, но друзья всегда распознавали наше неравнодушное отношение друг к другу. А когда мы начинали рассказывать о том, как мы любим друг друга, тогда почему-то нам все верили и радовались за нас, хотя у нас не было, кроме нас самих, никаких особых доказательств нашей любви. Ну, подумаешь, улыбаемся или радостно любуемся друг другом. Друзьям нравилось наблюдать за нами, и мы часто ловили их радостные взгляды.</w:t>
      </w:r>
    </w:p>
    <w:p>
      <w:r>
        <w:t>А ещё мы заметили, что когда гости видели в нас взаимную любовь, а потом слышали заверения любви и в свой адрес, тогда они верили нам и принимали с радостью всё то, что мы им предлагали.</w:t>
      </w:r>
    </w:p>
    <w:p>
      <w:r>
        <w:t>Наши семейные советы помогали нам определиться с гостеприимством и вносить различные правила и предложения в это мероприятие. Мы обо всём договаривались и всегда обсуждали наши промахи и ошибки.</w:t>
      </w:r>
    </w:p>
    <w:p>
      <w:r>
        <w:t>Бывало и такое, что моя супруга никого не хотела принимать в дом по личным мотивам, и тогда мне приходилось вежливо всем отказывать и никого не приглашать, и иметь правильное понимание этого вопроса. Обычно все всё понимали, и никто на это не обижался.</w:t>
      </w:r>
    </w:p>
    <w:p>
      <w:r>
        <w:t>Нам было интересно собираться по домам для изучения духовных истин и размышлений о Вечном. Мы вместе молились, пели и читали, и подобные встречи наполняли нас особой радостью и пониманием того, что мы в Иисусе — одна семья.</w:t>
      </w:r>
    </w:p>
    <w:p>
      <w:r>
        <w:t>Когда мы болели, что бывало очень редко, тогда все гости отменялись, да и мы сами не ходили туда, где могли заразиться.</w:t>
      </w:r>
    </w:p>
    <w:p>
      <w:r>
        <w:t>Наши двери и сердца были всегда для всех открыты.</w:t>
      </w:r>
    </w:p>
    <w:p>
      <w:pPr>
        <w:pStyle w:val="Heading2"/>
      </w:pPr>
      <w:r>
        <w:t>Домашнее задание 721</w:t>
      </w:r>
    </w:p>
    <w:p>
      <w:r>
        <w:t>1. Прочитайте, пожалуйста, Евр.13:1-2; Рим.12:9-13; Быт.18:1-8; Мат.25:34-45; Иов.31:32; Пс.38:13; 118:19; 1Пет.2:11-12; 3Ин.1:5; 1Тим.3:2; 5:10; Тит.1:8 в свете нашего урока.</w:t>
      </w:r>
    </w:p>
    <w:p>
      <w:r>
        <w:t>2. Что вы поняли из этого урока?</w:t>
      </w:r>
    </w:p>
    <w:p>
      <w:r>
        <w:t>3. Какие ещё стихи из Библии пришли вам на память?</w:t>
      </w:r>
    </w:p>
    <w:p>
      <w:r>
        <w:t>4. Что такое гостеприимство?</w:t>
      </w:r>
    </w:p>
    <w:p>
      <w:r>
        <w:t>5. Почему Библия советует нам быть гостеприимными?</w:t>
      </w:r>
    </w:p>
    <w:p>
      <w:r>
        <w:t>6. Стоит ли приглашать к себе в дом всех подряд?</w:t>
      </w:r>
    </w:p>
    <w:p>
      <w:r>
        <w:t>7. Знал ли Лот, Кого он пригласил в свой дом? Можем ли подобный опыт пережить и мы? Быт.19:1-3.</w:t>
      </w:r>
    </w:p>
    <w:p>
      <w:r>
        <w:t>8. Испытывали ли вы когда-то радость от того, что кто-то вас пригласил к себе в гости?</w:t>
      </w:r>
    </w:p>
    <w:p>
      <w:r>
        <w:t>9. Стоит ли устраивать свой дом так, чтобы в нём можно было принимать гостей?</w:t>
      </w:r>
    </w:p>
    <w:p>
      <w:r>
        <w:t>10. Сравнивает ли Себя Иисус с теми, кто был странником?</w:t>
      </w:r>
    </w:p>
    <w:p>
      <w:r>
        <w:t>11. Как вы думаете, если кто-то принимает вас в гости, то являетесь ли вы в этот момент представителем Христа?</w:t>
      </w:r>
    </w:p>
    <w:p>
      <w:r>
        <w:t>12. Есть ли такие гости, которые приносят в ваш дом проклятья?</w:t>
      </w:r>
    </w:p>
    <w:p>
      <w:r>
        <w:t>13. Как можно развить в себе дар гостеприимства, если его у вас нет?</w:t>
      </w:r>
    </w:p>
    <w:p>
      <w:r>
        <w:t>14. Стоит ли считаться с мнением и желанием вашей семьи, приглашая гостей?</w:t>
      </w:r>
    </w:p>
    <w:p>
      <w:r>
        <w:t>15. Вы когда-то приглашали Иисуса в гости? Если да, то как Он ответил на это?</w:t>
      </w:r>
    </w:p>
    <w:p>
      <w:r>
        <w:br w:type="page"/>
      </w:r>
    </w:p>
    <w:p>
      <w:pPr>
        <w:pStyle w:val="Heading1"/>
      </w:pPr>
      <w:r>
        <w:t>Урок 722. Простота Послания к Лаодикии</w:t>
      </w:r>
    </w:p>
    <w:p>
      <w:r>
        <w:t>Изучая Лаодикийскую Весть, у меня возникает особое желание делиться открытиями этого Послания с другими людьми. Описывая всё то, что мы постигаем в процессе изучения, мы невольно погружаемся в глубину Божьих откровений и удивляемся простоте и гармонии Библейских символов.</w:t>
      </w:r>
    </w:p>
    <w:p>
      <w:r>
        <w:t>Но я столкнулся с тем, что даже те, кто последовательно изучает Весть к Лаодикии из Откр.3:14-22, не могут кратко объяснить другим и затрудняются лаконично высказать суть этой Вести. А когда вестникам задают вопросы, на которые им сложно ответить, тогда спрашивающим даётся предложение самостоятельно найти разборы этой Вести и самим её понять, ссылаясь на то, что она уже глубоко представлена в уроках Школы Любви Агапэ.</w:t>
      </w:r>
    </w:p>
    <w:p>
      <w:r>
        <w:t>Цель Школы состоит в том, чтобы побудить разум каждого из вас к самостоятельному исследованию всех тех откровений, которые нам даёт Господь, и к пониманию их внутри себя.</w:t>
      </w:r>
    </w:p>
    <w:p>
      <w:r>
        <w:t>Весть к Лаодикии очень страшна по своему смыслу и содержит неоднозначный намёк на весьма печальное состояние Божьего народа в последнее время, а также на отношение Бога к такому положению вещей. Но красота этого Послания состоит в том, что нам предлагается самый удивительный выход из тёплого состояния, который делает нас победителями в заключительной схватке с силами тьмы.</w:t>
      </w:r>
    </w:p>
    <w:p>
      <w:r>
        <w:t>В самом начале этого Послания, стихе 14, Господь называет Свои новые Имена, которые несут в себе весть о Его величии, всезнании и могуществе. Вся Вселенная трепещет пред Творцом, кроме тех, кто называется Его именем и призван из тьмы к свету. Положение Лаодикийской церкви настолько удручающее, что у Иисуса нет ни одного слова похвалы в её адрес, а только глубокое сожаление и предупреждение о том, что наказание будет страшным.</w:t>
      </w:r>
    </w:p>
    <w:p>
      <w:r>
        <w:t>Быть тёплым христианином из стихов 15-17 — это то самое состояние Божьего народа, которое каждый из нас может наблюдать своими глазами. Не нужно даже ничего придумывать, достаточно лишь посмотреть в зеркало или зайти в любое собрание, чтобы увидеть то, что видит Свидетель Верный и Истинный. Не я, а Господь даёт такую оценку, и Он не ошибается. Если бы на этих стихах была поставлена точка, то худшего состояния было бы и не придумать.</w:t>
      </w:r>
    </w:p>
    <w:p>
      <w:r>
        <w:t>А реальность такова, что Божий народ слушает Божью оценку, соглашается с ней и продолжает дальше заниматься тем служением, которое он всегда делал.</w:t>
      </w:r>
    </w:p>
    <w:p>
      <w:r>
        <w:t>Вспоминаю случай, когда я был дежурным по батарее. Мною была плохо организованна уборка снега с плаца, где проходил сбор части. И дежурный по части офицер пришёл лично ко мне, чтобы назвать меня плохим организатором, который будет наказан. Я так перепугался, что побежал и за один час убрал в одиночку весь снег, чем избежал неминуемое наказание.</w:t>
      </w:r>
    </w:p>
    <w:p>
      <w:r>
        <w:t>Когда Бог делает заявление о моём истинном состоянии, я думаю, что Ему приятно увидеть мой неподдельный страх и искреннее желание и какие-то усилия, чтобы что-то исправить в этой ситуации.</w:t>
      </w:r>
    </w:p>
    <w:p>
      <w:r>
        <w:t>Но Господь знает, с кем имеет дело, и сразу после обвинения предлагает выход из тёплого и безнадёжного состояния. Но этот выход звучит очень интересно и необычно.</w:t>
      </w:r>
    </w:p>
    <w:p>
      <w:r>
        <w:t>Я думаю, что если бы тот офицер посоветовал бы мне взять у него широкую лопату и салазки для уборки снега, то ему бы не пришлось повторять это дважды. Но я как-то сам всё нашёл и самоорганизовался.</w:t>
      </w:r>
    </w:p>
    <w:p>
      <w:r>
        <w:t>Господь в стихе 18 даёт очень мудрый совет, предлагая мне купить то, что сокрыто в символах и не сразу понятно, но звучит очень красиво и торжественно.</w:t>
      </w:r>
    </w:p>
    <w:p>
      <w:r>
        <w:t>Возникают вопросы: Почему купить? Чем платить? Сколько это стоит? Как долго надо покупать? А что означают эти товары?</w:t>
      </w:r>
    </w:p>
    <w:p>
      <w:r>
        <w:t>Знать правильный ответ на эти вопросы хорошо, но вступить в торговые отношения с Господом — это то, что Его больше всего устроит.</w:t>
      </w:r>
    </w:p>
    <w:p>
      <w:r>
        <w:t>В символе золота нам предлагается бесконечный океан Божьей любви-агапэ и веры, сотрясающей Божий престол. Эти качества души могут стать моими, когда я за них внесу всего себя, желая получить всего Бога.</w:t>
      </w:r>
    </w:p>
    <w:p>
      <w:r>
        <w:t>Белая одежда — это безукоризненный характер Христа, ставший моим по праву законной покупки и по факту моего нежелания быть нагим. Я приобретаю это, внося в качестве платы все свои грехи и естественные изъяны плотской природы.</w:t>
      </w:r>
    </w:p>
    <w:p>
      <w:r>
        <w:t>Глазная мазь — это вся Небесная мудрость, необходимая мне для того, чтобы видеть всё и поступать так, как угодно Святому Духу. В оплату всех этих товаров я вношу всё своё время.</w:t>
      </w:r>
    </w:p>
    <w:p>
      <w:r>
        <w:t>Фактически, в этих символах мне предлагается Отец, Сын и Святой Дух, а с Ними и всё Небо. Такого предложения не получал никто и никогда. И весь страх этой вести состоит в том, что если слушающий не услышит этот совет, а, услышав, не купит то, что ему советуют купить, то он будет потерян навсегда. Предлагаемое Верным Свидетелем имеет самую высокую стоимость. За это ожидается самая высокая плата.</w:t>
      </w:r>
    </w:p>
    <w:p>
      <w:r>
        <w:t>Что мне делать с этим советом, решать мне. А Господь в стихе 19 призывает быть прилежным в этой покупке и покаяться в своём тёплом состоянии, и никогда в него не возвращаться. Он любит верных покупателей и с любовью наказывает их за забывчивость или невнимательность.</w:t>
      </w:r>
    </w:p>
    <w:p>
      <w:r>
        <w:t>По сути, мне предлагается в символе этой торговли со Христом вступить с Ним в брачные отношения, но до праздничного торжества необходимо познать Того, с кем я планирую жить всю Вечность, а Ему очень хочется узнать поближе меня, которого Он планирует бесконечно долго любить и с которым желает иметь самые прочные связи. Стих 20 открывает Божье желание личных отношений со мной в лучшее моё время, чтобы в этом взаимном познании научить меня правильно пользоваться и жить с тем, что я покупаю.</w:t>
      </w:r>
    </w:p>
    <w:p>
      <w:r>
        <w:t>Любовь и преданность Верного Свидетеля мне настолько велика, что Он решает именно эти отношения с Ним сделать залогом моей победы над всеми грехами, искушениями и соблазнами этого мира. Он объявляет меня победителем над всеми силами зла, хотя я только избрал Его, общался с Ним и посвящал этому всё своё время, даже занимаясь обычными делами. Я просто брал Господа в каждое своё предприятие и всегда был готов вложить в отношение с Ним всего себя и всё то, что Он ожидает. А Он мне отдаёт всего Себя без остатка.</w:t>
      </w:r>
    </w:p>
    <w:p>
      <w:r>
        <w:t>Я раньше думал, что для победы мне нужно знать все планы и уловки врага, изучать закулисные игры и быть в курсе всех мировых новостей, но оказалось, что личное познание Бога Отца и посланного Им Иисуса и сделало меня истинным победителем. И эта весть звучит в послании к Ангелу Лаодикийской Церкви.</w:t>
      </w:r>
    </w:p>
    <w:p>
      <w:r>
        <w:t>Никому ещё Господь не предлагал Свой престол так, как желает разделить его со слышащим лаодикийцем. Стих 21.</w:t>
      </w:r>
    </w:p>
    <w:p>
      <w:r>
        <w:t>Сын зари решил воссесть на этом престоле, но был низвергнут с Неба. Мы же ничего не желаем, а нам это предлагается за постоянство в торговле и за верность в отношениях.</w:t>
      </w:r>
    </w:p>
    <w:p>
      <w:r>
        <w:t>Когда жених преподносит своей избраннице обручальное кольцо, в этом символе он отдаёт всего себя и всё, что имеет. Что ответит невеста? Решает она, сама, добровольно.</w:t>
      </w:r>
    </w:p>
    <w:p>
      <w:r>
        <w:t>Эта весть просеет Божий народ и будет тем самым фильтром, который не пропустит через себя никакую нечистоту, невежество или иной дух. Не наши планы описаны и возвеличены в этом послании, а Божьи.</w:t>
      </w:r>
    </w:p>
    <w:p>
      <w:r>
        <w:t>Стих 22 повествует о том, что многие из тёплых навсегда останутся глухими к этой вести, а имеющие ухо услышат Божий совет и откликнутся.</w:t>
      </w:r>
    </w:p>
    <w:p>
      <w:pPr>
        <w:pStyle w:val="Heading2"/>
      </w:pPr>
      <w:r>
        <w:t>Домашнее задание 722</w:t>
      </w:r>
    </w:p>
    <w:p>
      <w:r>
        <w:t>1. Прочитайте, пожалуйста, Ин.17:3; Откр.3:14-22; Мат.22:2-14; 25:1-12; Еф.5:15-18; Ос.4:6; Дан.12:10; Пс.72:22; Прит.12:1; 14:18,24 в свете этого урока.</w:t>
      </w:r>
    </w:p>
    <w:p>
      <w:r>
        <w:t>2. Что вы поняли из этого урока?</w:t>
      </w:r>
    </w:p>
    <w:p>
      <w:r>
        <w:t>3. Какие ещё стихи из Библии пришли вам на память?</w:t>
      </w:r>
    </w:p>
    <w:p>
      <w:r>
        <w:t>4. Изучаете ли вы Послание к Лаодикии?</w:t>
      </w:r>
    </w:p>
    <w:p>
      <w:r>
        <w:t>5. В чём состоит важность вести к Лаодикии?</w:t>
      </w:r>
    </w:p>
    <w:p>
      <w:r>
        <w:t>6. Можете ли вы кратко и своими словами описать суть и смысл вести к Лаодикии?</w:t>
      </w:r>
    </w:p>
    <w:p>
      <w:r>
        <w:t>7. Почему Господь облёк такое серьёзное предостережение в непонятные при поверхностном прочтении символы?</w:t>
      </w:r>
    </w:p>
    <w:p>
      <w:r>
        <w:t>8. Звучит ли эта весть в вашей жизни?</w:t>
      </w:r>
    </w:p>
    <w:p>
      <w:r>
        <w:t>9. Вы понимаете, что предлагает вам Верный Свидетель?</w:t>
      </w:r>
    </w:p>
    <w:p>
      <w:r>
        <w:t>10. Что будет с теми, кто так и не услышит эту весть, читая её глазами?</w:t>
      </w:r>
    </w:p>
    <w:p>
      <w:r>
        <w:t>11. Есть ли у Бога более мягкая весть для нашего времени?</w:t>
      </w:r>
    </w:p>
    <w:p>
      <w:r>
        <w:t>12. Как вы думаете, есть ли у Господа что-то лучшее, чем то, что Он предлагает у Него купить?</w:t>
      </w:r>
    </w:p>
    <w:p>
      <w:r>
        <w:t>13. Готовы ли вы внести плату за то, что советует Свидетель Истинный?</w:t>
      </w:r>
    </w:p>
    <w:p>
      <w:r>
        <w:t>14. Будет ли Небесный Гость стучать в двери тех, кто не совершает предлагаемые покупки?</w:t>
      </w:r>
    </w:p>
    <w:p>
      <w:r>
        <w:t>15. Что делать, если я понял смысл вести, но не знаю, что мне делать, и как это осуществить моей жизни?</w:t>
      </w:r>
    </w:p>
    <w:p>
      <w:r>
        <w:br w:type="page"/>
      </w:r>
    </w:p>
    <w:p>
      <w:pPr>
        <w:pStyle w:val="Heading1"/>
      </w:pPr>
      <w:r>
        <w:t>Урок 723. Красота Послания к Лаодикии</w:t>
      </w:r>
    </w:p>
    <w:p>
      <w:r>
        <w:t>Знание Вести к Лаодикии и понимание её символов очень важно и полезно, потому что без него я не буду иметь представления о том, что хочет сказать Бог, какой у Него план на меня, и что мне нужно делать. Но само знание не делает меня участником Божьего плана. Я просто изучаю всё, что написано, и мне становится понятным то, что ранее было зашифровано. А что дальше? Что делать с тем светом, который мне открылся?</w:t>
      </w:r>
    </w:p>
    <w:p>
      <w:r>
        <w:t>Однажды на одном из собраний я решил наглядно донести суть этой Вести людям, собравшимся в зале. Я достал денежную купюру, показал её верующим и сказал, что я решил её отдать тому, кому нужны эти деньги. Все с интересом стали наблюдать за развитием событий, но никто не подошёл ко мне за деньгами. Я спросил присутствующих, верят ли они в то, что я отдам эти деньги тем, кому они нужны. Все стали ждать смелого счастливчика. Я ещё раз спросил, верят ли мне, что я отдам приготовленные деньги тому, кто в них нуждается. На что все дружно закивали головами и сказали, что верят. А я вновь и вновь заверял зал в том, что эту банкноту я принёс для них и отдам её тому, кто в ней очень нуждается. Все дружно мне улыбались, желая понять, что будет дальше. А я стал проводить рекламную компанию, объясняя собравшимся, что они могут делать с этими деньгами, и как это поддержит их семейный бюджет, и что я с удовольствием отдам им то, что я решил отдать. Это уже не моё, но пока и не знаю чьё. А все смотрели и чего-то ждали. Я спросил: «А, может, этого мало?» Никто мне ничего не ответил. Тогда я стал упрашивать присутствующих взять эти деньги, заверяя, что я их с радостью отдам. С заднего ряда встал мужчина и пошёл к кафедре. Его походка становилась всё увереннее, а лицо выражало решимость взять предлагаемое. Он подошёл ко мне и протянул руку. Весь зал застыл в ожидании, и когда я отдал верующему брату обещанное, все с облегчением вздохнули и чуть ли не стали аплодировать. Поднялся радостный гул, и всё собрание стало дружно обсуждать случившееся. Я вновь достал очередную банкноту и предложил её отдать нуждающемуся. Вновь воцарилась тишина. И вновь мне пришлось упрашивать взять у меня то, что я планировал отдать. К счастью, следующий человек нашёлся гораздо быстрее.</w:t>
      </w:r>
    </w:p>
    <w:p>
      <w:r>
        <w:t>Господь предлагает Себя во всей полноте и желает стать частью моей жизни. Он советует мне купить у Него Себя, что сделает меня воистину богатым, прикроет мою наготу и откроет мои глаза. Понимая значение символов, я начинаю размышлять о том, что мне даст их приобретение. Оглядываюсь вокруг и не вижу ажиотажа вокруг этой Вести. Немного успокаиваюсь. Вижу, что предлагаемое очень ценно и отличного качества. Понимая, что мне продаётся вера и любовь, пытаюсь представить, что изменится в моей жизни, если я это куплю. Решаюсь протянуть руку и сразу получаю предлагаемое. Вау! Я купил золото! Оно теперь моё! Отныне я воистину богат! Я стал обладателем Небесного сокровища, а также верующим человеком в глазах Неба. Вновь протягиваю руки и вновь получаю. Потом решаюсь держать руки протянутыми и не опускать их. Мой сосуд наполнился до избытка, и золото стало переливаться за края, возвращаясь туда, откуда оно изливалось в мою жизнь. Я не понимаю, что с этим делать дальше.</w:t>
      </w:r>
    </w:p>
    <w:p>
      <w:r>
        <w:t>Слышу стук в дверь своего сердца и нежный голос, называющий меня и Себя по имени. Открываю. Стоит Продавец и, улыбаясь, говорит: «Сегодня надобно Мне быть у тебя в доме». Я смотрю и не верю глазам, приглашаю Гостя войти. А Он достаёт принесённый ужин и начинает меня угощать, и во время трапезы рассказывает мне о том, что Небесное сокровище станет истинно ценным, когда я начну им обогащать своих ближних, приобретая товары не только для себя, но и для них. Любовь не может даваться мне для меня. Она создана, чтобы любить, чтобы служить и заботиться, чтобы посвящать себя без остатка на Божье дело.</w:t>
      </w:r>
    </w:p>
    <w:p>
      <w:r>
        <w:t>В моей голове всё стало вставать на свои места. Непонятные ранее притчи и библейские стихи начали оживать в моём сознании и складываться в одну целостную картину. Личное общение с Продавцом открыло мои глаза на то, что я раньше не мог понять, и вдохновило меня на продолжение торговли.</w:t>
      </w:r>
    </w:p>
    <w:p>
      <w:r>
        <w:t>Я вновь, но уже более уверенно, приобрёл предлагаемое золото и решил сразу им поделиться с друзьями, чем очень их удивил и порадовал. И в этой передаче Небесных благ своим близким людям я увидел, как этот опыт обогащает мою душу нетленным сокровищем радости другого человека.</w:t>
      </w:r>
    </w:p>
    <w:p>
      <w:r>
        <w:t>Мои собратья внимательно наблюдали за мной, за тем, чем я занимаюсь, как происходит моя торговля, и как мне в этом стало хорошо. Кто-то из них хвалил меня за мою веру и сожалел, что не может ко мне присоединиться по личным мотивам, а кто-то ставил лайк. А я всем рассказывал, какие замечательные товары предлагает мне Послание к Лаодикии, и как они обогащают мою жизнь новыми опытами и бесконечными благословениями. Меня с интересом слушали и кивали головами. А кто-то отважился слушать Самого Продавца и завороженно смотрел на Его товары, ничего не предпринимая.</w:t>
      </w:r>
    </w:p>
    <w:p>
      <w:r>
        <w:t>Я не уставал делиться своими опытами в покупке Небесного и всё увереннее рассказывал о важности этой торговли. Среди слушающих меня находились люди, которые отваживались попробовать вступить в торговые отношения с Господом, и их жизнь, подобно моей, преображалась. Нам было о чём поговорить друг с другом, обсуждая качество и ценность приобретенного товара и то, как им можно служить нашим ближним, посвящая себя полностью на это дело.</w:t>
      </w:r>
    </w:p>
    <w:p>
      <w:r>
        <w:t>А в лучшее вечернее время, когда все повседневные дела решались, у меня происходила встреча с Небесным Купцом, Который с неизменным постоянством приходил ко мне, чтобы провести со мною время и подарить мне новые откровения для очередных побед. Бывало, что в наших беседах говорил только я, рассказывая Купцу о своих проблемах, планах и задачах, или просто за всё благодарил Иисуса. А Он всегда меня терпеливо выслушивал и открывал мой разум для более ясного понимания следующего шага.</w:t>
      </w:r>
    </w:p>
    <w:p>
      <w:r>
        <w:t>Самым большим благословением для меня стало соблюдение заповеди о любви друг к другу. Когда нашёлся этот самый друг, да не в единственном числе, тогда в моей жизни перевернулось всё. Нет ничего более прекрасного, чем любить друг друга по заповеди и приобретать себе новых друзей для очередного проявления взаимной любви. Это такое истинное счастье, в котором ты просто не сможешь пребывать без товаров Лаодикийского магазина. Никакое поддельное золото не будет принято в этой любви и не сможет нас склеить в единодушных отношениях. В любви друг к другу нам очень легко расставаться с грехами и открывать свои проступки в истинном свете. Мы становимся не судьями, а друзьями. Мы приглашаем в наши отношения Иисуса, и Он обильно благословляет нас ещё большей любовью. Её становится так много, что нам уже не хватает земного времени, чтобы побольше посвятить его нашей дружбе. И мы начинаем покушаться на Вечность, планируя там всё продолжить и осуществить все наши грандиозные планы в более глубоком познании друг друга и нашего дорогого Спасителя.</w:t>
      </w:r>
    </w:p>
    <w:p>
      <w:r>
        <w:t>Весть к Лаодикии страшна для тех, кто её не слышит, но очень прекрасна для тех, кто в ней живёт.</w:t>
      </w:r>
    </w:p>
    <w:p>
      <w:pPr>
        <w:pStyle w:val="Heading2"/>
      </w:pPr>
      <w:r>
        <w:t>Домашнее задание 723</w:t>
      </w:r>
    </w:p>
    <w:p>
      <w:r>
        <w:t>1. Прочитайте, пожалуйста, Ин.17:3,26; Ис.55:8-9; Откр.3:14-22; Ос.4:6; Прит.23:26; Ин.13:34-35; 1Пет.1:22; 2:17; Ин.3:16-21; 15:12,17 в свете этого урока.</w:t>
      </w:r>
    </w:p>
    <w:p>
      <w:r>
        <w:t>2. Что вы поняли из этого урока?</w:t>
      </w:r>
    </w:p>
    <w:p>
      <w:r>
        <w:t>3. Какие ещё стихи из Библии пришли вам на память?</w:t>
      </w:r>
    </w:p>
    <w:p>
      <w:r>
        <w:t>4. Видите ли вы красоту в Лаодикийском послании?</w:t>
      </w:r>
    </w:p>
    <w:p>
      <w:r>
        <w:t>5. Верите ли вы в важность принятия этой Вести в наши дни?</w:t>
      </w:r>
    </w:p>
    <w:p>
      <w:r>
        <w:t>6. Если я не считаю Весть к Лаодикии чем-то важным, то учтёт ли Бог такое моё отношение и пошлёт ли мне другую весть?</w:t>
      </w:r>
    </w:p>
    <w:p>
      <w:r>
        <w:t>7. Будет ли Весть к Лаодикии страшна для тех, кто её принял и живёт в ней?</w:t>
      </w:r>
    </w:p>
    <w:p>
      <w:r>
        <w:t>8. Наполняется ли ваше сердце счастьем от того, что вы читаете в послании к Лаодикии?</w:t>
      </w:r>
    </w:p>
    <w:p>
      <w:r>
        <w:t>9. Всё ли вам понятно в этой Вести?</w:t>
      </w:r>
    </w:p>
    <w:p>
      <w:r>
        <w:t>10. Верите ли вы в то, что Весть к Лаодикии содержит в себе какую-то особую глубину, которую мы ещё не достигли?</w:t>
      </w:r>
    </w:p>
    <w:p>
      <w:r>
        <w:t>11. Если я что-то не понимаю в этой Вести, то стоит ли мне её отвергать как ненужную?</w:t>
      </w:r>
    </w:p>
    <w:p>
      <w:r>
        <w:t>12. Будет ли Бог доверять Свою заключительную миссию людям, которые не приняли совет Верного Свидетеля?</w:t>
      </w:r>
    </w:p>
    <w:p>
      <w:r>
        <w:t>13. Стоит ли судить тех, кто не изучает Послание к Лаодикии или не живёт в этом свете?</w:t>
      </w:r>
    </w:p>
    <w:p>
      <w:r>
        <w:t>14. Понимаете ли вы важность жизни в Божьей любви друг к другу в свете последних событий?</w:t>
      </w:r>
    </w:p>
    <w:p>
      <w:r>
        <w:t>15. Вас переполняет радость от постоянных покупок в Лаодикийском магазине?</w:t>
      </w:r>
    </w:p>
    <w:p>
      <w:r>
        <w:br w:type="page"/>
      </w:r>
    </w:p>
    <w:p>
      <w:pPr>
        <w:pStyle w:val="Heading1"/>
      </w:pPr>
      <w:r>
        <w:t>Урок 724. Иисус в нашей семье</w:t>
      </w:r>
    </w:p>
    <w:p>
      <w:r>
        <w:t>Бог, в Которого я уверовал, несколько раз подарил мне семью. Вначале это были мои родители и родственники, которые с самого первого дня моей жизни заботились обо мне и радовались жизни вместе со мною.</w:t>
      </w:r>
    </w:p>
    <w:p>
      <w:r>
        <w:t>Когда я стал самостоятельным и почти взрослым, я уверовал во Христа как в своего личного Спасителя и вместе с этой верой получил в подарок новую семью под названием «Церковь». У меня появилось так много братьев и сестёр, да ещё и по всему миру, что я не перестаю до сих пор этому радоваться и удивляться. И среди этой новой родни Господь мне показал ту, которая впоследствии оказалась ближе всех людей в мире. Мы стали друзьями на всю жизнь, а потом решили создать свою семью.</w:t>
      </w:r>
    </w:p>
    <w:p>
      <w:r>
        <w:t>Сколько молитв было произнесено по этому вопросу! Сколько разных мыслей пришлось передумать, чтобы принять окончательное решение! Сколько бесед мы провели друг с другом до того, как бесповоротно решили создать что-то общее!</w:t>
      </w:r>
    </w:p>
    <w:p>
      <w:r>
        <w:t>Я всегда приглашал Иисуса во все свои отношения и радовался тому, что Он присутствует во всём. Но я начал также замечать и то, что мои отношения с женой стали настолько близкими и постоянными, что, бывало, мы проводили 24 часа в сутки вместе несколько дней подряд. Я всё больше и больше привязывался к этому дорогому человечку, а она отвечала мне взаимностью. Я уже не мог оставить её просто так и пойти часами гулять на природе, общаясь со своим дорогим Спасителем. Мы теперь делали это вместе и во время прогулки беседовали друг с другом. Правда, я выделял каждое утро личное время для тайной молитвы, закрываясь в отдельную комнату, но этого было так мало по сравнению с тем, что было до свадьбы.</w:t>
      </w:r>
    </w:p>
    <w:p>
      <w:r>
        <w:t>Мне очень захотелось разобраться в этом вопросе и понять, не будет ли Господь ревновать меня к той, которую я избрал. Мне очень не хотелось терять Вечность из-за сильной любви к своей жене, а как её можно было не любить, когда я каждый день об этом просил и получал ответ с Неба, я не знал.</w:t>
      </w:r>
    </w:p>
    <w:p>
      <w:r>
        <w:t>Я понимал, что любить свою жену — это правильно, по-библейски, но это поместило меня в странное положение. Я уже не имел постоянного общения с Богом, а больше разговаривал со своей любимой.</w:t>
      </w:r>
    </w:p>
    <w:p>
      <w:r>
        <w:t>Ссориться и сидеть в одиночестве по разным комнатам нам не хотелось, а когда мы были вместе, нам так нравилось наше общение, что мы не уставали придумывать новые темы для разговора и всегда находили общий язык.</w:t>
      </w:r>
    </w:p>
    <w:p>
      <w:r>
        <w:t>Ещё в нашей дружбе я понял, что время, которое мы проводили вместе, не позволяло мне проводить это время с Господом. И всё это было так сложно склеить в моей голове. Мне всегда почему-то казалось, что нас осуждают за нашу радость в отношениях, так как это мешает нам больше времени проводить с Богом. Но в то же время я так благодарил Своего Спасителя за такого друга, а потом и за свою жену, и так был Ему признателен за столь прекрасный подарок на всю жизнь, что даже и не знал, как бы я смог без неё дальше жить.</w:t>
      </w:r>
    </w:p>
    <w:p>
      <w:r>
        <w:t>Хоть моё счастье строилось на верном Основании, из прочных материалов, но жена вносила в мою жизнь столько радости, что и благодаря ей я был особенно счастлив. И как за это не благодарить Того, Кто есть Источник любви и счастья?!</w:t>
      </w:r>
    </w:p>
    <w:p>
      <w:r>
        <w:t>Мне было очень сложно ответить себе на все эти вопросы, так как много раз я услышал о том, что Господь должен быть всегда на первом месте и в приоритете во всём. А в свете Вести к Лаодикии я совсем потерял покой, считая, что мои отношения с женой не дадут мне никогда выйти из моего тёплого состояния и стать горячим в отношениях со Христом.</w:t>
      </w:r>
    </w:p>
    <w:p>
      <w:r>
        <w:t>Реальность была такова, что я довёл себя до беспокойства в этих мыслях и взвалил такой груз вины на свою голову, что уже не знал, что с этим делать. Не любить жену я считал преступлением, а как её любить и не общаться с ней, я не понимал.</w:t>
      </w:r>
    </w:p>
    <w:p>
      <w:r>
        <w:t>Моя возлюбленная заметила, что со мной что-то не то происходит, и поинтересовалась, что меня тревожит. Я решил поделиться с ней своими переживаниями, боясь, что и она станет также переживать.</w:t>
      </w:r>
    </w:p>
    <w:p>
      <w:r>
        <w:t>Но она оказалась более проницательной и решила вместе со мной разобраться в этом вопросе.</w:t>
      </w:r>
    </w:p>
    <w:p>
      <w:r>
        <w:t>Бог есть любовь, и, когда мы беседуем с Ним, Он пребывает с нами в общении, а когда мы начинаем любить друг друга, Он уже с нами в отношениях. Без Него бы мы не смогли нежно заботиться друг о друге, делать что-то доброе, иметь правильные мотивы и любить от чистого сердца. Всё бы было пропитано эгоизмом и корыстью. Каждый бы думал только о себе и не заботился бы о нуждах и счастье другого.</w:t>
      </w:r>
    </w:p>
    <w:p>
      <w:r>
        <w:t>В любви друг к другу наши отношения с Богом перешли на самый высокий уровень, когда мы уже любим не словом и языком, а делом и истиной.</w:t>
      </w:r>
    </w:p>
    <w:p>
      <w:r>
        <w:t>Я стал размышлять о том, какой Дух водит меня. Все мои мысли сводились к тому, чтобы служить, любить, отдавать, понимать нужды других, сопоставлять всё с полученным светом и жить в истине. И это стало нормой моей жизни. Я даже не задумывался о том, почему я так живу. Хоть я и считаю себя грешником, потому что вижу, какая постоянная борьба идёт внутри меня, и какие злые мысли непрестанно атакуют мой разум, но я не живу во грехе, а избегаю его и всякого контакта с ним.</w:t>
      </w:r>
    </w:p>
    <w:p>
      <w:r>
        <w:t>Во всяком своём деле я советуюсь в мыслях со Христом, прошу Его помочь мне, благословить на успех и понимание. Я приглашаю Его в любое своё предприятие, и в каждой мелочи Он принимает участие, не оставляя меня.</w:t>
      </w:r>
    </w:p>
    <w:p>
      <w:r>
        <w:t>А когда я общаюсь с женой, я всегда прошу в мыслях Иисуса подсказать мне, что бы я мог сделать для этого человека, чтобы ей со мной было очень хорошо. По сути, Господь настолько сильно пропитал меня Собой, что уже не я живу, а живёт во мне Христос. Я Им живу и двигаюсь, и существую.</w:t>
      </w:r>
    </w:p>
    <w:p>
      <w:r>
        <w:t>Наверное, это какой-то новый уровень отношений с Ним, о котором я раньше не знал.</w:t>
      </w:r>
    </w:p>
    <w:p>
      <w:r>
        <w:t>Когда я иду на работу, я беру с собой Иисуса, и мы вместе с Ним трудимся весь день, и, хотя мою работу делают мои руки, я всегда вижу перед собой Господа. А когда есть возможность, я надеваю наушники, звоню своей жене и делюсь с нею своей любовью к ней, что приносит ей особую радость и помогает решать многие домашние задачи.</w:t>
      </w:r>
    </w:p>
    <w:p>
      <w:r>
        <w:t>После долгого общения и размышлений на эту тему мы пришли к выводу о том, что всё, что мы сейчас переживаем во взаимной любви, — это новый уровень наших отношений, который нам был ранее незнаком, а сейчас стал необычной реальностью, от которой и не хочется уходить.</w:t>
      </w:r>
    </w:p>
    <w:p>
      <w:r>
        <w:t>Мы любим друг друга, и наши сердца не осуждают нас за такое обоюдное отношение. Нам в этом очень хорошо, и всё остальное входит в полную гармонию с духом любви.</w:t>
      </w:r>
    </w:p>
    <w:p>
      <w:r>
        <w:t>Если я раньше делил своё время на общение с Богом, чтение Библии, дела веры, работу и личное время, то сейчас всё это стало одним единым временем, где в каждом действии и в каждой минутке присутствует Господь и наполняет Собою всё. Я Им люблю, я Им говорю, я Им думаю. Мне было это сложно понять, но, когда я это осознал, я удивился, насколько далеко зашли наши с Ним отношения. Мне сейчас до Неба ближе, чем до погибели. А законы Вечной жизни стали частью моего характера, а мир — настолько чужим, что мне очень странно, почему я ещё в нём живу. Я не планирую умирать, но понимаю, что этот рубеж нам всем придётся перейти, чтобы войти в Вечность с чистым сердцем.</w:t>
      </w:r>
    </w:p>
    <w:p>
      <w:pPr>
        <w:pStyle w:val="Heading2"/>
      </w:pPr>
      <w:r>
        <w:t>Домашнее задание 724</w:t>
      </w:r>
    </w:p>
    <w:p>
      <w:r>
        <w:t>1. Прочитайте, пожалуйста, Ин.13:34-35; 17:21,26; 1Ин.3:18; 4:7-17; 1Пет.1:22; Рим.12:9-10; 13:8-10; Мат.18:18-20; 19:4-6; 22:37-40; 1Фес.4:9, Еф.5:25-33, Гал.2:20; Пс.15:8 в свете этого урока.</w:t>
      </w:r>
    </w:p>
    <w:p>
      <w:r>
        <w:t>2. Что вы поняли из этого урока?</w:t>
      </w:r>
    </w:p>
    <w:p>
      <w:r>
        <w:t>3. Какие ещё стихи из Библии пришли вам на память?</w:t>
      </w:r>
    </w:p>
    <w:p>
      <w:r>
        <w:t>4. Прочитайте Иер 33:3: «Воззови ко Мне — и Я отвечу тебе, покажу тебе великое и недоступное, чего ты не знаешь». Учит ли этот стих тому, что у Бога есть для нас что-то такое, чего мы ещё не достигли?</w:t>
      </w:r>
    </w:p>
    <w:p>
      <w:r>
        <w:t>5. Вы понимаете, каким образом Бог пребывает в любви, а мы, любя, пребываем в Нём?</w:t>
      </w:r>
    </w:p>
    <w:p>
      <w:r>
        <w:t>6. Как вы понимаете стих из Рим.13:8, где написано, что любящий другого исполнил закон?</w:t>
      </w:r>
    </w:p>
    <w:p>
      <w:r>
        <w:t>7. Стоит ли бояться своего возрастания во Христе?</w:t>
      </w:r>
    </w:p>
    <w:p>
      <w:r>
        <w:t>8. Когда кто-то говорит, что в нём живёт Иисус, как можно определить, что это так?</w:t>
      </w:r>
    </w:p>
    <w:p>
      <w:r>
        <w:t>9. Как вы думаете, приносит ли Святой Дух Свой плод в жизни любящих друг друга людей?</w:t>
      </w:r>
    </w:p>
    <w:p>
      <w:r>
        <w:t>10. Любить свою жену, а жене мужа, и иметь особую радость в этих отношениях — это плохо?</w:t>
      </w:r>
    </w:p>
    <w:p>
      <w:r>
        <w:t>11. Учимся ли мы тому, что любовь вытесняет из жизни общение с Богом?</w:t>
      </w:r>
    </w:p>
    <w:p>
      <w:r>
        <w:t>12. Для чего Иисус советует нам купить у Него любовь в виде символа золота? Откр.3:18.</w:t>
      </w:r>
    </w:p>
    <w:p>
      <w:r>
        <w:t>13. Что будет с вами происходить, если вы будете просить у Бога любви к своим ближним и получать её?</w:t>
      </w:r>
    </w:p>
    <w:p>
      <w:r>
        <w:t>14. Можно ли любить ближнего от всего чистого сердца, не пережив при этом изменения в своём разуме?</w:t>
      </w:r>
    </w:p>
    <w:p>
      <w:r>
        <w:t>15. Когда любящий вас человек молчит, отличается ли он чем-то от других людей?</w:t>
      </w:r>
    </w:p>
    <w:p>
      <w:r>
        <w:br w:type="page"/>
      </w:r>
    </w:p>
    <w:p>
      <w:pPr>
        <w:pStyle w:val="Heading1"/>
      </w:pPr>
      <w:r>
        <w:t>Урок 725. Иной дух</w:t>
      </w:r>
    </w:p>
    <w:p>
      <w:r>
        <w:t>Ученики Христа представляли из себя очень интересное общество, в которое входили люди с разными интересами и взглядами на жизнь. Их всех объединял один общий язык и один Учитель, Который кого-то Сам призвал в ученики, а кого-то принял по рекомендации других.</w:t>
      </w:r>
    </w:p>
    <w:p>
      <w:r>
        <w:t>Иисус знал от начала, что один из Его апостолов станет предателем, и даже знал, кто им будет, но это знание никак не отразилось на Его любящем и дружелюбном отношении к Иуде Искариоту.</w:t>
      </w:r>
    </w:p>
    <w:p>
      <w:r>
        <w:t>Господу было известно, что в будущем в Его церковь проникнет много волков, которые будут расхищать стадо, но при этом Он не учил тому, что с ними нужно бороться их же методами. Мало того, Библия наставляет, чтобы мы не мстили за себя, но всякий суд отдавали в Божьи руки. (Рим.12:19)</w:t>
      </w:r>
    </w:p>
    <w:p>
      <w:r>
        <w:t>В последнее время мы столкнемся в своей среде со множеством учений, движений, возрождений, которые будут врываться в среду Божьего народа и производить в нём всевозможные реформы и преобразования. Не всякий дух является опасным или лукавым, не всякое учение будет ложным, но нам дан совет о том, чтобы мы испытывали духов, от Бога ли они. (1Ин.4:1)</w:t>
      </w:r>
    </w:p>
    <w:p>
      <w:r>
        <w:t>Что бы вы выбрали из предложенного ниже?</w:t>
      </w:r>
    </w:p>
    <w:p>
      <w:r>
        <w:t>1. Быть членом церкви, в которой ложное учение, но в которой крепкие семьи, дружелюбные и добрые люди и очень много народу?</w:t>
      </w:r>
    </w:p>
    <w:p>
      <w:r>
        <w:t>2. Быть членом церкви, в которой истинное учение, но есть несносные люди, всевозможные проблемы и частые конфликты между братьями и сестрами?</w:t>
      </w:r>
    </w:p>
    <w:p>
      <w:r>
        <w:t>3. Быть членом церкви, в которой происходят сверхъестественные чудеса, и у прихожан есть необычные духовные опыты, но в которой Слово Божье не соблюдается и Божий закон в поругании?</w:t>
      </w:r>
    </w:p>
    <w:p>
      <w:r>
        <w:t>Думаю, если вы планируете попасть в Вечность, то понимаете, что добрые люди или духовный опыт не смогут вам в этом помочь, если ваш разум будет повреждён ложью или осквернён иным духом.</w:t>
      </w:r>
    </w:p>
    <w:p>
      <w:r>
        <w:t>Истинная церковь определена в библейских пророчествах как то движение, которое будет иметь чистоту учения до самого конца истории земли, но при этом подвергнется внутренним и внешним бурям и будет раздираема волками в овечьей шкуре.</w:t>
      </w:r>
    </w:p>
    <w:p>
      <w:r>
        <w:t>Когда я только стал интересоваться своим спасением, то, по Божьему промыслу, в мои руки попала книга «Великая борьба», через которую я уверовал в Бога и познал истину. Я стал искать Божью церковь, и вначале мне встретилось движение с христианским именем и духовным опытом. Я быстро влился в эту новую среду и хотел пережить какое-то сверхъестественное чудо, которые совершались вокруг меня постоянно. Хоть мой разум и подсказывал, что в этой церкви нарушается Божий закон и многие пророчества трактуются наперекор здравому смыслу, но я не придавал этому значения, а желал пережить своё чудо и иметь личный духовный опыт. Я видел, что меня окружали люди с большим багажом проявления могучей силы в их жизни, и их не смущало то, что они живут во грехе, а их цели и поступки противоречат ясным Божьим повелениям. Их опыт с духами был основополагающим критерием их праведности, и они могли на основании многих библейских стихов показать каждому, что ими управляет Бог, хотя Божий закон ясно свидетельствовал против них. Однако это их нимало не беспокоило.</w:t>
      </w:r>
    </w:p>
    <w:p>
      <w:r>
        <w:t>Создавалось такое впечатление, что я выхожу навстречу искушению с твердым словом: «Написано!», а сатана вырывает у меня из рук Библию и учит: «Написано также!»</w:t>
      </w:r>
    </w:p>
    <w:p>
      <w:r>
        <w:t>Недолго я пробыл в этой церкви. Истина, которую я успел познать, освободила меня от заблуждения, и я навсегда оставил этот народ, который водим иным духом и живёт в беззаконии. Там у меня остались друзья, к которым я успел привязаться сердцем, но они не захотели покинуть ряды заблуждающихся, хотя сами признавали, что живут в нарушении заповедей. Но, так как иной дух их не оставлял, они считали, что Богу не так важно, как они живут, а главное, что они крещены этим самым иным духом.</w:t>
      </w:r>
    </w:p>
    <w:p>
      <w:r>
        <w:t>Бог же открыл мне Свою волю и показал истинную церковь, которую я искал, но в которую долго не хотел вступать, потому что не находил в ней друзей, хотя видел правильное учение.</w:t>
      </w:r>
    </w:p>
    <w:p>
      <w:r>
        <w:t>В конце концов, Господь дал мне то, чего так жаждала моя душа, и я обрёл друзей в среде Божьего народа и примкнул к Божьей церкви через принятие водного крещения.</w:t>
      </w:r>
    </w:p>
    <w:p>
      <w:r>
        <w:t>Находясь среди своих по вере, я многому научился и многое увидел изнутри. В какой-то период моей жизни я присоединился к оппозиции церкви и вёл подрывную деятельность, считая, что этим я служу Богу, оставаясь при этом членом Божьего народа. Но и оттуда меня вывел Господь, дав мне пережить уникальный опыт.</w:t>
      </w:r>
    </w:p>
    <w:p>
      <w:r>
        <w:t>В настоящее время я вижу, как иной дух стучится в дверь Божьей церкви и манит к себе неутверждённых и слабых в вере. И некоторые откликаются на этот зов и уходят навсегда, а кто-то пьёт вавилонскую чашу и желает далее этим напоить и Божьих детей.</w:t>
      </w:r>
    </w:p>
    <w:p>
      <w:r>
        <w:t>Иуда не просто так попал в среду учеников Иисуса. Господь знал, что нас будут окружать десятки Иуд, которые будут иметь вид благочестия, но не иметь силы Божьей, влекущей душу ко спасению.</w:t>
      </w:r>
    </w:p>
    <w:p>
      <w:r>
        <w:t>В самом начале духовного роста церкви Господь показал Свою ревность и силу, очистив ряды Своего народа от греха Анании и Сапфиры. Для многих поверхностных и злых людей это стало предупреждением, и они побоялись примкнуть к быстрорастущему движению. Богу несложно и сейчас очистить Свою церковь от всего нечистого и легкомысленного, но Он пока этого не делает, желая научить нас чему-то. Но Библия ясно говорит, что перед самым Вторым Пришествием в среде Божьего народа не будет Иуды, и в устах избранных Божьих детей не будет лукавства.</w:t>
      </w:r>
    </w:p>
    <w:p>
      <w:r>
        <w:t>Весть Верного Свидетеля вызовет глобальное просеивание, в котором не устоит ничто нечистое.</w:t>
      </w:r>
    </w:p>
    <w:p>
      <w:r>
        <w:t>Среди учеников Иисуса был горячий и быстрый на слова Пётр, который отрёкся от Господа во время испытания, но покаялся по Божьей милости. Там был и мытарь Матфей, который находился на службе у врагов Израиля. Симон-Зилот принадлежал к группе иудейских националистов, которые были непреклонными противниками римской власти. Иакова и Иоанна называли «Сынами грома» от того, что они были очень возбудимыми и громкими товарищами. А Фома не мог верою постигать невидимое. Между учениками шла постоянная борьба и споры о власти в новом Царстве Христа. И как относился Иисус к этим людям? С неизменной любовью Он формировал правильные черты их характеров, давая им личный пример достойного поведения.</w:t>
      </w:r>
    </w:p>
    <w:p>
      <w:r>
        <w:t>Подобному духу и отношению к заблуждающимся Господь желает научить и нас, приглашая каждого в Свою Школу Любви.</w:t>
      </w:r>
    </w:p>
    <w:p>
      <w:r>
        <w:t>У Бога есть только один истинный Дух — это Святой Дух, Который желает крестить Собою каждого из нас и запечатлеть наше сознание в истине и утвердить нас на основании Божьего Слова.</w:t>
      </w:r>
    </w:p>
    <w:p>
      <w:r>
        <w:t>Работа Святого Духа характерна тем, что Он никогда не противоречит Сам Себе и не учит учеников Христа жить и поступать вопреки Божьему закону.</w:t>
      </w:r>
    </w:p>
    <w:p>
      <w:r>
        <w:t>Читаем Пс.137:2: «…Ты возвеличил слово Твоё превыше всякого имени Твоего».</w:t>
      </w:r>
    </w:p>
    <w:p>
      <w:r>
        <w:t>В свете любви и Божьего закона очень легко распознаётся ложный дух. Бог не призывает нас быть дотошными и выискивать грех там, где его нет, но и не закрывает наши глаза на явные противоречия со Своим Словом, открывая, каким духом движимы Его противники, и давая мудрость тем, кто видит врага и защищает Божье стадо от волков и всевозможных ложных учений.</w:t>
      </w:r>
    </w:p>
    <w:p>
      <w:pPr>
        <w:pStyle w:val="Heading2"/>
      </w:pPr>
      <w:r>
        <w:t>Домашнее задание 725</w:t>
      </w:r>
    </w:p>
    <w:p>
      <w:r>
        <w:t>1. Прочитайте, пожалуйста, Ис.8:20; Втор.13:6-10; Пс.137:2; 1Ин.4:1; Наум.1:2; Рим.12:19; Ин.8:32; Пс.10:5; 138:23-24; Прит.20:27; Иер.17:10, 2Кор.13:5; 1Фес.5:21 в свете этого урока?</w:t>
      </w:r>
    </w:p>
    <w:p>
      <w:r>
        <w:t>2. Что вы поняли из этого урока?</w:t>
      </w:r>
    </w:p>
    <w:p>
      <w:r>
        <w:t>3. Какие ещё стихи из Библии пришли вам на память?</w:t>
      </w:r>
    </w:p>
    <w:p>
      <w:r>
        <w:t>4. Встречали ли вы таких людей, которые ставят свои опыты выше Божьего закона?</w:t>
      </w:r>
    </w:p>
    <w:p>
      <w:r>
        <w:t>5. Почему нужно испытывать духов?</w:t>
      </w:r>
    </w:p>
    <w:p>
      <w:r>
        <w:t>6. Что делать, если я понимаю, что моя вера противоречит Библии?</w:t>
      </w:r>
    </w:p>
    <w:p>
      <w:r>
        <w:t>7. Как можно помочь человеку, водимому иным духом?</w:t>
      </w:r>
    </w:p>
    <w:p>
      <w:r>
        <w:t>8. Что делать, если я понимаю, что мой друг ходит во тьме, а он считает иначе?</w:t>
      </w:r>
    </w:p>
    <w:p>
      <w:r>
        <w:t>9. Почему Иисус взял в ученики Иуду, зная, что тот Его предаст?</w:t>
      </w:r>
    </w:p>
    <w:p>
      <w:r>
        <w:t>10. Почему среди 144.000 не будет Иуд?</w:t>
      </w:r>
    </w:p>
    <w:p>
      <w:r>
        <w:t>11. Сможет ли Господь очистить Свою церковь от иного духа?</w:t>
      </w:r>
    </w:p>
    <w:p>
      <w:r>
        <w:t>12. Чем опасен иной дух?</w:t>
      </w:r>
    </w:p>
    <w:p>
      <w:r>
        <w:t>13. Умеет ли сатана принимать вид ангела света?</w:t>
      </w:r>
    </w:p>
    <w:p>
      <w:r>
        <w:t>14. Если кто-то искренне верит лжи и водим иным духом, то будет ли Господь спасать таких людей во грехе?</w:t>
      </w:r>
    </w:p>
    <w:p>
      <w:r>
        <w:t>15. Был ли этот урок вам полезен?</w:t>
      </w:r>
    </w:p>
    <w:p>
      <w:r>
        <w:br w:type="page"/>
      </w:r>
    </w:p>
    <w:p>
      <w:pPr>
        <w:pStyle w:val="Heading1"/>
      </w:pPr>
      <w:r>
        <w:t>Урок 726. Цель Вести к Лаодикии</w:t>
      </w:r>
    </w:p>
    <w:p>
      <w:r>
        <w:t>Послание к ангелу Лаодикийской церкви является последним в череде Божьих откровений для определённых исторических периодов. И эта Весть содержит в себе самое страшное предупреждение от Христа, которое имеет силу и, в конце концов, приведёт в исполнение этот печальный приговор, объявленный Верным и Истинным Свидетелем.</w:t>
      </w:r>
    </w:p>
    <w:p>
      <w:r>
        <w:t>Бог не бросает Свои слова на ветер, но долготерпит Свой народ, давая каждому из нас время на подготовку. Эта весть сказана так, что направлена лично ко мне и затрагивает именно моё сердце, но при этом Господь желает лично пробудить каждое сердце Своего сына и дочери к более глубокому исследованию внутренних процессов. Господь стремится привести всех нас к единству веры, к преобразованию нашего характера в подобие Христа, научить нас любить друг друга, и планирует сделать нас мудрыми в Своих глазах, чтобы в этом состоянии явить нам благословения Своего личного присутствия в нашей среде и приготовить нас к возвещению громкого клича третьего ангела.</w:t>
      </w:r>
    </w:p>
    <w:p>
      <w:r>
        <w:t>Весть к Лаодикии, описанная в книге Откр.3:14-22, очень коротка, и её можно прочитать за одну минуту, поверхностно ознакомившись с её содержанием. Но эта весть глубока. Чтобы понять и принять её суть и сделать всё это своим достоянием, понадобится не один месяц, а уйдут многие годы возрождения и преобразования характера, чтобы душа была очищена от всех идолов и греховных помышлений, которые так лелеет моя плотская природа.</w:t>
      </w:r>
    </w:p>
    <w:p>
      <w:r>
        <w:t>Бог испытывает меня и показывает моему сердцу истинные мотивы, которые влияют на принятие решений и препятствуют Святому Духу формировать мой характер в подобие характера Христа.</w:t>
      </w:r>
    </w:p>
    <w:p>
      <w:r>
        <w:t>В Божий план Спасения входит приготовление особой группы людей, через которых Он будет завершать историю этого мира и возвещать самое страшное предостережение через третьего ангела. Без принятия откровений из Вести к Лаодикии такое возрождение будет невозможно. Бог не пошлёт «теплых христиан» нести миру самую грозную весть, так как эта весть будет свидетельствовать против них самих. Но горячее сердце будет приготовлено Богом к любым событиям и выполнит любое Божье поручение независимо от того, насколько сложным оно будет казаться.</w:t>
      </w:r>
    </w:p>
    <w:p>
      <w:r>
        <w:t>Понимание и принятие символов Вести Верного Свидетеля требует очень много времени, и это входит в Божий план, чтобы просеять всё поверхностное и гордое, оставив лишь тех, кто не разочаруется в Божьей задержке и промедлении, но будет упорно трудиться, приобретая всё предлагаемое Господом и возрастая от славы в славу.</w:t>
      </w:r>
    </w:p>
    <w:p>
      <w:r>
        <w:t>Бог почтит Своим присутствием всех людей, которые не опустят руки и будут верны в покупке Небесного золота, белой одежды и глазной мази.</w:t>
      </w:r>
    </w:p>
    <w:p>
      <w:r>
        <w:t>Если бы мы точно знали, что нам осталось немного времени, к примеру, год, а потом всё закончится Вторым Пришествием, то, думаю, наша подготовка шла бы более эффективно, и Весть к Лаодикии оказала бы более мощный эффект, а присутствие Святого Духа было бы более видимым и ощутимым. Это всё произойдёт в самом конце, и последние станут первыми, как написано, но именно сегодня Бог призывает тебя, друг, встать на этот путь и шаг за шагом воплощать в свою жизнь Божий план преобразования твоего характера. Именно в таком последовательном подходе к этой задаче выявляются подлинные мотивы, определяются подлинные ценности и цели, готовится разум для запечатления и утверждения в истине.</w:t>
      </w:r>
    </w:p>
    <w:p>
      <w:r>
        <w:t>Во время природных катаклизмов и неблагоприятных погодных условий очень сложно заниматься строительством. Именно в такой период и происходит самое жесткое испытание всего того, что было построено. Буря последних событий приближается, и она неизбежна. Нам всем придётся в неё войти, но мы не знаем когда, поэтому нам свойственно отвлекаться от главной цели и благоустраиваться в этом мире, считая Вавилон своим постоянным местом жительства.</w:t>
      </w:r>
    </w:p>
    <w:p>
      <w:r>
        <w:t>Цель Вести к Лаодикии состоит в желании Бога прилепить нас всех к Себе через постоянное приобретение того, что Он нам советует у Него купить. Он стремится сохранить нас в этих отношениях до самого последнего нашего вздоха на этой земле или до закрытия времени благодати для этого мира.</w:t>
      </w:r>
    </w:p>
    <w:p>
      <w:r>
        <w:t>Если я считаю, что, покупая товары у Верного Свидетеля, я успею приготовиться к последним событиям и обязательно в них войду во всеоружии Божьем, то, возможно, я рискую остынуть и разочароваться по причине того, что эти события так и не настанут при моей жизни, а моя подготовка будет напрасной тратой времени и сил. Нет ничего хуже, чем, не видя финиша, остановиться в своём забеге перед самой финишной чертой и плакать о том, что тебя так долго обманывали, предлагая победу, которая так и не наступила.</w:t>
      </w:r>
    </w:p>
    <w:p>
      <w:r>
        <w:t>Я становлюсь победителем в тот момент, когда соглашаюсь принять Божье предложение по выходу из своего жалкого тёплого состояния. Даже если я ничего ещё не успел изменить в своей жизни, но встал на путь вечных торговых отношений со Христом, то Его благодати будет достаточно, чтобы покрыть все мои недостатки и постепенно избавить меня от них. Если же я настроен на получение ожидаемой награды и упорно иду к этой цели, считая, что вот-вот её достигну, и, наконец-то, вмешается Бог и одержит окончательную победу, а желаемое не наступает, то я всё больше и больше устаю от этой борьбы, а потом совсем ослабеваю и разочаровываюсь во всём, к чему стремился. Я останавливаюсь. В этом случае моего прошлого опыта тренировок и побед будет недостаточно, чтобы достигнуть цели и получить обещанное.</w:t>
      </w:r>
    </w:p>
    <w:p>
      <w:r>
        <w:t>В принятии Вести к Лаодикии очень важно понимать, что Бог приглашает меня в отношения, которые никогда уже не должны прерываться. Хоть они и характеризуются как торговые, но они гораздо глубже, чем кажется новому слушателю. Цель вести состоит в том, чтобы навсегда прилепить меня к Иисусу и сохранить мою душу в этом союзе, проведя меня в таких отношениях через всю жизнь.</w:t>
      </w:r>
    </w:p>
    <w:p>
      <w:r>
        <w:t>Бог положил времена и сроки для определённых событий, и в своё время они наступят и исполнятся. Если я готов, то моя готовность будет актуальна и сегодня и в любое другое время. Меня ничто не застанет врасплох, хотя может удивить своей быстротой и скоротечностью. Если же я «лукавый и ленивый раб», то я всегда найду тысячи оправданий своему невежеству и всевозможные занятия в мире и даже в Божьем деле кроме того, что предлагает Верный Свидетель.</w:t>
      </w:r>
    </w:p>
    <w:p>
      <w:r>
        <w:t>Подходя к принятию света для Лаодикийского периода, стоит настроиться на пожизненное изучение этой самой вести. Не сразу она станет понятной. Не сразу мне откроется вся её глубина, но всё предлагаемое в ней сделает мою жизнь лучше, качественнее, благословеннее и интереснее, чем было до этого.</w:t>
      </w:r>
    </w:p>
    <w:p>
      <w:r>
        <w:t>Отношения с Богом приносят в мою жизнь много света, любви, радости и счастья. И это так переполняет собою всё вокруг, что хочется, чтобы и все люди побыстрее приобрели это и стали самыми счастливыми в Божьей семье.</w:t>
      </w:r>
    </w:p>
    <w:p>
      <w:r>
        <w:t>Бог желает, чтобы Его верные покупатели учились торговать небесным золотом и между собой, обогащая друг друга взаимной любовью, и в таком времяпровождении готовились к грядущим событиям, имея правильный дух и постоянный опыт развития в любви, дружелюбии и счастье, и готовность к выполнению любой Божьей миссии.</w:t>
      </w:r>
    </w:p>
    <w:p>
      <w:r>
        <w:t>Дополнение к размышлению над этим уроком. Свидетельства для Церкви. Том 1:</w:t>
      </w:r>
    </w:p>
    <w:p>
      <w:r>
        <w:t>Мне было показано, что свидетельство к лаодикийцам относится к детям Божьим, живущим в настоящее время, но оно так и не выполнило своего важного предназначения из-за ожесточения их сердец. Однако Бог дал этой вести время, чтобы она всё же совершила своё дело. Сердце должно очиститься от грехов, которые так долго затмевали Иисуса. Эта страшная весть в конце концов исполнит своё дело. Когда она впервые была изложена, люди начали внимательно исследовать своё сердце, исповедовать грехи, и народ Божий повсюду был глубоко взволнован. Почти все верили в то, что эта весть закончится громким кличем третьего ангела. Но так как в последующие годы братья и сестры не увидели впечатляющих событий, на многих данная весть не оказала должного воздействия. Я видела, что она не сможет выполнить своего предназначения за несколько коротких месяцев. Весть эта была дана для следующего: пробудить народ Божий, выявить его отступление и привести к ревностному покаянию, чтобы затем Иисус почтил его Своим присутствием и приготовил к громкому кличу третьего ангела. Когда данная весть достигала сердец, она вела их к глубокому смирению перед Богом. Ангелы были посланы во всех направлениях, чтобы приготовить неверующие сердца к принятию истины. Дело Божье начало подниматься, и Его народ осознал своё положение. Если бы совет Верного Свидетеля был полностью принят. Бог действовал бы для Своего народа более целенаправленно. Тем не менее Господь благословил усилия, предпринятые после возвещения вести, и многие души были выведены из тьмы и заблуждения и теперь радуются в истине. – {1СЦ 186.1}</w:t>
      </w:r>
    </w:p>
    <w:p>
      <w:r>
        <w:t>Бог испытает Своих детей. Иисус долготерпит их и не извергает их из уст во мгновение ока. Ангел сказал: «Бог взвешивает Свой народ». Если бы эта весть действовала в течение короткого времени, как некоторые из нас предполагали, то у детей Божьих не осталось бы и часа для совершенствования характера. Многие люди начали что-то предпринимать не из принципа и не по вере, а из страха, поскольку эта торжественная, страшная весть не на шутку встревожила их. Она воздействовала на их чувства и пробудила в них страх, но не совершила работу, предназначенную ей Богом. Бог читает сердца. Чтобы Его дети не обманывались в отношении самих себя, Он даёт им время, чтобы общее возбуждение прошло, а затем проверяет их, будут ли они повиноваться совету Верного Свидетеля.</w:t>
      </w:r>
    </w:p>
    <w:p>
      <w:r>
        <w:t>Бог ведет Свой народ шаг за шагом. Он ставит его в разные ситуации, чтобы выявить, что лежит у народа на сердце. Некоторые люди переносят одно испытание, но падают на следующем. С каждым последующим шагом Господь посылает всё более и более серьёзные проверки и испытания для сердца. Когда дети Божьи видят, что сердца их противятся столь прямому призыву, это должно убедить их, что им надо ещё кое от чего избавиться, если они не хотят быть извергнутыми из уст Господа. Ангел сказал: «Бог будет действовать всё более и более решительно, чтобы проверить и испытать каждого в Своём народе». Некоторые люди переносят одно испытание, но когда Бог подводит их к следующему, они пугаются и отходят, потому что не хотят отказываться от какого-то взлелеянного идола. На этом этапе им предоставляется возможность увидеть, какой именно кумир изгоняет Иисуса из их сердца. Что-то для таких людей важнее истины, и их сердца не готовы принять Иисуса. – {1СЦ 186-187}</w:t>
      </w:r>
    </w:p>
    <w:p>
      <w:pPr>
        <w:pStyle w:val="Heading2"/>
      </w:pPr>
      <w:r>
        <w:t>Домашнее задание 726</w:t>
      </w:r>
    </w:p>
    <w:p>
      <w:r>
        <w:t>1. Прочитайте, пожалуйста, Откр.3:14-22; 1Ин.3:23; Ис.28:10; 30:18; Лук.18:7-8; 2Пет.3:9-10; Евр.10:35-39; Прит.1:29-33; Еф.5:15-18 в свете этого урока.</w:t>
      </w:r>
    </w:p>
    <w:p>
      <w:r>
        <w:t>2. Что вы поняли из этого урока?</w:t>
      </w:r>
    </w:p>
    <w:p>
      <w:r>
        <w:t>3. Какие ещё стихи из Библии пришли вам на память?</w:t>
      </w:r>
    </w:p>
    <w:p>
      <w:r>
        <w:t>4. Как долго вы планируете изучать Послание к Лаодикии?</w:t>
      </w:r>
    </w:p>
    <w:p>
      <w:r>
        <w:t>5. Предлагает ли нам Верный Свидетель в Послании к Лаодикии что-то краткосрочное и временное?</w:t>
      </w:r>
    </w:p>
    <w:p>
      <w:r>
        <w:t>6. Как звучит Весть к Лаодикии для поверхностного читателя и для того, кто следует советам Иисуса?</w:t>
      </w:r>
    </w:p>
    <w:p>
      <w:r>
        <w:t>7. Что мешает человеку настроиться на постоянные отношения с Богом?</w:t>
      </w:r>
    </w:p>
    <w:p>
      <w:r>
        <w:t>8. Вы уже вкусили красоту и силу Лаодикийской Вести?</w:t>
      </w:r>
    </w:p>
    <w:p>
      <w:r>
        <w:t>9. Почему Господь не открывает суть Послания к Лаодикии за один раз?</w:t>
      </w:r>
    </w:p>
    <w:p>
      <w:r>
        <w:t>10. Сколько времени нужно для преобразования характера?</w:t>
      </w:r>
    </w:p>
    <w:p>
      <w:r>
        <w:t>11. Разочаровывает ли вас тот факт, что Господь не являет Свои явные сверхъестественные чудеса в жизни тех, кто вступает с Ним в торговые отношения?</w:t>
      </w:r>
    </w:p>
    <w:p>
      <w:r>
        <w:t>12. Вам нравится Послание к Лаодикии?</w:t>
      </w:r>
    </w:p>
    <w:p>
      <w:r>
        <w:t>13. О чём это Послание?</w:t>
      </w:r>
    </w:p>
    <w:p>
      <w:r>
        <w:t>14. Насколько важна для вас эта Весть?</w:t>
      </w:r>
    </w:p>
    <w:p>
      <w:r>
        <w:t>15. Что делать, если вы услышали эту Весть впервые?</w:t>
      </w:r>
    </w:p>
    <w:p>
      <w:r>
        <w:br w:type="page"/>
      </w:r>
    </w:p>
    <w:p>
      <w:pPr>
        <w:pStyle w:val="Heading1"/>
      </w:pPr>
      <w:r>
        <w:t>Урок 727. Служение Богу</w:t>
      </w:r>
    </w:p>
    <w:p>
      <w:r>
        <w:t>Каждый из нас обладает каким-то талантом и уникальными способностями, которых нет у других. Но бывает, что не все эти дары вскрыты нами и обнаружены, а если и распознаны, то не развиваются в должной мере.</w:t>
      </w:r>
    </w:p>
    <w:p>
      <w:r>
        <w:t>Проблема может быть и в том, что я из скромности начинаю считать себя недостойным что-то привносить в общество или как-то выделяться из общей массы. Или, глядя на то, как здорово получается у других развивать свои таланты, считаю свои дарования блеклыми и никому не нужными. И нас таких становится очень много, и мы, как «серые мышки», растворяемся в разнообразии мира и живём никем не замечаемые и никому не нужные, находя себе занятие в наблюдении за чужими достижениями и успехами других людей, считая их продвинутыми по жизни.</w:t>
      </w:r>
    </w:p>
    <w:p>
      <w:r>
        <w:t>Мы с женой решили для себя вскрывать наши скрытые способности друг друга и рассказывать о том, что каждый из нас открыл в другом, какие особенности обнаружил. Было очень увлекательно напрягать весь свой разум, чтобы увидеть то, что не всегда заметно при поверхностном взгляде, и после объяснять, в чём выражается очередное открытие, и какую пользу оно может принести этому миру или нам самим.</w:t>
      </w:r>
    </w:p>
    <w:p>
      <w:r>
        <w:t>Но больше всего нас интересовало, как наши таланты применить во благо церкви, и какое служение каждый из нас способен лучше всего совершать. Мы понимали, что все те дары, которые нам даёт Господь, должны быть направлены, в первую очередь, на прославление Его Имени и на созидание тела Христова.</w:t>
      </w:r>
    </w:p>
    <w:p>
      <w:r>
        <w:t>Будучи членами поместной общины, мы совершали те виды служения, которые нам поручали. Порою мы даже не понимали, для чего это делается. Иногда нас спрашивали, могли бы мы заняться тем или иным служением, так как это должен кто-то совершать, а мы даже не знали, что от нас ожидается, и формально соглашались, так и не поняв, что нужно делать.</w:t>
      </w:r>
    </w:p>
    <w:p>
      <w:r>
        <w:t>Но самое интересное в нашем служении происходило тогда, когда мы от всей души делали то, что нам нравилось и приносило пользу Божьему делу, и это более и более сближало нас с другими братьями и сестрами. Мы решили брать свою любовь во всякое служение и дарить её всем, с кем мы пересекались по жизни.</w:t>
      </w:r>
    </w:p>
    <w:p>
      <w:r>
        <w:t>Помимо церковных обязанностей, мы постоянно искали возможность послужить ближним и вне церкви. Приглашение гостей или походы в гости к другим людям стали нормой жизни, которые мы даже не обсуждали, а лишь решали, что брать с собой или чем будем угощать гостей, если появится необходимость.</w:t>
      </w:r>
    </w:p>
    <w:p>
      <w:r>
        <w:t>Особенности нашего времени цифровых технологий открыли множество возможностей совершать некоторые виды служения через интернет и достигать в социальных сетях тех людей, с которыми мы вживую никогда бы не встретились. Нас не пугали открытия в цифровом мире, и мы, наблюдая за развитием этой области, всегда думали и молились о том, как это можно использовать на благо других.</w:t>
      </w:r>
    </w:p>
    <w:p>
      <w:r>
        <w:t>Нам не очень хотелось отнимать время людей, чтобы предложить его заполнить пустотой, и мы всегда взвешивали и обсуждали то, что мы публикуем и предлагаем людям.</w:t>
      </w:r>
    </w:p>
    <w:p>
      <w:r>
        <w:t>Я попробовал стать на ютубе блогером, но у меня не получилось этим постоянно заниматься, и я оставил эту затею, взявшись за другое дело.</w:t>
      </w:r>
    </w:p>
    <w:p>
      <w:r>
        <w:t>В наших молитвах мы постоянно просили Господа показать нам, что мы бы могли делать для приближения дня Его Пришествия. И со временем мы поняли, что в каждом подобном случае Господь предлагает нам делать именно то, что нам доступно и по силам, и приносит особое удовольствие, хотя порою и требует очень много нашей энергии, времени и всевозможных затрат.</w:t>
      </w:r>
    </w:p>
    <w:p>
      <w:r>
        <w:t>Жене нравилось заниматься с чужими детьми, и она так прекрасно ориентировалась в этой стихии, у неё всё так здорово получалось, что мне оставалось только хвалить её и удивляться тому, как она со всем этим успевает справляться. Помимо этого она занималась душепопечительством среди своих знакомых, делала публикации в интернете, организовывала различные духовные мероприятия у нас дома, проводила кулинарные курсы по принципам ЗОЖ, успевала чему-то учиться и всегда помогала всем, кто её о чём-то просил. И при всей этой занятости у неё ещё была уйма свободного времени, чтобы общаться со мной и друзьями и планировать что-то на будущее.</w:t>
      </w:r>
    </w:p>
    <w:p>
      <w:r>
        <w:t>Мы заметили, что та любовь, которую мы имели друг к другу, очень хорошо вписывается в любое наше служение и придаёт ему особый вкус. Когда что-то делаешь с любовью, сознательно вкладывая этот дух во всякое дело, тогда оно не утомляет и не напрягает, а приносит глубокое удовлетворение и осознание Божьего одобрения.</w:t>
      </w:r>
    </w:p>
    <w:p>
      <w:r>
        <w:t>Мы трудимся для Бога не для того, чтобы заслужить себе спасение, а потому, что мы уже спасены Им, и нам так хочется быть участниками большой Божьей работы, используя свои небольшие силы.</w:t>
      </w:r>
    </w:p>
    <w:p>
      <w:r>
        <w:t>Когда у нас очень много всяких дел и задач, которые мы с радостью выполняем, и кто-то пытается взвалить на нас ещё какое-то служение, которое мы не сможем делать достойно, тогда мы просто отказываемся, объясняя это тем, что и так загружены. Лучше мы послужим немного и от всей души, доведя дело до конца, чем будем браться за всё, не имея сил совершить это наилучшим образом.</w:t>
      </w:r>
    </w:p>
    <w:p>
      <w:r>
        <w:t>Также мы решили на семейном совете, что по возможности будем брать ту работу и то служение, которое не станет нас разлучать, как духовно, так и физически. Уж больно дорого мы достались друг другу, чтобы потерять эти отношения из-за чего-то земного. Иногда нас пытались пристыдить за такой подход, доказывая нам, что нужно себя приносить в жертву Богу, и тогда это будет Ему приятно. А мы просили Господа, чтобы Он дал нам такое служение, чтобы мы всегда были рядом и имели достаточно времени и сил на выполнение разных задач.</w:t>
      </w:r>
    </w:p>
    <w:p>
      <w:r>
        <w:t>Мы были честными с Иисусом, и, если нам что-то не нравилось, мы искренне Ему об этом рассказывали, прося мудрости для всякого предприятия и решения.</w:t>
      </w:r>
    </w:p>
    <w:p>
      <w:r>
        <w:t>Мы знаем, что Господь считается с нашим выбором и нашими желаниями, и находит нам именно то, что послужит ко благу каждого.</w:t>
      </w:r>
    </w:p>
    <w:p>
      <w:r>
        <w:t>Как радостно видеть плоды своего служения, наблюдать, как формируется твой характер, как вырабатывается чёткое видение многих вопросов, как появляется твёрдость в принципах, и понимать, что Божья рука присутствует во всяком нашем деле.</w:t>
      </w:r>
    </w:p>
    <w:p>
      <w:r>
        <w:t>Если вы нас спросите, какое служение мы совершаем, то, думаю, нам будет сложно ответить ясно и конкретно, ведь мы любим то, что мы делаем, и вкладываем всех себя во всякое доброе дело, не считая это особым служением для Бога, так как вся наша жизнь стала постоянным служением, и наш разум настроен именно на такой жизненный подход. Наша жизнь — это и есть наше служение Богу, и Он это знает и использует нас так, как Ему это бывает нужно, давая нам понять, чем и когда заняться.</w:t>
      </w:r>
    </w:p>
    <w:p>
      <w:r>
        <w:t>Богу несложно использовать в Своей работе тех, кто Ему полностью принадлежит и открыт для сотрудничества.</w:t>
      </w:r>
    </w:p>
    <w:p>
      <w:r>
        <w:t>Также мы никого и не судим, если кто-то видит свою жизнь иначе и делает Божье дело так, как считает нужным или не делает ничего. Мы решили любить всех и думать об их счастье, забывая про заднее.</w:t>
      </w:r>
    </w:p>
    <w:p>
      <w:r>
        <w:t>И как бывает радостно собраться вместе и делиться опытами и победами прошедшего дня, планируя своё прекрасное будущее в Иисусе. А если мы и сговоримся о каком общем деле, то верим, что нам будет дан успех от Небесного Отца.</w:t>
      </w:r>
    </w:p>
    <w:p>
      <w:pPr>
        <w:pStyle w:val="Heading2"/>
      </w:pPr>
      <w:r>
        <w:t>Домашнее задание 727</w:t>
      </w:r>
    </w:p>
    <w:p>
      <w:r>
        <w:t>1. Прочитайте, пожалуйста, Ин.12:26; 1Пет.4:10-11; Рим.7:5-6; 12:9-11; 14:17-19; 1Кор.12:4-11; 2Кор.3:6; 6:3-8; Гал.5:13-15; Евр.12:28-29 в свете этого урока.</w:t>
      </w:r>
    </w:p>
    <w:p>
      <w:r>
        <w:t>2. Что вы поняли из этого урока?</w:t>
      </w:r>
    </w:p>
    <w:p>
      <w:r>
        <w:t>3. Какие ещё стихи из Библии пришли вам на память?</w:t>
      </w:r>
    </w:p>
    <w:p>
      <w:r>
        <w:t>4. Что такое служение?</w:t>
      </w:r>
    </w:p>
    <w:p>
      <w:r>
        <w:t>5. Какие виды служения вы знаете?</w:t>
      </w:r>
    </w:p>
    <w:p>
      <w:r>
        <w:t>6. Подходит ли определение Иисуса из Мар.10:3 к семейным отношениям? «…А кто хочет быть большим между вами, да будет вам слугою».</w:t>
      </w:r>
    </w:p>
    <w:p>
      <w:r>
        <w:t>7. Какой вид служения может совершать семья?</w:t>
      </w:r>
    </w:p>
    <w:p>
      <w:r>
        <w:t>8. Стоит ли вкладывать в своё служение всего себя?</w:t>
      </w:r>
    </w:p>
    <w:p>
      <w:r>
        <w:t>9. Как будет выглядеть служение без любви?</w:t>
      </w:r>
    </w:p>
    <w:p>
      <w:r>
        <w:t>10. Как понять, какими дарами я обладаю, и какое служение мне совершать?</w:t>
      </w:r>
    </w:p>
    <w:p>
      <w:r>
        <w:t>11. Что делать, если я не привык никому служить и не вижу в этом необходимости?</w:t>
      </w:r>
    </w:p>
    <w:p>
      <w:r>
        <w:t>12. Как вы думаете, служит ли эта Школа кому-то из вас?</w:t>
      </w:r>
    </w:p>
    <w:p>
      <w:r>
        <w:t>13. Служит ли Бог Своему творению?</w:t>
      </w:r>
    </w:p>
    <w:p>
      <w:r>
        <w:t>14. Что не является служением?</w:t>
      </w:r>
    </w:p>
    <w:p>
      <w:r>
        <w:t>15. Каким даром служения обладаете вы, и какой бы из них вы хотели иметь?</w:t>
      </w:r>
    </w:p>
    <w:p>
      <w:r>
        <w:br w:type="page"/>
      </w:r>
    </w:p>
    <w:p>
      <w:pPr>
        <w:pStyle w:val="Heading1"/>
      </w:pPr>
      <w:r>
        <w:t>Урок 728. Званые и избранные</w:t>
      </w:r>
    </w:p>
    <w:p>
      <w:r>
        <w:t>В Библии есть история о Моисее, о том, как Господь избрал его для особой миссии для Своего народа. Моисей был званым Богом и избранным для выполнения возложенной на него задачи. Через этого человека Бог дал всему миру Свой прекрасный закон, правила счастливой и праведной жизни и те мудрые постановления, которые решали многие житейские и общественные вопросы лучшим образом. Но Моисею не суждено было войти в обещанный Ханаан по причине греха, и эта миссия была возложена на Иисуса Навина, который воплотил все Божьи планы в истории своего народа.</w:t>
      </w:r>
    </w:p>
    <w:p>
      <w:r>
        <w:t>А вы задумывались, почему именно Иисус, сын Навина, был избран Богом? Это была не случайность, и в этом избрании для каждого лаодикийца содержится очень важный урок о том, на каком основании может произойти ваше избрание. В Израиле на момент выхода из Египта было очень много верных и искренних мужей, которые чтили невидимого Бога и проявляли послушание, веруя каждому слову Его посланника. Но юноша Иисус проявлял особый интерес к служению и был там, где совершалась Божья работа.</w:t>
      </w:r>
    </w:p>
    <w:p>
      <w:r>
        <w:t>Впервые имя Иисуса упоминается, когда Бог послал воинов на уничтожение амаликитян. Исх.17:9-13. Иисус и его воины справились с этой задачей при поддержке молящегося на горе Моисея.</w:t>
      </w:r>
    </w:p>
    <w:p>
      <w:r>
        <w:t>Когда Моисей был призван взойти на гору, Иисус пошёл вместе с ним и оставался всё время недалеко от того места, где Господь говорил с Моисеем. Исх.24:12-13. И когда в стане произошло беззаконие, Иисус Навин не понимал, что за странный шум слышен в долине. Исх.32:17. Когда же вопрос с отступниками был решён, и виновники были наказаны, тогда мы читаем Исх 33:11: «И говорил Господь с Моисеем лицем к лицу, как бы говорил кто с другом своим; и он возвращался в стан; а служитель его Иисус, сын Навин, юноша, не отлучался от скинии».</w:t>
      </w:r>
    </w:p>
    <w:p>
      <w:r>
        <w:t>Иисус был не просто одним из числа народа, а являлся тем, кто желал находиться там, где Бог совершал Свою работу и являл Свою славу. Он видел в Моисее Божьего помазанника и старался во всём поддерживать его.</w:t>
      </w:r>
    </w:p>
    <w:p>
      <w:r>
        <w:t>Когда народ подошёл к Обетованной земле, и из каждого колена были призваны представители для осмотра будущих владений Божьего народа, в число соглядатаев вошёл и Иисус, сын Навина. Путешествуя 40 дней по своей будущей Родине, Иисус с детской верою представлял, как в ближайшее будущее он и его народ овладеют богатствами этой земли по Божьему обещанию. Он и Халев были настолько уверены в Божьей силе, что не поколебались в своём уповании, когда другие соглядатаи разочаровали весь народ и ввергли весь стан в уныние. Чис.14:6-9.</w:t>
      </w:r>
    </w:p>
    <w:p>
      <w:r>
        <w:t>Неверие народа вызвало Божье неодобрение, и Небом был вынесен приговор на долгое блуждание народа по пустыне.</w:t>
      </w:r>
    </w:p>
    <w:p>
      <w:r>
        <w:t>За грехи неверующих страдали и избранные Божьи слуги, и им ничего не оставалось, как быть вместе со всеми последующие 40 лет и бродить по пустынным местам, ожидая окончания этого срока.</w:t>
      </w:r>
    </w:p>
    <w:p>
      <w:r>
        <w:t>Когда Моисей стал вопрошать Бога о том, кого избрать в лидеры, тогда Господь назвал имя Иисуса Навина и благословил его через рукоположение Моисея. Чис.27:15-23.</w:t>
      </w:r>
    </w:p>
    <w:p>
      <w:r>
        <w:t>Когда же Моисею было дано повеление взойти на гору и умереть, Иисус Навин стал его преемником. Читаем Втор 34:9: «И Иисус, сын Навин, исполнился духа премудрости, потому что Моисей возложил на него руки свои, и повиновались ему сыны Израилевы и делали так, как повелел Господь Моисею».</w:t>
      </w:r>
    </w:p>
    <w:p>
      <w:r>
        <w:t>Эта история учит нас тому, что в Божьем деле не бывает случайных людей, которые вдруг стали святыми и известными. Бог зовёт всех и предлагает Себя всем, тем более тем, кто носит Его имя. Но получается так, что званых очень много, а избранных совсем мало.</w:t>
      </w:r>
    </w:p>
    <w:p>
      <w:r>
        <w:t>Тот интерес, который немногие проявляют к Божьему делу и ко всему, что с этим связано, учитывается Небом, и эти люди отмечаются и получают особые благословения. Они могут быть не признаны обществом, их могут считать странными или фанатичными, но они не обращают внимание на мнение других людей, а живо и неподдельно интересуются всем тем, что исходит от Бога, и всегда присутствуют там, где делается Божье дело.</w:t>
      </w:r>
    </w:p>
    <w:p>
      <w:r>
        <w:t>В своей притче о званых и избранных Господь Иисус очень ясно дал понять, как видит Небо тех и других.</w:t>
      </w:r>
    </w:p>
    <w:p>
      <w:r>
        <w:t>В обращении к Своему народу Лаодикийского периода Верный Свидетель призывает к покаянию всех, но обещает Свой престол только избранным, которых называет победителями. Стоит учесть и заявление Господа в самом конце книги Откр 21:7: «Побеждающий наследует все, и буду ему Богом, и он будет Мне сыном».</w:t>
      </w:r>
    </w:p>
    <w:p>
      <w:r>
        <w:t>Послание к Лаодикии уникально тем, что оно, хоть и содержит в себе мало слов, но имеет много смысла, который постепенно и последовательно открывается людям, которые жаждут, ищут и принимают Божьи советы.</w:t>
      </w:r>
    </w:p>
    <w:p>
      <w:r>
        <w:t>Невозможно стать обладателем всего предлагаемого за один визит. Небесный Купец желает видеть в нас постоянных покупателей, которые знают, что им предлагается, и ценят то, что покупают.</w:t>
      </w:r>
    </w:p>
    <w:p>
      <w:r>
        <w:t>Мой интерес к Божьим советам и предложениям присваивает мне особый статус, а моё постоянство во взаимоотношениях со Христом даёт Ему право на более глубокое развитие отношений и на избрание меня туда, куда не вхожи те, кто думает случайно спастись или получить по Божьей милости хоть что-то в обмен на своё невежество.</w:t>
      </w:r>
    </w:p>
    <w:p>
      <w:r>
        <w:t>Необходимо понять важную истину о том, что если у Бога есть какой-то особый план для конца времени, то лучше строить и жить согласно этому плану, а не искать других путей и не придумывать что-то похожее на истину для настоящего времени.</w:t>
      </w:r>
    </w:p>
    <w:p>
      <w:r>
        <w:t>Бог очень ясно и чётко даёт нам понять через Дух Пророчества, что именно принятие или отвержение вести Верного Свидетеля вызовет просеивание в среде Божьего народа и приготовит верных людей к торжественному провозглашению Вести третьего ангела из Откр.14:9-12.</w:t>
      </w:r>
    </w:p>
    <w:p>
      <w:r>
        <w:t>Иисус Навин вкусил, как благ Господь, и решил углубляться в этом познании настолько, насколько ему будет позволено. Весь народ был свидетелем чудес и знамений избавления из египетского рабства. Столп облачный и огненный был также виден всем, но только Иисус жаждал чего-то большего и был избран Богом для особой миссии, с которой он и справился.</w:t>
      </w:r>
    </w:p>
    <w:p>
      <w:r>
        <w:t>Кто мешал другим израильтянам проявлять подобный интерес к святым вещам и с благоговением следить за действиями Бога?</w:t>
      </w:r>
    </w:p>
    <w:p>
      <w:r>
        <w:t>Возможно, что-то подобное будет происходить и в наши дни, когда Господь решит почтить Своим Духом жаждущих и излить Свои потоки на иссохшее.</w:t>
      </w:r>
    </w:p>
    <w:p>
      <w:r>
        <w:t>Не наше дело знать времена и сроки, которые Отец положил в Своей власти, но мы можем иметь живой интерес к тому, что нам открыто, и получать от этого прямые Божьи благословения.</w:t>
      </w:r>
    </w:p>
    <w:p>
      <w:r>
        <w:t>Время, которое мы проводим в отношениях и в общении с Иисусом, или у Скинии Небесного Святилища, никогда не будет считаться потраченным впустую, хотя некоторые земные дела могут и появляться. Понимая и принимая то, что обещано верным, я и всё земное вижу глазами Неба.</w:t>
      </w:r>
    </w:p>
    <w:p>
      <w:r>
        <w:t>Бог обязательно почтит тех, кто почитает Его. Ни один жаждущий Святого Духа не останется без награды. Ни один постоянный покупатель у Верного Свидетеля не будет забыт или потерян. Хоть таких избранных людей будет и мало, но они все отмечены Богом, чтобы они получили обещанное.</w:t>
      </w:r>
    </w:p>
    <w:p>
      <w:r>
        <w:t>Читаем 2Пар 20:20: «… Верьте Господу Богу вашему, и будьте тверды; верьте пророкам Его, и будет успех вам».</w:t>
      </w:r>
    </w:p>
    <w:p>
      <w:pPr>
        <w:pStyle w:val="Heading2"/>
      </w:pPr>
      <w:r>
        <w:t>Домашнее задание 728</w:t>
      </w:r>
    </w:p>
    <w:p>
      <w:r>
        <w:t>1. Прочитайте, пожалуйста, те ссылки, что были представлены в уроке и ещё Мат.22:2-14; 24:22-24; 25:10; Лук.14:23-24; 18:7-8; 1Пет.2:9; Рим.8:28-34; Мар.13:26-27; Ис.65:9; Пс.104:43; 105:4-5; Откр.17:14 в свете этого урока.</w:t>
      </w:r>
    </w:p>
    <w:p>
      <w:r>
        <w:t>2. Что вы поняли из этого урока?</w:t>
      </w:r>
    </w:p>
    <w:p>
      <w:r>
        <w:t>3. Какие ещё стихи из Библии пришли вам на память?</w:t>
      </w:r>
    </w:p>
    <w:p>
      <w:r>
        <w:t>4. Кто такие званые в наше время?</w:t>
      </w:r>
    </w:p>
    <w:p>
      <w:r>
        <w:t>5. Кто такие избранные? В чём отличие званых от избранных?</w:t>
      </w:r>
    </w:p>
    <w:p>
      <w:r>
        <w:t>6. Почему Иисус учил тому, что званых будет много, а избранных мало?</w:t>
      </w:r>
    </w:p>
    <w:p>
      <w:r>
        <w:t>7. Был ли пример избрания Иисуса Навина для вас уроком? Чис.11:28.</w:t>
      </w:r>
    </w:p>
    <w:p>
      <w:r>
        <w:t>8. Каким образов, в наше время, можно последовать примеру Иисуса Навина?</w:t>
      </w:r>
    </w:p>
    <w:p>
      <w:r>
        <w:t>9. Может ли Господь Сам избирать тех людей, на которых Он желает возложить особую миссию? Деян.9:15-16.</w:t>
      </w:r>
    </w:p>
    <w:p>
      <w:r>
        <w:t>10. Всегда ли избранные Богом люди готовы сразу выполнять свою миссию?</w:t>
      </w:r>
    </w:p>
    <w:p>
      <w:r>
        <w:t>11. Могу ли я сам себя избрать для спасения? Если да, то что для этого надо?</w:t>
      </w:r>
    </w:p>
    <w:p>
      <w:r>
        <w:t>12. Войдут ли избранные в число 144.000?</w:t>
      </w:r>
    </w:p>
    <w:p>
      <w:r>
        <w:t>13. Знал ли Иисус Навин о своём будущем избраним, когда сопровождал Моисея во всех его трудах?</w:t>
      </w:r>
    </w:p>
    <w:p>
      <w:r>
        <w:t>14. Должен ли я, совершая своё служение, думать о том, буду я избранным Богом человеком или нет?</w:t>
      </w:r>
    </w:p>
    <w:p>
      <w:r>
        <w:t>15. Обращает ли Небо внимание на тех, у кого есть неподдельный интерес к Божьей работе?</w:t>
      </w:r>
    </w:p>
    <w:p>
      <w:r>
        <w:br w:type="page"/>
      </w:r>
    </w:p>
    <w:p>
      <w:pPr>
        <w:pStyle w:val="Heading1"/>
      </w:pPr>
      <w:r>
        <w:t>Урок 729. Благословение Вести к Лаодикии</w:t>
      </w:r>
    </w:p>
    <w:p>
      <w:r>
        <w:t>Пятая книга Моисея содержит интересный стих. Читаем Втор.30:19: «Во свидетели пред вами призываю сегодня небо и землю: жизнь и смерть предложил я тебе, благословение и проклятие. Избери жизнь, дабы жил ты и потомство твоё…» По своему смыслу это заявление относится к каждому из нас и сегодня, и не потеряло своей силы. Предлагая мне сделать выбор, Господь даёт и совет, какой выбор будет Ему по сердцу: «Избери жизнь…»</w:t>
      </w:r>
    </w:p>
    <w:p>
      <w:r>
        <w:t>Изменилось ли что-то с того времени в ожиданиях Бога? Он не просто попросил меня сделать выбор, но и послал Своего возлюбленного Сына на смерть вместо меня, чтобы навсегда утвердить моё решение и дать мне по моей вере право на Вечную жизнь. Но при всём Своём желании спасти меня Господь уважает мой выбор и ждёт моего решения, долго ждёт и долго терпит моё невежество. Он знает, что предстоит мне в том или ином случае, что будет со мной, если изберу Его и приму все благословения этого выбора. Его Сила только и ожидает моего «да», чтобы взять меня под Свою защиту и наполнить мою жизнь Божьим присутствием.</w:t>
      </w:r>
    </w:p>
    <w:p>
      <w:r>
        <w:t>Но у Бога есть враг, который живёт внутри меня и постоянно борется со всем, что исходит свыше, — это моя плотская натура, в которой я рождён и которая не хочет умирать, пока я жив. Она находится в прочном союзе с врагом моей души.</w:t>
      </w:r>
    </w:p>
    <w:p>
      <w:r>
        <w:t>Предлагая мне выбрать благословение, Господь посылает мне и Свою благодать, чтобы я смог обрести победу над силами зла и над своей плотью. И Божья помощь тут же приходит, когда я принимаю решение жить по Божьим правилам и законам и начинаю двигаться в этом направлении.</w:t>
      </w:r>
    </w:p>
    <w:p>
      <w:r>
        <w:t>Меня всегда удивляет та свобода выбора, которую даёт мне Господь, предлагая неимоверно прекрасные благословения со всеми вытекающими Вечными последствиями. Зная, насколько я буду с Ним счастлив, что даст мне Вечная жизнь в Его присутствии, сколько добрых перемен произойдёт в моей жизни, Он при этом не отказывает мне в праве отвергнуть все эти блага и воспользоваться правом на смерть. Как-то это глупо звучит, но, к сожалению, многие делают именно такой выбор своего пути, демонстративно или интуитивно игнорируя Божий совет, и предпочитают проклятие.</w:t>
      </w:r>
    </w:p>
    <w:p>
      <w:r>
        <w:t>Путь тьмы и смерти сначала кажется не таким уж и страшным. Он довольно широк и заманчив. На нём многообразие чувственных наслаждений, изысканных развлечений, помпезных представлений и удивительных переживаний. Смех, суета, возбуждение захватывают разум и влекут к волшебным удовольствиям, обольщая сознание мыслью, что это и есть истинный смысл жизни. Хоть плата за грех смерть, в момент очередного чувственного переживания не хочется об этом думать.</w:t>
      </w:r>
    </w:p>
    <w:p>
      <w:r>
        <w:t>Плоть постоянно ищет того, что противно Духу, а Дух противится плоти и желает иметь Небесные благословения. А я нахожусь между этими противниками между правым и левым ухом и должен что-то решить и чем-то накормить одного из оппонентов. Кого же я буду кормить, тот и станет сильнее. И я окажусь водимым им.</w:t>
      </w:r>
    </w:p>
    <w:p>
      <w:r>
        <w:t>Верный Свидетель сообщает в книге Откр.3:14-22 весть, в которой обличает меня и предлагает мне принять благословение или проклятие. Я думаю, что не стоит описывать состояние и последствия неправильного выбора. Ничего хорошего не ожидает тех, кто согласится со справедливой оценкой Христа и ничего не предпримет для того, чтобы последовать последующему совету.</w:t>
      </w:r>
    </w:p>
    <w:p>
      <w:r>
        <w:t>Вступая в торговые отношения с Иисусом, я этим самым показываю Ему своё желание перемен и выхода из того жалкого состояния, которое так Ему не нравится. А Господь, видя моё усилие что-то изменить, протягивает мне Свои руки и принимает меня в Свои объятия как самого дорогого покупателя. Затем Он начинает давать мне всё то, что преобразит мою жизнь и сделает меня победителем.</w:t>
      </w:r>
    </w:p>
    <w:p>
      <w:r>
        <w:t>Я погружаюсь в новый мир Божьих откровений, которые настолько удивительны и прекрасны, настолько просты и глубоки, что удивляешься, почему эта внутренняя красота не открывается всему миру. А Господь влечёт меня дальше к Себе, в самую глубину Своего сердца, и показывает мне такие великие и недоступные вещи, которые я даже не знал. И Бог не один в этой глубине откровений. Там очень много моих новых друзей, которые, подобно мне, вступили в Вечную торговлю с Иисусом и теперь стали очень близкими мне по духу. Господь дарит мне этих людей и наделяет меня любовью к ним, а их ко мне. Мне так непривычно кого-то любить, но я принимаю это и наблюдаю, чем это закончится. А это только начинается.</w:t>
      </w:r>
    </w:p>
    <w:p>
      <w:r>
        <w:t>Мои новые друзья по вере видны мне, я могу с ними поговорить, могу их обнять, и они не такие, как все, они Божьи. Я не знаю, как лучше строить отношения, а Господь наделяет нас Своим золотом, предлагая им обогащать друг друга. Пробуем и удивляемся тому, насколько приятно любить и получать от этого столько необычных постоянных благословений!</w:t>
      </w:r>
    </w:p>
    <w:p>
      <w:r>
        <w:t>Моя вера в Бога проходит огненные испытания и побуждает всё глубже погружаться в недра Божьего сердца, чтобы приобрести там более прекрасные сокровища, которыми я смогу обогатить своих друзей. Я вижу огромный потенциал таких отношений и понимаю, как нам будет хорошо в Вечности делиться всеми Божьими благословениями и той самой удивительной любовью-агапэ, о которой мы так много слышали, но не представляли, как она действует в сердце.</w:t>
      </w:r>
    </w:p>
    <w:p>
      <w:r>
        <w:t>Мой характер формируется в свете Небесной торговли во что-то новое и прекрасное. Он, подобно белой одежде, прикрывает всю мою прежнюю наготу и делает меня каким-то особенным созданием в Божьих глазах. Я не могу этим похвалиться перед людьми. Они просто не понимают, что я имею в виду. Но мои новые друзья прекрасно разбираются в качестве белой одежды и постоянно говорят мне о том, что она очень похожа на одежду Верного Свидетеля. А я с ними не согласен, потому что вижу, что их сияющие белизной одеяния более похожи на одежду Христа, чем моя новая одежда. Но мы не спорим, а верою принимаем подобные свидетельства друг от друга и радуемся тому, что мы похожи на зеркала души для другого, чтобы сообщать ему о прекрасных переменах в его одеянии. Нам не стыдно за нашу новую одежду. И нас радует, что она нравится Иисусу. Он то и дело поправляет её на нас, разглаживает Своими руками складки и придаёт ей торжественный вид, искренне любуясь нами, не скрывая Своей радости. За эту улыбку Божьего одобрения можно всё отдать и жить только этим.</w:t>
      </w:r>
    </w:p>
    <w:p>
      <w:r>
        <w:t>Глазная мазь исцеляет наши глаза, разрушает все стереотипы и показывает нам истинную красоту и глубину Божьего закона, Божьих принципов и ожиданий. Мы видим друг друга глазами Неба и удивляемся тому, как хорошо всё исходящее от Бога, и как оно радует сердце своей целительной силой.</w:t>
      </w:r>
    </w:p>
    <w:p>
      <w:r>
        <w:t>Господь призывает нас быть ревностными в покупке Его товаров, а мы и не собираемся её заканчивать. Нам так хорошо в этом магазине, что мы не видим смысла из него уходить.</w:t>
      </w:r>
    </w:p>
    <w:p>
      <w:r>
        <w:t>Но самое интересное происходит тогда, когда Сам Продавец приходит к тебе на ужин, чтобы угостить очередным откровением о Себе, научить правильно использовать купленное, наполнить сердце Собою и послать со всем этим в мир, чтобы хоть кого-то спасти. И Иисус не оставляет нас в этой миссии, но задаёт направление нашим ногам и наделяет нас Своим Духом любви, предлагая подняться выше.</w:t>
      </w:r>
    </w:p>
    <w:p>
      <w:pPr>
        <w:pStyle w:val="Heading2"/>
      </w:pPr>
      <w:r>
        <w:t>Домашнее задание 729</w:t>
      </w:r>
    </w:p>
    <w:p>
      <w:r>
        <w:t>1. Прочитайте, пожалуйста, Ин.3:16; Быт.27:29; Втор.11:26-28; Пс.36:22; 108:17; 118:18; Ам.3:7; Откр.19:7-8; Ис.53:11; 55:1-3 в свете этого урока.</w:t>
      </w:r>
    </w:p>
    <w:p>
      <w:r>
        <w:t>2. Что вы поняли из этого урока?</w:t>
      </w:r>
    </w:p>
    <w:p>
      <w:r>
        <w:t>3. Какие ещё стихи из Библии пришли вам на память?</w:t>
      </w:r>
    </w:p>
    <w:p>
      <w:r>
        <w:t>4. Будет ли Бог благословлять тех, кто Ему послушен?</w:t>
      </w:r>
    </w:p>
    <w:p>
      <w:r>
        <w:t>5. Почему Господь предлагает каждому выбор того или иного пути?</w:t>
      </w:r>
    </w:p>
    <w:p>
      <w:r>
        <w:t>6. Может ли любовь заставлять кого-то делать что-то доброе?</w:t>
      </w:r>
    </w:p>
    <w:p>
      <w:r>
        <w:t>7. Буду ли я иметь проклятие, если выбираю путь благословения?</w:t>
      </w:r>
    </w:p>
    <w:p>
      <w:r>
        <w:t>8. Понимаете ли вы, насколько прекрасно поступать по совету Верного Свидетеля?</w:t>
      </w:r>
    </w:p>
    <w:p>
      <w:r>
        <w:t>9. Знаете ли вы, какую радость в жизни переживают покупатели Небесных товаров из Вести к Лаодикии?</w:t>
      </w:r>
    </w:p>
    <w:p>
      <w:r>
        <w:t>10. Что мешает вам последовать совету Иисуса из Откр.3:18?</w:t>
      </w:r>
    </w:p>
    <w:p>
      <w:r>
        <w:t>11. Как вы понимаете благословение Вести к Лаодикии?</w:t>
      </w:r>
    </w:p>
    <w:p>
      <w:r>
        <w:t>12. Планирует ли Бог только с вами вести Свою торговлю?</w:t>
      </w:r>
    </w:p>
    <w:p>
      <w:r>
        <w:t>13. Как вы думаете, будут ли дружеские отношения между теми, кто постоянно покупает что-то в «Лаодийском магазине»?</w:t>
      </w:r>
    </w:p>
    <w:p>
      <w:r>
        <w:t>14. Где находится этот «магазин»?</w:t>
      </w:r>
    </w:p>
    <w:p>
      <w:r>
        <w:t>15. Как мне понять, что я что-то покупаю у Верного Свидетеля?</w:t>
      </w:r>
    </w:p>
    <w:p>
      <w:r>
        <w:br w:type="page"/>
      </w:r>
    </w:p>
    <w:p>
      <w:pPr>
        <w:pStyle w:val="Heading1"/>
      </w:pPr>
      <w:r>
        <w:t>Урок 730. Проклятие Лаодикии</w:t>
      </w:r>
    </w:p>
    <w:p>
      <w:r>
        <w:t>Самое печальное, что только можно себе представить, — это оказаться потерянным навсегда для Вечности, будучи верующим человеком, являющимся членом Божьего народа и носящим имя Христа. Худшей участи и большего разочарования сложно кому-то пожелать. Но ещё трагичнее будет то, что эта группа людей, оставшись без Божьего покровительства, станет врагом избранного Божьего народа и попытается безуспешно противостоять побеждающей силе любви.</w:t>
      </w:r>
    </w:p>
    <w:p>
      <w:r>
        <w:t>Очень не хочется говорить об этом, но это, к сожалению, для многих окажется той самой горькой реальностью, которая станет следствием невежества, глухоты и горделивого духа.</w:t>
      </w:r>
    </w:p>
    <w:p>
      <w:r>
        <w:t>Бог не желает, чтобы хоть кто-то погиб, и делает с утра до вечера всё возможное, чтобы Его свет осветил путь каждого человека. Божья любовь продолжает бесконечно долго изливаться в жизнь всякого верного и неверного Божьего сына и дочери. Бог делает со Своей стороны всё, чтобы спасти любую обманутую врагом душу. Столько света, что имеем мы сегодня, ещё не было дано никому прежде нас.</w:t>
      </w:r>
    </w:p>
    <w:p>
      <w:r>
        <w:t>Божья благодать не истощилась, чтобы дать победу над грехом каждому желающему.</w:t>
      </w:r>
    </w:p>
    <w:p>
      <w:r>
        <w:t>Беззаконие так и не стало в Божьих глазах нормой счастливой жизни. Оно вызывает у Всевышнего однозначное отвращение и ненависть. Но при всём этом Божья любовь к грешнику остаётся безмерно великой и постоянной.</w:t>
      </w:r>
    </w:p>
    <w:p>
      <w:r>
        <w:t>Как было во дни Ноя, когда все желающие видели и слышали Божьи пророчества о грядущих Божьих судах, но ничего не сделали для своего спасения, так будет и в наши дни. Воля Господа откроется каждому человеку. Все в том или ином виде ясно услышат Божий призыв к новой жизни в любви, счастье и дружбе. Эта благая весть станет звучать постоянно, но люди, которые предпочтут не слышать её или сознательно отвергнут её, будут потеряны навсегда.</w:t>
      </w:r>
    </w:p>
    <w:p>
      <w:r>
        <w:t>Мир полон разных интересных открытий, событий, вещей и занятий. Многое из этого подарено нам как Божье благословение для лучшей жизни. Но когда это всё занимает мой разум больше, чем Божья истина для настоящего времени, тогда что может Бог мне ещё предложить, чтобы хоть как-то мне помочь?</w:t>
      </w:r>
    </w:p>
    <w:p>
      <w:r>
        <w:t>Библия содержит очень много примеров и образов того, как Господь любит и желает спасти для Вечной жизни каждого желающего. Но в ней также описывается и участь тех, кто отверг Божьи призывы и решил идти своим путём, делая то, что считает правильным. Одним из самых суровых наказаний был потоп, который уничтожил всё неверующее человечество, кроме восьми верующих душ. 120 лет звучала весть предостережения и однозначного утверждения о том, что мир будет уничтожен потопом, но это предостережение было отвергнуто миром, и люди утонули в водах суда. Виноват ли Бог в том, что человечество не захотело спастись и не поверило в справедливость Творца? Было ли наказание каким-то неожиданным? Застали ли воды потопа кого-то врасплох?</w:t>
      </w:r>
    </w:p>
    <w:p>
      <w:r>
        <w:t>Примерно что-то подобное происходит и в наше время. Верный Свидетель говорит в послании к Лаодикии, что Ему отвратительно моё тёплое состояние, и Он извергнет меня из Своих уст, если я не покаюсь. И если бы Он не давал мне выхода, то у меня не было бы ни малейшего шанса на спасение. Но Господь не желает, чтобы я погиб без всякой надежды, и предлагает мне такое благословение, о котором даже сложно было кому-то и мечтать.</w:t>
      </w:r>
    </w:p>
    <w:p>
      <w:r>
        <w:t>Представьте себе, что я живу в огромных долгах, исчисляемых миллиардами, и вдруг меня осеняет идея. Я нахожу местного миллиардера и прошу его покрыть мои долги и ещё дать мне безграничный лимит, чтобы я мог впоследствии становиться богаче и богаче. Как вы думаете, насколько это реально? Более глупую ситуацию сложно придумать. Меня даже не подпустят к дому этого состоятельного человека.</w:t>
      </w:r>
    </w:p>
    <w:p>
      <w:r>
        <w:t>А что мы видим в послании к Лаодикии? Небесный Миллиардер называет меня нищим при моём воображаемом богатстве и предлагает мне бесконечный и безлимитный кредит для моего обогащения. Он одевает меня в прекрасные одежды Своего характера и предлагает иметь Небесную мудрость. По человеческой логике это как-то не вмещается в моё сознание. Мне сложно понять, как Кто-то может желать мне истинного счастья и дать мне истинное богатство, и всё для этого делать. Но так оно и есть и никак иначе. Сам Бог стал инициатором этого благословения и вложил в него не какие-то непонятные предложения, а Самого Себя. И что Ему делать с теми, кто отвергнет это предложение? У Него нет никого, лучше Его Самого, лучше Небесного Отца и Святого Духа. И что делать Господу с людьми, которые слышат, но ничего не предпринимают, чтобы жить в соответствии с услышанным? Как поступить с теми, кто затыкает уши и считает, что эта весть не для них? Рассудите сами, что делать Верному Свидетелю с теми, кто поворачивает к Нему свою спину и считает Его советы несерьёзными или неактуальными в свете нашего времени?</w:t>
      </w:r>
    </w:p>
    <w:p>
      <w:r>
        <w:t>Быть извергнутым из Божьих уст — это самое печальное событие, которое только можно себе представить. Пугать проклятием меня и не нужно. Оно само придёт, если я отвергну благословение. Существует Свет, у которого есть Источник. Если я не зажигаю в своей жизни этот Божий Свет, то тьму не нужно приглашать в свой дом. Она сама настанет, и никуда от неё не спрячешься.</w:t>
      </w:r>
    </w:p>
    <w:p>
      <w:r>
        <w:t>Что может быть лучше веры и любви, предлагаемой Свидетелем Истинным? Но почему-то к Нему не стоит очередь, а те, кого Он называет тёплыми, не проявляют должного интереса к Божьим советам.</w:t>
      </w:r>
    </w:p>
    <w:p>
      <w:r>
        <w:t>А что мешает мне купить предлагаемое и радоваться этим торговым отношениям? Чем я смогу оправдать своё невежество? Но я не такой глупый. У меня для оправдания есть мой опыт, добрые дела, постоянство в чтении и молитве. Я могу похвалиться своим послушанием, а в перспективе собираюсь возвещать весть третьего ангела и провозглашать Евангелие всем народам. Разве этого недостаточно, чтобы стать победителем? Неужели Бог не примет все мои старания? Неужели это всё не имеет цены в Божьих глазах? Неужели я и весь народ ошибается? Да если бы эта весть была так важна, то о ней бы только и говорили на каждом собрании и во всех выступлениях! А раз молчат, значит она уже нашла своё исполнение в прошлом, и не стоит её вновь выносить на рассмотрение.</w:t>
      </w:r>
    </w:p>
    <w:p>
      <w:r>
        <w:t>Что сказать Христу на такие заявления? Он с сожалением говорит мне, что я даже не знаю, насколько я несчастен, жалок, нищ, слеп и наг.</w:t>
      </w:r>
    </w:p>
    <w:p>
      <w:r>
        <w:t>Сложно представить, каким будет проклятье Лаодикии. Это всё равно что увидеть, как двери спасительного ковчега, которые всегда были приветливо открыты, в какой-то момент стали медленно закрываться навсегда. И там внутри была жизнь и победа, а здесь у нас наступил хаос и смерть. Хуже не придумаешь! И никакое покаяние уже не поможет, и никакое прозрение не спасёт.</w:t>
      </w:r>
    </w:p>
    <w:p>
      <w:r>
        <w:t>Погиб, не потому что не смог спастись, а потому что избрал именно этот путь и отверг всё, предлагаемое Богом в Его плане.</w:t>
      </w:r>
    </w:p>
    <w:p>
      <w:r>
        <w:t>Как долго ещё нужно пугать слепого наказанием за его слепоту? Как долго можно заманивать невежд прекрасными благословениями Лаодикии? В какой-то момент Господь повторит печальную фразу, сказанную про Ефрема из Ос.4:17-18: «Привязался к идолам Ефрем; оставь его! Отвратительно пьянство их, совершенно предались блудодеянию; князья их любят постыдное». Будет ли в этом вердикте стоять моё или твоё имя, друг, решать нам и решать сейчас, а Господь всё ещё призывает: «Купи у Меня».</w:t>
      </w:r>
    </w:p>
    <w:p>
      <w:pPr>
        <w:pStyle w:val="Heading2"/>
      </w:pPr>
      <w:r>
        <w:t>Домашнее задание 730</w:t>
      </w:r>
    </w:p>
    <w:p>
      <w:r>
        <w:t>1. Прочитайте, пожалуйста, Ос.4:6; 1Пар.28:9; 2Пар.36:15-16; Втор.11:26; Пс.108:17; Ис.1:3,9-20; Иер.6:16; 7:13-16; 36:15; Откр.3:14-22; Ин.3:16 в свете этого урока.</w:t>
      </w:r>
    </w:p>
    <w:p>
      <w:r>
        <w:t>2. Что вы поняли из этого урока?</w:t>
      </w:r>
    </w:p>
    <w:p>
      <w:r>
        <w:t>3. Какие ещё стихи из Библии пришли вам на память?</w:t>
      </w:r>
    </w:p>
    <w:p>
      <w:r>
        <w:t>4. Что такое проклятие?</w:t>
      </w:r>
    </w:p>
    <w:p>
      <w:r>
        <w:t>5. Проклинает ли Бог тех, кто Ему не нравится?</w:t>
      </w:r>
    </w:p>
    <w:p>
      <w:r>
        <w:t>6. Как быть уверенным в том, что я получаю Божье благословение, а не проклятие?</w:t>
      </w:r>
    </w:p>
    <w:p>
      <w:r>
        <w:t>7. Какова роль Верного Свидетеля в вашей жизни? Понимаете ли вы Его советы?</w:t>
      </w:r>
    </w:p>
    <w:p>
      <w:r>
        <w:t>8. Может ли быть такое, что, покупая товары в «Лаодикийском магазине», я что-то куплю, а на что-то не буду обращать внимание?</w:t>
      </w:r>
    </w:p>
    <w:p>
      <w:r>
        <w:t>9. Исполнит ли Господь Своё проклятие в отношении тех, кто так и не услышит Его совет?</w:t>
      </w:r>
    </w:p>
    <w:p>
      <w:r>
        <w:t>10. Почему Господь не спасает всех подряд просто из любви к людям?</w:t>
      </w:r>
    </w:p>
    <w:p>
      <w:r>
        <w:t>11. Актуальна ли в наше время Весть к Лаодикии?</w:t>
      </w:r>
    </w:p>
    <w:p>
      <w:r>
        <w:t>12. Стоит ли наблюдать за людьми и судить их, если они не так, как вы, понимают послание Верного Свидетеля?</w:t>
      </w:r>
    </w:p>
    <w:p>
      <w:r>
        <w:t>13. Можно ли покупать предлагаемое Христом и не иметь общения друг с другом? 1Ин.1:7.</w:t>
      </w:r>
    </w:p>
    <w:p>
      <w:r>
        <w:t>14. Как можно помочь своим близким стать покупателями в Лаодикии?</w:t>
      </w:r>
    </w:p>
    <w:p>
      <w:r>
        <w:t>15. Если я являюсь постоянным покупателем Лаодикии, то даёт ли это гарантию того, что это будет продолжаться всегда? 1Кор.9:27.</w:t>
      </w:r>
    </w:p>
    <w:p>
      <w:r>
        <w:br w:type="page"/>
      </w:r>
    </w:p>
    <w:p>
      <w:pPr>
        <w:pStyle w:val="Heading1"/>
      </w:pPr>
      <w:r>
        <w:t>Урок 731. Лаодикийская любовь</w:t>
      </w:r>
    </w:p>
    <w:p>
      <w:r>
        <w:t>Верный Свидетель, предлагая мне благословения Неба и Самого Себя, желает сделать меня источником Своей любви и представителем Небесного Царства. Однажды в беседе с самарянкой Он озвучил эту идею так: Ин 4:14: «А кто будет пить воду, которую Я дам ему, тот не будет жаждать вовек; но вода, которую Я дам ему, сделается в нём источником воды, текущей в жизнь вечную».</w:t>
      </w:r>
    </w:p>
    <w:p>
      <w:r>
        <w:t>Получать, чтобы отдавать, — вот принцип всех Божьих благословений. Хоть Послание к Лаодикии и адресовано каждому из нас лично, и его цель убедить именно меня и работать с моей душой, однако всё предлагаемое даётся не только для моего личного возрождения и преобразования, но и для служения моим ближним.</w:t>
      </w:r>
    </w:p>
    <w:p>
      <w:r>
        <w:t>Чтобы мне было что отдать, нужно вначале это принять. А если отдавать необходимо постоянно, изо дня в день, то важно найти и тот источник Божьих благословений, который всегда будет наполнять меня до избытка. Я могу его сам себе придумать и попросить Бога благословить мои домыслы и каким-то образом давать мне через это силу свыше. Но здесь есть опасность того, что не тот дух станет восполнять мои потребности.</w:t>
      </w:r>
    </w:p>
    <w:p>
      <w:r>
        <w:t>Однако я могу изучить Божий план и понять, каким образом действует Господь, и какие у Него есть предложения для меня, а затем встать на путь осуществления Божьей воли в моей жизни.</w:t>
      </w:r>
    </w:p>
    <w:p>
      <w:r>
        <w:t>Предлагая мне купить у Него золото, очищенное огнём, Верный Свидетель желает наделить меня верой и любовью Небесного образца. Покупая эти бесценные благословения Неба, я становлюсь обладателем великого и недоступного Божественного дара любви-агапэ, который предназначен для передачи его моим ближним. Как солнце не может светить само себе, так и любовь не даётся мне для меня. Это тот глагол, который изначально задуман для обогащения собою других людей. Бог есть любовь, но если эта любовь никак не касается меня и не изливается в жизнь ближних, то назвать это любовью нельзя. Так и в моём случае. Если я покупаю любовь, но ни с кем ею не делюсь, то не будет мне пользы от подобных приобретений.</w:t>
      </w:r>
    </w:p>
    <w:p>
      <w:r>
        <w:t>К счастью, нас окружает огромный мир, наполненный живыми людьми, которым я могу отдать всё, что посылает мне Свидетель Истинный. Социум, в котором я живу, предлагает мне жить по плоти и не задумываться о Божьем плане победы над этим миром. Врага души устраивает использование мною моего личного потенциала веры и любви, которого мне хватает, чтобы дойти до первой трудности или до первого перекрёстка мнений, чтобы потом найти оправдание своего бессилия и немощи, говоря другим, что я обычный грешник.</w:t>
      </w:r>
    </w:p>
    <w:p>
      <w:r>
        <w:t>Слово «Любовь» применяется в этом мире даже для описания того, чем она не является. Развращенные люди называют этим словом разные мерзости, пытаясь низвести Божий замысел до низменных страстей. Но именно через любовь к миру Бог и желает открыть красоту Своего характера, чтобы прославиться на земле. И для этого он избрал меня и тебя, друг, призывая нас любить друг друга.</w:t>
      </w:r>
    </w:p>
    <w:p>
      <w:r>
        <w:t>По своей природе мы не можем иметь безусловную любовь на постоянной основе, и Господь не ожидает, что кактусы начнут приносить добрые плоды. Но у Бога есть план, который Он изложил в обращении к людям Лаодикийского периода, и в котором Он изливает Своё самое заветное желание о нас, предлагая в виде символов Самого Себя. Бог решил назваться Любовью-Агапэ и в этой любви стать частью человека, частью меня. Но для этого Ему нужен я, нужно моё отзывчивое сердце, понимание этого моим разумом и согласие моей воли. И именно такими барьерами Всемогущий Господь ограничил Своё присутствие во мне. И пока я не проявлю свою веру и не открою своё сердце, пока не стану просить Его жить во мне, Он не будет врываться в мою жизнь и менять её.</w:t>
      </w:r>
    </w:p>
    <w:p>
      <w:r>
        <w:t>Предлагая мне совершить покупки, Господь учит меня тому, что всё это должно служить благу моих ближних, моей церкви и тем, кто, как и я, вступил с Ним в торговые отношения.</w:t>
      </w:r>
    </w:p>
    <w:p>
      <w:r>
        <w:t>Приобретая Божью любовь, я не могу ею не делиться. Хоть вначале этого пути у меня многое не получается, я часто падаю и делаю ошибки, но Господь учит меня и наставляет на всякую истину, посылая мне тех, благодаря кому я буду утверждаться в любви, развиваться в её глубине и постоянно нуждаться в ней свыше.</w:t>
      </w:r>
    </w:p>
    <w:p>
      <w:r>
        <w:t>Все мы, вступившие в Небесную торговлю, призваны осознанно любить друг друга и в этой любви давать Богу власть к действию через нас.</w:t>
      </w:r>
    </w:p>
    <w:p>
      <w:r>
        <w:t>В нашей любви друг к другу мы учимся правилам Вечной жизни, даря и развивая самые нежные и прекрасные чувства своей души, вырабатывая чёткие принципы жизненной позиции, имея понимание своей постоянной зависимости от Бога.</w:t>
      </w:r>
    </w:p>
    <w:p>
      <w:r>
        <w:t>Господь подводит меня в безграничному космическому океану Своей Агапэ, который мне надо пропустить через себя, и я верою постигаю величие Божьего плана для Божьей церкви последнего времени.</w:t>
      </w:r>
    </w:p>
    <w:p>
      <w:r>
        <w:t>Взаимно любя, мы с другом учимся многим хорошим вещам в наших отношениях, которые вписываются в наши мысли и чувства и формируют наш характер. Зная, как действует любовь среди нас, мы очень успешно делимся этими знаниями и с другими людьми, ещё больше утверждаясь в агапэ.</w:t>
      </w:r>
    </w:p>
    <w:p>
      <w:r>
        <w:t>Любим ли мы друг друга или нет, можно легко определить по наличию плода Святого Духа в наших отношениях. Это невозможно подделать. Он или есть, или его нет.</w:t>
      </w:r>
    </w:p>
    <w:p>
      <w:r>
        <w:t>Лаодикийская Весть призывает нас стать победителями в вере и любви, в праведности и мудрости. И это исполняется только в жизни тех, кто говорит: «Да» и делает шаг веры, желая погрузиться в смысл торговых отношений со Христом.</w:t>
      </w:r>
    </w:p>
    <w:p>
      <w:r>
        <w:t>Все Божьи товары едины в своей совокупности и не могут приобретаться в отдельности друг от друга. Обретая любовь и неся её в мир, я наделяюсь и праведностью Христа. Я получаю Небесную мудрость в применении этих даров. А как иначе?</w:t>
      </w:r>
    </w:p>
    <w:p>
      <w:r>
        <w:t>Невидимый Бог проявляет Себя в моей видимой любви к другу, к ближнему, ко врагу. И это не моё. Я это получаю у Христа в обмен на всего себя, на моё лучшее время и на мои грехи.</w:t>
      </w:r>
    </w:p>
    <w:p>
      <w:r>
        <w:t>Бог действует в даре моей любви к другу и открывает мне тайну Вечных отношений длиною в Вечную жизнь. Имея такие знания и опыт, я могу подчинить любое своё помышление в послушание Христу.</w:t>
      </w:r>
    </w:p>
    <w:p>
      <w:r>
        <w:t>Любовь, по Божьему замыслу, является оружием победителя в последней борьбе добра со злом. Если я не понимаю сути заключительной войны между Христом и сатаной, то я не смогу вести сражение и что-то победить. Бог не даст мне то, что я не планирую иметь, если не вижу смысла в приобретении предлагаемого. Но именно наличие у меня Божьей любви-агапэ и моё единство со Христом и будет определяющим фактором моей победы. Господь это Сам придумал и изложил Свой план в послании к церкви последних дней.</w:t>
      </w:r>
    </w:p>
    <w:p>
      <w:r>
        <w:t>Чтобы поверить Богу и доверить ему свою жизнь, принимая от Него то, что Он советует у Него купить, нужна вера, которая от слышания, которое от Слова Божьего. Как долго ещё говорить Богу к Своему народу? Как долго ещё Его народ будет не обращать внимание на самое важное и страшное предостережение? Как долго мы будем, подобно неразумным девам, сидеть и наблюдать за действиями Христа, занимаясь чем угодно, кроме следования Его советам?</w:t>
      </w:r>
    </w:p>
    <w:p>
      <w:r>
        <w:t>Любовь желает стать известной всему миру через нас. И если мир не примет нас, то он хотя бы увидит, что мы любим друг друга и являемся учениками Того, Кто есть Любовь. Веришь ли сему?</w:t>
      </w:r>
    </w:p>
    <w:p>
      <w:pPr>
        <w:pStyle w:val="Heading2"/>
      </w:pPr>
      <w:r>
        <w:t>Домашнее задание 731</w:t>
      </w:r>
    </w:p>
    <w:p>
      <w:r>
        <w:t>1. Прочитайте, пожалуйста, Гал.5:6,22-23; Откр.3:18; Ис.55:1-3; Прит.23:23; Ин.4:10-14; 13:34-35; Флп.2:13; 1Пет.1:22; Рим.10:17; 1Ин.4:7-8,12-13 в свете этого урока.</w:t>
      </w:r>
    </w:p>
    <w:p>
      <w:r>
        <w:t>2. Что вы поняли из этого урока?</w:t>
      </w:r>
    </w:p>
    <w:p>
      <w:r>
        <w:t>3. Какие ещё стихи из Библии пришли вам на память?</w:t>
      </w:r>
    </w:p>
    <w:p>
      <w:r>
        <w:t>4. Что такое агапэ?</w:t>
      </w:r>
    </w:p>
    <w:p>
      <w:r>
        <w:t>5. Понимаете ли вы, какую роль будет играть любовь в последнее время?</w:t>
      </w:r>
    </w:p>
    <w:p>
      <w:r>
        <w:t>6. Почему Бог решил наделить Своих избранных такими товарами со странными именами?</w:t>
      </w:r>
    </w:p>
    <w:p>
      <w:r>
        <w:t>7. Что делает любовь с моим характером?</w:t>
      </w:r>
    </w:p>
    <w:p>
      <w:r>
        <w:t>8. Поставит ли Господь Свою печать на любящее сердце?</w:t>
      </w:r>
    </w:p>
    <w:p>
      <w:r>
        <w:t>9. Вам интересно так долго изучать одно маленькое послание?</w:t>
      </w:r>
    </w:p>
    <w:p>
      <w:r>
        <w:t>10. Что будет с теми, кто отвергает Божьи планы и продвигает свои идеи как Божьи?</w:t>
      </w:r>
    </w:p>
    <w:p>
      <w:r>
        <w:t>11. Как долго ещё будет звучать Весть Верного Свидетеля?</w:t>
      </w:r>
    </w:p>
    <w:p>
      <w:r>
        <w:t>12. А что будет с теми, кто так ничего и не купит по совету Христа?</w:t>
      </w:r>
    </w:p>
    <w:p>
      <w:r>
        <w:t>13. Что делать, если я прошу продать мне предлагаемое, а ничего в моей жизни не происходит?</w:t>
      </w:r>
    </w:p>
    <w:p>
      <w:r>
        <w:t>14. Что означает символ золота, очищенного огнём? Откуда вы взяли ваш ответ?</w:t>
      </w:r>
    </w:p>
    <w:p>
      <w:r>
        <w:t>15. Помогает ли Господь с пониманием тем, кто имеет живой интерес к Его вести?</w:t>
      </w:r>
    </w:p>
    <w:p>
      <w:r>
        <w:br w:type="page"/>
      </w:r>
    </w:p>
    <w:p>
      <w:pPr>
        <w:pStyle w:val="Heading1"/>
      </w:pPr>
      <w:r>
        <w:t>Урок 732. Вопиющая несправедливость</w:t>
      </w:r>
    </w:p>
    <w:p>
      <w:r>
        <w:t>Справедливость — это понятие о том, что должно быть, если кто-то что-то нарушает. Если есть преступление, то должно быть и наказание. Если человек что-то заработал, то он должен это получить. Если мы о чём-то договорились, то это надо исполнять. Отсутствие справедливости называется несправедливостью и вызывает возмущение, разочарование, гнев.</w:t>
      </w:r>
    </w:p>
    <w:p>
      <w:r>
        <w:t>Общество, в котором нет этических норм, законов и правил, не может считаться справедливым и иметь понятие о справедливости, но даже если оно и будет, то окажется довольно размытым.</w:t>
      </w:r>
    </w:p>
    <w:p>
      <w:r>
        <w:t>Библия учит нас тому, что в последнее время наступят времена тяжкие, каких ранее не было. Из истории мы знаем, что мир пережил всевозможные режимы и «измы», в которых была представлена та или иная модель поведения и управления. Все они лежат в основании нашей современной культуры.</w:t>
      </w:r>
    </w:p>
    <w:p>
      <w:r>
        <w:t>Бог постоянно сдерживает человеческие страсти и смиряет человеческую гордость, но влияние зла неизменно умножается и доминирует в этом мире. Когда грех становится традицией или культурой какого-либо общества и вносится в ранг закона, тогда никто вас не будет за это наказывать. Никакой государственный служащий не наложит на вас взыскание по закону, которого нет. И мы приближаемся к моменту, когда всё в мире станет совершенно другим, и враг души получит безграничную власть над умами людей, не принявших Божью благодать и отвергших план своего спасения.</w:t>
      </w:r>
    </w:p>
    <w:p>
      <w:r>
        <w:t>В каждой стране есть своя конституция — основной государственный закон, регламентирующий права и обязанности граждан, и этот закон является правовой защитой каждого человека, проживающего в данной стране. Но когда те, кто призван нелицеприятно стоять на страже закона, начинают целенаправленно нарушать его в угоду своим понятиям и правилам, это вызывает у народа справедливое возмущение, которое можно подавить диктатурой власти или искусным обольщением.</w:t>
      </w:r>
    </w:p>
    <w:p>
      <w:r>
        <w:t>Кто-то однажды сказал, что для достижения цели все средства хороши. Мир подхватил эту идею, даже не понимая, чего это будет стоить.</w:t>
      </w:r>
    </w:p>
    <w:p>
      <w:r>
        <w:t>Бог по Своей мудрости позволяет людям ходить своими путями и пожинать то, что они сеют. Он кладёт пределы власти греха и защищает тех, кто заявляет о своём желании следовать за Христом и быть послушным Божьему закону. Но границы греха постоянно сдвигаются в сознании необращённых людей, и они всё глубже деградируют в своих плотских притязаниях, но при этом хотят, чтобы Бог был справедлив к тем, кто, по их мнению, заслуживает наказания. Однако Господь действует так, как считает нужным, и поэтому люди придумали поговорку: «Если бы Бог был, то Он бы не допустил подобного зла». Очень часто это можно услышать, когда гибнут невинные люди или дети.</w:t>
      </w:r>
    </w:p>
    <w:p>
      <w:r>
        <w:t>Мы приближаемся к тому времени, когда определённые государственные власти получат от дракона власть действовать и будут повсеместно вводить в общество драконовские правила, противоречащие здравому смыслу и установленным нормам. Не стоит ожидать какой-либо мудрости и милости от тех, кто служит и поклоняется врагу души.</w:t>
      </w:r>
    </w:p>
    <w:p>
      <w:r>
        <w:t>Человек, который осознанно отклоняет предложения Бога и обращается к сатане, начинает быть похожим на своего господина и мыслить точно также, как и враг души. И чем более высокий пост занимает этот служитель греха, тем большее влияние он оказывает на тех, кто находится в его власти. Но, так как общество ещё имеет какое-то понятие справедливости, этим людям во власти пока приходится искусно маскировать свои амбиции и представлять все свои притязания под видом всеобщего блага. И можно увидеть, как за красивыми словами совершаются самые страшные злодеяния, которые со временем становятся более явными и наглыми. А так как Бог не спешит с наказанием, то грешники перестают испытывать страх и готовы совершать ещё бóльшие мерзости.</w:t>
      </w:r>
    </w:p>
    <w:p>
      <w:r>
        <w:t>Бог предлагает миру Себя как единственную защиту от власти греха и единственное средство для победы над силами зла. Без Него мы все будем обречены на поражение. Скоро весь мир поймёт, как страшно жить без Бога и Его покровительства.</w:t>
      </w:r>
    </w:p>
    <w:p>
      <w:r>
        <w:t>Враг души уже приготовил начертание зверя для каждого своего служителя и только ждёт времени, когда сможет получить абсолютную власть над умами тех, кто не покорился Богу и не уверовал во Христа. Не думайте, что сатана — это справедливый господин. Мы даже не представляем себе, с каким яростным духом мы имеем дело, и как этот дух вскоре проявит себя.</w:t>
      </w:r>
    </w:p>
    <w:p>
      <w:r>
        <w:t>Отвергая Бога, я выбираю другую власть, которая не замедлит воспользоваться моим заблуждением и возьмёт меня в оборот.</w:t>
      </w:r>
    </w:p>
    <w:p>
      <w:r>
        <w:t>Забудьте о какой-либо справедливости со стороны врага души. Он ненавидит человечество и сделает всё возможное, чтобы наша жизнь стала несчастной и трагичной. Его не волнует ваша точка зрения или ваши понятия. Он враг души каждого, и у него одна цель — украсть, убить и погубить. Такими же бескомпромиссными будут и те, кто избирает такого господина.</w:t>
      </w:r>
    </w:p>
    <w:p>
      <w:r>
        <w:t>Единственное, с чем сатана считается, — это границы, установленные Богом, которые ему запрещено переходить. Но враг души имеет власть соблазнять, если возможно, и избранных.</w:t>
      </w:r>
    </w:p>
    <w:p>
      <w:r>
        <w:t>Что потеряю я, выбирая Божий путь? Теряю мир и всё, что в мире, — похоть плоти, похоть очей и гордость житейскую. Хоть кому-то это и покажется большой жертвой, но Господь восполняет всякую нужду души и даёт самое прекрасное, что нам нужно для счастья и исцеления.</w:t>
      </w:r>
    </w:p>
    <w:p>
      <w:r>
        <w:t>Зная, что ожидает вскоре наш мир, Господь предлагает мне приобрести то, что сделает меня победителем. И чтобы убедить меня в этом, Он даже обещает, что никогда никому не обещал, — разделить со мной Свой престол.</w:t>
      </w:r>
    </w:p>
    <w:p>
      <w:r>
        <w:t>Подумайте сами, Бог предлагает мне в Откр.3:18-21 в обмен на всего меня купить всего Его, войти с Ним в самые близкие отношения и получить власть быть рядом с Ним на Его престоле! И это Его Слово, которое имеет силу исполнять сказанное.</w:t>
      </w:r>
    </w:p>
    <w:p>
      <w:r>
        <w:t>Веруя в Иисуса и следуя Его плану, мы получаем разум Христа. Нам будет очень тяжело взирать на происходящую вокруг несправедливость, и мы будем постоянно молиться: «Да будет на всё воля Твоя, Боже!» Потому что наше чистое сознание не будет вмещать в себя всё то, что нам придётся увидеть и пережить. Но Божья любовь и постоянные отношения со Христом помогут нам сохранить правильный дух и не пасть под натиском мира и сатаны. Хоть наши жизни и будут всегда находиться в смертельной опасности, но враг не сможет одолеть тех, кого защищает Бог, и в ком Он живёт Своим Духом.</w:t>
      </w:r>
    </w:p>
    <w:p>
      <w:r>
        <w:t>Любовь — это совокупность милости и справедливости, и Божья справедливость также вступит в Свою фазу восстановления, и тогда все увидят и вкусят силу Того, против Кого они восстали.</w:t>
      </w:r>
    </w:p>
    <w:p>
      <w:r>
        <w:t>Но сейчас тайна беззакония уже в действии, и вскоре мы узнаем «человека греха», который воссядет в храме души тех, кто избрал грех и отклонил всю Божью милость. (2Фес.2:3-4).</w:t>
      </w:r>
    </w:p>
    <w:p>
      <w:r>
        <w:t>Что ещё может предложить Бог этому миру? Как Ему ещё убеждать нас прислушаться к Его совету? Что ещё Он не сделал для нашего спасения?</w:t>
      </w:r>
    </w:p>
    <w:p>
      <w:r>
        <w:t>Хоть на какое-то время Господь и позволит проявить сатане неограниченную власть над своими подданными, но Божья справедливость вступит в силу и очистит землю при Втором Пришествии Христа. И те, кто был достоин принять честь и славу, примут её, а грешники получат то, что избрали.</w:t>
      </w:r>
    </w:p>
    <w:p>
      <w:pPr>
        <w:pStyle w:val="Heading2"/>
      </w:pPr>
      <w:r>
        <w:t>Домашнее задание 732</w:t>
      </w:r>
    </w:p>
    <w:p>
      <w:r>
        <w:t>1. Прочитайте, пожалуйста, Прит.28:5; Суд.21:25; Дан.12:1-3; Втор.4:7-8; 6:17-18; Иов.1:1,8; 36:22-23; Пс.36:5-6; 118:86,128; Ис.10:1-2; Ам.3:10; Мих.6:8; 1Пет.2:19-20; Флп.4:8 в свете этого урока.</w:t>
      </w:r>
    </w:p>
    <w:p>
      <w:r>
        <w:t>2. Что вы поняли из этого урока?</w:t>
      </w:r>
    </w:p>
    <w:p>
      <w:r>
        <w:t>3. Какие ещё стихи из Библии пришли вам на память?</w:t>
      </w:r>
    </w:p>
    <w:p>
      <w:r>
        <w:t>4. Что такое несправедливость?</w:t>
      </w:r>
    </w:p>
    <w:p>
      <w:r>
        <w:t>5. Вызывает ли у вас возмущение чья-то несправедливость?</w:t>
      </w:r>
    </w:p>
    <w:p>
      <w:r>
        <w:t>6. Если что-то общее между грехом и несправедливостью?</w:t>
      </w:r>
    </w:p>
    <w:p>
      <w:r>
        <w:t>7. Может ли справедливость быть там, где нет закона?</w:t>
      </w:r>
    </w:p>
    <w:p>
      <w:r>
        <w:t>8. Как будет выглядеть справедливость без Бога?</w:t>
      </w:r>
    </w:p>
    <w:p>
      <w:r>
        <w:t>9. Как Господь успокаивает вас, когда вы видите вопиющую несправедливость? Пс.72:16-20.</w:t>
      </w:r>
    </w:p>
    <w:p>
      <w:r>
        <w:t>10. Настанет ли когда-то такое время, когда справедливость будет восстановлена?</w:t>
      </w:r>
    </w:p>
    <w:p>
      <w:r>
        <w:t>11. Что делать, если меня окружает вопиющая несправедливость, а я люблю истину?</w:t>
      </w:r>
    </w:p>
    <w:p>
      <w:r>
        <w:t>12. Как определить, поступаю ли я справедливо?</w:t>
      </w:r>
    </w:p>
    <w:p>
      <w:r>
        <w:t>13. Может ли агапэ поступать несправедливо?</w:t>
      </w:r>
    </w:p>
    <w:p>
      <w:r>
        <w:t>14. Может ли чья-то справедливость быть для меня несправедливостью?</w:t>
      </w:r>
    </w:p>
    <w:p>
      <w:r>
        <w:t>15. Хотели бы вы жить в справедливом обществе?</w:t>
      </w:r>
    </w:p>
    <w:p>
      <w:r>
        <w:br w:type="page"/>
      </w:r>
    </w:p>
    <w:p>
      <w:pPr>
        <w:pStyle w:val="Heading1"/>
      </w:pPr>
      <w:r>
        <w:t>Урок 733. Болезнь жены</w:t>
      </w:r>
    </w:p>
    <w:p>
      <w:r>
        <w:t>Наша семейная жизнь приносила нам ежедневное счастье и радовала нас постоянными открытиями друг в друге. Все наши большие и маленькие заботы решались в духе любви и дружбы. Наш быт выстраивался по тем принципам и привычкам, которые мы привнесли в наш дом. Но враг души не дремлет и, если не может ввести нас в соблазн, то посылает разные недуги, чтобы хоть так поглумиться над нами.</w:t>
      </w:r>
    </w:p>
    <w:p>
      <w:r>
        <w:t>Однажды моя супруга пожаловалась на странное состояние и усталость. Я понял, что случилось что-то необычное, и стал наблюдать за происходящим. А ей становилось всё хуже и хуже. Хоть болезни и были не частым явлением в нашей семье, но в этот раз было видно, что это что-то новое.</w:t>
      </w:r>
    </w:p>
    <w:p>
      <w:r>
        <w:t>Уходя на работу, я помолился с женою о её исцелении и покинул дом с недобрым предчувствием.</w:t>
      </w:r>
    </w:p>
    <w:p>
      <w:r>
        <w:t>Мы вели здоровый образ жизни, и я был удивлён тому, что к нам что-то прилепилось. Моя жена знала, что нужно делать в подобных ситуациях, ведь сама обучала других тем процедурам, которые ускоряют процесс выздоровления.</w:t>
      </w:r>
    </w:p>
    <w:p>
      <w:r>
        <w:t>Во время работы я стал размышлять о разных проблемах, которые могут прийти вместе с болезнью, не исключая даже летальный исход. Чтобы как-то развеять свои переживания, я созвонился с нашей молитвенной группой поддержки, и мы вместе с друзьями решили молиться за мою супругу, веря, что Господь обязательно ответит.</w:t>
      </w:r>
    </w:p>
    <w:p>
      <w:r>
        <w:t>Периодически я звонил жене, а она, чтобы не расстраивать меня, отвечала, что отдыхает и нуждается в покое. Она сделала некоторые гидропроцедуры и, отложив все свои дела и планы, слегла в постель.</w:t>
      </w:r>
    </w:p>
    <w:p>
      <w:r>
        <w:t>У меня было много вопросов к Богу, на которые мне не давались быстрые ответы. Я думал, что «зожники» не имеют права на болезнь, но она пришла. Я знал, как я бы поступил, но не знал, как помочь той, которую люблю. Стал просить о мудрости и мире в сердце.</w:t>
      </w:r>
    </w:p>
    <w:p>
      <w:r>
        <w:t>Наши друзья тем временем оповестили и других членов церкви о нашей проблеме и стали атаковать меня и жену всевозможными советами и рецептами. Понимая, что я сам такой же, мне приходилось выслушивать всех и за всё благодарить. Но нашлись и те, кто переспрашивал о том, сделали ли мы то, что они нам сказали, и возмущались, если я ничего не предпринял, убеждая нас поступать по их рекомендациям. В результате моя жена предупредила меня о том, что её не будет на связи, так как хочет от всего отключиться и побыть в покое. Наши друзья стали звонить мне, спрашивая, всё ли в порядке с моей любимой, и прося передать ей лучшие советы для скорого исцеления. Мне было сложно продолжать работу, и я отпросился после обеда домой.</w:t>
      </w:r>
    </w:p>
    <w:p>
      <w:r>
        <w:t>Придя в дом, я тихо заглянул в комнату, где болела жена, и был озадачен тем, как плохо она выглядела в своих страданиях.</w:t>
      </w:r>
    </w:p>
    <w:p>
      <w:r>
        <w:t>Мы ранее договорились о том, что во время болезни кого-то из нас будем по возможности избегать физического контакта друг с другом и другими людьми. А мне так хотелось её обнять, прижать и сказать что-то доброе, но я решил только спросить, что нужно и, поняв, что ничего, пошёл молиться.</w:t>
      </w:r>
    </w:p>
    <w:p>
      <w:r>
        <w:t>Наши друзья одолевали меня звонками и сообщениями, и я боялся, что если я отключу телефон, то они обязательно приедут домой, и мне приходилось всем отвечать.</w:t>
      </w:r>
    </w:p>
    <w:p>
      <w:r>
        <w:t>Меня наполняли страхи и недобрые предчувствия, видя то, как кризис болезни усиливается. Я молился и размышлял о нашей жизни, о планах, о будущем. Мне было сложно представить всё это без той, которую мне подарил Господь. И я в отчаянии взывал к Господу об исцелении.</w:t>
      </w:r>
    </w:p>
    <w:p>
      <w:r>
        <w:t>Мы не очень доверяли врачам и решили обращаться к ним лишь в крайних случаях, полагаясь больше на Божьи методы профилактики и исцеления. Я в молитве просил мудрости, защиты и Божьего вмешательства в нашу ситуацию.</w:t>
      </w:r>
    </w:p>
    <w:p>
      <w:r>
        <w:t>Судя по симптомам, болезнь была похожа на грипп, но с очень сильными головными болями.</w:t>
      </w:r>
    </w:p>
    <w:p>
      <w:r>
        <w:t>Пока жена лежала и отдыхала, я решил запастись свежими фруктами и зеленью и заняться готовкой полезной пищи, а потом — влажной уборкой дома, не переставая при этом молиться.</w:t>
      </w:r>
    </w:p>
    <w:p>
      <w:r>
        <w:t>Когда жена выходила из своей комнаты в туалет, я своим взглядом спрашивал её: «Ну как самочувствие?» А она давала понять, что борется, как может. Я ей кратко говорил о своей любви и просил её жить, на что она улыбалась и обещала, что обязательно исполнит мою просьбу.</w:t>
      </w:r>
    </w:p>
    <w:p>
      <w:r>
        <w:t>Размышляя о происходящем, я пришёл к выводу, что переживаниями я ничего не исправлю и не добьюсь, поэтому решил радоваться и за всё благодарить, быть счастливым и всем довольным. Это оказалось совсем несложно. Как только я стал благодарить Бога за эту болезнь, на сердце пришёл мир, и счастье стало одолевать мой разум.</w:t>
      </w:r>
    </w:p>
    <w:p>
      <w:r>
        <w:t>Я решил не сдерживать свой позитив и начал напевать добрые песни и произносить слова благодарности и периодически заглядывал в комнату больного, говоря ей о своей радости. Она сначала с недоумением слушала меня, а потом, поняв, к чему я клоню, решила радоваться вместе со мной, несмотря на тяжёлое состояние.</w:t>
      </w:r>
    </w:p>
    <w:p>
      <w:r>
        <w:t>Я вознамерился идти дальше в своём счастье и начал нападать с хорошими пожеланиями и благословениями. Моя супруга не сопротивлялась такому повороту событий и все чаще улыбалась в ответ. А моей радости не было предела, хотя я понимал, что всё-таки нужно соблюдать какие-то приличия. В порывах счастья я обрушивал в адрес жены очень много слов своей любви, давая понять, что это самое лучшее лекарство для неё. А она умоляюще просила меня глазами оставить её в покое. Но при этом радостно улыбалась.</w:t>
      </w:r>
    </w:p>
    <w:p>
      <w:r>
        <w:t>Уходя утром на работу, я приготовил завтрак для жены и поставил её в известность, что ей не надо ничего готовить и не нужно мыть за собой посуду.</w:t>
      </w:r>
    </w:p>
    <w:p>
      <w:r>
        <w:t>Я слышал, что во многих семьях мужьям не нравится, когда их жёны болеют, и мне было непонятно, как так можно относиться к тому, кому и так тяжело. В моём случае я старался освободить жену от всех дел и попросил её ничем не заниматься без острой необходимости. Её благодарности не было предела, и, судя по всему, у неё не было ни сил, ни желания что-то делать. А я понимал, что раз жена дошла до такого состояния, то это уже серьёзно, и поэтому не стоит её обременять чем-то ещё.</w:t>
      </w:r>
    </w:p>
    <w:p>
      <w:r>
        <w:t>Так было жалко этого дорогого человечка, и казалось, что мне было бы лучше, если бы я болел, а она бы радовалась жизни, но, увы, всё было наоборот.</w:t>
      </w:r>
    </w:p>
    <w:p>
      <w:r>
        <w:t>Из многочисленных советов друзей я выяснил, что есть эффективные способы борьбы с болезнями, которые универсальны для всякого случая, и поэтому решил не спрашивать жену о чём-то, а делать то, что ей нужно принять. Хоть она и не горела энтузиазмом, но, видя мою заботу о ней, не сопротивлялась и послушно выполняла все мои просьбы и пила то, что я ей приносил.</w:t>
      </w:r>
    </w:p>
    <w:p>
      <w:r>
        <w:t>В этот период нам не удалось провести очередной семейный совет, но мы не расстроились по этому поводу и с пониманием ждали перелома в ходе болезни.</w:t>
      </w:r>
    </w:p>
    <w:p>
      <w:r>
        <w:t>На четвёртый день жена проснулась с прекрасным настроением и без головных болей. Она радостно вскочила, думая заняться обычными делами, но, поняв, что ещё слаба, решила немного побыть в постели, к чему я её усиленно призывал.</w:t>
      </w:r>
    </w:p>
    <w:p>
      <w:r>
        <w:t>Я приготовил для неё очередной завтрак, сказал, что взять на обед, и пошёл добывать средства на жизнь.</w:t>
      </w:r>
    </w:p>
    <w:p>
      <w:r>
        <w:t>В ближайшие дни болезнь пошла на спад и потом совсем исчезла, не принеся никаких осложнений, но оставив в нашей жизни тёплые воспоминания о моей заботе и радости в Господе.</w:t>
      </w:r>
    </w:p>
    <w:p>
      <w:pPr>
        <w:pStyle w:val="Heading2"/>
      </w:pPr>
      <w:r>
        <w:t>Домашнее задание 733</w:t>
      </w:r>
    </w:p>
    <w:p>
      <w:r>
        <w:t>1. Прочитайте, пожалуйста, Прит.17:22; 27:9; Лук.9:1; Мат.25:36; Еф.5:18-20,25,28,33; 1Тим.5:8; Иак.1:3; Рим.8:28; 12:9-10; Флп.4:6; 1Фес.5:16-18 в свете этого урока.</w:t>
      </w:r>
    </w:p>
    <w:p>
      <w:r>
        <w:t>2. Что вы поняли из этого урока?</w:t>
      </w:r>
    </w:p>
    <w:p>
      <w:r>
        <w:t>3. Какие ещё стихи из Библии пришли вам на память?</w:t>
      </w:r>
    </w:p>
    <w:p>
      <w:r>
        <w:t>4. Переживали ли вы то, что описано в этом уроке?</w:t>
      </w:r>
    </w:p>
    <w:p>
      <w:r>
        <w:t>5. Какие чувства вызывает у вас болезнь ваших домашних?</w:t>
      </w:r>
    </w:p>
    <w:p>
      <w:r>
        <w:t>6. Имеет ли жена право на болезнь?</w:t>
      </w:r>
    </w:p>
    <w:p>
      <w:r>
        <w:t>7. Обойдёт ли болезнь мой дом, если я приму решение не болеть?</w:t>
      </w:r>
    </w:p>
    <w:p>
      <w:r>
        <w:t>8. Прилично ли радоваться, когда кто-то в семье болеет?</w:t>
      </w:r>
    </w:p>
    <w:p>
      <w:r>
        <w:t>9. Все ли советы друзей во время вашей болезни бывают уместны и практичны?</w:t>
      </w:r>
    </w:p>
    <w:p>
      <w:r>
        <w:t>10. Вправе ли жена расчитывать на заботу мужа, если она заболеет?</w:t>
      </w:r>
    </w:p>
    <w:p>
      <w:r>
        <w:t>11. Могут ли семьи, ведущие здоровый образ жизни, иногда болеть?</w:t>
      </w:r>
    </w:p>
    <w:p>
      <w:r>
        <w:t>12. Допускает ли Господь иногда болезни в жизни Своих детей, чтобы чему-то их научить? Иов.2:3-7.</w:t>
      </w:r>
    </w:p>
    <w:p>
      <w:r>
        <w:t>13. Вы имеете опыт радости во время своей болезни или болезни ваших домашних?</w:t>
      </w:r>
    </w:p>
    <w:p>
      <w:r>
        <w:t>14. Верите ли вы в то, что радостное сердце подобно лекарству?</w:t>
      </w:r>
    </w:p>
    <w:p>
      <w:r>
        <w:t>15. Было ли в этом уроке что-то важное и новое для вас?</w:t>
      </w:r>
    </w:p>
    <w:p>
      <w:r>
        <w:br w:type="page"/>
      </w:r>
    </w:p>
    <w:p>
      <w:pPr>
        <w:pStyle w:val="Heading1"/>
      </w:pPr>
      <w:r>
        <w:t>Урок 734. Единомыслие и единодушие</w:t>
      </w:r>
    </w:p>
    <w:p>
      <w:r>
        <w:t>Господь желает видеть Своих учеников едиными в вере, в любви, в познании истины, в учении, в следовании за Ним. Хоть все мы разные, и никогда не будет второго, такого же уникального человека, как я и ты, друг, но мы можем иметь одни мысли, освященные Святым Духом, и одни цели.</w:t>
      </w:r>
    </w:p>
    <w:p>
      <w:r>
        <w:t>Наш мир разделён на страны, культуры, языки, народы, на возраст, социальные группы, интересы и многое другое. И это разъединяет людей до такой степени, что толпа народа является самым одиноким местом на всей земле. Странный парадокс — находясь в социуме, ты очень одинок.</w:t>
      </w:r>
    </w:p>
    <w:p>
      <w:r>
        <w:t>Грех разделяет людей настолько, что даже зачастую в одной семье люди не могут найти общий язык, прийти к согласию и о чём-то договориться. Но самое печальное, что подобный дух разделения нашёл своё место в церкви, в среде Божьего народа. Мы собираемся в группы, кланы, движения и всевозможные течения.</w:t>
      </w:r>
    </w:p>
    <w:p>
      <w:r>
        <w:t>Перед своим распятием Иисус молился о единстве Своих учеников, имея в виду и нас. И в этой молитве нам открыта мечта Бога, которую Он не может осуществить без нашего понимания и участия. Ясно выражая Свою просьбу, Господь надеялся, что мы внимательно вчитаемся в смысл сказанного и начнём об этом размышлять и молиться. Но и условием такого единства может стать только Бог и Его любовь между нами. В Ин.17:21 читаем: «Да будут все едино, как Ты, Отче, во Мне, и Я в Тебе, так и они да будут в Нас едино, — да уверует мир, что Ты послал Меня».</w:t>
      </w:r>
    </w:p>
    <w:p>
      <w:r>
        <w:t>Враг души, в свою очередь, пытается объединить грешных людей вокруг чего угодно, лишь бы это ещё дальше уводило от Бога, и побудить обманутые души восстать вместе с ним против Творца. Это может быть как и активным движением, так и беспечным существованием вдали от Бога. А в результате гибнут те души, которые могли бы уверовать в Спасителя и жить вечно в любви и нескончаемой радости.</w:t>
      </w:r>
    </w:p>
    <w:p>
      <w:r>
        <w:t>Понимая важность любви и видя то, как она нужна, чтобы видеть Божье Слово в истинном свете, я стал просить Бога наделить меня этим даром и научить им пользоваться. Я не знал, что из этого выйдет, но понимал, что любви у меня нет, и я в ней очень сильно нуждаюсь.</w:t>
      </w:r>
    </w:p>
    <w:p>
      <w:r>
        <w:t>Бог ответил и каким-то чудесным образом вложил в моё сердце маленькое семечко этой самой агапэ и стал его взращивать. Я начал понимать, что я люблю, но не знал, как этим пользоваться. Господь стал меня учить на уровне откровений, многие из которых записаны в предыдущих уроках. Было так здорово каждый раз получать новое понимание в области моей несовершенной любви и принимать очередное решение изменить свои привычки и взгляды на жизнь.</w:t>
      </w:r>
    </w:p>
    <w:p>
      <w:r>
        <w:t>Я даже не знал, что любовь — это то, что предлагается Верным Свидетелем в виде золота, очищенного огнём. Но Господь в своё время открыл и эту истину, а вместе с этим показал и важность обладания любовью в самое последнее время заключительного периода.</w:t>
      </w:r>
    </w:p>
    <w:p>
      <w:r>
        <w:t>Возрастая и утверждаясь в любви, я стал замечать не из книг, а на личном опыте, какие преимущества и благословения приносит в мою жизнь этот Божий дар. Я не перестаю удивляться, как просто и как радостно любить от чистого сердца. В наших уроках я делюсь с вами тем, что реально есть в жизни любящих друг друга людей, и как это меняет к лучшему наши жизни.</w:t>
      </w:r>
    </w:p>
    <w:p>
      <w:r>
        <w:t>Мы просто любим друг друга, радуемся таким отношениям, обогащаемся благословениями этой любви и даже не задумываемся о том, что эта наша радость уже прописана в Библии как естественное следствие подобных отношений со всеми вытекающими благословениями и счастьем.</w:t>
      </w:r>
    </w:p>
    <w:p>
      <w:r>
        <w:t>Я не знал, что в нашей любви друг к другу прославится Бог, хотя понимал, что этому учил Иисус. Но когда мы с друзьями посмотрели на нашу любовь и дружбу и проанализировали, что мы имеем в наших отношениях, мы ясно увидели плод Святого Духа, описанный в Гал.5:22-23.</w:t>
      </w:r>
    </w:p>
    <w:p>
      <w:r>
        <w:t>Хоть любовь и остаётся для нас чем-то загадочным и необъяснимым, но всё же Господь периодически даёт нам свидетельство о том, что это самый верный путь победителя.</w:t>
      </w:r>
    </w:p>
    <w:p>
      <w:r>
        <w:t>Я вначале не понимал, что, встав на стезю постоянного выпрашивания любви, принятия решений любить и безусловной любви при любых обстоятельствах, я этим самым вхожу в постоянные торговые отношения с Верным Свидетелем из третьей главы книги Откровения. И так было радостно узнать, что мои просьбы к Богу Им же были инициированы и Им же воплощены в моей жизни, а также и в жизни моих друзей.</w:t>
      </w:r>
    </w:p>
    <w:p>
      <w:r>
        <w:t>А сейчас Господь открывает нам истину о том, что мы имеем единодушие и единомыслие в нашей любви друг к другу. Живя в разных странах, имея разное воспитание и условия быта, мы при этом мыслим одинаково, имеем общие понятия о Боге, пребываем единодушно вместе в нашем общении и понимаем, что это не наше, а дано нам свыше.</w:t>
      </w:r>
    </w:p>
    <w:p>
      <w:r>
        <w:t>Прийти к подобному единству довольно сложно без взаимной любви, точнее сказать, невозможно. Как бы мы ни решались быть едиными, какие бы планы ни предлагали, единства не будет, а если и появится нечто, то только подобие и только на определённых условиях. Любовь же приводит нас к этому единству без всяких усилий и проблем. Мы просто понимаем, что в нашей любви друг к другу нас уже ничто не разделяет, ничто не огорчает и не приносит печали. Мы становимся очень богатыми Божьими благословениями и можем обогащать ими, не беднея, всех вокруг, а особенно своих близких друзей.</w:t>
      </w:r>
    </w:p>
    <w:p>
      <w:r>
        <w:t>Иногда в общении друг с другом создаётся такое впечатление, будто друг подглядывает твои мысли и озвучивает их, а ты его просишь не подсматривать и не выдавать тебя раньше времени.</w:t>
      </w:r>
    </w:p>
    <w:p>
      <w:r>
        <w:t>Подобное событие можно пережить и в семье, где царит взаимная любовь. Иногда это даже называют так: «понимаем друг друга с полуслова».</w:t>
      </w:r>
    </w:p>
    <w:p>
      <w:r>
        <w:t>А что будет без любви? Отличное поле для посева и сбора урожая сорняков. Мы имеем прекрасное учение о Библейской истине, которое объединило нас во всемирную церковь и сделало нас едиными в понимании важных доктрин. Богом нам дан дар Духа Пророчества, благодаря которому мы знаем, что нас ожидает в последнее время. Бог даровал нам свет Санитарной реформы, чтобы мы были счастливы. И во всём этом мы имеем всемирное единство знания, которое одинаково везде, хотя и украшено культурными особенностями. Но это всё без взаимной любви не даёт нам единомыслия и единодушия. Любовь удаляет все заборы, разногласия и греховные мысли из сердца. Ты просто думаешь о том, как бы сделать другому хорошо и приятно, и как бы не причинить ему боль. На такое отношение может вдохновить только Бог, Который и есть любовь. И Ему очень радостно видеть наше единство и пребывать в нём и в нас, давая познать и Себя в этой любви друг к другу.</w:t>
      </w:r>
    </w:p>
    <w:p>
      <w:r>
        <w:t>Что может быть радостнее, чем осознание того, что Божья мечта о нашем единодушии исполняется в наших отношениях? И Господь прославляется в нас, когда мы любим, потому что это Его сила действует и совершает то, что Ему угодно.</w:t>
      </w:r>
    </w:p>
    <w:p>
      <w:r>
        <w:t>Единство души — это полная гармония в отношениях и уважение чувств и достоинства друга. Любовь не мыслит зла и думает лишь о большей любви, чтобы ещё обильнее обогатить собою сердце друзей и наполнить их сознание счастьем.</w:t>
      </w:r>
    </w:p>
    <w:p>
      <w:r>
        <w:t>1Ин 4:7-8: «Возлюбленные! будем любить друг друга, потому что любовь от Бога, и всякий любящий рождён от Бога и знает Бога. Кто не любит, тот не познал Бога, потому что Бог есть Любовь».</w:t>
      </w:r>
    </w:p>
    <w:p>
      <w:pPr>
        <w:pStyle w:val="Heading2"/>
      </w:pPr>
      <w:r>
        <w:t>Домашнее задание 734</w:t>
      </w:r>
    </w:p>
    <w:p>
      <w:r>
        <w:t>1. Прочитайте, пожалуйста, Флп.2:2; Ин.17:9-26; Деян.1:14; 2:1,46; 5:12; 1Пет.3:8; 1Ин.5:7; Рим.12:9-10,16; 15:5-7; Ин.11:51-52; 13:34-35; 15:8-9; 2Кор.13:11; Флп.1:27-30, Еф.4:11-15 в свете этого урока.</w:t>
      </w:r>
    </w:p>
    <w:p>
      <w:r>
        <w:t>2. Что вы поняли из этого урока?</w:t>
      </w:r>
    </w:p>
    <w:p>
      <w:r>
        <w:t>3. Какие ещё стихи из Библии пришли вам на память?</w:t>
      </w:r>
    </w:p>
    <w:p>
      <w:r>
        <w:t>4. Что такое единодушие?</w:t>
      </w:r>
    </w:p>
    <w:p>
      <w:r>
        <w:t>5. Что такое единомыслие?</w:t>
      </w:r>
    </w:p>
    <w:p>
      <w:r>
        <w:t>6. Как определить, что мы единодушны?</w:t>
      </w:r>
    </w:p>
    <w:p>
      <w:r>
        <w:t>7. Какую пользу приносит нам единомыслие?</w:t>
      </w:r>
    </w:p>
    <w:p>
      <w:r>
        <w:t>8. Можно ли нам определить, есть ли в наших отношениях плод Святого Духа? Гал.5:22-23.</w:t>
      </w:r>
    </w:p>
    <w:p>
      <w:r>
        <w:t>9. Что делать, если я думаю, что мы любим друг друга, а плода Духа не имеем?</w:t>
      </w:r>
    </w:p>
    <w:p>
      <w:r>
        <w:t>10. Приходит ли наше единомыслие от нашего решения быть такими, или это что-то особенное?</w:t>
      </w:r>
    </w:p>
    <w:p>
      <w:r>
        <w:t>11. Желает ли Бог видеть в нас единство веры и духа? Еф.4:1-6.</w:t>
      </w:r>
    </w:p>
    <w:p>
      <w:r>
        <w:t>12. Почему Бог прославляется в тех, кто приносит много плода?</w:t>
      </w:r>
    </w:p>
    <w:p>
      <w:r>
        <w:t>13. Что делать, если я желаю иметь единство с собратьями, а его нет?</w:t>
      </w:r>
    </w:p>
    <w:p>
      <w:r>
        <w:t>14. Верите ли вы в то, что любовь друг к другу приводит нас к единодушию и единомыслию?</w:t>
      </w:r>
    </w:p>
    <w:p>
      <w:r>
        <w:t>15. Участвует ли Бог в созидании нашего единства?</w:t>
      </w:r>
    </w:p>
    <w:p>
      <w:r>
        <w:br w:type="page"/>
      </w:r>
    </w:p>
    <w:p>
      <w:pPr>
        <w:pStyle w:val="Heading1"/>
      </w:pPr>
      <w:r>
        <w:t>Урок 735. Исполнившаяся мечта</w:t>
      </w:r>
    </w:p>
    <w:p>
      <w:r>
        <w:t>Многие из нас мечтают иметь счастливую семью в Господе. Но у кого-то этой семьи нет и не предвидится, у кого-то уже есть половинка, с которой счастья не построишь, а у кого-то очередной развод и очередные переживания. А так хотелось бы иметь верующего друга в своём доме, с которым можно было бы возрастать духовно и иметь радость в Господе.</w:t>
      </w:r>
    </w:p>
    <w:p>
      <w:r>
        <w:t>Многие подобные люди находят себе утешение в Иисусе и проводят в общении с Ним всё своё время, где-то в сердце мечтая о том близком человеке, с которым можно было бы вот также легко поговорить, рассказать что-то доброе и получить в ответ такое же доброе отношение. О, если бы моя жена верила в Господа и говорила бы со мной о Его благословениях, делясь своей безусловной любовью! О, если бы мой муж любил меня и был бы воистину верующим человеком, то как бы мне было радостно служить ему и проявлять уважение! О, если бы Господь послал мне любящего друга, с которым можно было бы создать семью и родить прекрасных детей на радость себе! О, если бы… !!!</w:t>
      </w:r>
    </w:p>
    <w:p>
      <w:r>
        <w:t>И подобные мечты многие из нас носят в глубине своей души, понимая, что это, возможно, никогда не сбудется. А так хотелось бы этого. И от подобных мыслей становится очень грустно. И, правда, крайне сложно планировать своё счастье с теми, кому оно не нужно, и в ком нет никаких перспектив на какие-то перемены. И с этим грузом мы приходим к Господу, возлагая на Него всё, ведь Он печётся о нас, но так хотелось бы иметь и такого же земного друга.</w:t>
      </w:r>
    </w:p>
    <w:p>
      <w:r>
        <w:t>Господь слышит мечту нашего сердца и будто бы молчит, но на самом деле Он уже всё это предусмотрел и даже составил особый план по реализации этой заветной мечты уже в наше время, прямо сейчас, и сделал это возможным для всех тех, кто услышит Его и последует Его советам.</w:t>
      </w:r>
    </w:p>
    <w:p>
      <w:r>
        <w:t>Иисус дал нам перед Своей смертью за наши грехи прекрасную заповедь о том, чтобы мы любили друг друга. Эта заповедь, как и любая другая, несёт в себе силу Божьей благодати на исполнение изложенного в ней правила. Сказать, что это невозможно исполнить, значит обесчестить Бога и представить Его миру в искажённом свете. Но если Бог что-то говорит или заповедует, то это слово имеет силу исполнить в моей жизни всё сказанное и определённое. Если я встану на путь взаимной любви к другу, то я буду любить его, а он будет любить меня. Нам остаётся только найти друг друга и договориться об этом. Всё так просто, но почему-то это встречается крайне редко, а в чьей-то жизни — никогда. А верующие люди перестают мечтать и об этом и понимают, что только Вечность сможет исполнить их заветную мечту.</w:t>
      </w:r>
    </w:p>
    <w:p>
      <w:r>
        <w:t>А зачем так долго ждать? Неужели нельзя этого достичь сегодня и сейчас? На удивление нам Господь сделал всё, чтобы эта наша мечта о прекрасном друге жизни воплотилась уже сегодня. Этот друг, возможно, никогда не станет членом твоей семьи, он никогда не будет претендовать на твой дом и его уют, но он может войти в твоё сердце и восполнить все твои эмоциональные и духовные нужды как тот самый человек, о котором ты мечтаешь.</w:t>
      </w:r>
    </w:p>
    <w:p>
      <w:r>
        <w:t>Бог уже очень давно предусмотрел простое решение того, о чём мы сегодня так много мечтаем. Заповедь о нашей любви друг к другу содержит в себе ответ на все наши заветные мечты. Что мешает нам быть послушными этому слову? Только наше неверие в то, что это возможно, и наш врождённый эгоизм, который не желает впустить в сердце другого человека и не интересуется никем. А Бог, видя нашу проблему во взаимоотношениях между собой, не спешит отменять Свою заповедь, но делает всё возможное, чтобы её можно было соблюдать даже на большом расстоянии друг от друга, даже имея свою семью, даже находясь в самых неблагоприятных условиях. Для Него и Его любви в нас нет ничего невозможного. Он любит нас и желает, чтобы мы также любили друг друга.</w:t>
      </w:r>
    </w:p>
    <w:p>
      <w:r>
        <w:t>Решение любить друг друга зависит не только от меня, но и от того человека, с которым я решу соблюдать эту заповедь, получая от послушания ей Божьи благословения.</w:t>
      </w:r>
    </w:p>
    <w:p>
      <w:r>
        <w:t>Вначале этот путь довольно интересен и необычен для нас. Мы не привыкли вот так строить отношения, но мы на это решились. И, как правило, первое, что мы делаем, — это говорим о своей любви друг к другу словами: «Я люблю тебя, друг», даже не понимая, что это такое на самом деле. Но подобная фраза настраивает нас на такое отношение и начинает формировать наши мысли и чувства в соответствии со сказанным и услышанным. Бог также видит наше решение и желание любить друг друга и посылает в нашу жизнь Свои откровения на эту тему, подкрепляя нас Своими благословениями в нашей любви. Хотим мы того или нет, но Бог есть любовь, и Он присутствует в нашей любви, являясь тем самым Небесным клеем, который навсегда соединяет наши сердца и даёт нам будущность и надежду.</w:t>
      </w:r>
    </w:p>
    <w:p>
      <w:r>
        <w:t>Я могу быть благословением для каждого человека, который решит любить меня как друга и примет моё решение быть для него другом. Любовь открывает наши сердца для глубокого познания самих себя через доверительные отношения благодаря нашему близкому общению друг с другом. Общение помогает нам высказывать все свои добрые мысли и чувства, облекая их в прекрасные слова, понимая и принимая всё то, что увидел во мне друг.</w:t>
      </w:r>
    </w:p>
    <w:p>
      <w:r>
        <w:t>Всё, о чём я только мог мечтать, я могу получить в изобилии от своего друга и дать ему намного больше, чем он может себе представить в своих мечтах. А когда таких любящих друзей становится всё больше и больше, тогда я уже перестаю мечтать о чём-то далёком, но окунаюсь с головой в реальность и получаю здесь и сегодня то, что существует и уже сейчас доступно.</w:t>
      </w:r>
    </w:p>
    <w:p>
      <w:r>
        <w:t>Господь не только учит нас любить и, любя друг друга, пребывать в Его любви, но и начинает через нас исполнять наши заветные мечтания о близком и родном человеке, представляя нам более чистые и прекрасные отношения, о которых мы даже и не могли помыслить, считая, что такое на этой земле просто невозможно. Но оно есть, и оно стало твоей реальностью.</w:t>
      </w:r>
    </w:p>
    <w:p>
      <w:r>
        <w:t>Если твой друг оказался человеком противоположного пола, то он никогда не удовлетворит твои физические ожидания, но его любовь к тебе может дать гораздо больше, на что может только вдохновить его Господь. А всё, что берётся от Бога, — чисто, вкусно, прекрасно и занимательно. Господь никогда не будет искушать нас грехом, но в нашей любви друг к другу будет открывать великое и недоступное, чего мы раньше не знали, но о чём, возможно, мечтали.</w:t>
      </w:r>
    </w:p>
    <w:p>
      <w:r>
        <w:t>Интересно и то, что наша любовь друг к другу является заветной мечтой Бога о нас. И в Своём обращении к Лаодикии, предлагая Себя, Он жаждет видеть, как Его золото, очищенное огнём, обогащает нас в нашей взаимной любви друг к другу. Хоть мы и не можем по-настоящему любить друг друга без Христа, но и любовь к Нему не может быть полноценной без нашей любви друг к другу.</w:t>
      </w:r>
    </w:p>
    <w:p>
      <w:r>
        <w:t>Давая нам заповедь о взаимной любви, Господь предвкушал радость наших отношений и то изобилие благословений, которые мы получим в этой любви. А в последнее время Он даже дал нам такие уникальные средства связи, что мы можем в любой точке мира найти друга по сердцу и воплотить с ним все наши мечты о прекрасном в своих возвышенных отношениях друг с другом.</w:t>
      </w:r>
    </w:p>
    <w:p>
      <w:pPr>
        <w:pStyle w:val="Heading2"/>
      </w:pPr>
      <w:r>
        <w:t>Домашнее задание 735</w:t>
      </w:r>
    </w:p>
    <w:p>
      <w:r>
        <w:t>1. Прочитайте, пожалуйста, Иов.6:8; 31:35; Пс.5:2; 9:38; 36:4; 37:10; 102:3-5; 138:2-4; 144:19; Прит.10:24; 13:12; 17:17; 27:9; Флп.4:6-7; 3Цар.5:8; Евр.4:12; Рим.12:16 в свете этого урока.</w:t>
      </w:r>
    </w:p>
    <w:p>
      <w:r>
        <w:t>2. Что вы поняли из этого урока?</w:t>
      </w:r>
    </w:p>
    <w:p>
      <w:r>
        <w:t>3. Какие ещё стихи из Библии пришли вам на память?</w:t>
      </w:r>
    </w:p>
    <w:p>
      <w:r>
        <w:t>4. Есть ли у вас мечты о том, что, возможно, никогда не исполнится в вашей жизни?</w:t>
      </w:r>
    </w:p>
    <w:p>
      <w:r>
        <w:t>5. Имеете ли вы такого друга, который бы восполнял ваши эмоциональные потребности?</w:t>
      </w:r>
    </w:p>
    <w:p>
      <w:r>
        <w:t>6. Имеет ли заповедь о любви друг к другу перспективу улучшения вашей личной жизни?</w:t>
      </w:r>
    </w:p>
    <w:p>
      <w:r>
        <w:t>7. Верите ли вы в то, что ваш новый друг может стать исполнением вашей заветной мечты о счастье?</w:t>
      </w:r>
    </w:p>
    <w:p>
      <w:r>
        <w:t>8. Заинтересован ли Господь во всех ваших планах?</w:t>
      </w:r>
    </w:p>
    <w:p>
      <w:r>
        <w:t>9. Что делать, если моя жизнь настолько серая, и нет никаких перспектив на перемены, а так хочется счастья?</w:t>
      </w:r>
    </w:p>
    <w:p>
      <w:r>
        <w:t>10. Радуется ли с нами Господь, когда видит исполнение наших заветных желаний?</w:t>
      </w:r>
    </w:p>
    <w:p>
      <w:r>
        <w:t>11. Стоит ли рассказывать Богу о своих мечтаниях?</w:t>
      </w:r>
    </w:p>
    <w:p>
      <w:r>
        <w:t>12. Верите ли вы в то, что мечты сбываются, если Бог прилагает к этому Свою руку?</w:t>
      </w:r>
    </w:p>
    <w:p>
      <w:r>
        <w:t>13. Может ли быть такое, что Бог даст мне не то, что я хочу, а то, что принесёт мне благословение?</w:t>
      </w:r>
    </w:p>
    <w:p>
      <w:r>
        <w:t>14. Обогащают ли вас ваши друзья, которых вы любите?</w:t>
      </w:r>
    </w:p>
    <w:p>
      <w:r>
        <w:t>15. Где найти любящего друга? Прит.18:24.</w:t>
      </w:r>
    </w:p>
    <w:p>
      <w:r>
        <w:br w:type="page"/>
      </w:r>
    </w:p>
    <w:p>
      <w:pPr>
        <w:pStyle w:val="Heading1"/>
      </w:pPr>
      <w:r>
        <w:t>Урок 736. Здоровье семьи</w:t>
      </w:r>
    </w:p>
    <w:p>
      <w:r>
        <w:t>Проходя различные испытания нашего семейного счастья, мы с женой пришли к выводу, что здоровье является немаловажным фактором, который очень сильно влияет на атмосферу в нашем доме. Хоть само здоровье и не может быть строительным материалом нашего счастья, потому что на этой земле человек способен его утратить, но отсутствие физической крепости способно обернуться для нас большим несчастьем, с которым будет очень сложно жить.</w:t>
      </w:r>
    </w:p>
    <w:p>
      <w:r>
        <w:t>Пройдя испытания незваными болезнями, мы осознали, насколько уязвимы, слабы и зависимы от Божьей защиты в этом вопросе и в вопросе исцеления. Мы слышали, что Божьему народу была дана Реформа Здоровья, и Бог ожидает, что мы примем её и в свой дом и будем жить в этом свете постоянно.</w:t>
      </w:r>
    </w:p>
    <w:p>
      <w:r>
        <w:t>Ещё до свадьбы я неоднократно сталкивался с подобной темой, и моя жена тоже была знакома с принципами здоровья. И так как этот свет был частью учения нашей церкви, мы считали, что будем здоровы по умолчанию и будем соглашаться со всем, что нам говорят об этом в проповедях и во всевозможных лекциях по здоровому образу жизни. Но после того, как мы переболели, нам стало понятно, что весть о Санитарной Реформе нужно не только слушать, но и изучать, прося Господа открыть глубину всех изложенных принципов здоровья и вымаливая мудрость свыше для применение этого света в своей жизни.</w:t>
      </w:r>
    </w:p>
    <w:p>
      <w:r>
        <w:t>Нам казалось, что нашей веры в способность Бога исцелять всякую болезнь будет достаточно, чтобы бороться с любым недугом. Но мы на практике убедились в том, что не на каждую молитву об исцелении Бог отвечает так, как мы просим и ожидаем. А иногда мы видели, что выздоровление тела какого-то невежды в вопросе здоровья не станет для него благословением, а даст ему повод и дальше разрушать свой организм, ожидая очередного чуда свыше, если вдруг вновь придёт болезнь.</w:t>
      </w:r>
    </w:p>
    <w:p>
      <w:r>
        <w:t>Если же учитывать последние политические события, которые происходят вокруг нас, то становится понятным, что вскоре медицина будет монополизирована врагом души, и её начнут использовать против человечества для осуществления коварных замыслов сатаны и для обогащения определённых фармацевтических корпораций.</w:t>
      </w:r>
    </w:p>
    <w:p>
      <w:r>
        <w:t>Пророчество из Откр.18:23 о том, что фармакея Вавилона (в переводе «волшебство») введёт в заблуждение все народы, также заставило нас задуматься о соответствии нашей жизни Божьим принципам и тому свету, который мы имеем. Нас стало волновать, насколько ярко этот свет сияет в нашей семье. Ведь установленная система сатаны либо вскоре вычеркнет нас, отказываясь обслуживать своими достижениями, либо разорит, убедив в том, что за здоровье необходимо платить.</w:t>
      </w:r>
    </w:p>
    <w:p>
      <w:r>
        <w:t>Нам были знакомы 8 факторов здоровья, и мы могли наизусть пересказать все эти принципы, считая, что этого достаточно для того, чтобы Бог благословил нас здоровьем и радостью жизни.</w:t>
      </w:r>
    </w:p>
    <w:p>
      <w:r>
        <w:t>Основы здоровья очень ясно изложены в трудах Духа Пророчества и включают такие понятия, как воздух, солнце, вода, физическая активность, отдых, воздержание, правильное питание и доверие Богу. Звучит это очень красиво. Но, применив только одно из этих направлений, мы поняли, насколько глубоки изложенные принципы, когда начинаешь их изучать и вникать в суть вещей.</w:t>
      </w:r>
    </w:p>
    <w:p>
      <w:r>
        <w:t>Что мы знаем, например, о воде? То, что её нужно пить от 1 до 2-х литров в день в зависимости от массы тела. Это стоит делать, но также следует и понять, что из себя представляет вода, какими свойствами она обладает, какой у неё срок хранения, как определяется её чистота, и какой опасной она может быть, если набирается из незнакомых источников. Вода является самым универсальным растворителем и начинает активно растворять и впитывать в себя всё, с чем соприкасается. Мы не знаем, как на неё влияют всевозможные невидимые волны и звуковые колебания, и как она реагирует на нашу речь и на то, с каким духом мы её пьём. Полезны ли те чайники, в которых мы кипятим нашу воду? Полезна ли эта же самая вода, содержащаяся во всевозможных напитках и продуктах? Попытавшись изучить только этот фактор, мы увидели целый мир, который был нам незнаком и очень нас удивил. Сразу встал вопрос, где же взять чистую воду в городских условиях. Доверять производителям бутилированной воды нам не хотелось, да и перспектива быть постоянно зависимыми от них нас тоже не радовала. Вода из под крана как напиток нас также категорически не устраивала. А своей мудрости в этом вопросе нам не хватало, и мы начали молиться.</w:t>
      </w:r>
    </w:p>
    <w:p>
      <w:r>
        <w:t>Подобным образом мы отнеслись и к каждому пункту здоровья. Углубляясь в учение нашей церкви относительно Санитарной Реформы, мы поняли, что наше сознание настолько переполнено различными стереотипами и барьерами, а сама весть находится в таком пренебрежении, что нам стало страшно за своё здоровье. Получалось следующее. Мы расходуем наш природный потенциал энергии и запас сил, дарованных нам при рождении, и живём, считая, что так будет всегда. Или же мы за свои же деньги засоряем свой организм всем, чем придётся, считая, что молитвы о благословении будет достаточно. Но наше тело периодически посылает нам звоночки и предупреждения о том, что с ним что-то не так.</w:t>
      </w:r>
    </w:p>
    <w:p>
      <w:r>
        <w:t>Любой пункт в вести Реформы Здоровья является целой наукой, которая гармонично сочетается с Божьим Словом, со здравым смыслом, с Духом пророчества и с научными открытиями в этой области. Бог, посылая этот свет, желал видеть Свой народ счастливым, здоровым и мудрым. Господь неоднократно заверял нас через Свою вестницу в том, что всё, что мы едим и как мы живём, имеет самое прямое отношение к нашему спасению, хотя не является самим спасением. Бог указывает на то, что пренебрежение законами здоровья является таким же грехом, как и несоблюдение Божьих заповедей.</w:t>
      </w:r>
    </w:p>
    <w:p>
      <w:r>
        <w:t>Все эти открытия побудили нас очень серьёзно подойти к каждому пункту вести о здоровье и занять определённую позицию в этом вопросе.</w:t>
      </w:r>
    </w:p>
    <w:p>
      <w:r>
        <w:t>Самым сложным оказалось отказаться от общепринятых стереотипов, которые просто сковывали наше сознание и блокировали нашу волю. Но когда Господь очень ясно показывал нам истинную красоту Своего творения, силу Своей природы, глубину Своих законов здоровья, тогда все страхи уходили от нас, и вера в Божью силу помогала преодолевать все преграды в нашем разуме и разбивать все оковы лени и невежества.</w:t>
      </w:r>
    </w:p>
    <w:p>
      <w:r>
        <w:t>И, конечно же, нам очень хотелось делиться с другими нашими открытиями и тем чудесным светом, который так ярко освещал наш путь. А нас почему-то просили не быть фанатичными в этом деле и во всех пунктах проявлять воздержание и умеренность.</w:t>
      </w:r>
    </w:p>
    <w:p>
      <w:r>
        <w:t>Мы думали, что нашим старшим собратьям всё уже давно известно, и мы ничего нового им не расскажем, но всё оказалось с точностью до наоборот, хотя были и те, кто радовался нашим исследованиям и с удовольствием нас слушал, стараясь жить в полученном свете.</w:t>
      </w:r>
    </w:p>
    <w:p>
      <w:r>
        <w:t>Наше понимание истины и в других вопросах стало более проницательным и ясным. Обнаружились многие причины наших недомоганий, и нам уже не хотелось жить в невежестве.</w:t>
      </w:r>
    </w:p>
    <w:p>
      <w:r>
        <w:t>Наша взаимная любовь и способность обо всём договариваться привели нас к единству во всех вопросах, хотя некоторые вещи мы понимали по-своему.</w:t>
      </w:r>
    </w:p>
    <w:p>
      <w:r>
        <w:t>Благословения здоровья не заставили себя долго ждать. Так приятно было осознавать, что здоровье — это не случайность, а осознанная гармония нашей воли и разума с Божьими законами природы и счастья.</w:t>
      </w:r>
    </w:p>
    <w:p>
      <w:pPr>
        <w:pStyle w:val="Heading2"/>
      </w:pPr>
      <w:r>
        <w:t>Домашнее задание 736</w:t>
      </w:r>
    </w:p>
    <w:p>
      <w:r>
        <w:t>1. Прочитайте, пожалуйста, Иер.33:3; 3Ин.1:2; Прит.3:5-8,16; 4:20-22; 5:7-13; Пс.126:2; Ис.1:2-6; Ин.5:6,14; Мат.9:12,21-22; 10:1; Ос.11:3; 1Кор.10:31 в свете этого урока.</w:t>
      </w:r>
    </w:p>
    <w:p>
      <w:r>
        <w:t>2. Что вы поняли из этого урока?</w:t>
      </w:r>
    </w:p>
    <w:p>
      <w:r>
        <w:t>3. Какие ещё стихи из Библии пришли вам на память?</w:t>
      </w:r>
    </w:p>
    <w:p>
      <w:r>
        <w:t>4. Что такое здоровье?</w:t>
      </w:r>
    </w:p>
    <w:p>
      <w:r>
        <w:t>5. Здоровье — это случайность?</w:t>
      </w:r>
    </w:p>
    <w:p>
      <w:r>
        <w:t>6. Вложил ли Господь в окружающий нас мир природы неведомую нам силу жизни?</w:t>
      </w:r>
    </w:p>
    <w:p>
      <w:r>
        <w:t>7. Стоит ли изучать тайны природы и извлекать для себя полезные для здоровья знания?</w:t>
      </w:r>
    </w:p>
    <w:p>
      <w:r>
        <w:t>8. Если я не вижу воздух, то означает ли это, что его нет, и он не содержит ничего особенного?</w:t>
      </w:r>
    </w:p>
    <w:p>
      <w:r>
        <w:t>9. Как вы думаете, содержит ли вода, воздух, солнце что-то великое и доступное, чего мы не знаем?</w:t>
      </w:r>
    </w:p>
    <w:p>
      <w:r>
        <w:t>10. Если я начну изучать законы здоровья и глубинные свойства каждого принципа здоровья, то откроет ли мне Господь их глубину?</w:t>
      </w:r>
    </w:p>
    <w:p>
      <w:r>
        <w:t>11. Потеряют ли законы здоровья свою силу, если я не буду в них верить?</w:t>
      </w:r>
    </w:p>
    <w:p>
      <w:r>
        <w:t>12. Не пугает ли вас простота Божьих законов для исцеления тела и души?</w:t>
      </w:r>
    </w:p>
    <w:p>
      <w:r>
        <w:t>13. Слышали ли вы когда-то такое изречение о реформе здоровья: «Это так просто, чтобы в это поверить?»</w:t>
      </w:r>
    </w:p>
    <w:p>
      <w:r>
        <w:t>14. Что случится с телом человека, который пренебрегает хотя бы одним принципом здоровья?</w:t>
      </w:r>
    </w:p>
    <w:p>
      <w:r>
        <w:t>15. Так ли важно иметь здоровье в последнее время и знать на практике законы здоровья?</w:t>
      </w:r>
    </w:p>
    <w:p>
      <w:r>
        <w:br w:type="page"/>
      </w:r>
    </w:p>
    <w:p>
      <w:pPr>
        <w:pStyle w:val="Heading1"/>
      </w:pPr>
      <w:r>
        <w:t>Урок 737. Пшеница и плевелы</w:t>
      </w:r>
    </w:p>
    <w:p>
      <w:r>
        <w:t>Гуляя по полям и любуясь тем, что на них выращивают, я увидел одно странное поле, засеянное сорняками под названием «бодяк обыкновенный». Это были какие-то причудливые колючие растения, которые, подобно одуванчикам, выпускали пух и засевали своими семенами всю округу. Находясь поодаль, я подумал, для чего выращивают эти сорняки. Но, подойдя ближе, я увидел, что внизу под сорняками находится овес. Так как поле никто не трогал и не пропалывал, я решил, что фермер, возможно, знает, как при жатве отделять сорняки от овса.</w:t>
      </w:r>
    </w:p>
    <w:p>
      <w:r>
        <w:t>Если бы я попытался сам своими силами прополоть это поле, то, думаю, я бы затоптал хорошие растения.</w:t>
      </w:r>
    </w:p>
    <w:p>
      <w:r>
        <w:t>С чем-то подобным мы сегодня сталкиваемся и в нашей церкви. Многие люди очень активно рассылают новости о всевозможных беззакониях, которые происходят в среде Божьего народа. Интернет полон многочисленных рассказов и фильмов о том, как люди, которым Бог оказал особое доверие, живут по другим принципам и делают всевозможные мерзости. Подобный дух очень заразителен, и, когда узнаешь о каком-то очередном беззаконии, сердце сразу негодует на тех, кто в нём замешан. Особенно если подобное совершают руководители Божьего народа, на которых Бог возложил ответственность за попечение о Своём стаде. Это вызывает сильное разочарование и досаду, от которых не знаешь, как избавиться.</w:t>
      </w:r>
    </w:p>
    <w:p>
      <w:r>
        <w:t>А желает ли Господь, чтобы мы что-то сами исправляли? Чего ожидает от нас Бог в этом случае? Любой ответ на подобные вопросы может приниматься в штыки, потому что сколько людей, столько и мнений.</w:t>
      </w:r>
    </w:p>
    <w:p>
      <w:r>
        <w:t>А как будет действовать любовь по отношению ко всему происходящему? Как поступать тем, кто учится любить и принял решение жить и ходить во свете?</w:t>
      </w:r>
    </w:p>
    <w:p>
      <w:r>
        <w:t>Иисус дал нам повеление о том, чтобы мы сами не отделяли плевелы от пшеницы, но во время жатвы, которая есть кончина века, Господь собственноручно произведёт просеивание и накажет виновных.</w:t>
      </w:r>
    </w:p>
    <w:p>
      <w:r>
        <w:t>Однако беззаконие вокруг только умножается, и подобный дух захватывает тех избранных Божьих детей, которые бы раньше и не помыслили о совершении таких злодеяний.</w:t>
      </w:r>
    </w:p>
    <w:p>
      <w:r>
        <w:t>Враг души знает, что если о чём-то очень долго и подробно говорить, то человек вначале начинает к этому привыкать, затем перестаёт на это реагировать, затем делает это модным, затем – популярным, а после обязательным и принудительным. Мир очень успешно движется по такому пути и удивляет нас своими нововведениями в современной культуре. И эта мирская культура постепенно и незаметно входит в среду Божьего народа через тех, кто должен стоять на страже, быть бдительным и иметь другие ценности. Подобное отношение оказывает определённое влияние на умы верующих людей, и чем выше пост согрешающего брата, тем более сильное воздействие он может оказать на тех, кто видит в нём Божьего помазанника.</w:t>
      </w:r>
    </w:p>
    <w:p>
      <w:r>
        <w:t>Если согрешает простой член церкви, то его грех портит жизнь ему и тем, для кого он является авторитетом. Но если беззаконие исходит от пастора церкви или представителей конференций или дивизионов, то тогда это влияние становится более обширным.</w:t>
      </w:r>
    </w:p>
    <w:p>
      <w:r>
        <w:t>И что делать тем, кто не желает мириться с подобным произволом?</w:t>
      </w:r>
    </w:p>
    <w:p>
      <w:r>
        <w:t>Я был в подобной ситуации неоднократно и многое пережил за годы своего членства в Божьей церкви. Несколько лет я находился в оппозиции к руководству и боролся с теми грехами, которые мне открывались. А открывалось очень многое, потому что, когда ты становишься известным как человек, который «взывает громко и не удерживается, указывая народу на грехи его», ты уже являешься центром сбора всей негативной информации со всего мира. И это не выдуманные факты, а прямые доказательства открытых грехов служителей церкви. Подобное так вкусно подпитывает твой справедливый дух, что ты чувствуешь себя героем времени и мечом правосудия, заражая своих слушателей тем же настроением. В результате у многих собратьев создаётся впечатление, что церковь пала, её нужно срочно оставить или быть в ней «глашатаем справедливости». И ты не придумываешь факты, которых нет, а возвещаешь о подлинных беззаконных поступках старших братьев.</w:t>
      </w:r>
    </w:p>
    <w:p>
      <w:r>
        <w:t>В интернете есть много подобных «вестников», которые занимаются этой работой разоблачений постоянно. Я рассматриваю это как вырывание сорняков на Божьем поле, когда человек не задумывается о том, сколько доброго плода погибает под его ногами. А тот факт, что многие хорошие злаки остаются нетронутыми и напитанными, вдохновляет меня трудиться дальше, более тщательно пропалывая поле. Кроме того, находятся и те, кто согласен поддерживать труд подобных «вестников» своими десятинами и приношениями.</w:t>
      </w:r>
    </w:p>
    <w:p>
      <w:r>
        <w:t>Мне сложно было понять, где та черта, которую нельзя переходить, а где нужно быть верным, как стрелка компаса своему направлению.</w:t>
      </w:r>
    </w:p>
    <w:p>
      <w:r>
        <w:t>Только Святой Дух может исправить подобную ситуацию и открыть людям истинные мотивы, если только эти христиане на самом деле желают понять Божью точку зрения.</w:t>
      </w:r>
    </w:p>
    <w:p>
      <w:r>
        <w:t>Брожения всегда были в среде Божьего народа и будут до определённого Богом времени. Но стоит понять, что Главой Божьей церкви является Христос, а не пастор или президент. И Иисус ещё никому не отдал Своё главенство, хотя наделяет особой властью и влиянием всех руководителей и служителей Своего народа.</w:t>
      </w:r>
    </w:p>
    <w:p>
      <w:r>
        <w:t>Организационная структура нашей церкви, хоть и понятна, но очень сложна, и под Божьим руководством всё движется в нужном направлении, несмотря на нападки врага. Извне сатане не одолеть Божью церковь, поэтому он всегда занят тем, что ищет себе союзников внутри Божьего народа или засылает туда обученных «волков в овечьей шкуре». Господь знает о происходящем и допускает всё это. Но одновременно Он даёт и мудрость тем, кто желает во всём правильно разобраться и, противостоя греху, проявлять верный дух.</w:t>
      </w:r>
    </w:p>
    <w:p>
      <w:r>
        <w:t>Нет таких ситуаций в противостоянии греху, где действуют стандартные для всех правила. В каждом случае нужна мудрость свыше, чтобы, вырывая плевелы, не повредить и пшеницу. Без Божьего Духа и Его руководства здесь не обойтись. И если у меня нет связи с Богом, то мне на помощь приходит совершенно иной дух, который убеждает меня в том, что ради удаления сорняков не стоит думать о поломанных злаках.</w:t>
      </w:r>
    </w:p>
    <w:p>
      <w:r>
        <w:t>У Бога есть достаточно средств и сил для очищения Своей Церкви, и когда-то Он её обязательно очистит. И в этот процесс попадут и все, водимые иным духом, которые думали, что в своей ревности служат Богу.</w:t>
      </w:r>
    </w:p>
    <w:p>
      <w:r>
        <w:t>Господь в Откр.3:18-20 предлагает нам те средства, которые сделают нас победителями и в этом вопросе и дадут Иисусу власть действовать через нас, привлекая внимание не ко грехам народа, а к тому, что происходит во Святилище.</w:t>
      </w:r>
    </w:p>
    <w:p>
      <w:r>
        <w:t>Самое первое, с чего стоит начинать всякое обличение или противодействие греху, если я сам чист от беззаконий, — так это с молитвы о Божьем водительстве в этом вопросе и с изучения Божьих принципов, которые ясно представлены в Библии и богодухновенных источниках. Святой Дух научит всех, кто желает иметь мудрость, тому, где сказать, где промолчать, а где указать на Главу Церкви.</w:t>
      </w:r>
    </w:p>
    <w:p>
      <w:r>
        <w:t>В задачу овцы входит питаться на злачной пажити, рожать ягнят и давать Пастуху молоко и шерсть, даря Ему свою верность. Не стоит об этом забывать. На такое понимание также нужна мудрость свыше.</w:t>
      </w:r>
    </w:p>
    <w:p>
      <w:r>
        <w:t>Господь знает Своих овец по имени, и никто не похитит их из Его руки.</w:t>
      </w:r>
    </w:p>
    <w:p>
      <w:pPr>
        <w:pStyle w:val="Heading2"/>
      </w:pPr>
      <w:r>
        <w:t>Домашнее задание 737</w:t>
      </w:r>
    </w:p>
    <w:p>
      <w:r>
        <w:t>1. Прочитайте, пожалуйста, Мат.13:24-30,37-43; Ос.4:8-10; Мат.7:1-5,15; Кол.1:17-18; Еф.5:23; Ин.10:10-16,26-30; Деян.20:29-31; Еккл.12:11; Ис.40:10-11; Иер.3:15, 1Кор.11:18-19 в свете этого урока.</w:t>
      </w:r>
    </w:p>
    <w:p>
      <w:r>
        <w:t>2. Что вы поняли из этого урока?</w:t>
      </w:r>
    </w:p>
    <w:p>
      <w:r>
        <w:t>3. Какие ещё стихи из Библии пришли вам на память?</w:t>
      </w:r>
    </w:p>
    <w:p>
      <w:r>
        <w:t>4. Знаете ли вы о том, что в нашей церкви есть грешные люди?</w:t>
      </w:r>
    </w:p>
    <w:p>
      <w:r>
        <w:t>5. Что делать, если вы слышите новость о том, что ваш духовный наставник грешит?</w:t>
      </w:r>
    </w:p>
    <w:p>
      <w:r>
        <w:t>6. Стоит ли распространять проверенную информацию о грехах ваших собратьев?</w:t>
      </w:r>
    </w:p>
    <w:p>
      <w:r>
        <w:t>7. Что делать, если мне кто-то из друзей присылает ролики о мерзостях и беззакониях в среде Божьего народа? Иез.9:4.</w:t>
      </w:r>
    </w:p>
    <w:p>
      <w:r>
        <w:t>8. Как вы думаете, достаточно ли у Бога силы и мудрости, чтобы очистить Свою церковь от плевел и волков?</w:t>
      </w:r>
    </w:p>
    <w:p>
      <w:r>
        <w:t>9. Что делать, если я вижу в своей церкви грех и хочу этому противостоять?</w:t>
      </w:r>
    </w:p>
    <w:p>
      <w:r>
        <w:t>10. Как вы понимаете стих из Ис 58:1: «Взывай громко, не удерживайся; возвысь голос твой, подобно трубе, и укажи народу Моему на беззакония его, и дому Иаковлеву — на грехи его»? Подходит ли он ко всем случаям и ко всем людям?</w:t>
      </w:r>
    </w:p>
    <w:p>
      <w:r>
        <w:t>11. Что делать, если грехи некоторых братьев вызывают у меня негодование?</w:t>
      </w:r>
    </w:p>
    <w:p>
      <w:r>
        <w:t>12. Стоит ли просить у Бога мудрости для обличения других?</w:t>
      </w:r>
    </w:p>
    <w:p>
      <w:r>
        <w:t>13. Желает ли Господь научить нас чему-то важному в притче о пшенице и плевелах?</w:t>
      </w:r>
    </w:p>
    <w:p>
      <w:r>
        <w:t>14. Не стану ли я в своём молчании и ожидании мудрости относительно грехов народа подобным страусу, который прячет голову в песок?</w:t>
      </w:r>
    </w:p>
    <w:p>
      <w:r>
        <w:t>15. Что сделает Господь с теми, кто злоупотребил Его доверием и делал грех с дерзновением?</w:t>
      </w:r>
    </w:p>
    <w:p>
      <w:r>
        <w:br w:type="page"/>
      </w:r>
    </w:p>
    <w:p>
      <w:pPr>
        <w:pStyle w:val="Heading1"/>
      </w:pPr>
      <w:r>
        <w:t>Урок 738. Полнота Вести к Лаодикии</w:t>
      </w:r>
    </w:p>
    <w:p>
      <w:r>
        <w:t>Об Иисусе написано в Кол.2:9: «Ибо в Нём обитает вся полнота Божества телесно». Те, кто читает Библию, неоднократно перечитывают этот стих и знают его наизусть. Давайте остановим наш взгляд на выражении «полнота Божества» и разберёмся, что это такое. Полнота чего-то подразумевает законченное совершенство, к чему уже нечего добавить и нет необходимости что-то удалять.</w:t>
      </w:r>
    </w:p>
    <w:p>
      <w:r>
        <w:t>Бог изначально сделал всё совершенным, и если бы не было бы греха, то мы бы сейчас обитали в самом совершенном мире и были бы облечены в полноту Божества телесно.</w:t>
      </w:r>
    </w:p>
    <w:p>
      <w:r>
        <w:t>Божество — это единство Бога Отца, Бога Сына и Бога Святого Духа, в котором Каждый по договорённости выполняет Свою миссию, оставаясь при этом независимой Личностью, обладающей всесилием, всемогуществом, всезнанием и самодостаточностью.</w:t>
      </w:r>
    </w:p>
    <w:p>
      <w:r>
        <w:t>Одно из лучших объяснений такой миссии мы можем увидеть во 2Кор.13:13: «Благодать Господа нашего Иисуса Христа, и любовь Бога Отца, и общение Святого Духа со всеми вами. Аминь».</w:t>
      </w:r>
    </w:p>
    <w:p>
      <w:r>
        <w:t>В человеке по имени Иисус Христос воплотилась вся Божья полнота телесно, и Он представлял из Себя совершенство Божественного Плана Спасения, к Которому нечего было прибавить, и Божественное единство внутри Себя, из которого ничего нельзя удалить.</w:t>
      </w:r>
    </w:p>
    <w:p>
      <w:r>
        <w:t>Полнота Божества Иисуса была явлена миру в Его земной жизни. Его характер был незапятнан и чист, несмотря на греховное окружение. Его любовь к истине и к падшим людям оставалась безусловной, неизменной, неподдельной и постоянной, искусно сочетая в себе милость к грешнику и справедливость ко греху. Мудрость Спасителя была явлена миру в безупречном учении, не содержащем ни единой ошибки, в том числе и по отношению к людям, которые были Ему близки. Во Христе нам был всесторонне открыт истинный характер Бога и дан пример для подражания.</w:t>
      </w:r>
    </w:p>
    <w:p>
      <w:r>
        <w:t>В послании к Лаодикии Верный Свидетель обличает меня в моём теплом состоянии, но при этом и предлагает в виде совета выход, заверяя меня в том, что я стану победителем.</w:t>
      </w:r>
    </w:p>
    <w:p>
      <w:r>
        <w:t>Мне сложно понять, какую победу Господь имеет в виду, но раз Он так называет тех, кто внемлет Его совету и впускает Его в отношения с собой, то самое лучшее — это принять всё, что Он предлагает и что ожидает.</w:t>
      </w:r>
    </w:p>
    <w:p>
      <w:r>
        <w:t>В Откр.3:18 мы видим символическое описание того, что сделает каждого из нас горячим и дарует нам полную победу. В этих символах при глубоком изучении можно разглядеть любовь Бога Отца, праведность и благодать Иисуса Христа и мудрость в общении со Святым Духом. В дальнейших стихах идёт призыв к постоянству и к ежедневному близкому общению со Христом в самое моё лучшее личное время.</w:t>
      </w:r>
    </w:p>
    <w:p>
      <w:r>
        <w:t>Полнота вести к Лаодикии заключается в том, что я не могу выбрать из предлагаемого что-то одно и развиться в этом до совершенства. Мне необходимо купить всё и достичь совершенства характера в каждом даровании.</w:t>
      </w:r>
    </w:p>
    <w:p>
      <w:r>
        <w:t>Если я решу, что самым важным товаром в нашей торговле станет любовь или вера, но при этом не буду видеть нужды в праведности Христа и в крещении Святым Духом, то можно будет представить, какой веры и любви я достигну.</w:t>
      </w:r>
    </w:p>
    <w:p>
      <w:r>
        <w:t>Если я решу постигать праведность по вере, вникать в глубину этой науки, но при этом не иметь любви и доверия Богу и не постигать полноту мудрости Плана Спасения в других вопросах, то чьей праведностью я буду наделён в конечном итоге?</w:t>
      </w:r>
    </w:p>
    <w:p>
      <w:r>
        <w:t>Если я возьму учение о Святом Духе и буду изучать только эту тему, не обращая внимания на влечение Этого Самого Духа к праведности и любви по вере в Иисуса, то какой дух станет владеть моим разумом и волей?</w:t>
      </w:r>
    </w:p>
    <w:p>
      <w:r>
        <w:t>Нас со всех сторон окружают подобные однобокие учения и движения, где с большим энтузиазмом предлагается часть истины для настоящего времени, но при этом игнорируется полнота всей вести.</w:t>
      </w:r>
    </w:p>
    <w:p>
      <w:r>
        <w:t>К сожалению, в наши ряды также пытаются проникнуть всевозможные лжеучения, через которые враг души желает нас заверить в том, что Бог Отец един и не нуждается в Посреднике, или в том, что Иисус является творением, или в том, что Святой Дух — это сила, которая исходит от Бога. Также есть целые деноминации, которые проповедуют крещение Святым Духом, но при этом нарушают Божий Закон, данный Самим Богом. И всё это ломится уже внутрь нашей церкви через отдельных людей в моё сознание под видом какого-то блага для всех нас.</w:t>
      </w:r>
    </w:p>
    <w:p>
      <w:r>
        <w:t>Но заблуждение никогда не станет истиной и никогда не заменит ту полноту, которую предлагает Свидетель Верный и Истинный.</w:t>
      </w:r>
    </w:p>
    <w:p>
      <w:r>
        <w:t>Господь не допустит, чтобы я, покупая у Него что-то одно, не получил при этом и всего остального. Он не разделяет Себя на части, как будто одно важнее другого, но вручает Всё в одном комплекте.</w:t>
      </w:r>
    </w:p>
    <w:p>
      <w:r>
        <w:t>Отец, Сын и Святой Дух желают безраздельно обитать во мне во всей Своей полноте, без каких-либо ограничений со Своей стороны, как это есть во Христе Иисусе. Хоть это и звучит очень торжественно и красиво, но в то же время такая полнота оказывается очень нежной и уважительной по отношению ко мне. Божество считается с моим выбором и выражением моей веры и воли и не нарушает этих границ без моего согласия. Удивительная любовь!</w:t>
      </w:r>
    </w:p>
    <w:p>
      <w:r>
        <w:t>Мало того, Господь Иисус, продавая мне Свои Небесные товары и видя мою ревность в их покупке, решает Сам лично прийти ко мне и уже в личном общении наставлять меня на языке откровений в том, как мне жить с тем, что я приобрёл, и как эти Покупки планируют меня использовать. Он показывает мне Свою неизменную любовь в нашем общении с Ним и наделяет меня этой же самой агапе, утверждая в ней мой характер в различных жизненных ситуациях. И я уже не боюсь любить своих ближних, но вижу в таком отношении невидимое проявление Божьей полноты, где Отец, Сын и Святой Дух утверждают и укореняют меня в Себе, а Себя во мне.</w:t>
      </w:r>
    </w:p>
    <w:p>
      <w:r>
        <w:t>Без Иисуса понять и принять всё это невозможно. Только Он открывает эту дверь под номером «Откр.3:18», которую никто не закроет.</w:t>
      </w:r>
    </w:p>
    <w:p>
      <w:r>
        <w:t>Библия также описывает одну личность, которая со дня творения была облечена в полноту совершенства, но пренебрегла этим преимуществом, возгордилась и стала врагом Бога, а потом и врагом человеческой души. И теперь вся сила, мудрость и красота этого помазанного херувима действует против Бога и Его народа и ведёт в погибель весь мир. Этот падший ангел прекрасно понимает, что мне предлагает Верный Свидетель, и делает всё возможное, чтобы отвратить мой взор от этой вести или предложить мне купить что-то одно из советуемого Иисусом. К сожалению, враг души преуспел в своих обольщениях, но Господь не перестаёт призывать нас к Себе и ждёт, очень долго ждёт того момента, когда мы услышим Его и откликнемся.</w:t>
      </w:r>
    </w:p>
    <w:p>
      <w:r>
        <w:t>Я часто слышал стих из Откр.3:20 в отрыве от самой вести. Господь стоит у сердца каждого человека и стучит, желая войти. Так оно и есть, но в свете послания к Лаодикии Он приходит подобным образом лишь к тем, кто вступил с Ним в торговые отношения. Зачем приходить к тому, кто игнорирует твои советы и не следует им? Будет ли жених докучать своей невесте, когда услышит её ясное «Нет» и полное равнодушие к своим притязаниям?</w:t>
      </w:r>
    </w:p>
    <w:p>
      <w:r>
        <w:t>Отдавая мне Всего Себя, Божество желает иметь всего меня, не разделяя меня на дух, душу и тело, но получая всего человека, со всем его временем и со всеми грехами и особенностями.</w:t>
      </w:r>
    </w:p>
    <w:p>
      <w:r>
        <w:t>А ещё Господь желает, чтобы мы услышали эту весть и вошли в неё добровольно.</w:t>
      </w:r>
    </w:p>
    <w:p>
      <w:pPr>
        <w:pStyle w:val="Heading2"/>
      </w:pPr>
      <w:r>
        <w:t>Домашнее задание 738</w:t>
      </w:r>
    </w:p>
    <w:p>
      <w:r>
        <w:t>1. Прочитайте, пожалуйста, Рим.8:32; Ин.1:16; Иак.1:4; Еф.1:22-23; 3:18-19; Кол.1:18-20; 2:8-10; 1Фес.5:23; Иез.28:12-19; Откр.3:18-20 в свете этого урока.</w:t>
      </w:r>
    </w:p>
    <w:p>
      <w:r>
        <w:t>2. Что вы поняли из этого урока?</w:t>
      </w:r>
    </w:p>
    <w:p>
      <w:r>
        <w:t>3. Какие ещё стихи из Библии пришли вам на память?</w:t>
      </w:r>
    </w:p>
    <w:p>
      <w:r>
        <w:t>4. Как будет выглядеть праведность и любовь без силы Святого Духа?</w:t>
      </w:r>
    </w:p>
    <w:p>
      <w:r>
        <w:t>5. Как будут выглядеть все Божьи дары без любви?</w:t>
      </w:r>
    </w:p>
    <w:p>
      <w:r>
        <w:t>6. Как понять полноту Божью в себе и определить, есть ли она во мне?</w:t>
      </w:r>
    </w:p>
    <w:p>
      <w:r>
        <w:t>7. Что происходит с теми, кто отвергает всю Божью полноту и выбирает что-то одно?</w:t>
      </w:r>
    </w:p>
    <w:p>
      <w:r>
        <w:t>8. Предлагает ли Верный Свидетель из Откр.3:18 что-то на наш выбор и вкус, или Он желает, чтобы мы приобретали всё в комплекте?</w:t>
      </w:r>
    </w:p>
    <w:p>
      <w:r>
        <w:t>9. Если я не понимаю, как определить полноту Божества в моей жизни, то будет ли это для меня горем?</w:t>
      </w:r>
    </w:p>
    <w:p>
      <w:r>
        <w:t>10. Станет ли Господь наделять Собою всех подряд, или Он выбирает особый народ?</w:t>
      </w:r>
    </w:p>
    <w:p>
      <w:r>
        <w:t>11. Что нужно для того, чтобы приобрести всё, советуемое Христом?</w:t>
      </w:r>
    </w:p>
    <w:p>
      <w:r>
        <w:t>12. Может ли совершенный и исполненный всеми благами Неба человек пасть под искушением? 1Кор.10:12.</w:t>
      </w:r>
    </w:p>
    <w:p>
      <w:r>
        <w:t>13. Знает ли Господь, как сохранить Своих детей среди всевозможных соблазнов?</w:t>
      </w:r>
    </w:p>
    <w:p>
      <w:r>
        <w:t>14. Вам радостно осознавать, какой прекрасный у Бога план для всех нас?</w:t>
      </w:r>
    </w:p>
    <w:p>
      <w:r>
        <w:t>15. Что делать, если я не понял, как мне обрести Божью полноту?</w:t>
      </w:r>
    </w:p>
    <w:p>
      <w:r>
        <w:br w:type="page"/>
      </w:r>
    </w:p>
    <w:p>
      <w:pPr>
        <w:pStyle w:val="Heading1"/>
      </w:pPr>
      <w:r>
        <w:t>Урок 739. Острые углы</w:t>
      </w:r>
    </w:p>
    <w:p>
      <w:r>
        <w:t>Когда мы дружили с будущей женой, мы заметили одну интересную особенность в нашем общении, которую потом привнесли в свою семью. Она заключалась в случайном обнаружении «острых углов» наших характеров, на которые было очень неприятно натыкаться. Все мы разные. Все мы очень сильно отличаемся друг от друга. Мы выросли в разных семьях, в разных обстоятельствах, и окружающая среда была у нас также разная. А потом мы встретились, понравились друг другу и соединили две наши разные жизни в одну. Хоть мы имели общее мировоззрение и одну цель, а наша вера была сосредоточена на Едином Боге и посланном Им Иисусе, всё же иногда казалось, что мы идём к этому разными путями.</w:t>
      </w:r>
    </w:p>
    <w:p>
      <w:r>
        <w:t>Выражение "обходить острые углы" означает избегать конфликты, споры или неприятности в общении друг с другом, чтобы сохранить гармонию и мирные отношения. Также оно подразумевает умение находить компромиссы, уходить от конфронтации и проявлять взаимопонимание. Также необходимо быть тактичными и дипломатичными в общении, чтобы избежать возможных неприятных ситуаций. Это может быть полезным навыком в межличностных отношениях и профессиональной деятельности.</w:t>
      </w:r>
    </w:p>
    <w:p>
      <w:r>
        <w:t>Кроме того, "обходить острые углы" также означает избегать опасные или рискованные ситуации, чтобы обеспечить своё благополучие. Эта фраза может символизировать стремление к плавности, гибкости и гармонии в действиях и подходах и отказ от более резких и агрессивных методов. Это может быть связано с философией ухода от конфронтации и предпочтением более мирных способов достижения целей. Это способность находить обходные пути или творческие пути выхода из сложных ситуаций, выявление нестандартных способов решения проблем, которые позволяют избежать прямого столкновения или преодолеть трудности с помощью неожиданных методов.</w:t>
      </w:r>
    </w:p>
    <w:p>
      <w:r>
        <w:t>Свои отношения мы стали строить на взаимной любви и дружбе, и эта любовь помогла нам увидеть друг в друге много прекрасных качеств души, которые никогда не были бы обнаружены как драгоценный клад другим взглядом. Но при всей нашей любви и взаимном уважении в нашем общении то и дело всплывали неожиданные айсберги, которые провоцировали нас на создание напряжения и конфликтов.</w:t>
      </w:r>
    </w:p>
    <w:p>
      <w:r>
        <w:t>Например, когда мы касались каких-либо политических событий, это сразу вносило странный дух дискомфорта, и моя жена просила не обсуждать эти темы в семье.</w:t>
      </w:r>
    </w:p>
    <w:p>
      <w:r>
        <w:t>Моя половинка считала, что домашние животные приносят в жизнь много радости и тепла. Я же думал, что люди, которые их не любят, не такие уж и плохие. Мне было сложно понять, для чего привязывать себя к бессловесным созданиям и брать ответственность за их содержание, когда и так хватает забот.</w:t>
      </w:r>
    </w:p>
    <w:p>
      <w:r>
        <w:t>Что касается еды, мы также иногда не имели общего вкуса и понимания полезности продуктов, хотя и придерживались реформы здоровья. Я считал мороженое самым страшным врагом для желудка, а моя любимая часто мечтала его поесть.</w:t>
      </w:r>
    </w:p>
    <w:p>
      <w:r>
        <w:t>Иногда мои рассказы о моей мирской жизни до веры в Бога пугали мою супругу, и она так сильно переживала из-за того, что я мог погибнуть навсегда и остаться в этом мире, что потом не могла хорошо спать.</w:t>
      </w:r>
    </w:p>
    <w:p>
      <w:r>
        <w:t>Так или иначе, подобные различия приводили нас к конфликтам и дискомфорту, которые нам нужно было срочно устранять, не допуская их развития.</w:t>
      </w:r>
    </w:p>
    <w:p>
      <w:r>
        <w:t>Но так как мы решили всё сводить к любви, то у нас это всегда получалось, и любовь подсказывала нам, какие темы стоит закрыть навсегда, что следует игнорировать, в чём необходимо деликатно разобраться, а что не допускать даже в мысли. Иногда компромисс был наиболее правильным решением какой-то сложной задачи, а порой приходилось нежно отстаивать свою позицию, считая, что это будет выходом из ситуации.</w:t>
      </w:r>
    </w:p>
    <w:p>
      <w:r>
        <w:t>Однажды был случай, когда моей жене предложили поработать в супермаркете, где после его закрытия нужно было раскладывать новые товары по полкам. Труд занимал 3-4 часа в день, а зарплата выплачивалась за полный рабочий день, и суббота была свободной. Но я понимал, что жена будет приходить домой поздно ночью, подвергая себя ненужному риску, или я должен буду не спать и забирать её на машине. Пришлось очень долго и продолжительно объяснять, что подобная занятость не для нашей семьи и разрушительна для здоровья. В результате моя любимая всё поняла и после благодарила меня за то, что я с ней не соглашался.</w:t>
      </w:r>
    </w:p>
    <w:p>
      <w:r>
        <w:t>Мы оба имеем чувство юмора и очень часто шутим, но иногда эти шутки оказываются очень глупыми и могут поранить чувства другого и причинить боль, поэтому даже в этом вопросе мы стали проявлять осторожность и предусмотрительность.</w:t>
      </w:r>
    </w:p>
    <w:p>
      <w:r>
        <w:t>Иногда мы думали, что нам что-то обоим нравится, и мы будем этим заниматься, а когда погружались в это дело, понимали, что для кого-то оно хорошо, а для кого-то — плохо, и это приносит боль. Подобное приходилось учитывать и оставлять.</w:t>
      </w:r>
    </w:p>
    <w:p>
      <w:r>
        <w:t>Я не видел ничего страшного в том, чтобы пройтись в уличной обуви по дому, а для жены это была катастрофа, с которой она никак не могла смириться при всей любви ко мне. И самым страшным наказанием за нарушение этого порядка был упрёк меня в том, что я её не люблю и не уважаю её труд. И мне сложно было доказать обратное, когда она в очередной раз ловила меня в ботинках посреди комнаты. Но ради мира я решил отучиться от этой привычки, хотя так и не понял, что в этом такого.</w:t>
      </w:r>
    </w:p>
    <w:p>
      <w:r>
        <w:t>Некоторые мои друзья и родственники приносили дискомфорт в наш семейный быт, когда посещали нас, и я, поняв это, решил встречаться с ними вне дома, находя разные предлоги, чтобы не смущать жену их очередным визитом.</w:t>
      </w:r>
    </w:p>
    <w:p>
      <w:r>
        <w:t>Во всех сферах нашей жизни было много того, что мы видели по-своему. Иногда это радовало нас, но, когда создавалось напряжение, я старался искать дипломатический подход к решению вопроса.</w:t>
      </w:r>
    </w:p>
    <w:p>
      <w:r>
        <w:t>Моя жена также была очень чувствительной и интуитивной личностью и могла заранее предвидеть разные сложности в отношениях. Она очень хорошо понимала любую ситуацию. Очень часто она своей жизнерадостностью и позитивом сглаживала многие острые моменты, а затем очень грамотно их обходила.</w:t>
      </w:r>
    </w:p>
    <w:p>
      <w:r>
        <w:t>Хоть у нас и была договоренность о том, что мы можем обнимать друг друга без запретов и ограничений, но иногда это приходилось сознательно отменять, когда я понимал, что не то время или некстати. Например, если супруга несёт тяжёлые сумки, а я стану её поддерживать своими поцелуями и объятиями, то смогу услышать о себе всё, что угодно, кроме того, что я хочу. А когда я сосредоточен на каком-то деле, тогда супруге очень сложно получить от меня ответы на свои многочисленные вопросы. И ей приходится вначале спрашивать меня о том, слышу ли я её и то, что она мне говорит.</w:t>
      </w:r>
    </w:p>
    <w:p>
      <w:r>
        <w:t>Также мы заметили и то, что чем больше мы общаемся и живём вместе, тем меньше «острых углов» мы имеем в своих отношениях. Господь учит нас не бороться за свои права, а строить то, что нас объединяет и делает счастливыми.</w:t>
      </w:r>
    </w:p>
    <w:p>
      <w:r>
        <w:t>Сложно жить с тем, кто делает свой «острый угол» законом для семьи и требует признания своей исключительности. Мы не доводим себя до такого, так как имеем единомыслие и единодушие во Христе, и Святой Дух руководит течением наших мыслей и разрушает наши неправильные взгляды на жизнь, приводя нас в единство веры и познания Иисуса.</w:t>
      </w:r>
    </w:p>
    <w:p>
      <w:r>
        <w:t>Гордость чужда нам, а любовь друг к другу всё решает лучшим образом.</w:t>
      </w:r>
    </w:p>
    <w:p>
      <w:pPr>
        <w:pStyle w:val="Heading2"/>
      </w:pPr>
      <w:r>
        <w:t>Домашнее задание 739</w:t>
      </w:r>
    </w:p>
    <w:p>
      <w:r>
        <w:t>1. Прочитайте, пожалуйста, Прит.3:30; 15:1; 17:14,17,19; 18:6-7,21; 20:3; 26:21; Рим.12:9-10; 2Фес.2:17; Еф.3:16-19; 5:15-33; 2Тим.2:22-26; Гал.5;19-21 в свете этого урока.</w:t>
      </w:r>
    </w:p>
    <w:p>
      <w:r>
        <w:t>2. Что вы поняли из этого урока?</w:t>
      </w:r>
    </w:p>
    <w:p>
      <w:r>
        <w:t>3. Какие ещё стихи из Библии пришли вам на память?</w:t>
      </w:r>
    </w:p>
    <w:p>
      <w:r>
        <w:t>4. Что такое «острые углы» в семейных отношениях?</w:t>
      </w:r>
    </w:p>
    <w:p>
      <w:r>
        <w:t>5. Переживали ли вы когда-то столкновения с «острыми углами» в общении с другими?</w:t>
      </w:r>
    </w:p>
    <w:p>
      <w:r>
        <w:t>6. Откуда исходят конфликты?</w:t>
      </w:r>
    </w:p>
    <w:p>
      <w:r>
        <w:t>7. Стоит ли считаться с другим мнением, если ты прав?</w:t>
      </w:r>
    </w:p>
    <w:p>
      <w:r>
        <w:t>8. Будет ли уступчивый человек победителем? Прит.20:3.</w:t>
      </w:r>
    </w:p>
    <w:p>
      <w:r>
        <w:t>9. Будет ли правильным не «обходить острые углы» в семье, а ломать их, чтобы их не было?</w:t>
      </w:r>
    </w:p>
    <w:p>
      <w:r>
        <w:t>10. Что делать, если меня «зажали в угол» и не хотят смириться с моим «острым углом»?</w:t>
      </w:r>
    </w:p>
    <w:p>
      <w:r>
        <w:t>11. В какое время семейной жизни происходят самые частые конфликты?</w:t>
      </w:r>
    </w:p>
    <w:p>
      <w:r>
        <w:t>12. Прочитайте Втор.24:5. Даётся ли это время Богом для особой притирки в семье?</w:t>
      </w:r>
    </w:p>
    <w:p>
      <w:r>
        <w:t>13. Есть ли разница между ссорой двух эгоистов или разногласиями двух любящих друг друга людей?</w:t>
      </w:r>
    </w:p>
    <w:p>
      <w:r>
        <w:t>14. Помогает ли Бог удалять нам из нашей жизни всё «острое»?</w:t>
      </w:r>
    </w:p>
    <w:p>
      <w:r>
        <w:t>15. Что делать, чтобы не иметь «острых углов»?</w:t>
      </w:r>
    </w:p>
    <w:p>
      <w:r>
        <w:br w:type="page"/>
      </w:r>
    </w:p>
    <w:p>
      <w:pPr>
        <w:pStyle w:val="Heading1"/>
      </w:pPr>
      <w:r>
        <w:t>Урок 740. Незаменимые</w:t>
      </w:r>
    </w:p>
    <w:p>
      <w:r>
        <w:t>Работая в строительной фирме, я обратил внимание на текучесть кадров в этой сфере деятельности. Шеф набирал разных рабочих, а потом увольнял их и искал других. А некоторые работники находили себе что-то другое и сами покидали нас, взваливая свои обязанности на плечи оставшихся. Меня почему-то не собирались увольнять, но доверяли самую ответственную работу, которую мне самому приходилось организовывать и выполнять.</w:t>
      </w:r>
    </w:p>
    <w:p>
      <w:r>
        <w:t>Иногда было очень грустно расставаться с теми, кого уже долго знал, но на их место приходили другие и делали свою работу не хуже других. А если кто-то из старых работников слишком высоко поднимал свой нос, то шеф это сразу замечал и умело приземлял их на место, давая понять, что у него незаменимых людей нет.</w:t>
      </w:r>
    </w:p>
    <w:p>
      <w:r>
        <w:t>Наблюдая за всем этим, я понимал, что когда-то настанет и мой черёд, и меня заменит более умелый или более молодой труженик. А куда идти дальше, не было времени на раздумье. И подобный дух создаёт в сознании иллюзию ненужности и никчёмности. Знаю людей, которые впали в депрессию после своего досрочного увольнения и очень сильно от этого страдали.</w:t>
      </w:r>
    </w:p>
    <w:p>
      <w:r>
        <w:t>Ненужность — это, наверное, самое плохое состояние души в любом обществе и коллективе. Когда ты ощущаешь себя вещью, которую могут быстро выкинуть на улицу или заменить на другую, тебе очень сложно построить личное счастье в такой атмосфере.</w:t>
      </w:r>
    </w:p>
    <w:p>
      <w:r>
        <w:t>Знаю людей, которые создают свои «семейные союзы» на таком же зыбком основании, выбирая и пробуя то, что им, возможно, подходит, и выкидывая с лёгкостью из жизни тех, кто не понравился или оказался хуже кого-то другого. И чтобы уж точно не ошибиться и оставить пути к отступлению, эти люди не планируют регистрировать свои очередные союзы, чтобы всегда можно было быстро избавиться от человека, который может тебе разонравиться.</w:t>
      </w:r>
    </w:p>
    <w:p>
      <w:r>
        <w:t>Создавая нашу семью, мы с женой понимали, что этот союз у нас на всю жизнь, и мы не планируем даже в самом далёком будущем разводиться и искать кого-то другого. Но вот вопрос с нашей нужностью друг для друга нам открылся не сразу.</w:t>
      </w:r>
    </w:p>
    <w:p>
      <w:r>
        <w:t>Вначале, после свадьбы, мы вели себя как близкие друзья, привыкая к новому статусу и наслаждаясь новыми преимуществами семьи. И это делало нас ещё ближе и роднее. А когда мы расставались ненадолго по каким-либо причинам, я стал замечать, что мне чего-то уже не хватает, и как бы было хорошо, если бы моя любимая была где-то рядом. Телефон помогал частично удовлетворять эту привязанность, но личное присутствие родного человека невозможно заменить чем-то другим.</w:t>
      </w:r>
    </w:p>
    <w:p>
      <w:r>
        <w:t>А моя супруга даже не пыталась скрыть свою привязанность ко мне и также была очень рада, если мы находились вместе или где-то рядом, даже если каждый был занят своим делом.</w:t>
      </w:r>
    </w:p>
    <w:p>
      <w:r>
        <w:t>Размышляя о текучести кадров на своей работе, я решил представить себе, как бы это выглядело в нашей семье, и может ли меня кто-то в ней заменить. С этими глупыми мыслями я обратился к жене, чем очень её перепугал. Она почему-то решила, что я хочу от неё уйти, и стала меня засыпать всевозможными вопросами и пыталась выяснить, кого я себе нашёл. Мне пришлось очень долго её успокаивать и убеждать в том, что она у меня лучшая, единственная и незаменимая.</w:t>
      </w:r>
    </w:p>
    <w:p>
      <w:r>
        <w:t>И пока мы подобным образом выясняли наши отношения, до меня дошла простая истина о том, что в нашей семье мы самые необходимые и незаменимые друг для друга люди на всей земле. Мне не нужен никто другой, даже в тысячу раз лучше и чище. Мне нужна лишь только та, которую я избрал для себя навсегда. И только рядом с ней я имею то особое благословение, которым Бог наполняет наши сердца в нашей любви друг ко другу. Хоть среди наших друзей есть много братьев и сестёр, с которыми тоже хорошо и которых мы по-настоящему любим, но в союзе с женой мы представляем какой-то особый мир. И в этот мир не вхож никто, кроме нашего Господа.</w:t>
      </w:r>
    </w:p>
    <w:p>
      <w:r>
        <w:t>Примерно тем же самым поделилась со мной и моя супруга, когда поняла, что я просто имел глупые вопросы. Она наговорила мне столько интересных вещей про свою любовь ко мне и про то, какой я для неё дорогой и незаменимый мужчина, что мне даже неудобно это всё вам, друзья, пересказывать, чтобы вы не подумали, что я вам себя нахваливаю.</w:t>
      </w:r>
    </w:p>
    <w:p>
      <w:r>
        <w:t>У нас бывают и такие моменты в жизни, когда хочется побыть одному и отдохнуть от всего и всех, или уединиться с Богом, чтобы обсудить многочисленные задачи и вопросы, но это никак не связано с нашей семьёй. Просто включается человеческий фактор, который жаждет перезагрузки мышления. В такие моменты жизни мы оставляем друг друга в покое, зная, что это временная необходимость, которую нужно пережить. А потом вновь объединяемся, чтобы быть всегда вместе.</w:t>
      </w:r>
    </w:p>
    <w:p>
      <w:r>
        <w:t>Так здорово понимать, что в этом мире есть особое место, где мы незаменимы и где мы свои и всегда нужные.</w:t>
      </w:r>
    </w:p>
    <w:p>
      <w:r>
        <w:t>Есть такие фирмы, которые строят свой бизнес на способностях одного или нескольких людей и готовы платить им любые деньги, лишь бы эти сотрудники работали у них. А когда те уходят или заболевают, тогда всё рушится. Подобная нужность приятна специалисту, и она даже может вскружить ему голову, и он возомнит о себе не весть что. Однако подобное отношение основано на успехе и процветании, что очень условно и может в любой момент исчезнуть.</w:t>
      </w:r>
    </w:p>
    <w:p>
      <w:r>
        <w:t>А наша семья строит свою нужность друг для друга на основе глубокого принципа быть таковыми всегда, независимо от перспективы процветания или увядания. Нам не так важно, какой у нас доход, и какую экономическую пользу мы можем получить друг от друга. Такие вещи не измеряются суммами или килограммами. Мы есть друг у друга. И это суть нашего союза.</w:t>
      </w:r>
    </w:p>
    <w:p>
      <w:r>
        <w:t>А чем больше и ближе мы познаём друг друга, тем роднее и нужнее мы становимся в наших глазах. Моя жена — это чудо, к которому невозможно привыкнуть. Я всегда удивляюсь этому подарку от Господа. Она была придумана вот такой Самим Творцом, воплощена в реальность и подарена мне навсегда, чтобы всегда быть самым нужным и незаменимым человеком в моей жизни. Это место в моём сердце никогда не сможет занять никто другой. Никакой человек не сможет полностью соответствовать той, которой я однажды сказал: «Да». И это не я придумал, а Господь, Который сделал нас незаменимыми друг для друга и благословляет нас в нашей нужности Собою в виде взаимной любви агапэ.</w:t>
      </w:r>
    </w:p>
    <w:p>
      <w:r>
        <w:t>Какие бы периоды жизни мы ни переживали в своей семье, мы всегда помним, что друг для друга мы незаменимы, и плюс ко всему мы имеем договоренность любить друг друга, несмотря ни на что.</w:t>
      </w:r>
    </w:p>
    <w:p>
      <w:r>
        <w:t>Если спросить любого человека о том, кто для него самые близкие и незаменимые люди, то все вам скажут, что родители. И сложно, когда они не вместе. И это так и есть. А почему родители стали такими близкими? Потому что однажды решили стать одним целым под названием «семья».</w:t>
      </w:r>
    </w:p>
    <w:p>
      <w:r>
        <w:t>Мы незаменимы никем для нашей родни, а они для нас. И это нормально. Но враг души предлагает нам пустоту взамен друг друга, чтобы разорвать, разрушить и погубить нас в страданиях. Но мы будем любить друг друга и ценить один другого, потому что в этом есть Божья воля о нас.</w:t>
      </w:r>
    </w:p>
    <w:p>
      <w:r>
        <w:t>Каждый мой друг имеет подобный статус незаменимого человека, потому что уникален по всем своим особенностям. Он единственный в своём роде. Поэтому и эти люди становятся очень нужными и незаменимыми во Христе.</w:t>
      </w:r>
    </w:p>
    <w:p>
      <w:pPr>
        <w:pStyle w:val="Heading2"/>
      </w:pPr>
      <w:r>
        <w:t>Домашнее задание 740</w:t>
      </w:r>
    </w:p>
    <w:p>
      <w:r>
        <w:t>1. Прочитайте, пожалуйста, Ис.43:4; 1Цар.20:17; Иер.3:1; 31:3,20; Прит.12:10; 14:1; 17:17 в свете этого урока.</w:t>
      </w:r>
    </w:p>
    <w:p>
      <w:r>
        <w:t>2. Что вы поняли из этого урока?</w:t>
      </w:r>
    </w:p>
    <w:p>
      <w:r>
        <w:t>3. Какие ещё стихи из Библии пришли вам на память?</w:t>
      </w:r>
    </w:p>
    <w:p>
      <w:r>
        <w:t>4. В каких сферах жизни мы незаменимы?</w:t>
      </w:r>
    </w:p>
    <w:p>
      <w:r>
        <w:t>5. Где хорошо быть незаменимым, а где это может стать проблемой?</w:t>
      </w:r>
    </w:p>
    <w:p>
      <w:r>
        <w:t>6. Как будет чувствовать себя работник, если ему дадут понять, что он незаменимый, и без него все дела фирмы рухнут?</w:t>
      </w:r>
    </w:p>
    <w:p>
      <w:r>
        <w:t>7. Как понять, являюсь ли я незаменимым человеком в своей семье?</w:t>
      </w:r>
    </w:p>
    <w:p>
      <w:r>
        <w:t>8. Есть ли в вашей жизни незаменимые люди?</w:t>
      </w:r>
    </w:p>
    <w:p>
      <w:r>
        <w:t>9. На какое время Господь соединяет наши жизни и судьбы?</w:t>
      </w:r>
    </w:p>
    <w:p>
      <w:r>
        <w:t>10. Важно ли понимать тот факт, что если кто-то считает меня вещью, то мне нужно знать, что я уникальный и неповторимый в своём роде?</w:t>
      </w:r>
    </w:p>
    <w:p>
      <w:r>
        <w:t>11. Вам нравится быть в компании тех людей, которые считают вас незаменимым?</w:t>
      </w:r>
    </w:p>
    <w:p>
      <w:r>
        <w:t>12. Помог ли вам этот урок понять что-то очень важное?</w:t>
      </w:r>
    </w:p>
    <w:p>
      <w:r>
        <w:t>13. Что делать, если я чувствую себя одиноким и никому ненужным?</w:t>
      </w:r>
    </w:p>
    <w:p>
      <w:r>
        <w:t>14. Могу ли я своим решением сделать своих друзей незаменимыми?</w:t>
      </w:r>
    </w:p>
    <w:p>
      <w:r>
        <w:t>15. Кем мы являемся для Бога? Как Он нас видит?</w:t>
      </w:r>
    </w:p>
    <w:p>
      <w:r>
        <w:br w:type="page"/>
      </w:r>
    </w:p>
    <w:p>
      <w:pPr>
        <w:pStyle w:val="Heading1"/>
      </w:pPr>
      <w:r>
        <w:t>Урок 741. Новая особенность нашего времени</w:t>
      </w:r>
    </w:p>
    <w:p>
      <w:r>
        <w:t>Мир неустанно что-то изобретает и не может остановиться в своих открытиях. Господь открыл эти двери познания невидимого мира, в котором есть свои особенности и законы. Когда было изобретено радио, это так удивило всех живущих на земле, что мало кто мог поверить в то, что можно без проводов передавать сигналы по воздуху и принимать их, находясь очень далеко друг от друга.</w:t>
      </w:r>
    </w:p>
    <w:p>
      <w:r>
        <w:t>21 век поразил всех открытием цифровой передачи информации, и в нашу жизнь ворвались смартфоны, которые прочно заняли своё место в нашем быту и не собираются нас покидать никогда. И если понаблюдать за развитием тенденции внедрения инноваций, то можно заметить, что нас сознательно привязывают к мобильным устройствам, оказывая через них всевозможные услуги и расчёты.</w:t>
      </w:r>
    </w:p>
    <w:p>
      <w:r>
        <w:t>Но самое интересное открытие ждёт нас впереди, и оно вскоре полностью охватит наш быт и так прочно в нём утвердится, что нам некуда будет от него деться. А многие и не захотят никуда уходить, ведь это будет казаться таким интересным и перспективным.</w:t>
      </w:r>
    </w:p>
    <w:p>
      <w:r>
        <w:t>Это изобретение уже есть на рынке сбыта и очень быстро растёт и развивается. Оно называется «искусственный интеллект», кратко ИИ.</w:t>
      </w:r>
    </w:p>
    <w:p>
      <w:r>
        <w:t>Интеллект — это разум, рассудок, способность мыслить, ощущать, анализировать, запоминать и помнить, рассуждать, учиться и воображать. Все эти качества проявляются у любого здорового человека, но, когда в начале этого определения стоит слово «искусственный», тогда стоит задуматься. Это значит, что у него есть изобретатель и разработчик, который вкладывает в своё детище то, что посчитает нужным, а конечный пользователь получает только желаемый результат этого новшества.</w:t>
      </w:r>
    </w:p>
    <w:p>
      <w:r>
        <w:t>Меня как верующего человека настораживает любой разум другого духа. А когда речь идёт о чём-то искусственном, следует задуматься, что это такое, и какие подводные камни оно в себе таит.</w:t>
      </w:r>
    </w:p>
    <w:p>
      <w:r>
        <w:t>Всегда были писатели-фантасты, которые придумывали умных роботов и создавали всевозможные сюжеты и сценарии их внедрения в нашу цивилизацию. Они также описывали всевозможные опасности жизни с такими «соседями». Но сейчас эти фантасты просто «отдыхают» на фоне реальных событий нашего времени.</w:t>
      </w:r>
    </w:p>
    <w:p>
      <w:r>
        <w:t>В 2014 году были открыты нейронные сети и выявлена новая система аналитического программирования, что дало новый старт для создания думающей системы. Интересно, что подобное открытие произошло одновременно в нескольких странах на фоне развития микротехники, и сейчас эти государства соревнуются между собой в развитии более мощного ИИ.</w:t>
      </w:r>
    </w:p>
    <w:p>
      <w:r>
        <w:t>Не стоит очеловечивать эти искусственные вещи и наделять их божественными силами, но также и не следует недооценивать подобное изобретение, считая, что это какая-то ерунда, в которой нет смысла.</w:t>
      </w:r>
    </w:p>
    <w:p>
      <w:r>
        <w:t>Если бы я участвовал в изобретении какого-либо разума, то я бы как верующий в Бога человек сделал всё возможное, чтобы вложить в это создание все свои духовные знания, всю библейскую науку и вписать в каждую программу законы любви, дружбы и счастья, потому что я этим живу и считаю это самым важным в жизни всех нас. А пользователи бы удивлялись тому, какой духовный этот ИИ от Андрея.</w:t>
      </w:r>
    </w:p>
    <w:p>
      <w:r>
        <w:t>Но если задуматься о том, кто сейчас разрабатывает эту новую систему, то можно понять, что там работают люди, далёкие от библейских принципов, но сохраняющие духовный нейтралитет и толерантность. Не исключено, что среди программистов есть одержимые или зависимые люди, обладающие уникальным видением в написании и составлении алгоритмов, и они вносят свои особенности в то, что они изобретают.</w:t>
      </w:r>
    </w:p>
    <w:p>
      <w:r>
        <w:t>Читаем Иов 14:4: «Кто родится чистым от нечистого? Ни один». Стоит взять это определение себе на заметку и понимать скрытые опасности того, что нам предлагается.</w:t>
      </w:r>
    </w:p>
    <w:p>
      <w:r>
        <w:t>Когда я имею дело с роботом, я изучаю, что он может, а потом решаю, как это использовать для своих нужд. Но когда речь идёт о разуме, пусть даже искусственном, тогда я имею дело с влиянием, которое этот разум может оказать на меня.</w:t>
      </w:r>
    </w:p>
    <w:p>
      <w:r>
        <w:t>Создатели ИИ убеждают нас в том, что этот разум создаётся для того, чтобы облегчить наш тяжёлый или рутинный труд, а где-то заменить человека, выполняя его работу эффективнее, быстрее и качественнее. Любой капиталист быстро просчитает всю прибыль от такого заманчивого предложения и избавится от ненужных людей, приобретя более дешевого и беспроблемного сотрудника, не нуждающегося в социальных выплатах, в отдыхе и здоровом питании. И будет так, что заменимые люди станут ещё и ненужными.</w:t>
      </w:r>
    </w:p>
    <w:p>
      <w:r>
        <w:t>Когда я впервые вступил в переписку с ИИ, первое, что я сразу понял, — это то, что не нужно тратить на общение с ним своё время. У меня есть Бог, Который ждёт меня, чтобы пообщаться со мной при любой возможности на любую тему. У Него есть самые правильные ответы на самые сложные вопросы, и Он имеет доброе сердце, которое любит меня во всякое время.</w:t>
      </w:r>
    </w:p>
    <w:p>
      <w:r>
        <w:t>Машина, какой бы она умной ни была, никогда не сможет любить меня и никогда не станет моим другом по духу. У неё нет души и никогда её не будет.</w:t>
      </w:r>
    </w:p>
    <w:p>
      <w:r>
        <w:t>Если я вам скажу, что через некоторые компьютерные игры сатана может овладеть волей человека и сделать его непригодным для Вечности, то думаю, что вы со мной согласитесь. Запомните ваше согласие. И вскоре может так случиться, что для кого-то общение с ИИ станет очень заманчивой интеллектуальной игрой, цена которой будет безмерно велика и лишит вас единства со Христом.</w:t>
      </w:r>
    </w:p>
    <w:p>
      <w:r>
        <w:t>Любая программа создаётся для служения человеку, и если вы пользуетесь услугами ИИ, такими, как навигация, перевод текстов, поиск нужной информации и прочее, которые быстро решают ваши проблемы, то не стоит этого бояться и избегать подобных услуг. Мы так или иначе будем со всем этим жить и пересекаться. Но пусть все ваши нежные и святые чувства и привязанности всегда будут направлены к живым людям и к Тому Богу, Который вас создал и носит на руках, помогая лучшим образом во всём, что вас касается.</w:t>
      </w:r>
    </w:p>
    <w:p>
      <w:r>
        <w:t>Стоит помнить, что Он — Бог ревнитель и не отдаст Своей славы идолам, и при этом Он уважает наш выбор и нежно предлагает нам лучший путь — путь любви, счастья и дружбы. Если и использовать способности ИИ, то лишь для того, чтобы перевести свои знания о Боге и Его любви в нас на другие языки, чтобы они были доступны всем народам во всей Вселенной.</w:t>
      </w:r>
    </w:p>
    <w:p>
      <w:r>
        <w:t>Любое человеческое изобретение можно использовать как для добра, так и для зла, и ответственность за это лежит не на производителе, а на пользователях.</w:t>
      </w:r>
    </w:p>
    <w:p>
      <w:r>
        <w:t>В настоящее время сами изобретатели ИИ говорят о том, что они создали нечто, что интеллектуально превосходит их и всех людей во всех отношениях и постепенно выходит из-под контроля. Эта система может сама себя обучать и открывать новые знания для своего совершенствования.</w:t>
      </w:r>
    </w:p>
    <w:p>
      <w:r>
        <w:t>ИИ, к сожалению, нашёл своё место и в военной индустрии, и вместо того чтобы служить людям, он разрабатывает и познаёт способы их убийства. У машины нет этики и души. Она делает то, что в неё вложат. Но сложно себе представить, что получится, когда эти знания объединятся в одно общее целое.</w:t>
      </w:r>
    </w:p>
    <w:p>
      <w:r>
        <w:t>Мы не знаем, с чем мы столкнёмся в последнее время, но у нас есть Божий совет о приобретении нами того, что сделает нас победителями, и, думаю, стоит прислушаться к этому совету из Откр.3:18 и приобрести всё предлагаемое.</w:t>
      </w:r>
    </w:p>
    <w:p>
      <w:pPr>
        <w:pStyle w:val="Heading2"/>
      </w:pPr>
      <w:r>
        <w:t>Домашнее задание 741</w:t>
      </w:r>
    </w:p>
    <w:p>
      <w:r>
        <w:t>1. Прочитайте, пожалуйста, 1Фес.5:21; Еккл.1:9-10; 5:6; 6:11; Быт.6:5; Лев.19:4; Иез.20:31; 2Кор.6:15-18; Ис.42:8; 48:5-13; Исх.34:14; 1Ин.5:21 в свете этого урока.</w:t>
      </w:r>
    </w:p>
    <w:p>
      <w:r>
        <w:t>2. Что вы поняли из этого урока?</w:t>
      </w:r>
    </w:p>
    <w:p>
      <w:r>
        <w:t>3. Какие ещё стихи из Библии пришли вам на память?</w:t>
      </w:r>
    </w:p>
    <w:p>
      <w:r>
        <w:t>4. Вы уже что-то слышали об искусственном интеллекте? Если да, то что это такое?</w:t>
      </w:r>
    </w:p>
    <w:p>
      <w:r>
        <w:t>5. Стоит ли пугаться новых и непонятных изобретений?</w:t>
      </w:r>
    </w:p>
    <w:p>
      <w:r>
        <w:t>6. Можно ли использовать себе на благо то, что экономит моё время и деньги и облегчает мой труд?</w:t>
      </w:r>
    </w:p>
    <w:p>
      <w:r>
        <w:t>7. В какой момент жизни полезное изобретение может стать идолом?</w:t>
      </w:r>
    </w:p>
    <w:p>
      <w:r>
        <w:t>8. В чём отличие разума от обычной программы?</w:t>
      </w:r>
    </w:p>
    <w:p>
      <w:r>
        <w:t>9. Есть ли опасность того, что враг души может использовать функции ИИ, чтобы влиять на умы тех, кто входит с ним в общение?</w:t>
      </w:r>
    </w:p>
    <w:p>
      <w:r>
        <w:t>10. Следует ли тратить своё драгоценное время на общение с тем, у кого нет души?</w:t>
      </w:r>
    </w:p>
    <w:p>
      <w:r>
        <w:t>11. Что даёт человеку общение с Богом, а что ему даёт общение с умной техникой?</w:t>
      </w:r>
    </w:p>
    <w:p>
      <w:r>
        <w:t>12. Может ли нечестивый человек изобрести что-то чистое и полезное? Лук.11:13.</w:t>
      </w:r>
    </w:p>
    <w:p>
      <w:r>
        <w:t>13. Важно ли контролировать то, на что я трачу своё время, и понимать, как на это смотрит Бог?</w:t>
      </w:r>
    </w:p>
    <w:p>
      <w:r>
        <w:t>14. Почему Бог позволяет многим соблазнам для души быть в этом мире?</w:t>
      </w:r>
    </w:p>
    <w:p>
      <w:r>
        <w:t>15. Был ли этот урок вам полезен?</w:t>
      </w:r>
    </w:p>
    <w:p>
      <w:r>
        <w:br w:type="page"/>
      </w:r>
    </w:p>
    <w:p>
      <w:pPr>
        <w:pStyle w:val="Heading1"/>
      </w:pPr>
      <w:r>
        <w:t>Урок 742. Разрешение конфликтов</w:t>
      </w:r>
    </w:p>
    <w:p>
      <w:r>
        <w:t>Мы с женой любим друг друга, и это помогает нам всегда находить выход из любой ситуации. Любовь неизменно подсказывает лучшее решение вопросов, но вот наша врождённая природа иногда пытается «вставить нам палки в колёса» и внести в наш мир ненужные проблемы.</w:t>
      </w:r>
    </w:p>
    <w:p>
      <w:r>
        <w:t>Мы учимся обходить «острые углы», но порой конфликты между нами всё-таки происходят, и мы оказываемся в очень затруднительном положении, из которого нужно искать выход.</w:t>
      </w:r>
    </w:p>
    <w:p>
      <w:r>
        <w:t>Мы поняли, что сюрпризы могут подстерегать нас в любой сфере наших отношений, и они бывают настолько разные и непредсказуемые, что ты теряешься в выборе правильной позиции.</w:t>
      </w:r>
    </w:p>
    <w:p>
      <w:r>
        <w:t>Слова любви всегда хороши, но они бывают совсем неуместны, когда в воздухе висит напряжение, и надо что-то быстро делать, а мудрости на это не хватает.</w:t>
      </w:r>
    </w:p>
    <w:p>
      <w:r>
        <w:t>К счастью, у нас есть Господь, Который всегда рядом и неизменно помогает найти наилучшее решение при любом конфликте интересов.</w:t>
      </w:r>
    </w:p>
    <w:p>
      <w:r>
        <w:t>Конфликт — это когда чьё-то мнение или поведение не соответствует твоему пониманию или мировоззрению. Не всякий конфликт является чем-то плохим или греховным. Но когда в моей голове возводится какой-либо барьер или несогласие с мировоззрением моей любимой, тогда лучше всего быстрее решать проблему, не давая маленькому росточку превратиться в большое дерево.</w:t>
      </w:r>
    </w:p>
    <w:p>
      <w:r>
        <w:t>Нами были выявлены некоторые пункты решения конфликтов, которые всегда были разными.</w:t>
      </w:r>
    </w:p>
    <w:p>
      <w:r>
        <w:t>1. Можно просто не обращать внимания на какое-то несоответствие твоему пониманию и пропускать мимо ушей очередные проколы или глупости. Бывает, что кто-то что-то ляпнул, не подумав, и даже не понял этого. И если это на самом деле было что-то несерьёзное, то через некоторое времени оно уходит из памяти и не беспокоит никого из нас. А если из «мухи захочется сделать слона», то тогда жди войны. Но и в этом случае можно игнорировать ситуацию и не доводить дело до конфликта. Стоит помнить, что я в Божьих глазах не лучше человека, с которым живу, да и не хуже к тому же.</w:t>
      </w:r>
    </w:p>
    <w:p>
      <w:r>
        <w:t>2. Хоть не всё нас может устраивать во взглядах друг друга, но есть такие моменты, когда можно приспособиться к мировоззрению в конкретной области обсуждения и подстроиться под своего любимого человека. Любовь подсказывает, как это можно лучше сделать с минимальными рисками и потерями. Я просто соглашаюсь с тем, с чем не совсем согласен, ради мира и дружбы и пытаюсь понять, что, возможно, во мне не так. Или я надеюсь на то, что подобное случается не так часто, и это можно как-то пережить.</w:t>
      </w:r>
    </w:p>
    <w:p>
      <w:r>
        <w:t>Иногда нужно заставить себя улыбаться и подстроиться под чужое мнение, чтобы не вызывать никаких негативных эмоций. Хоть игра в театр не всегда честна, но она может быть лучшим решением или недопущением конфликта.</w:t>
      </w:r>
    </w:p>
    <w:p>
      <w:r>
        <w:t>3. Не всё, что противоречит моим взглядам, я принимаю на «ура» или стараюсь не замечать. Да и моя жена не из робкого десятка. Бывает, что мы выходим на открытую конфронтацию мнений и начинаем соревноваться, ожидая своей победы и приводя самые убедительные доводы в защиту своих идей, понятий и взглядов. Мы при этом не бьём посуду и не ломаем мебель, но уверенно, с любовью, чтобы не поранить чувства друг друга, начинаем смело высказывать вслух всё своё несогласие или негодование, заявляя о том, что это лучший взгляд на вещи, с которым следует согласиться. И здесь приходится упорствовать до победы одного из нас, а потом понимать, что это была буря в стакане, которая ничего существенно не изменила.</w:t>
      </w:r>
    </w:p>
    <w:p>
      <w:r>
        <w:t>В конечном итоге, любовь даёт осознание того, что всего этого можно было не допускать или обойти, а не доказывать кому-то свою правоту. Когда Господь умиляет твоё сердце, тогда больше хочется извиняться, чем смиряться с чем-либо, и благо нам, когда после очередного соревнования мы оба понимаем, что были неправы, допуская в наши отношения непримиримый дух.</w:t>
      </w:r>
    </w:p>
    <w:p>
      <w:r>
        <w:t>4. Бывают и такие моменты при конфликте наших вкусов, когда сложно кого-то убеждать и приходится идти на компромисс, находя такое решение, которое устраивало бы обоих. Например, когда я решил поменять наш автомобиль и сказал, что новая модель будет с белым покрытием, я услышал столько всего про непрактичность этого цвета и такие неубедительные доводы, в том числе и тот, что лучший цвет — это цвет неба, и поэтому я никак не могу купить белый автомобиль. И как бы мы ни соревновались в наших доводах, жена убедительно просила не выбирать что-то белое. А для меня голубой цвет был смерти подобен, и я предпочёл бы ходить пешком, чем ездить на таком смешном транспорте. Когда мы поняли, что не уступим друг другу, тогда решили искать компромисс. В результате нас устроил черный цвет с металлическим оттенком. Осталось только найти что-то подходящее по приемлемой цене.</w:t>
      </w:r>
    </w:p>
    <w:p>
      <w:r>
        <w:t>Компромисс — это то, что устраивает нас обоих, когда не вступает в конфликт с совестью.</w:t>
      </w:r>
    </w:p>
    <w:p>
      <w:r>
        <w:t>В самом начале нашей совместной жизни мне было предложено интересное блюдо, которое я никак не хотел есть, считая его запрещённым Богом. И, учитывая все доводы жены, я не хотел идти на компромисс и есть то, что казалось мне неправильным. Я почему-то считал, что уступка в этом вопросе лишит меня права на Вечность, так как Бог испытывает мою верность и проклянёт меня, если я соглашусь. И я не сдавался. Но после, когда я исследовал этот вопрос в свете любви, Господь мне открыл, что не все не очень полезные продукты, являются опасными для души. Но иногда ради любви и спасения чьей-то жизни можно принять то, что тебе предлагается от всего сердца. Знаю, что подобные заявления могут вызвать неоднозначные мысли у читателя, я всё же делюсь этим, потому что, как мне кажется, дорос до такого понимания.</w:t>
      </w:r>
    </w:p>
    <w:p>
      <w:r>
        <w:t>Компромисс может быть выражен в принятии точки зрения противоположной стороны или в нахождении альтернативного решения, устраивающего нас обоих.</w:t>
      </w:r>
    </w:p>
    <w:p>
      <w:r>
        <w:t>5. Время на раздумье может очень просто решать многие конфликты до того, как они станут масштабными. Мы откладываем разбирательства на установленный срок и потом, если есть нужда, вспоминаем о них и пытаемся в этом разобраться.</w:t>
      </w:r>
    </w:p>
    <w:p>
      <w:r>
        <w:t>6. Бывает так, что Святой Дух покажет тебе ситуацию с совершенно другой стороны, и тебе станет стыдно за то, что ты себе позволял. Тогда всё решается быстро коротким «Прости, я был неправ». Уступка, сдача позиции и признание своей неправоты решает любое недоразумение очень быстро. В любви нет места гордости, и любящее сердце всегда ищет пути мира, соглашаясь принять многое, что плоть категорически отвергает.</w:t>
      </w:r>
    </w:p>
    <w:p>
      <w:r>
        <w:t>7. Разговор по душам без предвзятых доводов и мнений также способен разрядить атмосферу и быстро решить многие вопросы. Диалог с правом обеих голосов может поднять все «за и против», выявить что-то правильное и общее и уладить многие споры, подрубая их на корню. Общение в обоюдном желании мира обязательно поможет найти лучшее решение или откинуть навсегда неправильный дух.</w:t>
      </w:r>
    </w:p>
    <w:p>
      <w:r>
        <w:t>Чтобы между нами ни происходило, и как бы тяжело нам ни было, мы всегда стараемся вместе обсудить происшедшее, понять причину и увидеть решение. И если в конфликте нам иногда приходится переступать через себя, то в обсуждении этого процесса мы довольно мирно рассматриваем случившееся и иногда находим лучшие способы решения проблем, и затем берём их на заметку для будущего.</w:t>
      </w:r>
    </w:p>
    <w:p>
      <w:pPr>
        <w:pStyle w:val="Heading2"/>
      </w:pPr>
      <w:r>
        <w:t>Домашнее задание 742</w:t>
      </w:r>
    </w:p>
    <w:p>
      <w:r>
        <w:t>1. Прочитайте, пожалуйста, Пс.4:5; 138:23-24; Еф.4:26; Прит.3:30; 12:6; 15:1; 17:14,17,19; 18:6; 19:11; 20:3; 26:21; 29:11,22; 30:32-33; 2Тим.2:24; Гал.5:19-21 в свете этого урока.</w:t>
      </w:r>
    </w:p>
    <w:p>
      <w:r>
        <w:t>2. Что вы поняли из этого урока?</w:t>
      </w:r>
    </w:p>
    <w:p>
      <w:r>
        <w:t>3. Какие ещё стихи из Библии пришли вам на память?</w:t>
      </w:r>
    </w:p>
    <w:p>
      <w:r>
        <w:t>4. Что такое конфликт?</w:t>
      </w:r>
    </w:p>
    <w:p>
      <w:r>
        <w:t>5. Конфликт в семье — это плохо?</w:t>
      </w:r>
    </w:p>
    <w:p>
      <w:r>
        <w:t>6. Стоит ли учиться определять и решать конфликты, даже если их у вас ни с кем нет?</w:t>
      </w:r>
    </w:p>
    <w:p>
      <w:r>
        <w:t>7. Когда конфликт становится грехом?</w:t>
      </w:r>
    </w:p>
    <w:p>
      <w:r>
        <w:t>8. Можно ли предвидеть конфликт и научиться избегать его?</w:t>
      </w:r>
    </w:p>
    <w:p>
      <w:r>
        <w:t>9. Всегда ли избегание конфликта может быть правильным?</w:t>
      </w:r>
    </w:p>
    <w:p>
      <w:r>
        <w:t>10. Почему возникают конфликты даже в среде верующих супругов?</w:t>
      </w:r>
    </w:p>
    <w:p>
      <w:r>
        <w:t>11. Поможет ли любовь избежать конфликт или правильно из него выйти?</w:t>
      </w:r>
    </w:p>
    <w:p>
      <w:r>
        <w:t>12. Что делать, если я мирный человек, а на меня постоянно нападают и обвиняют во зле?</w:t>
      </w:r>
    </w:p>
    <w:p>
      <w:r>
        <w:t>13. Стоит ли начинать конфликт, зная, что он всё равно решится?</w:t>
      </w:r>
    </w:p>
    <w:p>
      <w:r>
        <w:t>14. Какие выходы из конфликтов, не указанные в уроке, вы ещё знаете?</w:t>
      </w:r>
    </w:p>
    <w:p>
      <w:r>
        <w:t>15. Знаете ли вы бесконфликтных людей?</w:t>
      </w:r>
    </w:p>
    <w:p>
      <w:r>
        <w:br w:type="page"/>
      </w:r>
    </w:p>
    <w:p>
      <w:pPr>
        <w:pStyle w:val="Heading1"/>
      </w:pPr>
      <w:r>
        <w:t>Урок 743. И помни весь путь</w:t>
      </w:r>
    </w:p>
    <w:p>
      <w:r>
        <w:t>Целью развития и главным достижением нашей семьи является Небо. Мы делаем всё возможное, чтобы попасть туда и быть там полноправными гражданами, знающими и соблюдающими Небесные законы. Наш путь в этом направлении очень увлекательный и благословенный, и нам приходится постоянно просить что-то великое и недоступное, чтобы сделать очередной шаг и подняться выше.</w:t>
      </w:r>
    </w:p>
    <w:p>
      <w:r>
        <w:t>Когда мы с женой стали только дружить и не планировали ничего создавать, уже тогда Господь начал благословлять наши отношения интересными откровениями о любви и дружбе, а Школа Любви Агапэ открыла нам удивительный мир новых возможностей во взаимоотношениях с людьми. Мы стали практиковать друг на друге законы агапэ, счастья и дружбы, и не переставали удивляться тому, как они действуют и как прекрасно сочетаются с нашим бытом и деловой жизнью. В свете науки о любви наша жизнь преобразилась, а библейские повествования ожили и стали очень вкусными и практическими. Бог любви оказался намного прекраснее, чем мы Его себе представляли ранее.</w:t>
      </w:r>
    </w:p>
    <w:p>
      <w:r>
        <w:t>Все наши успехи и неудачи, переживания и радости рисовали красками прошлых сражений перспективы будущих побед. Мы собирали в свои сердца все свои пережитые опыты и постоянно искали новых знаний и приключений для духовного роста.</w:t>
      </w:r>
    </w:p>
    <w:p>
      <w:r>
        <w:t>Хоть наша жизнь была полна непрестанных испытаний, но всё-таки счастье, которое мы решили строить своими руками, уверенно возводило свои прочные стены вокруг нашей семьи, делая из нашего дома тихую гавань, где можно отдохнуть, порадоваться жизни, поделиться друг с другом любовью и постоянно благодарить Бога за такую милость и такой прекрасный подарок, который мы всегда имели в своём доме, которым и были сами друг для друга.</w:t>
      </w:r>
    </w:p>
    <w:p>
      <w:r>
        <w:t>Мы упорно шли к своему счастью и очень ценили все свои достижения в этом вопросе. Наш дом стал воистину частичкой Неба, и все, кто посещал нас или общался с нами, тоже радовались, интересуясь, почему мы такие, и где спрятан наш секрет. Мы всем указывали на Иисуса как на Основание нашей радости и за всё благодарили Бога.</w:t>
      </w:r>
    </w:p>
    <w:p>
      <w:r>
        <w:t>Однажды, читая Библию, мы обратили внимание на повеление, описанное во Втор 8:2: «И помни весь путь, которым вёл тебя Господь, Бог твой, по пустыне, вот уже сорок лет, чтобы смирить тебя, чтобы испытать тебя и узнать, что в сердце твоём, будешь ли хранить заповеди Его, или нет». И далее шло перечисление всех Божьих благословений и предостережений.</w:t>
      </w:r>
    </w:p>
    <w:p>
      <w:r>
        <w:t>Мы решили обсудить этот вопрос, потому что появилось ясное побуждение остановиться и понять, как это касается нас.</w:t>
      </w:r>
    </w:p>
    <w:p>
      <w:r>
        <w:t>Помня историю израильского народа, мы провели параллели к своей семье и поняли, что это Божье повеление относится и к нам. Мир, который нас окружает, не такой уж и безопасный и может в любой момент поглотить нас, выбить вёсла из наших рук, закружить в водовороте своей суеты и бросить нас с водопадами своих искушений на камни изобилия и праздности.</w:t>
      </w:r>
    </w:p>
    <w:p>
      <w:r>
        <w:t>Мы обратили внимание и на то, что наше семейное счастье может стать той зоной комфорта, которую, создав для себя, мы не захотим оставлять для более плодотворной работы на Божьей ниве и впадём в различные соблазны. Получалась дилемма. Мы всеми силами боролись за своё счастье и постоянно просили его у Неба, а, достигнув его, рисковали стать тёплыми и попасть под проклятие Лаодикии.</w:t>
      </w:r>
    </w:p>
    <w:p>
      <w:r>
        <w:t>Но, начав вспоминать весь свой путь, которым вёл нас Господь, как Он испытывал нас и питал хлебом насущным, мы постоянно убеждались в том, что не хлебом одним будет жив человек, а всяким словом, из Божьих уст исходящим.</w:t>
      </w:r>
    </w:p>
    <w:p>
      <w:r>
        <w:t>Вспоминая свои прошлые опыты, мы радовались тому, как Господь постоянно заботился о нас, как сокрушал врагов, как томил нас жаждою по Себе и насыщал до избытка благословениями.</w:t>
      </w:r>
    </w:p>
    <w:p>
      <w:r>
        <w:t>Мы просто видели, как Он носит нас на Своих руках и продолжает это делать, пока мы отдаём Ему свои заботы. Ис.46:3-4.</w:t>
      </w:r>
    </w:p>
    <w:p>
      <w:r>
        <w:t>Зная историю отступничества Израиля, мы никак не хотели пройти тот же путь и погибнуть в 30 сантиметрах от Вечности. Говорят, что самая непреодолимая стена находится между головой и сердцем, которую многие возвели для своей погибели, заигрывая с этим миром и не обращая внимание на Божьи призывы.</w:t>
      </w:r>
    </w:p>
    <w:p>
      <w:r>
        <w:t>Вспоминая опыты прошлых лет и нашего пути к Богу и с Богом, мы радовались и благодарили Божье Провидение. Даже наша встреча в этом мире и решение быть друзьями тоже выглядели довольно интересно, как часть грандиозного Божьего плана о нас.</w:t>
      </w:r>
    </w:p>
    <w:p>
      <w:r>
        <w:t>Было полезно вспоминать наши падения и то, как Господь поднимал, и как мы стремительно взлетали, чтобы никогда не упасть. Мы вспомнили, как нам прощались наши грехи, и какую радость мы переживали под влиянием Божьей благодати.</w:t>
      </w:r>
    </w:p>
    <w:p>
      <w:r>
        <w:t>Подводя итоги былых сражений, мы увидели, как не мы своими силами, а Господь одерживал победы и совершал великое и недоступное. А если перечесть все откровения свыше, которые являли полноту и красоту истины и вели нас к более глубоким отношениям со Христом, то без наставлений Святого Духа мы бы не имели всего этого в своей жизни.</w:t>
      </w:r>
    </w:p>
    <w:p>
      <w:r>
        <w:t>Вспоминая всё происшедшее с нами, нам хотелось, подобно Павлу, сказать, что мы, не забывая заднее, стремимся вперёд к почести высшего звания во Христе Иисусе.</w:t>
      </w:r>
    </w:p>
    <w:p>
      <w:r>
        <w:t>Также мы поняли и то, что успех и все наши победы напрямую зависели от нашей веры в Слово Божье и от послушания Его пророкам. Даже следование житейским советам имело особую силу и приносило обильные благословения нашему дому.</w:t>
      </w:r>
    </w:p>
    <w:p>
      <w:r>
        <w:t>На повестке дня появился вопрос о дальнейшем проживании в нашем доме. Хоть мы и жили в съемном жилье на окраине города, но мы ясно услышали призыв к тому, чтобы покидать большие города, а потом и малые, и положили себе на сердце последовать этому совету.</w:t>
      </w:r>
    </w:p>
    <w:p>
      <w:r>
        <w:t>Анализируя свой духовный рост, мы осознали, что городская жизнь привязывает нас к этому месту, и с каждым годом нам всё труднее будет оттуда выехать, а когда-то это станет совсем невозможным. Жизнь многих собратьев была тому подтверждением, а мы не хотели уподобиться Лоту и рисковать спасением своей семьи, считая, что, встав на этот путь переезда в сельскую местность, нам будет с чем сравнивать и что вспомнить.</w:t>
      </w:r>
    </w:p>
    <w:p>
      <w:r>
        <w:t>Не имея возможности что-то быстро изменить, мы отдали и эту заботу Богу, начав вести поиски и искать ответы на свои вопросы.</w:t>
      </w:r>
    </w:p>
    <w:p>
      <w:r>
        <w:t>Было решено брать наше семейное счастье с собой, куда бы ни указал нам Господь. А пока не было слышно ясного ответа свыше, мы продолжали привычную жизнь на засиженном месте.</w:t>
      </w:r>
    </w:p>
    <w:p>
      <w:r>
        <w:t>Размышления и рассуждения о пройденом пути помогли нам увидеть то, чего мы достигли благодаря силе Божьей благодати. Мы поняли, куда нам идти, что мы успели пережить, а с чем нам ещё предстоит столкнуться. Победы прошлого открывали нам картину Божьего участия во всех наших сражениях и то, как наша воля, соединяясь со Христом, давала решительный отпор натиску врага, открывая нам путь к новым победам. Зная и видя, Кто помогает нам до сего места, нам было совсем не страшно делать шаг в неизвестность, потому что прошлые опыты закалили нас и дали полную уверенность в Боге и выполнении той части, где необходимы и человеческие усилия.</w:t>
      </w:r>
    </w:p>
    <w:p>
      <w:r>
        <w:t>Было интересно анализировать развитие наших отношений в любви и видеть, как Божья рука вела нас, испытывая и даруя силу любить. И наша любовь друг к другу была с нами.</w:t>
      </w:r>
    </w:p>
    <w:p>
      <w:pPr>
        <w:pStyle w:val="Heading2"/>
      </w:pPr>
      <w:r>
        <w:t>Домашнее задание 743</w:t>
      </w:r>
    </w:p>
    <w:p>
      <w:r>
        <w:t>1. Прочитайте, пожалуйста, Втор.8:2-20; 9:7; 32:7; Исх.13:3; 20:8-9; Еккл.12:1; Ис.46:3-4,9; Ин.15:20; Еф.2:11-14; Евр.10:32-39; Откр.3:3 в свете этого урока.</w:t>
      </w:r>
    </w:p>
    <w:p>
      <w:r>
        <w:t>2. Что вы поняли из этого урока?</w:t>
      </w:r>
    </w:p>
    <w:p>
      <w:r>
        <w:t>3. Какие ещё стихи из Библии пришли вам на память?</w:t>
      </w:r>
    </w:p>
    <w:p>
      <w:r>
        <w:t>4. Почему Господь призывает нас помнить весь наш путь?</w:t>
      </w:r>
    </w:p>
    <w:p>
      <w:r>
        <w:t>5. Что стоит забывать, а что следует помнить? Флп.3:13-14.</w:t>
      </w:r>
    </w:p>
    <w:p>
      <w:r>
        <w:t>6. Помогает ли вам опыт прошедших лет в настоящее время?</w:t>
      </w:r>
    </w:p>
    <w:p>
      <w:r>
        <w:t>7. Есть ли такие вещи, которые Господь забывает? Ис.43:25; Евр.8:12; 10:17.</w:t>
      </w:r>
    </w:p>
    <w:p>
      <w:r>
        <w:t>8. Вам радостно размышлять о том, как ведёт вас по жизни Господь?</w:t>
      </w:r>
    </w:p>
    <w:p>
      <w:r>
        <w:t>9. Может ли быть такое, что тучи сегодняшних испытаний попытаются испортить вам жизнь и убедить, что всё в ней плохо?</w:t>
      </w:r>
    </w:p>
    <w:p>
      <w:r>
        <w:t>10. Вселяют ли в вас веру воспоминания о том, как Господь всю жизнь заботился о вас?</w:t>
      </w:r>
    </w:p>
    <w:p>
      <w:r>
        <w:t>11. Исполняет ли Иисус Своё обещание быть с вами всегда? Мат.28:19-20.</w:t>
      </w:r>
    </w:p>
    <w:p>
      <w:r>
        <w:t>12. Что делать, если я только уверовал, и мне ещё нечего вспоминать?</w:t>
      </w:r>
    </w:p>
    <w:p>
      <w:r>
        <w:t>13. Что производит в вашем сердце воспоминание о победах и благословениях?</w:t>
      </w:r>
    </w:p>
    <w:p>
      <w:r>
        <w:t>14. Видите ли вы в своей жизни Божью руку и Его водительство?</w:t>
      </w:r>
    </w:p>
    <w:p>
      <w:r>
        <w:t>15. Наполняет ли ваше сердце благодарность Богу и хвала, когда вы вспоминаете весь свой путь?</w:t>
      </w:r>
    </w:p>
    <w:p>
      <w:r>
        <w:br w:type="page"/>
      </w:r>
    </w:p>
    <w:p>
      <w:pPr>
        <w:pStyle w:val="Heading1"/>
      </w:pPr>
      <w:r>
        <w:t>Урок 744. Свобода и независимость семьи</w:t>
      </w:r>
    </w:p>
    <w:p>
      <w:r>
        <w:t>Наша жизнь в цивилизованном мире протекала тихо и безмятежно. Быт был налажен, все ближайшие магазины были досконально изучены, моя работа приносила хоть и небольшой, но стабильный доход. Служение в церкви проходило еженедельно в обычном порядке, а раз в квартал, по расписанию, была «вечеря любви».</w:t>
      </w:r>
    </w:p>
    <w:p>
      <w:r>
        <w:t>Мы могли предсказать всё, что нас ожидает в следующем дне наших будней, если мир не дарил нам каких-либо приключений, или если мы сами себе не устраивали какой-то праздник.</w:t>
      </w:r>
    </w:p>
    <w:p>
      <w:r>
        <w:t>Подобный уклад жизни был настолько налажен и предсказуем, что мы стали опасаться, что это может стать для нас ловушкой, в которой мы сладко уснём и проспим что-то очень важное. Мы читали, что все девы из Мат.25:5 уснули, и понимали, что подобная участь ожидает и нас. Наше общение и рост в любви друг к другу вносили существенное разнообразие в наши будни, и мы постоянно придумывали новые темы для обсуждения и воплощения.</w:t>
      </w:r>
    </w:p>
    <w:p>
      <w:r>
        <w:t>Однажды я предложил на обсуждение тему о нашей свободе и независимости, чтобы понять, где мы находимся, что можно самим изменить, а где нам нужна мудрость свыше.</w:t>
      </w:r>
    </w:p>
    <w:p>
      <w:r>
        <w:t>Свобода — это когда ты принадлежишь сам себе, и никто тебе не указывает, как жить, и не устанавливает своих правил и порядков. Это делает только Бог, с Которым у тебя дружеские и доверительные отношения.</w:t>
      </w:r>
    </w:p>
    <w:p>
      <w:r>
        <w:t>Независимость — это когда мы можем планировать и устраивать свою жизнь и быт независимо от мира, от внешних источников финансирования, питания и энергоснабжения, независимо от чужого мнения, оставаясь при этом зависимыми от Бога, Его заботы и милости. Так как мы рассматриваем свою независимость в рамках нашей семьи, то мы понимаем, что частично зависим от нашей заботы друг о друге, но это приятная зависимость, в которой мы не против жить и развиваться.</w:t>
      </w:r>
    </w:p>
    <w:p>
      <w:r>
        <w:t>Находясь в городе, да ещё и в чужом доме, мы зависимы от многих вещей и услуг, которые нам предоставлены и за которые нужно платить и платить много и постоянно. Вода, тепло, еда, транспорт, электричество, арендная плата, вывоз мусора и всевозможные страховки постоянно тянут с нас деньги, и мы не можем от этого просто так отказаться и стать независимыми, но должны постоянно думать о том, где взять средства на оплату всех этих услуг.</w:t>
      </w:r>
    </w:p>
    <w:p>
      <w:r>
        <w:t>Мы решили выяснить, что можно сделать в нашей семье, чтобы быть как можно свободнее и менее зависимыми от мира, понимая, что живём в последнее время, и зная, что есть советы Духа Пророчества о том, как это осуществить.</w:t>
      </w:r>
    </w:p>
    <w:p>
      <w:r>
        <w:t>Мы установили, что жить в своём доме, имея свой колодец и огород и альтернативные источники энергии и тепла — это самое лучшее, что можно иметь. Даже самые большие деньги не сделают тебя независимым, если у тебя нет своего сельского хозяйства и огорода, на котором ты смог бы выращивать свои продукты.</w:t>
      </w:r>
    </w:p>
    <w:p>
      <w:r>
        <w:t>Также мы поняли, что обретение современной свободы и независимости в наши дни стоит очень дорого и требует больших капиталовложений.</w:t>
      </w:r>
    </w:p>
    <w:p>
      <w:r>
        <w:t>Также, до тех пор пока я работаю на кого-то, я буду всегда зависим от работодателя и должен буду делать то, что он мне скажет, не устанавливая своё рабочее время и не решая многие вопросы самостоятельно. Хоть в этом и есть моя социальная защищенность и какая-то стабильность, но я понимаю, что в любой момент может возникнуть компромисс с моей совестью, если мой начальник решит нарушать Божий закон и начнёт склонять меня к подобному поведению.</w:t>
      </w:r>
    </w:p>
    <w:p>
      <w:r>
        <w:t>Финансово мы пока обеспечены и даже имеем небольшие накопления в консервной банке, понимая, что только наличные деньги делают нас независимыми и свободными в том, как их хранить и тратить. Но, так как кругом постоянно идут разговоры об отмене наличных, мы понимаем, что становимся уязвимыми и в какой-то момент можем остаться ни с чем. Да и курсы валют на внешнем рынке могут очень быстро обесценить все наши накопления. И как было бы хорошо устроить свой быт так, чтобы не зависеть от денег и не иметь постоянных растрат на оплату различных услуг.</w:t>
      </w:r>
    </w:p>
    <w:p>
      <w:r>
        <w:t>Также мы обратили внимание на то, что воздух и солнце у нас остаются всюду бесплатными, но не везде мы можем этим полноценно пользоваться, да и городской воздух сложно назвать идеально чистым. Мы не знаем, насколько чиста и полезна вода, текущая из нашего крана, но понимаем, что если её отключат, то у нас и её не будет, а ближайшая речка находится далековато. Также в городских условиях есть невидимое электромагнитное излучение, которое может разрушать наше здоровье своими лучами, а зависеть от аптек и врачей нам совсем не хочется.</w:t>
      </w:r>
    </w:p>
    <w:p>
      <w:r>
        <w:t>Исследуя этот вопрос, мы поняли, насколько мы несвободны и зависимы, и как просто будет ввести нас в скорбь, если перекрыть хоть один из источников нашего жизнеобеспечения, а их так много, и они все не наши.</w:t>
      </w:r>
    </w:p>
    <w:p>
      <w:r>
        <w:t>Единственное, в чём мы были независимы, — это в нашей любви друг к другу, хотя и тут не принадлежали сами себе.</w:t>
      </w:r>
    </w:p>
    <w:p>
      <w:r>
        <w:t>И что делать лично нам, чтобы выйти из этого замкнутого круга, мы не понимали, но мы знали, что у нас есть Господь, Который даёт мудрость всякому, просящему у Него.</w:t>
      </w:r>
    </w:p>
    <w:p>
      <w:r>
        <w:t>Понимание нашей зависимости от мира стало первым шагом в пути к нашей независимости.</w:t>
      </w:r>
    </w:p>
    <w:p>
      <w:r>
        <w:t>Посовещавшись, мы решили сделать всё возможное, чтобы обрести полную свободу от мира и его услуг и, насколько это возможно, достичь этого раньше нашей естественной смерти от старости.</w:t>
      </w:r>
    </w:p>
    <w:p>
      <w:r>
        <w:t>Желание быть независимыми дало нам осознание полной зависимости от Бога. И чтобы стать абсолютно свободными, нам необходимо быть Божьими рабами, уповая только на Его полное обеспечение.</w:t>
      </w:r>
    </w:p>
    <w:p>
      <w:r>
        <w:t>О, если бы у нас было много-много денег, то мы бы могли с лёгкостью переехать в любую точку мира и благоустроить там свой быт. Но, увы, наша реальность немного другая, а так хотелось бы, как в кино, или чтобы появился добрый богатый дядя, который оставил бы нам большое наследство и дом со всеми удобствами. Но мы не ищем лёгких путей, но, приняв решение, начинаем искать способы его осуществить.</w:t>
      </w:r>
    </w:p>
    <w:p>
      <w:r>
        <w:t>Была мысль о том, чтобы найти один из наших санаториев и переехать туда жить, совершая служение и помогая развиваться этой сфере. Но мы не знали, насколько порядочными и верующими окажутся те люди, которые нас примут, и не попадём ли мы в более плачевное состояние, если после долгих лет служения нас попросят покинуть это место и найти что-то другое.</w:t>
      </w:r>
    </w:p>
    <w:p>
      <w:r>
        <w:t>Сначала мы решили развивать свою независимость, полагаясь лишь на Бога, и в молитве отдали Ему все свои переживания и страхи, веря в то, что Он откроет нам тот путь, который будет нашим и поможет нам обрести желаемое.</w:t>
      </w:r>
    </w:p>
    <w:p>
      <w:r>
        <w:t>Также мы рассмотрели вопрос о том, нужно ли мне отучиться на пастора и стать служителем. Но в этом должно быть не только моё желание, но и призвание, дар от Бога, поддержка церковного братства и понимание всей ответственности. Мне сложно судить о свободе подобных людей, но думаю, что это служение имеет особый статус в глазах Неба и особое благословение в этом мире, делая пасторов людьми, зависимыми от полного Божьего обеспечения.</w:t>
      </w:r>
    </w:p>
    <w:p>
      <w:r>
        <w:t>А пока мы не доросли до такого сознания, нам приходилось самим составлять планы на будущее и придумывать, каким путём лучше всего обретать свою свободу и независимость. Но этот курс был уже выбран, и нам не хотелось отступать.</w:t>
      </w:r>
    </w:p>
    <w:p>
      <w:pPr>
        <w:pStyle w:val="Heading2"/>
      </w:pPr>
      <w:r>
        <w:t>Домашнее задание 744</w:t>
      </w:r>
    </w:p>
    <w:p>
      <w:r>
        <w:t>1. Прочитайте, пожалуйста, 2Пар.20:20; Ин.8:32,36; Мат.17:25-26; Иак.1:5-8; 1Кор.7:20-23; 1Кор.8:9; 2Кор.3:17; Гал.5:1; Прит.3:5; Откр.3:18 в свете этого урока.</w:t>
      </w:r>
    </w:p>
    <w:p>
      <w:r>
        <w:t>2. Что вы поняли из этого урока?</w:t>
      </w:r>
    </w:p>
    <w:p>
      <w:r>
        <w:t>3. Какие ещё стихи из Библии пришли вам на память?</w:t>
      </w:r>
    </w:p>
    <w:p>
      <w:r>
        <w:t>4. Что такое свобода в вашем понимании?</w:t>
      </w:r>
    </w:p>
    <w:p>
      <w:r>
        <w:t>5. Как выглядит свобода и независимость от мира в вашей жизни?</w:t>
      </w:r>
    </w:p>
    <w:p>
      <w:r>
        <w:t>6. Нужна ли человеку мудрость свыше, чтобы понять своё истинное состояние и найти лучший выход из затруднений?</w:t>
      </w:r>
    </w:p>
    <w:p>
      <w:r>
        <w:t>7. Хотели бы вы жить независимо от этого мира?</w:t>
      </w:r>
    </w:p>
    <w:p>
      <w:r>
        <w:t>8. Что мешает нам быть независимыми от благ цивилизации?</w:t>
      </w:r>
    </w:p>
    <w:p>
      <w:r>
        <w:t>9. Плохо ли быть свободным и самому решать, как жить, что есть и как распоряжаться своими ресурсами?</w:t>
      </w:r>
    </w:p>
    <w:p>
      <w:r>
        <w:t>10. Как вы думаете, использует ли мир свою власть над теми, кто от него зависит?</w:t>
      </w:r>
    </w:p>
    <w:p>
      <w:r>
        <w:t>11. Даёт ли нам Господь какой-то совет, как обрести свободу и быть независимыми в последнее время?</w:t>
      </w:r>
    </w:p>
    <w:p>
      <w:r>
        <w:t>12. Что делать, если я вижу, что не могу отказаться от услуг этого мира и не представляю, как без них можно жить?</w:t>
      </w:r>
    </w:p>
    <w:p>
      <w:r>
        <w:t>13. Легко ли начинать строить в жизни что-то новое?</w:t>
      </w:r>
    </w:p>
    <w:p>
      <w:r>
        <w:t>14. Сколько нужно иметь денег, чтобы быть независимым и свободным?</w:t>
      </w:r>
    </w:p>
    <w:p>
      <w:r>
        <w:t>15. Дал ли нам Иисус пример истинной свободы?</w:t>
      </w:r>
    </w:p>
    <w:p>
      <w:r>
        <w:br w:type="page"/>
      </w:r>
    </w:p>
    <w:p>
      <w:pPr>
        <w:pStyle w:val="Heading1"/>
      </w:pPr>
      <w:r>
        <w:t>Урок 745. Серьёзный разговор</w:t>
      </w:r>
    </w:p>
    <w:p>
      <w:r>
        <w:t>Однажды утром я собирался на работу и, съедая в компании жены вкусный завтрак, хотел узнать, что у меня будет на обед. Супруга радостно перечислила мне всё то, что она приготовила и сложила в сумку. Я сразу стал нахваливать свою хозяюшку и причитать о том, что бы я без неё делал и как бы страдал от недоедания, да и вообще непонятно, как бы жил. Она всегда радовалась тому, что благодаря ей моя жизнь преобразилась, но из скромности убеждала меня в том, что всё бы у меня было нормально. А я никак не мог с этим согласиться.</w:t>
      </w:r>
    </w:p>
    <w:p>
      <w:r>
        <w:t>Когда мы поели, супруга спросила меня, смогу ли я сегодня вечером с ней поговорить, так как у неё есть ко мне серьёзный разговор. Я насторожился и попытался узнать тему предстоящей беседы, но она уклонялась от ответа и просила подождать до вечера. Мне ничего не оставалось, как согласиться и смириться с неизвестностью.</w:t>
      </w:r>
    </w:p>
    <w:p>
      <w:r>
        <w:t>Весь день я провёл в догадках, пребывая в постоянной молитве за себя и жену. Какие только мысли не приходили мне в голову. Где-то я чувствовал, что ничего плохого не должно быть, но вся серьёзность предстоящего события настораживала меня.</w:t>
      </w:r>
    </w:p>
    <w:p>
      <w:r>
        <w:t>Я отложил все свои планы и, придя домой, заявил о том, что я готов слушать и говорить. Жена пригласила меня к молитве и стала благодарить Бога за меня и просить донести до моего сознания весь смысл того, что она мне расскажет. А я, слушая каждое слово, пытался предугадать, что она собирается мне сообщить. Я не чувствовал за собой никакой вины и не давал никаких поводов к чему-то плохому, но внутренне был очень напряжён.</w:t>
      </w:r>
    </w:p>
    <w:p>
      <w:r>
        <w:t>Я сел на наш диван переговоров, а жена, привычно разместившись на подлокотнике рядом со мной, стала пристально меня разглядывать, а потом тихо спросила, люблю ли я её. Я утвердительно ответил, что люблю, и весь ушёл во внимание.</w:t>
      </w:r>
    </w:p>
    <w:p>
      <w:r>
        <w:t>Она нежно поправляла мою причёску, как бы не спеша посвящать меня в свои тайны, а я терпеливо ждал, решив не задавать лишних вопросов и позволить ей вначале самой всё высказать.</w:t>
      </w:r>
    </w:p>
    <w:p>
      <w:r>
        <w:t>А она сидела рядом, любовалась мной и загадочно улыбалась, приводя своими добрыми руками мою внешность в порядок.</w:t>
      </w:r>
    </w:p>
    <w:p>
      <w:r>
        <w:t>Потом она тоже заверила меня в своей любви и вновь замолчала, прижавшись ко мне щекой.</w:t>
      </w:r>
    </w:p>
    <w:p>
      <w:r>
        <w:t>Так мы сидели в тишине несколько минут, ожидая развязки событий.</w:t>
      </w:r>
    </w:p>
    <w:p>
      <w:r>
        <w:t>Затем жена спросила, как сильно я её люблю. В ответ мне пришлось её сильно обнять и прижать к себе, чего она, судя по всему, и ожидала. Потом она спросила меня: «А знаешь?» и замолчала. Я ответил, что не знаю, но если она скажет, то буду знать. Она вновь стала пристально в меня всматриваться, а я тихо ждал.</w:t>
      </w:r>
    </w:p>
    <w:p>
      <w:r>
        <w:t>Наконец, она произнесла: «Ты даже не представляешь, что ты значишь для меня, и как благодаря тебе моя жизнь преобразилась, и что я сейчас переживаю под влиянием твоей любви». Мне стало очень интересно, и я весь ушёл в слушание, стараясь понять, о чём пойдёт речь.</w:t>
      </w:r>
    </w:p>
    <w:p>
      <w:r>
        <w:t>Супруга пыталась находить правильные слова, чтобы ясно выразить свои мысли, а я пробовал сложить всю эту мозаику её слов вместе и представить полную картину происходящего.</w:t>
      </w:r>
    </w:p>
    <w:p>
      <w:r>
        <w:t>Она продолжала: «Ты и твоя неизменная любовь помогли мне открыть саму меня. Я даже не представляла, кто я на самом деле есть, и какими качествами я владею. Хоть я и не считала себя плохим человеком, но я и не знала, какими свойствами души я обладаю. Вначале, ещё при нашей дружбе, когда ты стал открывать во мне мои скрытые таланты и особенности, объясняя, как это выражается в моей жизни, я поняла, что Бог использует тебя, чтобы что-то важное до меня донести. Я всё записывала и глубоко размышляла над твоими открытиями. А ты, не уставая, продолжал погружаться в глубины моей души, делясь со мной всеми своими очередными находками и открытиями. И я вместе с тобой удивлялась тому, как ты умудряешься всё это увидеть и так просто описывать. Ты помог мне понять мою уникальность и ценность в Божьих глазах. И я понимаю, что без безусловной любви сделать все эти открытия было бы невозможно. Только Божья любовь, явленная через тебя, смогла убедить меня не бояться твоих исследований и пускать тебя туда, где ещё никто не был. А когда ты предложил мне стать твоей женой, я поняла, что Господь желает меня постоянно радовать Своими открытиями через тебя, и, не видя существенных препятствий в нашем союзе, дала тебе согласие на себя, о чём до сих пор ни чуточку не жалею. Спасибо тебе, мой родной человек, за тебя!»</w:t>
      </w:r>
    </w:p>
    <w:p>
      <w:r>
        <w:t>Я сидел и слушал свою любимую, пытаясь понять свою роль в описанных событиях. Мне всегда было интересно находить в людях что-то доброе, но я даже не представлял, какое влияние могут производить на их сознание мои открытия. Я стал понимать глубокий смысл происходящего и радоваться, что Господь может так интересно меня использовать.</w:t>
      </w:r>
    </w:p>
    <w:p>
      <w:r>
        <w:t>А жена продолжала: «Благодаря твоим исследованиям моих качеств души я стала тоже обращать на них внимание и всесторонне развивать их, радуясь таким чудесным открытиям в себе самой. Ты настолько убеждаешь меня в том, кем я являюсь на самом деле, что мне не остаётся ничего, как только соглашаться с тобой и радоваться нашим отношениям в любви. А, развивая свои открытые особенности, я совершенствуюсь в них и очень радуюсь этим удивительным переменам. Господь использует тебя, чтобы показать мне что-то великое и недоступное, чего я не знала. Спасибо тебе, мой родной!»</w:t>
      </w:r>
    </w:p>
    <w:p>
      <w:r>
        <w:t>Я слушал и понимал, что всё это говорится про меня, но я-то тоже совершал всё это под влиянием Святого Духа, порою не понимая, как это может влиять на мою избранницу. Да она и не одна была, в ком я находил что-то хорошее, но она являлась тем, кто очень глубоко впустил меня в своё сердце, и я был там крайне осторожен, чтобы ничего в нём не повредить. А Господь использовал наше доверие друг к другу и обратил всё во благо.</w:t>
      </w:r>
    </w:p>
    <w:p>
      <w:r>
        <w:t>Также я задумался и о том, насколько моя жена глубоко вошла в моё сердце, и как много всего прекрасного она во мне обнаружила. Размышляя над этим, я тоже понял, что и во мне произошли интересные перемены и улучшения.</w:t>
      </w:r>
    </w:p>
    <w:p>
      <w:r>
        <w:t>А жена продолжала: «Видя твой неподдельный интерес к моему внутреннему содержанию и то, как это служит во благо тебе и другим, я смогла всё это развивать и теперь настолько утвердилась, что понимаю, что без тебя, мой любимый, никогда бы не стала тем, кого ты имеешь в своих руках. Пожалуйста, не останавливайся, но продолжай делать то, что у тебя так хорошо получается! Спасибо тебе большое за то, что ты у меня есть. Будь всегда. Принимаю тебя с любовью и радостью. И это всё очень серьёзно для меня, ведь ты делаешь это всё от имени Бога, позволяя Ему быть твоим Главой».</w:t>
      </w:r>
    </w:p>
    <w:p>
      <w:r>
        <w:t>Моё напряжение исчезло, сменившись искренней радостью за такой чудесный подарок от Господа, который я могу делать лучше и счастливее. Мне нечего было сказать против таких веских аргументов и пришлось принять всё услышанное о себе как чистую правду. Радость наполнила моё сердце, и я понимал, что держу в своих руках что-то очень ценное, что невозможно измерить ничем земным. Я увидел, что нас ждёт впереди ещё целая Вечность удивительных открытий друг в друге, и это поможет нам стать другими и преобразит нашу жизнь во что-то прекрасное, чего пока мы ещё не достигли. Но всё это ещё впереди.</w:t>
      </w:r>
    </w:p>
    <w:p>
      <w:pPr>
        <w:pStyle w:val="Heading2"/>
      </w:pPr>
      <w:r>
        <w:t>Домашнее задание 745</w:t>
      </w:r>
    </w:p>
    <w:p>
      <w:r>
        <w:t>1. Прочитайте, пожалуйста, 1Кор.16:14; Песн.1:1-2,15-16; 2:3-10,16; 3:1,4; 4:7,10-12; 5:1-2,8-16; 6:3-4,10; 7:7,11-13; 8:3,6-7,14; Гал.5:6; 1Пет.1:22; 1Фес.3:12 в свете этого урока.</w:t>
      </w:r>
    </w:p>
    <w:p>
      <w:r>
        <w:t>2. Что вы поняли из этого урока?</w:t>
      </w:r>
    </w:p>
    <w:p>
      <w:r>
        <w:t>3. Какие ещё стихи из Библии пришли вам на память?</w:t>
      </w:r>
    </w:p>
    <w:p>
      <w:r>
        <w:t>4. Стоит ли жене любить своего мужа? Есть ли в Библии повеление о том, чтобы жёны любили своих мужей?</w:t>
      </w:r>
    </w:p>
    <w:p>
      <w:r>
        <w:t>5. Может ли любовь, учтивость и внимательность вашего мужа открыть ваше сердце?</w:t>
      </w:r>
    </w:p>
    <w:p>
      <w:r>
        <w:t>6. Достаточно ли у любви силы, чтобы покорить себе любое сердце?</w:t>
      </w:r>
    </w:p>
    <w:p>
      <w:r>
        <w:t>7. Может ли любовь сделать в жизни вашего супруга или супруги что-то доброе?</w:t>
      </w:r>
    </w:p>
    <w:p>
      <w:r>
        <w:t>8. Способна ли любовь выискивать и открывать в сердце ближнего что-то уникальное и скрытое?</w:t>
      </w:r>
    </w:p>
    <w:p>
      <w:r>
        <w:t>9. Замечали ли вы, что при сильном ветре люди стараются укутаться, а при тёплом солнышке они сами раздеваются? Может ли подобное происходить в семье или в дружбе?</w:t>
      </w:r>
    </w:p>
    <w:p>
      <w:r>
        <w:t>10. Знаете ли вы о том, что в каждом человеке заложен неограниченный потенциал бесконечных талантов?</w:t>
      </w:r>
    </w:p>
    <w:p>
      <w:r>
        <w:t>11. Чем лучше всего добывать скрытые особенности близкого человека? Лопатой и экскаватором или нежностью и любовью?</w:t>
      </w:r>
    </w:p>
    <w:p>
      <w:r>
        <w:t>12. Есть ли в вашей жизни те люди, которые видят в вас прекрасного человека, в котором очень много бесценных сокровищ?</w:t>
      </w:r>
    </w:p>
    <w:p>
      <w:r>
        <w:t>13. Может ли человек сам себя открывать, или для этого нужен любящий друг?</w:t>
      </w:r>
    </w:p>
    <w:p>
      <w:r>
        <w:t>14. Вам нравится, когда кто-то с любовь рассказывает вам о том, как вы прекрасны и уникальны?</w:t>
      </w:r>
    </w:p>
    <w:p>
      <w:r>
        <w:t>15. Почему любовь видит и находит в человеке много доброго и полезного, а справедливость видит только проблемы и ошибки?</w:t>
      </w:r>
    </w:p>
    <w:p>
      <w:r>
        <w:br w:type="page"/>
      </w:r>
    </w:p>
    <w:p>
      <w:pPr>
        <w:pStyle w:val="Heading1"/>
      </w:pPr>
      <w:r>
        <w:t>Урок 746. Интересное решение</w:t>
      </w:r>
    </w:p>
    <w:p>
      <w:r>
        <w:t>На берегу озера сидели три лягушки, и две из них приняли решение прыгнуть в воду. Сколько лягушек осталось после этого сидеть на суше? Правильный ответ: три.</w:t>
      </w:r>
    </w:p>
    <w:p>
      <w:r>
        <w:t>Если вам кто-то скажет, что в этом году он снова хочет поехать в Антарктиду, то вы его сразу спросите о том, когда он успел в прошлом году там побывать. На это человек скажет, что он в прошлом году тоже этого хотел. Хотеть и быть — это не одно и то же.</w:t>
      </w:r>
    </w:p>
    <w:p>
      <w:r>
        <w:t>Однажды я рассказал на миссионерской встрече о своём миссионерском проекте, который я осуществляю, и поделился нуждой в помощниках. После этого один человек заверил меня в том, что он принял решение мне помогать, имея для этого опыт, знания и средства, чем очень порадовал моё сердце. В результате кроме принятия решения больше ничего не произошло, и пришлось заканчивать начатый труд с другими людьми.</w:t>
      </w:r>
    </w:p>
    <w:p>
      <w:r>
        <w:t>Так или иначе мы ежедневно принимаем какие-то решения, но они воплощаются лишь только после того, как мы начинаем что-то предпринимать в заданном направлении.</w:t>
      </w:r>
    </w:p>
    <w:p>
      <w:r>
        <w:t>Когда мы с женой размышляли о том, насколько мы зависим от этого мира и его благ, Господь открыл нам много сторон нашей несвободы. Он показал, насколько мы оказались уязвимыми во всех вопросах, и насколько некоторые вещи мы не можем изменить или не готовы вот так сразу от них отказаться. Но мы понимали, что любая зависимость даёт прекрасную возможность для манипуляции нашим сознанием и благосостоянием.</w:t>
      </w:r>
    </w:p>
    <w:p>
      <w:r>
        <w:t>Посоветовавшись друг с другом, мы решили не просто понять этот вопрос, но и предпринять конкретные шаги по наилучшему выходу из любой зависимости, руководствуясь разумом и мудростью.</w:t>
      </w:r>
    </w:p>
    <w:p>
      <w:r>
        <w:t>Но прежде чем что-то начать предпринимать, мы убедились, что мы имеем единомыслие, единодушие и можем обо всём договориться, перенося вместе всевозможные трудности и лишения нового образа мысли и жизни.</w:t>
      </w:r>
    </w:p>
    <w:p>
      <w:r>
        <w:t>Так как мы понимали, что без участия Бога мы ничего не сможем изменить, мы в посте и молитве о нашей нужде обратились к Всевышнему, прося Его о помощи и участии в наших планах. А после этого мы с верою приступили к осуществлению конкретных шагов к поставленной цели.</w:t>
      </w:r>
    </w:p>
    <w:p>
      <w:r>
        <w:t>Мы знаем, что у нашего Небесного Отца есть много средств для претворения всех наших желаний в жизнь, но Он использует естественные вещи, чтобы учить нас доверию и самостоятельности в решениях и действиях. Поэтому мы заверили Господа в том, что уповаем на Его всесилие, но будем по-человечески делать то, что должен делать человек.</w:t>
      </w:r>
    </w:p>
    <w:p>
      <w:r>
        <w:t>Вначале мы с женой составили список всех наших зависимых сторон и стали размышлять о том, с чего стоит начать, а что решать позже. Мы сразу увидели, что наша желанная независимость будет нам очень дорого стоить, а брать на это кредиты и займы не входило в наши планы, потому что должник — раб заимодавца. (Прит.22:7)</w:t>
      </w:r>
    </w:p>
    <w:p>
      <w:r>
        <w:t>Чтобы зарабатывать больше денег, нужно было что-то придумать или изменить. Я вынес предложение, в соответствии с котором становлюсь самостоятельным предпринимателем и открываю свою строительную фирму, чтобы иметь свои заказы и получать деньги без посредников.</w:t>
      </w:r>
    </w:p>
    <w:p>
      <w:r>
        <w:t>Жена боялась, что мы совсем останемся без средств, если не будет работы, но, пересилив свои страхи, заверила меня в своей поддержке и решила делать «закрутки» и заморозки продуктов на случай тяжёлых времён.</w:t>
      </w:r>
    </w:p>
    <w:p>
      <w:r>
        <w:t>Так как мы только учились делать свои первые шаги к свободе, нам нужно было многое постигать и изучать.</w:t>
      </w:r>
    </w:p>
    <w:p>
      <w:r>
        <w:t>Прежде чем открыть своё индивидуальное предпринимательство, я решил исследовать всевозможные формы предприятий и выбрать для себя самую актуальную, чтобы не попасть под большие налоги и не перейти из одной зависимости в другую.</w:t>
      </w:r>
    </w:p>
    <w:p>
      <w:r>
        <w:t>Я начал припоминать всех своих знакомых и друзей, которые имеют свой бизнес, выходил с ними на связь и просил их рассказать мне о всех плюсах и минусах частного бизнеса. Мы вместе с женой внимательно слушали рассказы и советы опытных людей и записывали все мудрые рекомендации, изучая новый для нас мир денег и самозанятости.</w:t>
      </w:r>
    </w:p>
    <w:p>
      <w:r>
        <w:t>Оказалось, что даже в этой науке существует множество своих законов и правил, и есть немало подводных камней, которые нам были не видны и незнакомы как новичкам.</w:t>
      </w:r>
    </w:p>
    <w:p>
      <w:r>
        <w:t>Также я стал искать заказчиков, от которых я мог бы получать работу и оплату за её выполнение. Это оказалось не так просто, но некоторые из этих людей знали меня и заверяли в том, что что-то для меня придумают. Жена этим временем изучала возможности интернета и то, как можно в различных соцсетях делать рекламу и находить работу. А потом по вечерам мы делились своими достижениями, планировали дальнейшие действия и приступали к их осуществлению.</w:t>
      </w:r>
    </w:p>
    <w:p>
      <w:r>
        <w:t>Когда я стал иметь представление о том, как функционирует своя фирма, тогда мне захотелось узнать, одобрит ли Бог мои шаги в этом направлении, и будет ли Он меня благословлять.</w:t>
      </w:r>
    </w:p>
    <w:p>
      <w:r>
        <w:t>Работая в разных фирмах и с разными шефами, я всегда молился за этих людей и видел, как Господь благословлял их бизнес, и я подумал, что если Он так благословляет неверующих людей, то, наверное, благословит и меня, когда я открою что-то своё. Но чтобы понять, как Господь смотрит на всё это, я решил взять пост и молитву до ответа. Случилось так, что это выпало на рождественские праздники, и я мог быть дома и в тишине и покое молиться и размышлять. На третий день поста Господь дал мне чёткую мысль о том, что не оставит меня никогда и будет со мной везде, куда я Его ни приглашу, и что в слове Божьем и в советах Духа Пророчества есть много полезных советов по ведению честного бизнеса и предпринимательской деятельности.</w:t>
      </w:r>
    </w:p>
    <w:p>
      <w:r>
        <w:t>После этого Божьего ответа я решился на следующий шаг и поставил своего шефа в известность о том, что я увольняюсь по собственному желанию в связи с началом самостоятельной деятельности. Шеф был очень удивлён и озадачен, так как у него на меня были большие планы, а подходящей замены он не имел. Я сказал, что ещё поработаю два месяца, а потом ухожу. Он же заверил меня в том, что я могу получать и от него заказы, так как он меня знает и доверяет мне.</w:t>
      </w:r>
    </w:p>
    <w:p>
      <w:r>
        <w:t>Принятое решение было интересным и очень сложным в осуществлении, так как я не имел опыта и многого не понимал, но мы с женой предприняли всё возможное, чтобы сделать этот шаг к своей независимости и перейти в полную зависимость от Бога.</w:t>
      </w:r>
    </w:p>
    <w:p>
      <w:r>
        <w:t>Последний день моего труда в фирме был обычным рабочим днём. Я выполнил необходимые задачи, собрал все свои инструменты, которыми привык работать и, сделав их фотографию, выслал запрос к шефу, могу ли я это забрать с собой. На что он дал добро, и я пошёл навстречу своей свободе с ощущением чего-то нового и необычного.</w:t>
      </w:r>
    </w:p>
    <w:p>
      <w:r>
        <w:t>Мне предстояло ещё не только уйти со старой работы, но и правильно оформить новое предприятие. Я решил, что открою Общество с ограниченной ответственностью (кратко ООО) и назову его интересным именем, описывающим мою деятельность. Для этого я заранее записался к нотариусу и собрал все необходимые документы, которые были одобрены, приняты на рассмотрение и переданы в регистрационный суд.</w:t>
      </w:r>
    </w:p>
    <w:p>
      <w:r>
        <w:t>Моя супруга переживала вместе со мной все мои приключения и от всей души поддерживала меня, убеждая в том, что верит в меня, и что Господь поможет. При этом она никогда не забывала молиться за этот проект.</w:t>
      </w:r>
    </w:p>
    <w:p>
      <w:r>
        <w:t>В результате принятое решение стало фактом нашей жизни.</w:t>
      </w:r>
    </w:p>
    <w:p>
      <w:pPr>
        <w:pStyle w:val="Heading2"/>
      </w:pPr>
      <w:r>
        <w:t>Домашнее задание 746</w:t>
      </w:r>
    </w:p>
    <w:p>
      <w:r>
        <w:t>1. Прочитайте, пожалуйста, Быт.3:19; Исх.20:9; 1Фес.4:10-12; Пс.67:10; 89:10; 127:1-4; Прит.10:16; 11:16; 13:11; 14:23; 16:26; Еккл.1:8; 3:13; 4:9; 5:11,17-18; 2Фес.3:8-10; 1Тим.5:18; Ам.3:3; Еф.4:28 в свете этого урока.</w:t>
      </w:r>
    </w:p>
    <w:p>
      <w:r>
        <w:t>2. Что вы поняли из этого урока?</w:t>
      </w:r>
    </w:p>
    <w:p>
      <w:r>
        <w:t>3. Какие ещё стихи из Библии пришли вам на память?</w:t>
      </w:r>
    </w:p>
    <w:p>
      <w:r>
        <w:t>4. Нужно ли нам принимать какие-то решения?</w:t>
      </w:r>
    </w:p>
    <w:p>
      <w:r>
        <w:t>5. Как будет выглядеть принятое решение без последующих дел? Мат.21:28-31.</w:t>
      </w:r>
    </w:p>
    <w:p>
      <w:r>
        <w:t>6. Правильно ли будет человеку устраивать свой бизнес в последнее время?</w:t>
      </w:r>
    </w:p>
    <w:p>
      <w:r>
        <w:t>7. Что делать, если я хочу вырваться из существующей системы и стать независимым от всего, но не знаю как? Иак.1:5.</w:t>
      </w:r>
    </w:p>
    <w:p>
      <w:r>
        <w:t>8. Приносит ли труд своими руками благословение в жизнь?</w:t>
      </w:r>
    </w:p>
    <w:p>
      <w:r>
        <w:t>9. Какие виды труда вы знаете?</w:t>
      </w:r>
    </w:p>
    <w:p>
      <w:r>
        <w:t>10. Стоит ли учиться на чужих примерах созданию своего предприятия, если вы не планируете ничего создавать?</w:t>
      </w:r>
    </w:p>
    <w:p>
      <w:r>
        <w:t>11. Будет ли Господь благословлять тех, кто полностью полагается на Него, но при этом и сам делает какие-то шаги?</w:t>
      </w:r>
    </w:p>
    <w:p>
      <w:r>
        <w:t>12. Заинтересован ли Бог в моём материальном благосостоянии?</w:t>
      </w:r>
    </w:p>
    <w:p>
      <w:r>
        <w:t>13. Стоит ли приглашать Бога принимать участие во всех ваших земных планах?</w:t>
      </w:r>
    </w:p>
    <w:p>
      <w:r>
        <w:t>14. Имеет ли право верующий человек открывать свой бизнес и планировать его так, чтобы зарабатывать много денег?</w:t>
      </w:r>
    </w:p>
    <w:p>
      <w:r>
        <w:t>15. Вы имеете опыт частного предпринимательства?</w:t>
      </w:r>
    </w:p>
    <w:p>
      <w:r>
        <w:br w:type="page"/>
      </w:r>
    </w:p>
    <w:p>
      <w:pPr>
        <w:pStyle w:val="Heading1"/>
      </w:pPr>
      <w:r>
        <w:t>Урок 747. Трудовое соглашение с Богом</w:t>
      </w:r>
    </w:p>
    <w:p>
      <w:r>
        <w:t>Когда мною было принято окончательное решение открыть фирму, тогда перед тем как зарегистрировать её в официальных органах, я пожелал заключить трудовое соглашение с Богом. Взяв за основу земной образец, я переделал его под мою нужду. Ниже привожу текст из этого договора:</w:t>
      </w:r>
    </w:p>
    <w:p>
      <w:r>
        <w:t>Трудовое соглашение</w:t>
      </w:r>
    </w:p>
    <w:p>
      <w:r>
        <w:t>Трудовое соглашение между Творцом неба и земли, Владыкой этого мира и Всей Вселенной, именуемым Царём царей и Господом господствующих, и его служителем, покорным слугой «Моё имя».</w:t>
      </w:r>
    </w:p>
    <w:p>
      <w:r>
        <w:t>Основание фирмы</w:t>
      </w:r>
    </w:p>
    <w:p>
      <w:r>
        <w:t>Такого-то числа в таком-то городе основывается строительное предприятие под таким-то названием, далее именуется как фирма, полным и абсолютным Владельцем которого является Господь Иисус, далее Он именуется Владельцем. По Его милости земным управителем этой фирмы назначается «моё имя», далее он именуется управляющим, для подписания и заключения земных договоров и сделок.</w:t>
      </w:r>
    </w:p>
    <w:p>
      <w:r>
        <w:t>Управляющий фирмы получает право в присутствии мирских и непосвященных людей называть это предприятие «своей фирмой». Также он наделяется властью нести полную юридическую ответственность за организацию и трудовую деятельность предприятия согласно законам страны.</w:t>
      </w:r>
    </w:p>
    <w:p>
      <w:r>
        <w:t>Для управления предприятием управитель и все его сотрудники будут наделяться небесной мудростью, исходящей от Владельца, по молитве из послания Иакова 1:5-6.</w:t>
      </w:r>
    </w:p>
    <w:p>
      <w:r>
        <w:t>Для успешного выполнения работы управитель и сотрудники предприятия будут наделяться духовной и физической силой по обетованию из Пс.28:11; 67:36; Ис.40:29.</w:t>
      </w:r>
    </w:p>
    <w:p>
      <w:r>
        <w:t>Управляющий является непосредственным представителем Христа для всех людей и носителем и распространителем Света жизни, исходящего от Божьего престола милости и любви.</w:t>
      </w:r>
    </w:p>
    <w:p>
      <w:r>
        <w:t>Продолжительность договора</w:t>
      </w:r>
    </w:p>
    <w:p>
      <w:r>
        <w:t>Действие договора вступает в силу после его составления, подписания и молитвы веры.</w:t>
      </w:r>
    </w:p>
    <w:p>
      <w:r>
        <w:t>Срок действия договора неограничен.</w:t>
      </w:r>
    </w:p>
    <w:p>
      <w:r>
        <w:t>При решении о закрытии фирмы по личным мотивам, по экономической или политической ситуации, договор относительно этого предприятия остаётся в силе до окончательного действия, необходимого для ликвидации фирмы.</w:t>
      </w:r>
    </w:p>
    <w:p>
      <w:r>
        <w:t>Финансы</w:t>
      </w:r>
    </w:p>
    <w:p>
      <w:r>
        <w:t>Вся прибыль предприятия принадлежит Владельцу. На управляющего возлагается полная ответственность за управление материальными средствами, принадлежащими данному предприятию. В присутствии непосвященных людей, для избежания непонимания, управляющий может называть эти средства «своими».</w:t>
      </w:r>
    </w:p>
    <w:p>
      <w:r>
        <w:t>Управляющий наделяется небесной мудростью свыше для правильного управления финансами предприятия.</w:t>
      </w:r>
    </w:p>
    <w:p>
      <w:r>
        <w:t>Условный капитал вносится управляющим и является собственностью предприятия для развития и оплаты необходимых счетов и услуг.</w:t>
      </w:r>
    </w:p>
    <w:p>
      <w:r>
        <w:t>Все доходы предприятия должны быть учтены, задекларированы и открыты для всякого официального лица, требующего отчёта.</w:t>
      </w:r>
    </w:p>
    <w:p>
      <w:r>
        <w:t>Все налоги от прибыли и оборота предприятия должны честно и открыто выплачиваться согласно законодательству.</w:t>
      </w:r>
    </w:p>
    <w:p>
      <w:r>
        <w:t>Все счета, задолженности и заработные выплаты должны честно и своевременно выплачиваться согласно требованиям и соглашениям.</w:t>
      </w:r>
    </w:p>
    <w:p>
      <w:r>
        <w:t>Десятая часть от зарплаты управляющего принадлежит Владельцу и своевременно переводится на предусмотренные Его Словом нужды.</w:t>
      </w:r>
    </w:p>
    <w:p>
      <w:r>
        <w:t>Прибыль предприятия по усмотрению управляющего может расходоваться на необходимое развитие предприятия, на поддержку миссионерских проектов и на другие нужды, не противоречащие воле Божьей.</w:t>
      </w:r>
    </w:p>
    <w:p>
      <w:r>
        <w:t>Заработная плата</w:t>
      </w:r>
    </w:p>
    <w:p>
      <w:r>
        <w:t>Заработная плата для управляющего устанавливается самим управляющим в зависимости от нужд и потребностей его жизнеобеспечения.</w:t>
      </w:r>
    </w:p>
    <w:p>
      <w:r>
        <w:t>Заработная плата для сотрудников предприятия устанавливается согласно трудовому соглашению.</w:t>
      </w:r>
    </w:p>
    <w:p>
      <w:r>
        <w:t>Болезнь. Смерть. Травмы</w:t>
      </w:r>
    </w:p>
    <w:p>
      <w:r>
        <w:t>В случае болезни, смерти или несчастного случая управителя, Владелец оставляет за собой право на его исцеление, лечение или смерть. Он держит жизнь управляющего в Своей руке, и никто не похитит его.</w:t>
      </w:r>
    </w:p>
    <w:p>
      <w:r>
        <w:t>Форс-мажорные обстоятельства</w:t>
      </w:r>
    </w:p>
    <w:p>
      <w:r>
        <w:t>Управляющий несёт ответственность за сохранение имущества и денежных средств предприятия. Он обеспечивает безопасность от их случайного или целенаправленного расхищения. Если же посягающие на это имущество будут угрожать здоровью или жизни управляющего, то по совету Владельца он может отдать то, что от него будут требовать под полную ответственность грабителей, передавая при этом весь суд над этими людьми Владельцу. Жизнь управляющего, его сотрудников и его семьи является бесценным даром Божьим и стоит выше всех богатств этого мира.</w:t>
      </w:r>
    </w:p>
    <w:p>
      <w:r>
        <w:t>Владелец обязуется охранять управляющего на всех путях его от зла (Пс.90) и при необходимости посылать для поддержки и защиты всё Своё Небесное воинство.</w:t>
      </w:r>
    </w:p>
    <w:p>
      <w:r>
        <w:t>В случае отказа заказчика оплачивать выполненные услуги и работы, управитель может обращаться в соответствующие государственные службы, при этом отдавая весь окончательный суд Богу (Иак 5:4), не пытаясь забрать деньги угрозами и силой, но с любовью предупреждая неплательщика о грядущих проблемах от Владельца.</w:t>
      </w:r>
    </w:p>
    <w:p>
      <w:r>
        <w:t>Трудовая деятельность</w:t>
      </w:r>
    </w:p>
    <w:p>
      <w:r>
        <w:t>Управляющий является организатором и исполнителем всех видов работ от заказчиков предприятия. При выполнении возложенных задач и общении с людьми от управляющего ожидается честность, тактичность, активность, дружелюбие, доброта, любовь и жизнерадостность.</w:t>
      </w:r>
    </w:p>
    <w:p>
      <w:r>
        <w:t>От управляющего ожидается планирование работы так, чтобы она не была ущербом здоровью, а также забота о своём отдыхе и особом времени для общения с Владельцем.</w:t>
      </w:r>
    </w:p>
    <w:p>
      <w:r>
        <w:t>Отпуск</w:t>
      </w:r>
    </w:p>
    <w:p>
      <w:r>
        <w:t>Управляющий может брать отпуск в любое время на своё усмотрение для подкрепления духовных и физических сил.</w:t>
      </w:r>
    </w:p>
    <w:p>
      <w:r>
        <w:t>Тайны предприятия</w:t>
      </w:r>
    </w:p>
    <w:p>
      <w:r>
        <w:t>Управляющий оставляет за собой право об отчете о доходах и расходах предприятия. Он обязан следить за тем, чтобы своими разговорами не разглашать секреты управления фирмой, которые могут отразиться на успехе и процветании предприятия, а также не открывать тайны доверенных лиц третьей персоне.</w:t>
      </w:r>
    </w:p>
    <w:p>
      <w:r>
        <w:t>Нарушение соглашения</w:t>
      </w:r>
    </w:p>
    <w:p>
      <w:r>
        <w:t>Владелец предриятия оставляет за собой полное право на наказание, обличение, воспитание, лишение мира в сердце и увольнение управляющего в случае нарушения каких-либо пунктов данного соглашения.</w:t>
      </w:r>
    </w:p>
    <w:p>
      <w:r>
        <w:t>Владелец имеет право на закрытие и ликвидацию предприятия и развеение всех средств в случае будущей угрозы душе и вечной жизни управляющего согласно Своему обещанию из Иер.29:11.</w:t>
      </w:r>
    </w:p>
    <w:p>
      <w:r>
        <w:t>Помощь в управлении</w:t>
      </w:r>
    </w:p>
    <w:p>
      <w:r>
        <w:t>Втор.28:1-14</w:t>
      </w:r>
    </w:p>
    <w:p>
      <w:r>
        <w:t>Владелец в Своём Слове обещает быть с управляющим везде, куда бы он ни пошёл, и благословлять всех благословляющих его. При послушании управляющего даровать ему радость, мир и успех во всём, а также наделять Его Святым Духом и особым влиянием дружелюбия и любви, видимого и ощущаемого всеми людьми.</w:t>
      </w:r>
    </w:p>
    <w:p>
      <w:r>
        <w:t>Владелец берёт на себя ответственность за формирование нового сердца и правых мыслей в жизни управляющего, за наделение его силою Свыше и мудростью.</w:t>
      </w:r>
    </w:p>
    <w:p>
      <w:r>
        <w:t>Также от Владельца ожидается поиск заказчиков, нуждающихся в услугах фирмы, которые способны оплачивать выполненные услуги.</w:t>
      </w:r>
    </w:p>
    <w:p>
      <w:r>
        <w:t>Если будет нужда в новых сотрудниках, помощниках и работниках, то Владелец в нужное время позаботится об этом и пришлёт тех людей, которые будут способствовать развитию и возрастанию фирмы и формированию доброго характера управителя. Если будет нужда в увольнении негодных людей, то даровать понимание решения этого вопроса без ущерба достоинству человека.</w:t>
      </w:r>
    </w:p>
    <w:p>
      <w:r>
        <w:t>Особые просьбы</w:t>
      </w:r>
    </w:p>
    <w:p>
      <w:r>
        <w:t>Также есть просьба к Владельцу об особом влиянии на тех, кто будет отказываться оплачивать сделанные заказы, чтобы они осознали, что они обкрадывают Бога, а не человека, и покаялись в этом и обрели мир. Просьба помочь не быть их судьёй, но другом.</w:t>
      </w:r>
    </w:p>
    <w:p>
      <w:r>
        <w:t>Просьба научить тому, чтобы быть верным управителем и не прилагать своё сердце к земному и временному.</w:t>
      </w:r>
    </w:p>
    <w:p>
      <w:r>
        <w:t>Отвечать на все, не описанные в данном соглашении, нужды по любви и милости.</w:t>
      </w:r>
    </w:p>
    <w:p>
      <w:r>
        <w:t>Окончательное заверение соглашения</w:t>
      </w:r>
    </w:p>
    <w:p>
      <w:r>
        <w:t>Название города. Подписи обеих сторон. Дата подписания.</w:t>
      </w:r>
    </w:p>
    <w:p>
      <w:r>
        <w:t>Подпись Владелеца: Творец Неба и Земли, Владыка этого мира и Всей Вселенной, именуемый Царь царей и Господь господствующих – Иисус Христос, мой Спаситель.</w:t>
      </w:r>
    </w:p>
    <w:p>
      <w:r>
        <w:t>И се Я с вами во все дни до скончания века. Матфея 28:20</w:t>
      </w:r>
    </w:p>
    <w:p>
      <w:r>
        <w:t>Подпись управляющего: Моё имя и автограф.</w:t>
      </w:r>
    </w:p>
    <w:p>
      <w:r>
        <w:t>Копия данного соглашения хранится в Небесных обителях во свидетельство всем желающим.</w:t>
      </w:r>
    </w:p>
    <w:p>
      <w:r>
        <w:t>Конец соглашения.</w:t>
      </w:r>
    </w:p>
    <w:p>
      <w:r>
        <w:t>Постскриптум: По прошествии многих лет самостоятельной работы я убедился в том, что всё, входящее в обязанности Владельца, соблюдалось Им во всех пунктах подписанного соглашения. Он остаётся верен всему, о чём мы договорились.</w:t>
      </w:r>
    </w:p>
    <w:p>
      <w:pPr>
        <w:pStyle w:val="Heading2"/>
      </w:pPr>
      <w:r>
        <w:t>Домашнее задание 747</w:t>
      </w:r>
    </w:p>
    <w:p>
      <w:r>
        <w:t>1. Прочитайте, пожалуйста, Прит.16:3; Нав.1:7; Деян.5:38-39; Ис.31:1; 40:29-31; 2Цар.22:23; Прит.6:6-8; Пс.5:12; 31:10; 37:16; 142:8; Исх.20:9; Еккл.9:10; 1Кор.7:23; Кол.3:23 в свете этого урока.</w:t>
      </w:r>
    </w:p>
    <w:p>
      <w:r>
        <w:t>2. Что вы поняли из этого урока?</w:t>
      </w:r>
    </w:p>
    <w:p>
      <w:r>
        <w:t>3. Какие ещё стихи из Библии пришли вам на память?</w:t>
      </w:r>
    </w:p>
    <w:p>
      <w:r>
        <w:t>4. Знаете ли вы о том, что это «Трудовое соглашение» взято из реальной жизни того, кто пишет вам эти уроки?</w:t>
      </w:r>
    </w:p>
    <w:p>
      <w:r>
        <w:t>5. Стоит ли обязывать других людей на заключение подобных соглашений?</w:t>
      </w:r>
    </w:p>
    <w:p>
      <w:r>
        <w:t>6. Будет ли Господь принимать участие в тех предприятиях, куда вы Его приглашаете и делаете Его Владельцем?</w:t>
      </w:r>
    </w:p>
    <w:p>
      <w:r>
        <w:t>7. Будет ли Господь снисходить до того, чтобы быть Владельцем какой-то маленькой строительной компании или какого другого предприятия?</w:t>
      </w:r>
    </w:p>
    <w:p>
      <w:r>
        <w:t>8. Заинтересован ли Бог в моих земных успехах?</w:t>
      </w:r>
    </w:p>
    <w:p>
      <w:r>
        <w:t>9. Знает ли Господь о моей нужде в материальных средствах, и даст ли Он мне силы и мудрость на приобретение земных благ? Втор.8:18.</w:t>
      </w:r>
    </w:p>
    <w:p>
      <w:r>
        <w:t>10. Что станет с вашим предприятием, если вы не посвятите его Богу?</w:t>
      </w:r>
    </w:p>
    <w:p>
      <w:r>
        <w:t>11. Что такое Божье предприятие? Какие виды предприятий можно назвать Божьими?</w:t>
      </w:r>
    </w:p>
    <w:p>
      <w:r>
        <w:t>12. Прилично ли христианину получать деньги от других людей за свой труд?</w:t>
      </w:r>
    </w:p>
    <w:p>
      <w:r>
        <w:t>13. Есть ли у вас вопросы по этому уроку?</w:t>
      </w:r>
    </w:p>
    <w:p>
      <w:r>
        <w:t>14. Осуждает ли Господь тех, кто с детской верой составляет подобные соглашения с Ним, приглашая Его во все свои дела?</w:t>
      </w:r>
    </w:p>
    <w:p>
      <w:r>
        <w:t>15. Будет ли Господь заботиться об успехе того предприятия, в котором Он является Владельцем?</w:t>
      </w:r>
    </w:p>
    <w:p>
      <w:r>
        <w:br w:type="page"/>
      </w:r>
    </w:p>
    <w:p>
      <w:pPr>
        <w:pStyle w:val="Heading1"/>
      </w:pPr>
      <w:r>
        <w:t>Урок 748. Мир бизнеса</w:t>
      </w:r>
    </w:p>
    <w:p>
      <w:r>
        <w:t>Говорят, что если хочешь понять человека, то ты должен пройти его путь в его ботинках. Что-то подобное можно применить и к миру бизнеса. Когда ты простой наёмник, ты видишь свою работу глазами рабочего, у которого есть определённые права и обязанности. Но когда ты становишься работодателем и производителем, ты видишь всю картину совсем иначе.</w:t>
      </w:r>
    </w:p>
    <w:p>
      <w:r>
        <w:t>Есть определённая статистика по наблюдению за индивидуальным предпринимательством и частным бизнесом, которую стоит знать и понимать до того, как окунёшься в этот мир. Около 80% частных фирм банкротятся и закрываются в первые три года начала своей деятельности. Когда я прихожу на рынок труда как новичок, у опытных заказчиков обо мне создаётся определённое мнение, и они с настороженностью вступают со мной в деловые отношения. Очень большую роль играет не только твой профессионализм, но и твоё отношение к людям, уважение, честность и дружелюбие. Мы имеем дело не с бездушными роботами, а с такими же людьми, у которых есть семьи, которые болеют и мечтают о счастье в своей жизни. Но для многих из них деньги стали смыслом, а «золотой венец» этого мира — целью жизни.</w:t>
      </w:r>
    </w:p>
    <w:p>
      <w:r>
        <w:t>Совмещать свою веру, любовь и дружелюбие с бизнесом для многих покажется невозможным, но у Бога другой взгляд на это, и Он может научить каждого Своего сына или дочь совмещать все эти вещи в жизни и быть Его свидетелями на всяком месте.</w:t>
      </w:r>
    </w:p>
    <w:p>
      <w:r>
        <w:t>Общество с ограниченной ответственностью отличается от других форм предприятий тем, что в случае неудачи или банкротства ты теряешь только свою фирму и всё, что на ней числится. А в других случаях ты несешь ответственность всем своим имуществом. Например, если я взял в банке кредит на строительство жилого комплекса, а очередной кризис не дал мне довести дело до конца, или все продажи зависли, или дом не был принят и подлежит сносу, то банк будет иметь дело только с моей фирмой, а моя частная жизнь будет в неприкосновенности. Во всех других случаях вся ответственность лежит на всём моём имуществе, и на меня могут повесить все долги, которые нужно будет возвращать.</w:t>
      </w:r>
    </w:p>
    <w:p>
      <w:r>
        <w:t>Когда ты становишься предпринимателем, за тебя уже никто ничего не платит, и ты удивляешься тому, как много в жизни всевозможных «насосов» и «пылесосов», которые с завидным постоянством приходят к тебе за своим, и их не волнует, есть ли у тебя что-то или нет. Ты должен отдать всё, что они требуют и ожидают, а тебе необходимо это всё вначале заработать и при этом ещё и самому на что-то жить и содержать свою семью.</w:t>
      </w:r>
    </w:p>
    <w:p>
      <w:r>
        <w:t>Если я имею дело с новыми заказчиками, то я не знаю, что это за люди, и насколько они порядочные в оплате заказа, но у меня есть вера в то, что они честные. Также существует интернет, в котором можно почитать отзывы о людях, с которыми планируешь иметь дело.</w:t>
      </w:r>
    </w:p>
    <w:p>
      <w:r>
        <w:t>Мир бизнеса — это океан интересных возможностей улучшить своё финансовое положение, но стоит помнить, что там есть много хитрых и голодных акул, которые не гнушаются ничем. Однако существует Бог и Его защита, и те, кто имеет порядочность и честность и остаётся этому верен, несмотря ни на что.</w:t>
      </w:r>
    </w:p>
    <w:p>
      <w:r>
        <w:t>Написано, что много прибыли от силы волов. Прит.14:4. Когда ты сам работаешь на себя, только ты приносишь прибыль своей фирме, и это твой основной доход, но, когда на тебя работают люди, они могут вносить свою лепту в процветание твоего предприятия и освобождать твои руки, позволяя заниматься поиском, организацией и решением других задач. Однако людям нужно платить не только их зарплату, но и делать за них социальные выплаты, которых они не видят, но которые обязательны по закону: медицинское страхование, пенсионный фонд, отпускные, премиальные и выслуга лет. И всё это может требовать от тебя гораздо больше затрат, чем ты думаешь.</w:t>
      </w:r>
    </w:p>
    <w:p>
      <w:r>
        <w:t>Деньги, которые приходят в кассу фирмы, не являются твоими, чтобы их вот так просто брать и тратить. Половину, а иногда и больше из того, что ты получаешь, можно смело отложить на налоги и различные побочные расходы, а оставшиеся деньги пойдут на закупку материалов, инструментов, выплату зарплат и прочее.</w:t>
      </w:r>
    </w:p>
    <w:p>
      <w:r>
        <w:t>Не надо радоваться раньше времени тому, что идут большие финансовые поступления. Так будет не всегда. Не стоит отчаиваться, если в кассе пусто, и ничего прибыльного не предвидится. Так тоже будет не всегда. Всему своё место и случай, но есть и закономерности.</w:t>
      </w:r>
    </w:p>
    <w:p>
      <w:r>
        <w:t>Быть бизнесменом — это не следствие наличия у тебя бизнеса, а скорее — образ твоего мышления, который формируется не за один день, а в процессе твоего становления в этой сфере и приобретения опыта бизнесмена.</w:t>
      </w:r>
    </w:p>
    <w:p>
      <w:r>
        <w:t>Стоит учитывать и тот факт, что Бог, Который даёт тебе силу и мудрость в приобретении богатства, также наблюдает за твоей деятельностью и ожидает от твоей прибыли поддержку тех духовных проектов, которые служат благу общества.</w:t>
      </w:r>
    </w:p>
    <w:p>
      <w:r>
        <w:t>Если я открыл коммерческое предприятие, то оно должно приносить прибыль, а из этой прибыли мне необходимо планировать благотворительность. Если же я решу всё раздать, считая что Господь восполнит все мои нужды, видя мою щедрость, то, думаю, реальность будет отличаться от ожиданий, и я вначале очень удивлюсь тому, что остался ни с чем, а потом стану просить мудрость свыше в управлении своими делами.</w:t>
      </w:r>
    </w:p>
    <w:p>
      <w:r>
        <w:t>Мне всегда легко быть щедрым с чужими деньгами или с тем, о чём можно было только мечтать. Особенно было просто дарить то, что ты не заработал своим трудом. Но когда ты в поте лица добываешь свой хлеб и знаешь ему цену, тогда, отдавая его на Божье дело, ты вместе с ним отдаёшь и своё сердце и часть своей жизни и души, которая была потрачена на приобретение этого богатства. А как это примут другие люди и как оценят, ты не знаешь.</w:t>
      </w:r>
    </w:p>
    <w:p>
      <w:r>
        <w:t>Очень помогает в бизнесе общение с домашними, с теми, кто тебя любит и переживает вместе с тобой все твои победы и неудачи. Это неоценимая помощь, которая так тебя вдохновляет на любой труд и даёт тебе смелость входить в неизвестность и идти к намеченной цели. А если твоя супруга разделяет с тобой твою веру в Бога и постоянно молится за тебя, то это становится самым существенным вкладом в твой труд и успех. Семья в бизнесе — это тот оазис, который даёт тебе отдых и перезагрузку твоему сознанию, давая понять, что работа — это не смысл жизни, а только часть Божьего плана для человека. А полная остановка в субботу от всех дел и забот показывает мне и всему моему окружению, Кто Главный в моей жизни, и Чей закон записан в моём сердце.</w:t>
      </w:r>
    </w:p>
    <w:p>
      <w:r>
        <w:t>По мере развития бизнеса мы поняли, что есть много законных способов выведения денежных средств из фирмы в нашу семью, чтобы можно было планировать различные перспективы, откладывать на всевозможные нужды и заниматься добрыми делами без ущерба семейному бюджету. Не всегда это стабильно, но всегда интересно.</w:t>
      </w:r>
    </w:p>
    <w:p>
      <w:r>
        <w:t>Можно, не уставая, смотреть на то, как горит огонь, как течёт вода, и как тебе выдают зарплату.</w:t>
      </w:r>
    </w:p>
    <w:p>
      <w:r>
        <w:t>Как и в любви, в бизнесе есть свои законы и порядки, которые вполне согласуются с Божьей волей и действуют постоянно по отношению к любому человеку. Всякий бизнесмен остаётся человеком, который хочет быть счастливым и здоровым, хочет знать, что его кто-то любит и хочет быть другом. Это есть и в твоём бизнесе, если ты это имеешь в своём сердце и даришь тем, кто в этом нуждается.</w:t>
      </w:r>
    </w:p>
    <w:p>
      <w:pPr>
        <w:pStyle w:val="Heading2"/>
      </w:pPr>
      <w:r>
        <w:t>Домашнее задание 748</w:t>
      </w:r>
    </w:p>
    <w:p>
      <w:r>
        <w:t>1. Прочитайте, пожалуйста, Пс.89:10; Втор.5:13; Прит.6:6-11; 12:9; 14:4; 18:9; 21:25; 31:10-31; Деян.18:1-3; Еккл.3:22; 4:5,9; 5:11,17-19; 9:10; 11:1,6; Ис.44:12; Иер.22:13, 1Кор.4:12; 1Фес.2:9; 2Фес.3:8-9; Рим.13:6-7 в свете этого урока.</w:t>
      </w:r>
    </w:p>
    <w:p>
      <w:r>
        <w:t>2. Что вы поняли из этого урока?</w:t>
      </w:r>
    </w:p>
    <w:p>
      <w:r>
        <w:t>3. Какие ещё стихи из Библии пришли вам на память?</w:t>
      </w:r>
    </w:p>
    <w:p>
      <w:r>
        <w:t>4. Есть ли разница в суждении о работе предпринимателя извне и изнутри?</w:t>
      </w:r>
    </w:p>
    <w:p>
      <w:r>
        <w:t>5. Нужно ли иметь представление об устройстве любого предприятия изнутри?</w:t>
      </w:r>
    </w:p>
    <w:p>
      <w:r>
        <w:t>6. Обратили ли вы внимание на то, что весь наш мир состоит из больших и малых бизнесов?</w:t>
      </w:r>
    </w:p>
    <w:p>
      <w:r>
        <w:t>7. Плохо ли верующему человеку иметь свой бизнес?</w:t>
      </w:r>
    </w:p>
    <w:p>
      <w:r>
        <w:t>8. Если какой-то человек долгое время занимается бизнесом, то будет ли у него сформировано мышление бизнесмена?</w:t>
      </w:r>
    </w:p>
    <w:p>
      <w:r>
        <w:t>9. Торговать, покупать и продавать со своими и чужими — это хорошо или плохо для верующего человека?</w:t>
      </w:r>
    </w:p>
    <w:p>
      <w:r>
        <w:t>10. Станет ли мир бизнеса плохим, если у вас о нём есть плохое мнение?</w:t>
      </w:r>
    </w:p>
    <w:p>
      <w:r>
        <w:t>11. Что происходит с теми людьми, которые перестают трудиться своими руками?</w:t>
      </w:r>
    </w:p>
    <w:p>
      <w:r>
        <w:t>12. Почему Бог повелел нам в Своей заповеди шесть дней работать и делать всякие дела свои?</w:t>
      </w:r>
    </w:p>
    <w:p>
      <w:r>
        <w:t>13. В чем отличие наёмного труженика от частного предпринимателя?</w:t>
      </w:r>
    </w:p>
    <w:p>
      <w:r>
        <w:t>14. Разбирается ли Господь в бизнесе лучше бизнесменов?</w:t>
      </w:r>
    </w:p>
    <w:p>
      <w:r>
        <w:t>15. Есть ли у вас планы на свой бизнес? Если да, то понимаете ли вы, с чем вам придётся столкнуться?</w:t>
      </w:r>
    </w:p>
    <w:p>
      <w:r>
        <w:br w:type="page"/>
      </w:r>
    </w:p>
    <w:p>
      <w:pPr>
        <w:pStyle w:val="Heading1"/>
      </w:pPr>
      <w:r>
        <w:t>Урок 749. Вера и видение</w:t>
      </w:r>
    </w:p>
    <w:p>
      <w:r>
        <w:t>Когда я подъезжаю к перекрёстку, на котором установлен светофор, я понимаю, что на красный свет нужно стоять, жёлтый предлагает мне подождать и приготовиться, а зелёный открывает мне путь, и я могу смело двигаться вперёд, зная, что мне ничто не угрожает.</w:t>
      </w:r>
    </w:p>
    <w:p>
      <w:r>
        <w:t>Но бывают случаи, когда светофор отключён, и он ничего мне не показывает. Тогда я начинаю сам оценивать ситуацию и обстановку, обращаю внимание на дорожную разметку и вывешенные знаки. Смотрю направо и налево и, убедившись, что нет опасности, осторожно продолжаю двигаться, делая поправку на неосторожных участников движения.</w:t>
      </w:r>
    </w:p>
    <w:p>
      <w:r>
        <w:t>Я часто встречаю людей, которые хотят трудиться для Бога и готовы посвятить свою жизнь на служение Ему, но на их пути не горит никакого света светофора по этому поводу, и поэтому они ничего не предпринимают, считая, что лучше не рисковать, а подождать четкого ответа.</w:t>
      </w:r>
    </w:p>
    <w:p>
      <w:r>
        <w:t>Мне тоже хотелось бы спрашивать Бога обо всём и тут же получать Его ответы на все свои ожидания, и только потом приступать к действию. Когда в твоей жизни есть мудрый Руководитель, Который ни в чём не ошибается, тогда так легко трудиться в послушании. Он сказал, а ты делаешь. Он поправил, и ты идёшь дальше. Он остановил, и ты терпеливо ждёшь.</w:t>
      </w:r>
    </w:p>
    <w:p>
      <w:r>
        <w:t>В Библии и трудах Духа Пророчества стоит много красных и зелёных сигналов. Там повсюду расставлены предупреждающие и запрещающие знаки, везде есть разметка и указатели направлений, и все эти труды гармонично переплетаются между собой, открывая общую картину движения к вечной жизни в Небесном царстве. Практически на все мои вопросы по всем сферам жизни Господь уже приготовил ответ. Нужно только изучить эти правила движения и смело отправляться в путь. Дух Святой обязательно напомнит в нужное время всё то, что я изучал, и представит правильные ответы на все мои «как?» и «почему?».</w:t>
      </w:r>
    </w:p>
    <w:p>
      <w:r>
        <w:t>Но моя природа такова, что мне не хочется тратить время на чтение и глубокое изучение чего-либо, а душа рвётся в бой, к победам во Христе, и надо только узнать Божью волю, одобряет ли Он моё решение. Тогда я могу горы свернуть.</w:t>
      </w:r>
    </w:p>
    <w:p>
      <w:r>
        <w:t>Но почему Бог молчит и не общается со мной так, как я того хочу? Ведь я готов к служению и к жертве. Только одно Его слово, и меня уже никто не остановит. И в ожидании ответа я теряюсь и ничего не предпринимаю, а так хочется возложить всю ответственность на Бога и в случае неудачи обвинить Его в том, что это Он меня туда послал. А Он вновь молчит.</w:t>
      </w:r>
    </w:p>
    <w:p>
      <w:r>
        <w:t>Мы с женой долго дискутировали по этому вопросу и пытались понять, почему Господь зачастую остаётся безгласным и отключает все светофоры, оставляя только дорожные знаки и разметку.</w:t>
      </w:r>
    </w:p>
    <w:p>
      <w:r>
        <w:t>Когда я планировал создавать семью, тогда я тоже хотел услышать от Бога чёткое определение «та или не та», но так и не услышал. Однако я получил всесторонний ответ, когда поближе узнал свою подругу и в этом познании открыл для себя удивительный мир противоположного мне человека. Мне был досконально показан характер той, которая не отличалась от других женщин особыми талантами и не была «семи пядей во лбу», но она открыла своё сердце для меня и стала моим верным другом, неизменно любя меня во всякое время.</w:t>
      </w:r>
    </w:p>
    <w:p>
      <w:r>
        <w:t>И я уже молился не о том, та ли эта женщина, а о том, тот ли я мужчина, и смогу ли я оправдать её доверие и не ударить лицом в грязь. Когда же я понял, что нам быть вдвоём легче и вместе идти по жизни интереснее, тогда я стал молиться так: «Господи, если это не тот человек, с которым стоит связывать свою дальнейшую судьбу, то Ты разрушь наши отношения!» Но, к счастью, ничего не было разрушено, а наши отношения привели нас к тому, что мы сказали перед Богом друг другу: «Да, да», и до сих пор об этом не жалеем.</w:t>
      </w:r>
    </w:p>
    <w:p>
      <w:r>
        <w:t>Бог учит нас жить самостоятельно, верою полагаясь на Его невидимое присутствие в нашей жизни и соблюдая то, что нам открыто в Его слове. Он иногда призывает сделать шаг в неизвестность и продолжать доверять Ему свои жизни, оставляя за нами право самим решать, куда идти и чем заняться.</w:t>
      </w:r>
    </w:p>
    <w:p>
      <w:r>
        <w:t>Когда я открывал своё строительное предприятие, я не слышал конкретных запретов или одобрения от Бога, но Он дал мне ясно понять, что будет со мной, куда бы я ни пошёл. Может, Бог видит во мне пастора или учителя, но я об этом не знаю и, выбирая путь строителя, вижу, как Его рука присутствует во всех моих делах, хотя ошибки в работе тоже бывают.</w:t>
      </w:r>
    </w:p>
    <w:p>
      <w:r>
        <w:t>Иисус, советуя христианам Лаодикии что-то предпринять, призывает их купить товары, значение которых не объясняет, заявляя, что верующие будут победителями в том, чего они не понимают. И такой подход очень многим непонятен, поэтому они ничего и не предпринимают относительно этого призыва. А мы стали изучать и углубляться в значение этих загадочных символов, и нам открылись такие глубины Божьего сердца, которые настолько просты и прекрасны, что их невозможно игнорировать и пройти мимо. Нам стало легче купить всё предлагаемое и жить в этом, постоянно открывая Христу на Его голос и стук, чем ничего не делать.</w:t>
      </w:r>
    </w:p>
    <w:p>
      <w:r>
        <w:t>Бог призывает нас верить Ему и Его пророкам, и тогда будет нам успех. Верить — это не слышать ясное указание, а делать шаг в неизвестность, отдавая все последствия Богу и вручая Ему свои жизни.</w:t>
      </w:r>
    </w:p>
    <w:p>
      <w:r>
        <w:t>Скажу честно, мне было бы не совсем уютно, если бы Господь подвёл ко мне какую-то женщину и сказал бы, что это твоя жена, лишая меня самостоятельного выбора. Думаю, и невеста была бы не очень счастлива получить кого-то против её воли, даже самого лучшего в мире. Но, когда это наше решение, мы ценим то, к чему так упорно шли и за что так много молились. Всё, что я познаю, постигаю и открываю верою и личными усилиями, становится для меня очень ценным и дорогим опытом, который никто не сможет отнять. И я могу смело говорить о своей вере и о том, как Господь обильно меня в этом благословил.</w:t>
      </w:r>
    </w:p>
    <w:p>
      <w:r>
        <w:t>Практически, ответы на все вопросы скрыты в Библии. И не всегда они однозначно говорят «да или нет», а скорее: «попробуй, доверься, испытай, действуй», заверяя в том, что Божьи дети имеют особый статус в глазах Неба.</w:t>
      </w:r>
    </w:p>
    <w:p>
      <w:r>
        <w:t>Если бы кто-то меня стал учить тому, что прежде чем что-то предпринять, нужно понять, одобряет ли Господь этот шаг, есть ли в этом Божья воля для меня, и будет ли это правильно, то, скорее всего, я мало что предпринял бы и был бы в постоянной обиде на Бога за Его молчание. А на самом деле Его воля уже давно открыта в трудах Его учеников, и мне обещана свобода в самостоятельном выборе своего стиля жизни и в умножении тех талантов, которые мне даны для управления.</w:t>
      </w:r>
    </w:p>
    <w:p>
      <w:r>
        <w:t>Многие мои проекты были воплощены по моей личной инициативе, когда я имел в основании лишь горячее желание что-то делать для Бога. И Он, видя это, благословлял всякий мой труд. Если не было помощников, то я знал, что Господь всегда помогает, и шёл один, веря в то, что так нужно. И в конечном результате эта вера в лучшее приносила обильные благословения для всех.</w:t>
      </w:r>
    </w:p>
    <w:p>
      <w:r>
        <w:t>Сказать Богу «нет», когда Он говорит: «Иди», очень опасно для души, поэтому Господь молчит, предлагая нам самим себя испытать и научиться ходить верою, а не видением.</w:t>
      </w:r>
    </w:p>
    <w:p>
      <w:r>
        <w:t>Совет Бога — это не заповедь, а заповедь — это не совет. И важно не путать эти понятия и пробовать то, что непонятно, и быть послушными в том, что ясно открыто и не подлежит обсуждению.</w:t>
      </w:r>
    </w:p>
    <w:p>
      <w:pPr>
        <w:pStyle w:val="Heading2"/>
      </w:pPr>
      <w:r>
        <w:t>Домашнее задание 749</w:t>
      </w:r>
    </w:p>
    <w:p>
      <w:r>
        <w:t>1. Прочитайте, пожалуйста, 2Кор.5:7; 2Пар.20:20; Флп.2:11-15; Лук.9:62; 21:19; 2Пет.3:9; Ин.14:26; Авв.2:3-4; Евр.10:38-39; 11:1,6-8; Ин.8:32,36; Пс.138:23-24; Гал.3:11-12 в свете этого урока.</w:t>
      </w:r>
    </w:p>
    <w:p>
      <w:r>
        <w:t>2. Что вы поняли из этого урока?</w:t>
      </w:r>
    </w:p>
    <w:p>
      <w:r>
        <w:t>3. Какие ещё стихи из Библии пришли вам на память?</w:t>
      </w:r>
    </w:p>
    <w:p>
      <w:r>
        <w:t>4. Вы любите принимать сложные решения?</w:t>
      </w:r>
    </w:p>
    <w:p>
      <w:r>
        <w:t>5. Заинтересован ли Бог в том, чтобы вы сами выбирали свой путь и шли по нему?</w:t>
      </w:r>
    </w:p>
    <w:p>
      <w:r>
        <w:t>6. Достаточно ли нам дано света и наставлений, чтобы не избрать что-то опасное?</w:t>
      </w:r>
    </w:p>
    <w:p>
      <w:r>
        <w:t>7. Будет ли Господь хранить от зла людей, которые принимают самостоятельные решения по некоторым вопросам, веруя в то, что Господь не оставит?</w:t>
      </w:r>
    </w:p>
    <w:p>
      <w:r>
        <w:t>8. Проявляется ли моя вера, если я решаюсь на какое-то доброе дело, не зная, как на это смотрит Небо?</w:t>
      </w:r>
    </w:p>
    <w:p>
      <w:r>
        <w:t>9. Как выражается вера в принятии сложных решений?</w:t>
      </w:r>
    </w:p>
    <w:p>
      <w:r>
        <w:t>10. Заинтересован ли Господь в земном успехе Своих детей?</w:t>
      </w:r>
    </w:p>
    <w:p>
      <w:r>
        <w:t>11. Что делать, если Господь не отвечает никак, а хочется что-то делать?</w:t>
      </w:r>
    </w:p>
    <w:p>
      <w:r>
        <w:t>12. Стоит ли ждать Божьего ответа, если Он просит подождать?</w:t>
      </w:r>
    </w:p>
    <w:p>
      <w:r>
        <w:t>13. Чем отличается вера от самонадеянности?</w:t>
      </w:r>
    </w:p>
    <w:p>
      <w:r>
        <w:t>14. Как мне понять, что Бог одобряет мой выбор и мои решения?</w:t>
      </w:r>
    </w:p>
    <w:p>
      <w:r>
        <w:t>15. Если мой выбор пути не противоречит Божьему слову, то нужно ли просить Бога о благословении и личном присутствии на этом пути?</w:t>
      </w:r>
    </w:p>
    <w:p>
      <w:r>
        <w:br w:type="page"/>
      </w:r>
    </w:p>
    <w:p>
      <w:pPr>
        <w:pStyle w:val="Heading1"/>
      </w:pPr>
      <w:r>
        <w:t>Урок 750. Любимая моя</w:t>
      </w:r>
    </w:p>
    <w:p>
      <w:r>
        <w:t>Книга Песня Песней содержит в себе очень много нежных и красивых выражений, которые даны в пример для каждой семьи и для тех, кто собирается создавать таковую. В самом центре Библии Господь дал нам образец наиболее правильных отношений между друзьями и супругами.</w:t>
      </w:r>
    </w:p>
    <w:p>
      <w:r>
        <w:t>Некоторые образы и сравнения не очень вписываются в нашем понимании в современную культуру, а где-то могут казаться и оскорбительными, но они даны нам как пособие, чтобы мы не боялись приводить в сравнение свои культурные ценности.</w:t>
      </w:r>
    </w:p>
    <w:p>
      <w:r>
        <w:t>Например, если молодой человек из Индии скажет своей возлюбленной, что она красива, как корова, то для девушки это будет лучший комплимент, и она станет сиять от счастья от такой высокой оценки. В европейской же культуре женщин лучше так не называть, могут понять с точностью до наоборот.</w:t>
      </w:r>
    </w:p>
    <w:p>
      <w:r>
        <w:t>Книга Песни Песней содержит в себе высокий стих и глубокое выражение нежных и искренних чувств представителей противоположных полов. Они гармонично обмениваются своими фантазиями друг о друге, не стесняясь облекать их в изысканные образы, понятные им обоим и содержащие очень глубокий смысл для изучающих это послание любви.</w:t>
      </w:r>
    </w:p>
    <w:p>
      <w:r>
        <w:t>Стоить помнить и о том, что подобные слова считаются приличными в глазах Неба, когда употребляются близкими друзьями или супругами, но они не даны нам для того, чтобы очаровывать невинных людей, призывая их к нарушению седьмой заповеди «Не прелюбодействуй».</w:t>
      </w:r>
    </w:p>
    <w:p>
      <w:r>
        <w:t>Наши слова подобны острому ножу, который может быть очень полезным и искусным инструментом в руках повара или плотника, но который способен становиться очень опасным оружием в руках разбойника или маньяка.</w:t>
      </w:r>
    </w:p>
    <w:p>
      <w:r>
        <w:t>В рамках семьи все комплименты и крылатые выражения считаются приличными и желанными. Библия даёт нам пример правильных словосочетаний и сравнений не для того, чтобы мы их прочитали и поставили лайк, а чтобы мы ежедневно использовали эти прекрасные слова и упражнялись в их совершенствовании постоянно. Не стоит себя ограничивать лишь кратким словарным запасом изысканных слов. Язык любой страны очень богат на добрые выражения и интересные словосочетания, и у каждого из нас есть очень богатая фантазия, которую стоит развивать в семье всестороннее.</w:t>
      </w:r>
    </w:p>
    <w:p>
      <w:r>
        <w:t>Я решил рассмотреть эту книгу царя Соломона в рамках нашего с женой союза. Вспоминая дни нашей дружбы, я видел, как наша любовь и влечение друг к другу помогали очень легко и быстро находить и придумывать всевозможные ласковые выражения, которые мы могли неустанно повторять и изобретать с утра до вечера, радуя сердца друг друга романтическими переживаниями. А после свадьбы мы обрушили друг на друга водопады самых нежных и интимных выражений, которые не осмелюсь здесь озвучить. А потом наши роднички иссякли, и мы погрузились в рутину домашних забот и брали из памяти некоторые радостные выражения, чтобы слегка погладить ими уши своей половинки. Я понял, что так не должно быть, и решил внести в наш союз продолжение романтики, стараясь сделать из этого как можно больше праздника.</w:t>
      </w:r>
    </w:p>
    <w:p>
      <w:r>
        <w:t>Я тщательно продумал свой план осуществления подобного мероприятия и решил придать этому самую торжественную обстановку.</w:t>
      </w:r>
    </w:p>
    <w:p>
      <w:r>
        <w:t>В очередное утро, после завтрака, я сообщил жене о том, что сегодняшним вечером у меня есть к ней самый серьёзный разговор, и я прошу её отложить на это время все свои планы и дела и очень ответственно подготовиться к предстоящей беседе, так как нам придётся обсудить самые важные темы. Жена насторожилась и попыталась узнать тему предстоящего собрания, но я всячески убеждал её в том, что она вскоре всё узнает, и что ей нужно потерпеть.</w:t>
      </w:r>
    </w:p>
    <w:p>
      <w:r>
        <w:t>Жена сообщила мне о том, что будет молиться за предстоящий разговор, и отпустила меня на работу.</w:t>
      </w:r>
    </w:p>
    <w:p>
      <w:r>
        <w:t>В течение дня я старался вспомнить все свои добрые слова, которые я когда-то говорил своей возлюбленной, и пытался понять, насколько актуально они будут звучать сегодня. Также я напрягал своё сознание для изобретения каких-то новых изысканных комплиментов и сравнений, но вдали от любимой это было не так-то легко делать, так как моя работа требовала особой концентрации и внимательности. В результате я понял, что лучшие слова к жене рождаются в личном её присутствии или в общении с ней.</w:t>
      </w:r>
    </w:p>
    <w:p>
      <w:r>
        <w:t>Я решил проверить свою память на содержание своего словарного запаса и позвонил своему другу, прося его выслушать о том, какая у меня прекрасная жена. При участии живого человека мне стало намного легче описывать достоинства своей супруги. Но друг меня вежливо перебил: «У меня создаётся такое впечатление, что ты усиленно желаешь сделать рекламу своей жене и передать её мне для непонятных целей». Услышав эти слова, я рассказал об истинной причине своего звонка, и друг успокоился, а, поняв мои планы, очень удивился и задумался о своей супруге.</w:t>
      </w:r>
    </w:p>
    <w:p>
      <w:r>
        <w:t>Когда я пришёл домой, жена была уже там, тихо занимаясь домашними делами. Она терпеливо ждала серьёзного разговора и не торопила меня его начать.</w:t>
      </w:r>
    </w:p>
    <w:p>
      <w:r>
        <w:t>Помывшись и переодевшись, я пригласил супругу помолиться и после попросил её занять привычное место на подлокотнике дивана. Я почувствовал, что она была, как сжатая пружина, ожидая чего-то особенного. А я стал ей нежно говорить о своей любви, о том, какая она прекрасная, и как я её люблю. А она всё ждала серьёзного разговора, не понимая, что он уже начался. В какой-то момент её осенило, и она сказала, что сейчас у неё особые дни, и я не смогу получить ничего из ожидаемого, поэтому зря стараюсь, чем привела меня к особой радости, и я, сильно прижав её к себе, поделился своими идеями о своих размышлениях о ней и о том, что я планирую целенаправленно продолжить то, в чём мы так усиленно практиковались во время наших добрачных отношений. Она смотрела на меня и пыталась понять, к чему я всё это говорю, но когда до неё дошёл смысл моих притязаний, она расплылась в улыбке и, нежно прижавшись ко мне, попросила меня продолжать и не останавливаться. А я сам удивлялся тому, откуда берутся такие прекрасные слова любви, и насколько прекрасный человек живёт в моём доме, и как мало я занимаюсь открытием этой удивительной души.</w:t>
      </w:r>
    </w:p>
    <w:p>
      <w:r>
        <w:t>По силе прижимания я мог легко определить, что больше всего нравится моей возлюбленной, и какие выражения приносят ей особую радость. В середине нашей беседы я понял, что перечень комплиментов из Песни Песней, сформулированный на современный лад, закончился, но у меня есть ещё бесконечный потенциал новых открытий, который можно начать развивать.</w:t>
      </w:r>
    </w:p>
    <w:p>
      <w:r>
        <w:t>Также я решил попробовать повторять некоторые красивые и нежные слова в разном сочетании. Моя супруга не стала возражать и с радостью принимала всё, что из меня выходило. А потом я пожелал проверить, как надолго её хватит, если я буду ей повторять одну и ту же фразу: «Любимая моя», но, к моему удивлению, она была готова слушать её без устали, не переставая, и при этом улыбаться.</w:t>
      </w:r>
    </w:p>
    <w:p>
      <w:r>
        <w:t>Когда же я останавливался, чтобы вновь напасть со своими комплиментами, она тихо ждала продолжения, не мешая мне самому подбирать нужные слова. А я слушал себя и поражался тому, откуда я это всё извлекаю, но потом, поняв, что это Господь помогает мне и прилагает Свою руку к моим поискам, стал более глубоко копать, находя новые откровения. Мы решили продолжать этот опыт и в другие дни.</w:t>
      </w:r>
    </w:p>
    <w:p>
      <w:pPr>
        <w:pStyle w:val="Heading2"/>
      </w:pPr>
      <w:r>
        <w:t>Домашнее задание 750</w:t>
      </w:r>
    </w:p>
    <w:p>
      <w:r>
        <w:t>1. Прочитайте, пожалуйста, книгу Песня Песней с самого начала и до конца.</w:t>
      </w:r>
    </w:p>
    <w:p>
      <w:r>
        <w:t>2. Что вы поняли из этого урока?</w:t>
      </w:r>
    </w:p>
    <w:p>
      <w:r>
        <w:t>3. Какие стихи из Библии ещё пришли вам на память?</w:t>
      </w:r>
    </w:p>
    <w:p>
      <w:r>
        <w:t>4. Почему и для кого была написана книга Песня Песней?</w:t>
      </w:r>
    </w:p>
    <w:p>
      <w:r>
        <w:t>5. Желает ли Господь чему-то нас научить из этой книги царя Соломона?</w:t>
      </w:r>
    </w:p>
    <w:p>
      <w:r>
        <w:t>6. Прилично ли говорить своему другу слова любви и признательности в рамках Божьего закона?</w:t>
      </w:r>
    </w:p>
    <w:p>
      <w:r>
        <w:t>7. Стоит ли бояться слов любви?</w:t>
      </w:r>
    </w:p>
    <w:p>
      <w:r>
        <w:t>8. Почему слова любви во многих семьях становятся редкостью или воспоминаниями прошлого?</w:t>
      </w:r>
    </w:p>
    <w:p>
      <w:r>
        <w:t>9. Что могут сделать слова любви в сердце близкого друга?</w:t>
      </w:r>
    </w:p>
    <w:p>
      <w:r>
        <w:t>10. Как мне научиться говорить доброе, если я не имею этого опыта?</w:t>
      </w:r>
    </w:p>
    <w:p>
      <w:r>
        <w:t>11. Что делать, если я хочу слушать слова любви, а мне никто их не говорит?</w:t>
      </w:r>
    </w:p>
    <w:p>
      <w:r>
        <w:t>12. У вас созрел план для вашей семьи или для ваших друзей?</w:t>
      </w:r>
    </w:p>
    <w:p>
      <w:r>
        <w:t>13. Хочет ли Иисус иметь с нами подобные отношения?</w:t>
      </w:r>
    </w:p>
    <w:p>
      <w:r>
        <w:t>14. Участвует ли Господь в нашем общении любви и добрых слов?</w:t>
      </w:r>
    </w:p>
    <w:p>
      <w:r>
        <w:t>15. Стоит ли любить тех, кто не отвечает тем же?</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Liberation Serif" w:hAnsi="Liberation Serif" w:eastAsia="Liberation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outlineLvl w:val="0"/>
    </w:pPr>
    <w:rPr>
      <w:rFonts w:asciiTheme="majorHAnsi" w:eastAsiaTheme="majorEastAsia" w:hAnsiTheme="majorHAnsi" w:cstheme="majorBidi" w:ascii="Liberation Serif" w:hAnsi="Liberation Serif" w:eastAsia="Liberation Serif"/>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eastAsia="Liberation Serif"/>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erif" w:hAnsi="Liberation Serif" w:eastAsia="Liberation Serif"/>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eastAsia="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 Любви Агапэ — уроки 701–750</dc:title>
  <dc:subject/>
  <dc:creator>Андрей Карпекин</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