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Школа Любви Агапэ</w:t>
      </w:r>
    </w:p>
    <w:p>
      <w:pPr>
        <w:pStyle w:val="Subtitle"/>
      </w:pPr>
      <w:r>
        <w:t>Уроки 651–700</w:t>
      </w:r>
    </w:p>
    <w:p>
      <w:r>
        <w:t>Андрей Карпекин</w:t>
      </w:r>
    </w:p>
    <w:p>
      <w:r>
        <w:t>https://www.karpekin.de</w:t>
      </w:r>
    </w:p>
    <w:p>
      <w:r>
        <w:br w:type="page"/>
      </w:r>
    </w:p>
    <w:p>
      <w:pPr>
        <w:pStyle w:val="Heading1"/>
      </w:pPr>
      <w:r>
        <w:t>Содержание</w:t>
      </w:r>
    </w:p>
    <w:p>
      <w:r>
        <w:t>Урок 651. Качество жизни</w:t>
      </w:r>
    </w:p>
    <w:p>
      <w:r>
        <w:t>Урок 652. Желание и вера любить</w:t>
      </w:r>
    </w:p>
    <w:p>
      <w:r>
        <w:t>Урок 653. Как в любви найти Иисуса?</w:t>
      </w:r>
    </w:p>
    <w:p>
      <w:r>
        <w:t>Урок 654. Сватовство</w:t>
      </w:r>
    </w:p>
    <w:p>
      <w:r>
        <w:t>Урок 655. Любить до того, как …</w:t>
      </w:r>
    </w:p>
    <w:p>
      <w:r>
        <w:t>Урок 656. Друзья познаются в беде</w:t>
      </w:r>
    </w:p>
    <w:p>
      <w:r>
        <w:t>Урок 657. Не любите мира, а любите друг друга</w:t>
      </w:r>
    </w:p>
    <w:p>
      <w:r>
        <w:t>Урок 658. Особенности добрачной дружбы</w:t>
      </w:r>
    </w:p>
    <w:p>
      <w:r>
        <w:t>Урок 659. На что нам жить и где?</w:t>
      </w:r>
    </w:p>
    <w:p>
      <w:r>
        <w:t>Урок 660. Неудобные и глупые вопросы</w:t>
      </w:r>
    </w:p>
    <w:p>
      <w:r>
        <w:t>Урок 661. А жить-то с этим буду я</w:t>
      </w:r>
    </w:p>
    <w:p>
      <w:r>
        <w:t>Урок 662. Помолвка</w:t>
      </w:r>
    </w:p>
    <w:p>
      <w:r>
        <w:t>Урок 663. Грех сожительства</w:t>
      </w:r>
    </w:p>
    <w:p>
      <w:r>
        <w:t>Урок 664. Важные решения</w:t>
      </w:r>
    </w:p>
    <w:p>
      <w:r>
        <w:t>Урок 665. Письмо будущей жене</w:t>
      </w:r>
    </w:p>
    <w:p>
      <w:r>
        <w:t>Урок 666. Загадочное число 666</w:t>
      </w:r>
    </w:p>
    <w:p>
      <w:r>
        <w:t>Урок 667. Библейский взгляд на число зверя</w:t>
      </w:r>
    </w:p>
    <w:p>
      <w:r>
        <w:t>Урок 668. Третий храм</w:t>
      </w:r>
    </w:p>
    <w:p>
      <w:r>
        <w:t>Урок 669. Ни покупать, ни продавать</w:t>
      </w:r>
    </w:p>
    <w:p>
      <w:r>
        <w:t>Урок 670. Новые деньги</w:t>
      </w:r>
    </w:p>
    <w:p>
      <w:r>
        <w:t>Урок 671. Самое ценное, что у меня есть?</w:t>
      </w:r>
    </w:p>
    <w:p>
      <w:r>
        <w:t>Урок 672. Письмо будущему мужу</w:t>
      </w:r>
    </w:p>
    <w:p>
      <w:r>
        <w:t>Урок 673. Бракосочетание</w:t>
      </w:r>
    </w:p>
    <w:p>
      <w:r>
        <w:t>Урок 674. Брачная ночь</w:t>
      </w:r>
    </w:p>
    <w:p>
      <w:r>
        <w:t>Урок 675. Медовый месяц</w:t>
      </w:r>
    </w:p>
    <w:p>
      <w:r>
        <w:t>Урок 676. Небесный Супруг</w:t>
      </w:r>
    </w:p>
    <w:p>
      <w:r>
        <w:t>Урок 677. Первый семейный совет</w:t>
      </w:r>
    </w:p>
    <w:p>
      <w:r>
        <w:t>Урок 678. Свадебное путешествие</w:t>
      </w:r>
    </w:p>
    <w:p>
      <w:r>
        <w:t>Урок 679. Постоянный семейный совет</w:t>
      </w:r>
    </w:p>
    <w:p>
      <w:r>
        <w:t>Урок 680. А могут быть и дети</w:t>
      </w:r>
    </w:p>
    <w:p>
      <w:r>
        <w:t>Урок 681. Неотрезанная пуповина</w:t>
      </w:r>
    </w:p>
    <w:p>
      <w:r>
        <w:t>Урок 682. Семейные обязанности</w:t>
      </w:r>
    </w:p>
    <w:p>
      <w:r>
        <w:t>Урок 683. Обязанности мужа</w:t>
      </w:r>
    </w:p>
    <w:p>
      <w:r>
        <w:t>Урок 684. Обязанности жены</w:t>
      </w:r>
    </w:p>
    <w:p>
      <w:r>
        <w:t>Урок 685. Помощник</w:t>
      </w:r>
    </w:p>
    <w:p>
      <w:r>
        <w:t>Урок 686. Любовь в семье</w:t>
      </w:r>
    </w:p>
    <w:p>
      <w:r>
        <w:t>Урок 687. Семейный алтарь</w:t>
      </w:r>
    </w:p>
    <w:p>
      <w:r>
        <w:t>Урок 688. Семейные финансы</w:t>
      </w:r>
    </w:p>
    <w:p>
      <w:r>
        <w:t>Урок 689. Да будет ложе непорочно</w:t>
      </w:r>
    </w:p>
    <w:p>
      <w:r>
        <w:t>Урок 690. Родители</w:t>
      </w:r>
    </w:p>
    <w:p>
      <w:r>
        <w:t>Урок 691. Новая родня</w:t>
      </w:r>
    </w:p>
    <w:p>
      <w:r>
        <w:t>Урок 692. Познание друг друга в семье</w:t>
      </w:r>
    </w:p>
    <w:p>
      <w:r>
        <w:t>Урок 693. Я и Бог</w:t>
      </w:r>
    </w:p>
    <w:p>
      <w:r>
        <w:t>Урок 694. Мы и Бог</w:t>
      </w:r>
    </w:p>
    <w:p>
      <w:r>
        <w:t>Урок 695. А что мы будем есть?</w:t>
      </w:r>
    </w:p>
    <w:p>
      <w:r>
        <w:t>Урок 696. Во что нам одеваться?</w:t>
      </w:r>
    </w:p>
    <w:p>
      <w:r>
        <w:t>Урок 697. Дружим дальше</w:t>
      </w:r>
    </w:p>
    <w:p>
      <w:r>
        <w:t>Урок 698. Семейная ссора</w:t>
      </w:r>
    </w:p>
    <w:p>
      <w:r>
        <w:t>Урок 699. Почему я не имею любви?</w:t>
      </w:r>
    </w:p>
    <w:p>
      <w:r>
        <w:t>Урок 700. Муж и жена, да любите друг друга</w:t>
      </w:r>
    </w:p>
    <w:p>
      <w:r>
        <w:br w:type="page"/>
      </w:r>
    </w:p>
    <w:p>
      <w:pPr>
        <w:pStyle w:val="Heading1"/>
      </w:pPr>
      <w:r>
        <w:t>Урок 651. Качество жизни</w:t>
      </w:r>
    </w:p>
    <w:p>
      <w:r>
        <w:t>Перед Своей смертью Иисус заверил нас в том, что в доме Его Отца много жилья, и обителей хватит для всех, кто туда попадёт. В Ин. 14:1-3 нам пообещали, что в Небесном Царстве находится то, что мы получим, когда наш земной путь оборвется. Жизнь на этой планете — это короткий миг по сравнению со всей Вечностью, и в этот миг мы должны успеть познакомиться с истиной и приготовиться к лучшей жизни на Небесах. У нас есть представление о том, куда мы движемся и куда попадём. Хоть нам и не открыты все подробности пребывания в Божьем Царстве, но мы знаем, что каждому из нас там будет хорошо.</w:t>
      </w:r>
    </w:p>
    <w:p>
      <w:r>
        <w:t>Однако нам нужно пройти этот земной путь, и, каким он будет, необходимо решить мне самому.</w:t>
      </w:r>
    </w:p>
    <w:p>
      <w:r>
        <w:t>У меня есть отправная точка под названием «сегодня» и финиш земных испытаний — «день смерти» или Второе Пришествие Христа. Я уверенно иду к цели, делая это так, как тому меня учит посланный свет. Мы все движемся в этом направлении, но делаем это по-разному. Кто-то решает идти налегке и пешком, кто-то тащит на себе тяжёлый рюкзак величиной с Гималайские горы, кто-то желает ехать на машине, другой же избирает для этого дорогой автомобиль. Кому-то удаётся во время земного путешествия построить себе шикарный дом и в нём готовиться к встрече с Господом, а иному и голову негде приклонить.</w:t>
      </w:r>
    </w:p>
    <w:p>
      <w:r>
        <w:t>Все мы, верующие в Иисуса, живём в разных странах и имеем разные возможности, культурные особенности и качество жизни. У нас есть общая цель. У нас одна вера и одно крещение, и нас объединяет один Дух. Но все мы разные.</w:t>
      </w:r>
    </w:p>
    <w:p>
      <w:r>
        <w:t>Возьмём, к примеру, весть о санитарной реформе. Там довольно ясно изложены принципы гигиены и здорового питания. Но качество жизни 19-го века отличалось от того, каким оно является в 21. В то время царила полная антисанитария и невежество в вопросах здорового образа жизни, хотя при этом строили красивые дома и изобретали удивительные вещи. Мусор и отходы жизнедеятельности скота и человека складывались около домов и своим гниением вызывали различные эпидемии, уносящие тысячи жизней. Средняя продолжительность жизни составляла около 35 лет. Нам сейчас сложно понять, как люди умудрялись жить в такой обстановке, да ещё и без средств связи и быстрого транспорта, но они жили и были по-своему счастливы.</w:t>
      </w:r>
    </w:p>
    <w:p>
      <w:r>
        <w:t>В наши дни подобное невежество встречается довольно редко. Божий свет в вопросе ЗОЖ изменил и преобразил наш мир. Но та же реформа питания в разных странах проходит по-своему. Вкусы отличаются, хотя принципы остаются теми же.</w:t>
      </w:r>
    </w:p>
    <w:p>
      <w:r>
        <w:t>Подобное происходит и с реформой одежды. Внешний вид Божьих детей в Европе отличается от такового в Африке или Азии. И если гости из этих стран надевают свою лучшую приличную одежду и приходят в ней к нам на собрание, то мы смотрим на них с удивлением.</w:t>
      </w:r>
    </w:p>
    <w:p>
      <w:r>
        <w:t>Бог дал нам принципы праведной жизни, которые одинаковы во всём мире. Но вот воплощение этих принципов везде разное и сильно отличается одно от другого.</w:t>
      </w:r>
    </w:p>
    <w:p>
      <w:r>
        <w:t>Целью Бога в нашей подготовке является не выравнивание нас под один общий стандарт, а приведение всех к единству веры и любви. Думаю, любовь также будет по-разному пониматься в разных культурах и странах. И многие наши опыты любви покажутся кому-то очень дикими и непонятными.</w:t>
      </w:r>
    </w:p>
    <w:p>
      <w:r>
        <w:t>В каких-то странах не принято входить в собрание в обуви. Где-то женщины должны сидеть отдельно от мужчин. В одних местах все сидят на полу, а в других — собираются под открытым небом. Где-то молятся стоя, где-то сидя, а где-то исключительно на коленях. И все эти люди кланяются Единому Богу в едином Духе, но по-своему. У всех нас разные песни и мелодии, но каждая из них посвящена одному Богу и прославляет Его.</w:t>
      </w:r>
    </w:p>
    <w:p>
      <w:r>
        <w:t>Я могу выбрать путь скорбей и страданий и с грустью в сердце, в страхе и трепете совершать своё спасение. И я же способен в радостном духе, исполненный неземным счастьем, зажигать других людей и с весельем проводить свои дни, собирая вокруг себя таких же жизнерадостных друзей.</w:t>
      </w:r>
    </w:p>
    <w:p>
      <w:r>
        <w:t>Я могу идти в Вечность в одиночестве среди множества братьев и сестёр, а могу иметь всегда полный дом гостей и быть востребованным всеми.</w:t>
      </w:r>
    </w:p>
    <w:p>
      <w:r>
        <w:t>Я волен все свои средства раздавать людям и не иметь ничего, обладая при этом радостью спасения, а могу быть сверх меры бережливым и не получать от этого удовольствия.</w:t>
      </w:r>
    </w:p>
    <w:p>
      <w:r>
        <w:t>Я могу стать богатым и обогащать других, и я же могу построить большие стены и ни с кем не делиться, наслаждаясь своими накоплениями.</w:t>
      </w:r>
    </w:p>
    <w:p>
      <w:r>
        <w:t>Господь желает улучшить качество жизни каждого из нас, учитывая наши социальные и духовные особенности и потребности. Он советует мне купить у Него то, что воистину меня обогатит, оденет и сделает зрячим. Бедный, голый и слепой, возможно, как-то и спасётся, но его жизнь будет довольно несчастной по сравнению с жизнью тех, кто последует Божьему совету из послания к Лаодикии.</w:t>
      </w:r>
    </w:p>
    <w:p>
      <w:r>
        <w:t>Если Сам Господь называет тёплого христианина несчастным и жалким, слепым, нагим и нищим, то, думаю, стоит прислушаться и принять выход из этого состояния, который предлагает Бог. Многое познаётся в сравнении. Мне сложно понять духовные переживания постоянного покупателя Лаодикийского магазина, если я не имею интереса к этой вести. Если кто-то тратит своё время на приобретение товаров, которые предлагает Свидетель Истинный, а я этим временем спешу заработать свой капитал и считаю себя предприимчивым, то мне будет сложно понять радость духовного роста людей, которые обогатились Небесным золотом, оделись и стали многое видеть.</w:t>
      </w:r>
    </w:p>
    <w:p>
      <w:r>
        <w:t>Мудрые и неразумные девы из притчи Иисуса вместе шли к общей цели, но у них было разное качество жизни. Одни решили жить, покупая предлагаемое масло, а другим это было не нужно. И так сменялись целые поколения, пока не пришёл Жених.</w:t>
      </w:r>
    </w:p>
    <w:p>
      <w:r>
        <w:t>Бог открывает нам, как Он будет благословлять тех, кто Ему послушен и старается исполнять все Его заповеди. Но также Он говорит и о том, какие проклятия придут в жизнь людей, пожелавших жить в непослушании Божьим заповедям и законам. Втор.28.</w:t>
      </w:r>
    </w:p>
    <w:p>
      <w:r>
        <w:t>Как вы думаете, Божья заповедь о любви друг к другу, которую Господь трижды провозгласил перед Своим распятием, обязательна для исполнения? Изменит ли она качество вашей жизни? Принесёт ли она благословение тем, кто решит исполнять это повеление и будет делать это с ревностью и усердием?</w:t>
      </w:r>
    </w:p>
    <w:p>
      <w:r>
        <w:t>Хотите ли вы быть послушными в этом повелении Христу, или вы не можете это делать? Ответьте честно, вы этого не хотите или не можете? Не мне отвечайте, а Богу.</w:t>
      </w:r>
    </w:p>
    <w:p>
      <w:r>
        <w:t>В том свете, который был дан нашей Школе, мы пришли к выводу, что любить друг друга жизненно важно в последнее время конца истории. Бог не просто желает дать нам опыт чувственных переживаний в этой любви. Он стремится сделать нас победителями на поле битвы. Победителями во всяком испытании и искушении. Его требования для последнего времени довольно высоки, и Он не снизит эту планку, а попросит всех нас подняться выше. Если я не знаю, как мне любить друга и позволить ему любить меня, или если я не умею этого делать, то это поправимо. Но если я не желаю жить в любви, то никто меня и не станет этому учить.</w:t>
      </w:r>
    </w:p>
    <w:p>
      <w:r>
        <w:t>Я не смогу стать богатым, имея разум бедняка. Но, когда Сам Господь желает меня обогатить Своим золотом и научить обогащать им других, как я оправдаю своё нежелание так жить?</w:t>
      </w:r>
    </w:p>
    <w:p>
      <w:r>
        <w:t>Принимая от Иисуса все, что Он советует и заповедует, я вступаю на путь, на котором качество жизни гораздо лучше и интереснее, чем у людей, живущих иначе.</w:t>
      </w:r>
    </w:p>
    <w:p>
      <w:pPr>
        <w:pStyle w:val="Heading2"/>
      </w:pPr>
      <w:r>
        <w:t>Домашнее задание 651</w:t>
      </w:r>
    </w:p>
    <w:p>
      <w:r>
        <w:t>1. Прочитайте, пожалуйста, Лук.12:15-21; Мат.16:26-27; Пс.34:9; 36:16; 72:1-20; Прит.11:24; 13:8; 15:17; 14:20; 19:4; 22:2; Втор.28:1,15,45-47; Еккл.8:14; 9:7-11; 10:7; 11:9; 12:13-14; Откр.3:17-18; 18:1-5,21 в свете нашего урока.</w:t>
      </w:r>
    </w:p>
    <w:p>
      <w:r>
        <w:t>2. Что вы поняли из этого урока?</w:t>
      </w:r>
    </w:p>
    <w:p>
      <w:r>
        <w:t>3. Какие ещё стихи из Библии пришли вам на память?</w:t>
      </w:r>
    </w:p>
    <w:p>
      <w:r>
        <w:t>4. Что такое качество жизни?</w:t>
      </w:r>
    </w:p>
    <w:p>
      <w:r>
        <w:t>5. Какою мерой можно измерить качество своей жизни?</w:t>
      </w:r>
    </w:p>
    <w:p>
      <w:r>
        <w:t>6. Может ли качество жизни влиять на спасение человека?</w:t>
      </w:r>
    </w:p>
    <w:p>
      <w:r>
        <w:t>7. Улучшает ли вера в Бога качество моей жизни?</w:t>
      </w:r>
    </w:p>
    <w:p>
      <w:r>
        <w:t>8. Может ли быть так, что одному человеку нечто приносит в жизни счастье и наслаждение, а мне — страдания и проблемы?</w:t>
      </w:r>
    </w:p>
    <w:p>
      <w:r>
        <w:t>9. Как повлияет на мою жизнь весть к Лаодикии, если я её приму?</w:t>
      </w:r>
    </w:p>
    <w:p>
      <w:r>
        <w:t>10. Что будет с теми, кто не будет обращать внимание на советы Верного Свидетеля?</w:t>
      </w:r>
    </w:p>
    <w:p>
      <w:r>
        <w:t>11. Как вы думаете, можно ли уже сейчас жить по правилам Вечной жизни и получать от этого наслаждение?</w:t>
      </w:r>
    </w:p>
    <w:p>
      <w:r>
        <w:t>12. Не станет ли качественная жизнь для меня зоной комфорта?</w:t>
      </w:r>
    </w:p>
    <w:p>
      <w:r>
        <w:t>13. Что мне делать, если я желаю жить лучше, а не знаю как?</w:t>
      </w:r>
    </w:p>
    <w:p>
      <w:r>
        <w:t>14. Заинтересован ли Бог в качестве нашей жизни?</w:t>
      </w:r>
    </w:p>
    <w:p>
      <w:r>
        <w:t>15. Сделает ли любовь друг к другу нашу жизнь лучше и интереснее?</w:t>
      </w:r>
    </w:p>
    <w:p>
      <w:r>
        <w:t>16. Есть ли разница между духовным и материальным качеством жизни? Если да, то в чём?</w:t>
      </w:r>
    </w:p>
    <w:p>
      <w:r>
        <w:br w:type="page"/>
      </w:r>
    </w:p>
    <w:p>
      <w:pPr>
        <w:pStyle w:val="Heading1"/>
      </w:pPr>
      <w:r>
        <w:t>Урок 652. Желание и вера любить</w:t>
      </w:r>
    </w:p>
    <w:p>
      <w:r>
        <w:t>Один фокусник решил удивить своих зрителей, показав, как 17-тонный прицеп переезжает через лежачего человека и не причиняет ему никакого вреда. На сцену выехал внушительного размера грузовик с большим закрытым прицепом. Собравшимся был объявлен вес транспортного средства, и эта машина демонстративно проехала одной своей стороной по веткам от деревьев, превращая их в щепки. Зрители с большим вниманием следили за тем, что будет дальше. Пока грузовик разворачивался, помощники фокусника убрали мусор, и на сцену в обычной футболке вышел герой дня, который решил всех удивить своей крепостью. Грузовой автомобиль выехал на сцену, и наш герой лёг под переднее колесо прицепа, сделал глубокий демонстративный вздох и весь напрягся. Зал в ожидании какой-то неминуемой трагедии затаил дыхание. Смолкла музыка, был слышен только звук мотора. И вот вся эта конструкция поехала вперёд. Даже самые неграмотные люди понимали, что вес одного колеса составляет около 4-х тонн, и этого будет достаточно, чтобы раздавить всё, что под него попадёт. Грузовик медленно двигался вперёд, переднее колесо прицепа наезжало на лежащего человека, сжимаясь под тяжестью груза и препятствия. Зрители с удивлением смотрели на жертву, с которой ничего не происходило. Первое колесо успешно съехало вниз. А наш герой перевёл дыхание и вновь сделал глубокий вдох, ожидая следующего колеса. Повторилось то же самое. Прицеп успешно переехал препятствие и остановился. А мужчина, ко всеобщему удивлению, быстро встал, демонстративно отряхнулся и с улыбкой на лице поприветствовал напряжённую публику. Весь зал взорвался аплодисментами, но пришедшие так и не поняли, как этот человек смог выжить под таким грузом.</w:t>
      </w:r>
    </w:p>
    <w:p>
      <w:r>
        <w:t>Затем присутствующим было предложено лечь под колеса прицепа и самим пережить то, что пережил герой сцены. Никто из зрителей не согласился. А те, кого попытались насильно вывести для продолжения эксперимента, отказывались изо всех сил.</w:t>
      </w:r>
    </w:p>
    <w:p>
      <w:r>
        <w:t>Каждому из нас Господь приготовил такое испытание нашей веры, которое мы обязательно перенесём, если будем проходить через него с доверием Богу и верою в то, что Он рядом и не оставит нас. Нам было обещано, что Бог допустит Своим слугам лишь то, что они смогут перенести.</w:t>
      </w:r>
    </w:p>
    <w:p>
      <w:r>
        <w:t>Читаем в 1Кор 10:13: «… и верен Бог, Который не попустит вам быть искушаемыми сверх сил, но при искушении даст и облегчение, так чтобы вы могли перенести». Об этом легко читать, но не всегда бывает интересно переживать подобное. И всё человеческое естество противится таким испытаниям и взывает о помощи. Но Господь уверенно приглашает нас войти в огонь, и мы не избежим этого этапа нашего пути. Пока наши жизни находятся в Божьих руках, нам нечего бояться, и даже смерть в различных испытаниях не повредит нам, но запечатлит нашу веру навсегда, на всю Вечность.</w:t>
      </w:r>
    </w:p>
    <w:p>
      <w:r>
        <w:t>Иисус уже прошёл весь путь земных испытаний, и знает, как помогать искушаемым. Он был искушён во всём, кроме греха, и Ему известно, с чем я столкнусь. Когда я иду по Его следам, я понимаю, что большую часть моего груза Господь взял на себя.</w:t>
      </w:r>
    </w:p>
    <w:p>
      <w:r>
        <w:t>Секрет вышеописанного фокуса заключался в том, что весь груз был сложен и прочно закреплен на одной стороне прицепа, с которой также были усилены рессоры. А вес другой стороны составлял всего несколько килограмм, которые смог бы выдержать любой человек. Да и колеса были сделаны из специальной мягкой резины, которая не могла никак навредить. Думаю, что герою этого трюка было очень радостно проходить подобное испытание, зная, что ему ничто не грозит, и он получит обещанное вознаграждение как участник этого зрелища.</w:t>
      </w:r>
    </w:p>
    <w:p>
      <w:r>
        <w:t>Но наш Господь не фокусник, желающий кого-то удивить. Нам предлагаются серьёзные вещи, которые не всегда приятно переживать, но которые не вредят душе, пока мы находимся в руке Иисуса.</w:t>
      </w:r>
    </w:p>
    <w:p>
      <w:r>
        <w:t>Предлагая мне что-то, Господь прекрасно понимает моё отношение к этому вопросу и желает вывести меня на честные отношения с Ним. Ему очень интересно услышать от меня то, что я думаю и как вижу то или иное предложение.</w:t>
      </w:r>
    </w:p>
    <w:p>
      <w:r>
        <w:t>Заповедуя нам любить друг друга, Иисус знает, что без Него мы не сможем соблюсти эту заповедь правильно, и поэтому не ждёт от меня идеального поведения. Я и мой друг честно говорим Ему, что мы не умеем и не можем соблюдать это слово. Я просто не представляю, как это происходит, но хочу попробовать. А вдруг получится? Иисус, зная и слыша наши слова, даёт нам Свою благодать и лично присутствует в наших отношениях, проводя нас через различные испытания, в которых были раздавлены многие самонадеянные души.</w:t>
      </w:r>
    </w:p>
    <w:p>
      <w:r>
        <w:t>Зная опыт падений многих моих предшественников, я могу решить, что эта заповедь не для нас и не для нашего времени. Ведь такой груз не по силам перенести нормальному человеку. Но Бог не заповедует нам того, что мы не сможем сделать. Каждая Его заповедь несёт в себе Божью силу для тех, кто решит быть послушным. От меня ожидается вера в это. Всю самую большую часть груза моих испытаний Господь взял на себя и дал мне пример Своей победы, приглашая меня присоединиться к Нему. От меня нужна только вера и желание делать то, что Он ожидает.</w:t>
      </w:r>
    </w:p>
    <w:p>
      <w:r>
        <w:t>Если я не хочу что-то делать, то Господь это тоже видит, и мне не стоит Его обманывать, играя роль заинтересованного человека.</w:t>
      </w:r>
    </w:p>
    <w:p>
      <w:r>
        <w:t>Заповедуя нам любить друг друга, Господь предлагает людям самое прекрасное, что может дать Небо, но нам это кажется большим и невозможным. А когда я понимаю, что мне что-то не по силам, тогда я и не буду даже пробовать в этом участвовать. И у меня не будет никакого желания делать то, что я неспособен совершить. Господь знает и это и посылает мне свет, давая понять, что прицеп моих представлений не настолько тяжёл и опасен, и большую часть этого груза Он взял на себя, даруя нам радость, счастье, любовь и дружелюбный дух в отношениях.</w:t>
      </w:r>
    </w:p>
    <w:p>
      <w:r>
        <w:t>Я могу решить, что я люблю всех своих собратьев, а они любят меня, потому что мы все из одной церкви. Возможно, это и так, но не настолько глубоко и прочно, как того ожидает Господь. Наука о любви друг к другу подразумевает не только отношения, но и знания, и понимание того, что такое любовь, и особые торговые отношения с Тем, Кто учит этой любви.</w:t>
      </w:r>
    </w:p>
    <w:p>
      <w:r>
        <w:t>Если мы на самом деле желаем любить друг друга, постичь глубину этой заповеди и прибегаем к молитве, что-то делая в этом направлении, то Господь начинает нам открывать великое и недоступное, чего мы не знаем. Когда я прошу Спасителя продать мне очередную порцию золота, Он меня спрашивает, на самом ли деле я этого хочу и понимаю ли я, о чём прошу.</w:t>
      </w:r>
    </w:p>
    <w:p>
      <w:r>
        <w:t>Вставая на путь любви друг к другу, я уже не могу жить иначе и отказаться от этого. Любая остановка или возврат будут расцениваться как нарушение заповеди со всеми вытекающими последствиями. Это станет оскорблением Того, Кто желает быть прославлен в подобных отношениях.</w:t>
      </w:r>
    </w:p>
    <w:p>
      <w:r>
        <w:t>Господь знает и учитывает мои желания и даёт мне хотение и действие по Своему благоволению. Но сделать этот шаг должен я сам. И любить должен я. А любить меня должен мой друг.</w:t>
      </w:r>
    </w:p>
    <w:p>
      <w:r>
        <w:t>И только в этой любви друг к другу мы начинаем понимать преимущества этих отношений и видеть в них Христа, получать от этого истинное удовольствие, становясь зрелищем для мира, который только удивляется нам и не верит нам.</w:t>
      </w:r>
    </w:p>
    <w:p>
      <w:pPr>
        <w:pStyle w:val="Heading2"/>
      </w:pPr>
      <w:r>
        <w:t>Домашнее задание 652</w:t>
      </w:r>
    </w:p>
    <w:p>
      <w:r>
        <w:t>1. Прочитайте, пожалуйста, Мат.11:27-30; Ин.10:27-30; 13:35; Флп.2:13; Иов.23:10; 1Кор.10:13; 2Кор.8:7-15; Ис.53:4-5; Пс.16:3; 21:17-18; 25:2; 65:10; 138:23-24; Дан.11:35; Евр.10:32-39 в свете этого урока.</w:t>
      </w:r>
    </w:p>
    <w:p>
      <w:r>
        <w:t>2. Что вы поняли из этого урока?</w:t>
      </w:r>
    </w:p>
    <w:p>
      <w:r>
        <w:t>3. Какие ещё стихи из Библии пришли вам на память?</w:t>
      </w:r>
    </w:p>
    <w:p>
      <w:r>
        <w:t>4. Есть ли у вас желание кого-то любить? Если да, то что вы для этого делаете?</w:t>
      </w:r>
    </w:p>
    <w:p>
      <w:r>
        <w:t>5. Что делает Иисус в нашей любви друг к другу?</w:t>
      </w:r>
    </w:p>
    <w:p>
      <w:r>
        <w:t>6. Почему, если любовь друг к другу дарит столько радости, многие ничего не делают, слыша этот призыв?</w:t>
      </w:r>
    </w:p>
    <w:p>
      <w:r>
        <w:t>7. Что вы слышите, когда Бог призывает вас любить друг друга? Какое желание вызывает у вас этот призыв?</w:t>
      </w:r>
    </w:p>
    <w:p>
      <w:r>
        <w:t>8. Как вы думаете, любить друг друга — это тяжёлое бремя, которое раздавит любого, кто на это согласится?</w:t>
      </w:r>
    </w:p>
    <w:p>
      <w:r>
        <w:t>9. Можно ли, приняв с другом решение о взаимной любви, менять его по настроению или выбирать другие отношения?</w:t>
      </w:r>
    </w:p>
    <w:p>
      <w:r>
        <w:t>10. Понимаете ли вы, что, встав на путь любви, счастья и дружбы, человек не имеет права жить по-другому, а должен расти именно в этом направлении?</w:t>
      </w:r>
    </w:p>
    <w:p>
      <w:r>
        <w:t>11. Стоит ли быть честным с Богом, признавая, что мы не имеем любви и не умеем любить?</w:t>
      </w:r>
    </w:p>
    <w:p>
      <w:r>
        <w:t>12. Отличается ли любовь к одному человеку от любви к другому человеку?</w:t>
      </w:r>
    </w:p>
    <w:p>
      <w:r>
        <w:t>13. Что будет с рыбой, если её поместить жить в грязную воду? Могут ли любящие люди неодинаково себя вести в разных обстоятельствах?</w:t>
      </w:r>
    </w:p>
    <w:p>
      <w:r>
        <w:t>14. Любовь друг к другу — это испытание или удовольствие, или тяжёлый труд, или ещё что-то?</w:t>
      </w:r>
    </w:p>
    <w:p>
      <w:r>
        <w:t>15. Хотите ли вы быть любимым другом? Если да, то что вы для этого делаете?</w:t>
      </w:r>
    </w:p>
    <w:p>
      <w:r>
        <w:br w:type="page"/>
      </w:r>
    </w:p>
    <w:p>
      <w:pPr>
        <w:pStyle w:val="Heading1"/>
      </w:pPr>
      <w:r>
        <w:t>Урок 653. Как в любви найти Иисуса?</w:t>
      </w:r>
    </w:p>
    <w:p>
      <w:r>
        <w:t>В наших отношениях любви мы с другом проходим стадии роста и испытываем различные чувственные переживания. Что-то у нас идёт как по маслу, а что-то вызывает много вопросов, и не только друг к другу, но и к Богу, особенно если друг противоположного пола.</w:t>
      </w:r>
    </w:p>
    <w:p>
      <w:r>
        <w:t>И вот самый важный вопрос, который нас больше всего интересует. Есть ли Иисус в нашей любви и дружбе? Если да, то как Он Себя проявляет, и как нам понять, что это Он?</w:t>
      </w:r>
    </w:p>
    <w:p>
      <w:r>
        <w:t>То, что нам хорошо в наших отношениях, и мы от этого счастливы, получая небесное наслаждение, — это не показатель того, что это от Бога, хотя так оно и есть. Бог любит всё прекрасное и благословляет всё чистое. Но может произойти так, что я сам придумаю себе Бога и решу, что Он там, где, я считаю или чувствую, Он должен быть. И на самом деле наша взаимная любовь друг к другу приносит нам неподдельное счастье, которое никуда не уходит и не причиняет проблем совести. А раз совесть не осуждает, то, наверное, и Господь благосклонен к нашим отношениям. И мы в этих догадках решили, что с нами Бог, и, вдохновлённые этой идеей, любим друг друга, рассказывая всем, что это от Бога.</w:t>
      </w:r>
    </w:p>
    <w:p>
      <w:r>
        <w:t>А если нас попросить привести доказательства Божьего присутствия, то мы начнём ссылаться на наши чувства и эмоции, переживания и интуицию, уверенность в том, что иначе быть не может, потому что не может быть. Но если подобные доводы и убедят наших друзей, то они не смогут дать верный ответ пытливому искателю. Кто-то может сказать, что мы просто влюблены друг в друга и поэтому на все смотрим через «розовые очки».</w:t>
      </w:r>
    </w:p>
    <w:p>
      <w:r>
        <w:t>А если учесть тот факт, что близкие отношения между противоположными полами принято считать очень опасными, то вместо доверия нашим свидетельствам нас возьмут на заметку и будут внимательно следить за происходящим, чтобы вовремя отреагировать и принять соответствующие меры, если мы что-то нарушим. А всевозможные стереотипы и те люди, которые видят любовь и дружбу в ином свете, будут свидетельствовать против нас и убеждать нас в том, что дружбы между мужчиной и женщиной не может быть, приводя множество доказательств падений тех, кто решил по плоти испытать это правило. И они будут по-своему правы, потому что статистика падений в этом вопросе довольно высока.</w:t>
      </w:r>
    </w:p>
    <w:p>
      <w:r>
        <w:t>Но нас интересует вопрос о том, есть ли Иисус в нашей любви и дружбе? И если да, то как это определить?</w:t>
      </w:r>
    </w:p>
    <w:p>
      <w:r>
        <w:t>Первый и самый важный критерий, который может дать нам и другим самый правильный ответ на этот вопрос, — это Божье Слово. В Библии очень чётко прописано, Кто есть любовь, чья она, как Бог в ней присутствует, насколько она обязательна, и что без неё я ничто. Изучая Божьи заповеди, я нахожу свидетельство тому, что любить друг друга — это прямое повеление Христа Своим ученикам, которое является самым верным доказательством Его присутствия в наших отношениях. И эта заповедь не разделяет подобные отношения по половому признаку.</w:t>
      </w:r>
    </w:p>
    <w:p>
      <w:r>
        <w:t>А если учесть тот факт, что Иисус советует купить любовь у Него в последнее время, то это становится очень важным действием.</w:t>
      </w:r>
    </w:p>
    <w:p>
      <w:r>
        <w:t>Второй критерий, который также свидетельствует нам о Божьем присутствии в наших отношениях, — это наличие плода Святого Духа. Мы не сможем не приносить этот плод, если всё в наших отношениях соответствует Божьим правилам и делается от чистого сердца. Также Дух Святой не станет благословлять то, что нечисто и имеет неправильные мотивы. Богу приятно видеть непорочность наших сердец в любви друг к другу, ведь это показывает всему миру, что мы ученики Христа.</w:t>
      </w:r>
    </w:p>
    <w:p>
      <w:r>
        <w:t>Воздержание от всего того, что нечисто, возможно там, где присутствует Господь, и где есть личные и близкие отношения с Ним.</w:t>
      </w:r>
    </w:p>
    <w:p>
      <w:r>
        <w:t>Когда спрашиваешь об отношениях между братьями и сёстрами на Небе, пытаясь узнать, насколько они там будут чисты, тогда все дружно отвечают, что там всё будет правильно и непорочно. Но, когда начинаешь говорить о любви и дружбе в этом мире, тогда мнения разделяются.</w:t>
      </w:r>
    </w:p>
    <w:p>
      <w:r>
        <w:t>Господь дал нам ясно понять, что ничто нечистое не войдёт в Небесное Царство. Никакое плотское мышление не наследует Вечные обители. Но при этом Бог призывает нас любить друг друга и вносит это повеление в ранг заповеди, чего-то такого, что я не могу не соблюдать.</w:t>
      </w:r>
    </w:p>
    <w:p>
      <w:r>
        <w:t>Кем является в Божьих глазах тот, кто, имея повеление о любви, достаточно света по этому вопросу, много возможностей практиковать подобные отношения, выбирает нелюбовь или равнодушие? Как Небо смотрит на такое невежество?</w:t>
      </w:r>
    </w:p>
    <w:p>
      <w:r>
        <w:t>Давая новую заповедь о любви друг к другу, Иисус заметил, что Его не услышали, и Ему пришлось ещё дважды повторить это повеление. Впоследствии ученики писали в своих посланиях о важности подобного духа в отношениях с людьми и друг с другом, а апостол Иоанн оставил нам самые глубокие повествования о важности любви. Всё это сделало просто невозможным обойти эту заповедь.</w:t>
      </w:r>
    </w:p>
    <w:p>
      <w:r>
        <w:t>Но сердце человеческое лукаво, и, чтобы придать правильный мотив своим поступкам, я могу сказать, что совершаю их из любви, и это невозможно сразу проверить, и вам приходится всё принимать на веру.</w:t>
      </w:r>
    </w:p>
    <w:p>
      <w:r>
        <w:t>Но дух любви обязательно проявит себя и во всех других случаях, потому что на одном дереве не могут расти разные плоды.</w:t>
      </w:r>
    </w:p>
    <w:p>
      <w:r>
        <w:t>Зная всё, что Библия говорит о любви, о присутствии в ней Бога, стоит изучить эти стихи и понять, насколько они соответствуют нашему опыту, насколько чисты наши мысли в нашей любви и дружбе.</w:t>
      </w:r>
    </w:p>
    <w:p>
      <w:r>
        <w:t>Стоит также быть честными с Богом и друг с другом. Не исключено и то, что в нашей дружбе могут появиться нечистые мысли. Враг души всегда будет распространять свои чары, лишь бы что-то испортить. И чем больше был повреждён разум человека в этом направлении, тем яростнее будут атаки сатаны. Господь учит тому, что золото должно будет пройти огонь, чтобы стать ещё чище, поэтому не стоит бояться этого испытания. Нужно лишь не позволять плотскому духу доминировать над моей волей и чувствами.</w:t>
      </w:r>
    </w:p>
    <w:p>
      <w:r>
        <w:t>Господь никогда не оставит тех, кто просит Его о помощи свыше.</w:t>
      </w:r>
    </w:p>
    <w:p>
      <w:r>
        <w:t>Особенности последнего периода отличаются от более ранних времен тем, что именно дух веры, любви и счастья в познании истины и Бога помогут нам перенести все испытания нашей веры и выйти из них победителями. Послание к Лаодикии очень ясно открывает мою проблему и предлагает мне решение, которое делает меня победителем. Вера и любовь присутствуют в том, что мне предлагается купить у Верного Свидетеля.</w:t>
      </w:r>
    </w:p>
    <w:p>
      <w:r>
        <w:t>Бог пребывает в нашей любви друг к другу. Этому учит Библия. И, зная это, я пытаюсь увидеть Его в наших человеческих переживаниях и отношениях. И я вижу, как Он пропитывает Собою всё, наделяя нас неземной радостью и чистыми мыслями и чувствами, которые так радуют сердце, что постоянно удивляешься тому, что такое возможно. Возможно! И должно быть.</w:t>
      </w:r>
    </w:p>
    <w:p>
      <w:r>
        <w:t>Заповедь о любви друг к другу несёт в себе повеление и обетование о том, что это возможно для верующих людей. Но она также заключает в себе и благословение этой любви, которое меняет наши жизни и делает всё настолько прекрасным и великим, чего мы не знали, радуя наши сердца во всякое время.</w:t>
      </w:r>
    </w:p>
    <w:p>
      <w:r>
        <w:t>А когда я обладаю этим благословением, которое реально обогащает и печали с собою не приносит, когда имею твёрдое Библейское основание наших отношений, когда Дух Святой проявляется в нашей дружбе, тогда мне очень легко понять, из какого Источника всё это исходит.</w:t>
      </w:r>
    </w:p>
    <w:p>
      <w:pPr>
        <w:pStyle w:val="Heading2"/>
      </w:pPr>
      <w:r>
        <w:t>Домашнее задание 653</w:t>
      </w:r>
    </w:p>
    <w:p>
      <w:r>
        <w:t>1. Прочитайте, пожалуйста, 1Ин.4:16; 1Пет.1:22; 2:7; 4:8; Ин.13:34-35; 15:8-13,17-18; 1Ин.3:1,11,21-24; 4:7-13,17-21; Ин.14:15; Прит.10:12,22; 15:17; Песн.2:7; 8:7; Мат.24:12; 2Пет.1:5-7; Рим.5:5; 12:9-10; 13:10; 1Кор.16:14 в свете нашего урока.</w:t>
      </w:r>
    </w:p>
    <w:p>
      <w:r>
        <w:t>2. Что вы поняли из этого урока?</w:t>
      </w:r>
    </w:p>
    <w:p>
      <w:r>
        <w:t>3. Какие ещё стихи из Библии пришли вам на память?</w:t>
      </w:r>
    </w:p>
    <w:p>
      <w:r>
        <w:t>4. Важно ли знать о том, что Бог пребывает в нашей любви друг к другу?</w:t>
      </w:r>
    </w:p>
    <w:p>
      <w:r>
        <w:t>5. Почему Господь избрал именно любовь и заповедал нам любить друг друга?</w:t>
      </w:r>
    </w:p>
    <w:p>
      <w:r>
        <w:t>6. Любить друг друга — что это такое?</w:t>
      </w:r>
    </w:p>
    <w:p>
      <w:r>
        <w:t>7. Если вы ещё не имеете друга для любви, то есть ли у вас планы на это?</w:t>
      </w:r>
    </w:p>
    <w:p>
      <w:r>
        <w:t>8. Любить друг друга — это возможно в наше время?</w:t>
      </w:r>
    </w:p>
    <w:p>
      <w:r>
        <w:t>9. Какую роль играет любовь в последнее время?</w:t>
      </w:r>
    </w:p>
    <w:p>
      <w:r>
        <w:t>10. Нужно ли приглашать Бога в свои отношения любви друг к другу, или Он приходит автоматически?</w:t>
      </w:r>
    </w:p>
    <w:p>
      <w:r>
        <w:t>11. Что делать, если мы читаем в Библии, что Бог пребывает в любви, а не чувствуем этого в реальности?</w:t>
      </w:r>
    </w:p>
    <w:p>
      <w:r>
        <w:t>12. Как понять, есть ли Господь в наших отношениях?</w:t>
      </w:r>
    </w:p>
    <w:p>
      <w:r>
        <w:t>13. Как определить, приносим ли мы плод Духа в своей любви друг к другу? Гал.5:22-23.</w:t>
      </w:r>
    </w:p>
    <w:p>
      <w:r>
        <w:t>14. Что делать, если мы видим Бога в своих отношениях, а другие нам не верят и считают нас грешниками?</w:t>
      </w:r>
    </w:p>
    <w:p>
      <w:r>
        <w:t>15. Как вы думаете, приносят ли ваши слова любви, сказанные вашему другу, радость и благословение?</w:t>
      </w:r>
    </w:p>
    <w:p>
      <w:r>
        <w:br w:type="page"/>
      </w:r>
    </w:p>
    <w:p>
      <w:pPr>
        <w:pStyle w:val="Heading1"/>
      </w:pPr>
      <w:r>
        <w:t>Урок 654. Сватовство</w:t>
      </w:r>
    </w:p>
    <w:p>
      <w:r>
        <w:t>Брак является самым важным и самым ответственным событием в жизни каждого человека. Ничто не приносит людям так много счастья и благословений в их жизни, как удачный союз двух сердец, которые мудро, в молитвенном духе, подошли к решению этого вопроса.</w:t>
      </w:r>
    </w:p>
    <w:p>
      <w:r>
        <w:t>Когда двое друзей, любящих друг друга, решают создать законный семейный союз, считаясь со всеми за и против, руководствуясь здравым смыслом и Божьей волей, тогда это является самым прекрасным решением, обещающим обильные благословения и относительно последующих событий.</w:t>
      </w:r>
    </w:p>
    <w:p>
      <w:r>
        <w:t>Ничто так не разрушает жизнь человека, как неудачный брак, основанный на поспешных решениях и личных амбициях. Нет более верного способа как можно быстрее увести верующего человека от Бога и навсегда погрузить его во тьму, позволив ему создать семью с неверующим супругом или с тем, кто ему не подходит по многим параметрам. Несчастные семьи — это самое любимое поле деятельности тёмных сил, где духи злобы поднебесной могут удручать обоих супругов всю последующую жизнь. И даже желанный развод не решит многих сложных проблем, связанных с несовместимостью двух родных людей.</w:t>
      </w:r>
    </w:p>
    <w:p>
      <w:r>
        <w:t>Когда кто-то хочет построить что-то прочное на песке или строит на прочном основании из непрочного материала, тогда стоит ждать серьёзных проблем и разрушений при внушительных испытаниях.</w:t>
      </w:r>
    </w:p>
    <w:p>
      <w:r>
        <w:t>Если мне пришло решение создать семью, то не стоит спешить с быстрым осуществлением этого желания. Когда я дружу с различными людьми, стараясь исполнить Божью заповедь о любви друг к другу, я не всегда оповещаю об этом своих родителей и родителей своего друга. В этом нет необходимости, но мои родители могут знать о том, с кем я дружу, если я стану их в это посвящать. Но, когда я планирую создать свою семью, мои отец и мать, если они есть, должны быть осведомлены в этом вопросе. Мне стоит считаться с мнением и опытом тех, кто подарил мне жизнь и любит меня. Не все родители могут быть мудрыми советниками, не все способны распознать будущие проблемы моей семейной жизни, но мне стоит почитать тех, кто воспитывал меня и заботился обо мне. И даже если я уже стал взрослым и самостоятельным человеком, мнение своих родителей стоит учитывать.</w:t>
      </w:r>
    </w:p>
    <w:p>
      <w:r>
        <w:t>Также следует познакомиться с родителями будущей супруги и представиться им в качестве человека, который имеет серьёзные планы на их дочь и желает знать их мнение по этому поводу.</w:t>
      </w:r>
    </w:p>
    <w:p>
      <w:r>
        <w:t>Описывая эти принципы отношений в почитании наших родителей, я понимаю, что родители бывают разные и порою непредсказуемые. Если я верю в Бога, а они нет, то не все их советы могут мне подходить, но тут нужна мудрость, как себя вести, и Господь даст её, если я буду об этом молиться. Согласие и одобрение наших родителей на нашу дружбу даёт нам свободу на продолжение наших отношений и удаляет многие препятствия в развитии нашей дружбы.</w:t>
      </w:r>
    </w:p>
    <w:p>
      <w:r>
        <w:t>Не следует спешить с объявлением даты предполагаемой свадьбы. Вначале стоит спросить разрешения на нашу дружбу, в которой мы планируем ближе узнать друг друга с целью создания семьи. Родители могут увидеть в этом серьёзность наших планов, а также иметь время и возможность поближе узнать своих будущих родственников, поучаствовать в нашем строительстве счастья и дать нам мудрые советы и предостережения.</w:t>
      </w:r>
    </w:p>
    <w:p>
      <w:r>
        <w:t>Пока мы просто дружили, не было особой нужды посвящать в эти отношения ещё кого-то. Но когда мы решили дружить с целью создания семьи, тогда наши родители должны первыми об этом узнать и, если возможно, лично познакомиться с моим другом.</w:t>
      </w:r>
    </w:p>
    <w:p>
      <w:r>
        <w:t>Может быть и такое, что родители в разводе и, имея свои семьи, не поддерживают близких отношений со своими детьми. Но и их нужно оповестить о своих планах на жизнь, ведь они не чужие люди.</w:t>
      </w:r>
    </w:p>
    <w:p>
      <w:r>
        <w:t>Божья заповедь о почитании отца и матери не даёт нам ограничений в том, каких родителей нам стоит почитать и как это делать, но и не освобождает нас от ответственности в этом вопросе, пока родители живы. Лучше ошибиться в сторону любви к своим отцу и матери, чем проявлять к ним пренебрежение.</w:t>
      </w:r>
    </w:p>
    <w:p>
      <w:r>
        <w:t>И вот, мы всех осведомили, и все в курсе наших отношений. Приходит такое время, когда мы решаем познакомить и наших родителей со своим избранником или избранницей. И не просто, а так чтобы наши родители были свидетелями моего предложения руки и сердца моей возлюбленной и слышали наши слова и ответы по этому поводу. Такое мероприятие называется сватовство. Оно не везде принято, но и не является чем-то плохим, когда совершается в духе почтения и глубокого уважения к нашим родителям. Обычно на такие мероприятия приглашаются друзья и другие родственники, после чего, услышав согласие будущей невесты, можно планировать и другие события.</w:t>
      </w:r>
    </w:p>
    <w:p>
      <w:r>
        <w:t>Есть также и опасные виды сватовства, когда этим начинают заниматься мои друзья, которые видят в нас прекрасную пару и настойчиво предлагают нам друг друга. Возможно, их советы и окажутся мудрыми и подтолкнут нас к каким-то важным действиям, но не стоит ради них принимать поспешные решения. Пусть их советы носят рекомендательный характер. Да и самому мне не следует быть сватом и решать чьи-то судьбы, убеждая человека поступить так или иначе.</w:t>
      </w:r>
    </w:p>
    <w:p>
      <w:r>
        <w:t>Я переживал много опытов, когда мои друзья создавали свои семьи или планировали это сделать. И они спрашивали меня о том, как я вижу их союз и что посоветую им делать. Я взял себе за правило не решать за других такие судьбоносные вопросы, но с радостью делился тем, как я вижу эту ситуацию, предоставляя друзьям самим принимать окончательные решения. И даже если я что-то кому-то и советую, то не жду, что мои советы будут неукоснительно исполняться.</w:t>
      </w:r>
    </w:p>
    <w:p>
      <w:r>
        <w:t>Иногда мне встречаются нерешительные люди, которые боятся сделать первый шаг, а я вижу, что их дружба принесёт им обоюдное благословение. Тогда можно помочь таким людям обратить внимание друг на друга и поучаствовать в их будущем счастье, не беря на себя ответственность за принятие окончательного решения. А потом можно радоваться тому, что у них что-то доброе получилось.</w:t>
      </w:r>
    </w:p>
    <w:p>
      <w:r>
        <w:t>Имея большой опыт наблюдения и анализа, обладая знаниями о том, какой семья должна быть и какой она не должна быть ни в коем случае, можно предвидеть очень многие опасности и предупреждать о них, а также указывать и на скрытые благословения, которые многие не видят поверхностным взглядом.</w:t>
      </w:r>
    </w:p>
    <w:p>
      <w:r>
        <w:t>Но я не создаю счастливые семьи, а учу друзей быть счастливыми в том, что они выбирают, и иметь прочную связь с истинным Источником счастья — нашим дорогим Спасителем.</w:t>
      </w:r>
    </w:p>
    <w:p>
      <w:r>
        <w:t>Сватовство — это не окончательное решение. Пока не состоялся брак, можно многое взвесить и изменить. В этом мероприятии роль мужчины — делать предложение, а роль женщины — ждать этого предложения и давать свой ответ. Но никак не наоборот.</w:t>
      </w:r>
    </w:p>
    <w:p>
      <w:r>
        <w:t>Присутствие или осведомленность наших близких родственников желательна. Ведь они также имеют на нас влияние.</w:t>
      </w:r>
    </w:p>
    <w:p>
      <w:r>
        <w:t>Являясь членами Божьей церкви, нам необходимо сообщить всем собратьям о нашем решении дружить с целью создания семьи, чтобы не у кого не возникало вопросов о том, почему мы так часто бываем вместе.</w:t>
      </w:r>
    </w:p>
    <w:p>
      <w:r>
        <w:t>Но самым важным моментом всех этих событий является посвящение нас Богу и просьба о Его благословении и защите. И наш Небесный Отец ждёт наших молитв по этому вопросу, чтобы ответить и благословить.</w:t>
      </w:r>
    </w:p>
    <w:p>
      <w:pPr>
        <w:pStyle w:val="Heading2"/>
      </w:pPr>
      <w:r>
        <w:t>Домашнее задание 654</w:t>
      </w:r>
    </w:p>
    <w:p>
      <w:r>
        <w:t>1. Прочитайте, пожалуйста, Еф.6:1-4; Мал.4:4-6; Быт.2:24; Исх.20:12; 21:15,17; Втор.5:16; Мат.15:3-9; Мар.10:17-19; Еф.5:15-18,28-33; Лев.20:8-9; Прит.15:20; 20:20 в свете нашего урока.</w:t>
      </w:r>
    </w:p>
    <w:p>
      <w:r>
        <w:t>2. Что вы поняли из этого урока?</w:t>
      </w:r>
    </w:p>
    <w:p>
      <w:r>
        <w:t>3. Какие Библейские герои или истории пришли вам на память?</w:t>
      </w:r>
    </w:p>
    <w:p>
      <w:r>
        <w:t>4. Так ли важно делать то, о чём написан этот урок?</w:t>
      </w:r>
    </w:p>
    <w:p>
      <w:r>
        <w:t>5. Какую пользу приносит человеку почитание родителей?</w:t>
      </w:r>
    </w:p>
    <w:p>
      <w:r>
        <w:t>6. Являются ли родителями те люди, которые усыновили и воспитали тебя? Стоит ли их тоже почитать?</w:t>
      </w:r>
    </w:p>
    <w:p>
      <w:r>
        <w:t>7. Как вы понимаете слово «почитай»? Что это значит, и как это должно выглядеть?</w:t>
      </w:r>
    </w:p>
    <w:p>
      <w:r>
        <w:t>8. Важно ли самому принимать решение в выборе спутника жизни, или это должны делать только родители?</w:t>
      </w:r>
    </w:p>
    <w:p>
      <w:r>
        <w:t>9. Что делать, если родители против вашего союза, а вы любите друг друга?</w:t>
      </w:r>
    </w:p>
    <w:p>
      <w:r>
        <w:t>10. Как вы думаете, нужно ли советоваться с Небесным Отцом о том, насколько мне подходит тот или иной человек?</w:t>
      </w:r>
    </w:p>
    <w:p>
      <w:r>
        <w:t>11. Советуется ли Иисус со Своим Отцом, выбирая Себе невесту?</w:t>
      </w:r>
    </w:p>
    <w:p>
      <w:r>
        <w:t>12. Почему выбор спутника жизни является самым важным решением, в котором нельзя допускать ошибку?</w:t>
      </w:r>
    </w:p>
    <w:p>
      <w:r>
        <w:t>13. Что ожидает тех, кто не считается с мнением своих родителей?</w:t>
      </w:r>
    </w:p>
    <w:p>
      <w:r>
        <w:t>14. Имеет ли этот урок какое-то духовное значение для последнего времени?</w:t>
      </w:r>
    </w:p>
    <w:p>
      <w:r>
        <w:t>15. Ожидают ли наши духовные Небесные Родители каких-то решений с нашей стороны?</w:t>
      </w:r>
    </w:p>
    <w:p>
      <w:r>
        <w:br w:type="page"/>
      </w:r>
    </w:p>
    <w:p>
      <w:pPr>
        <w:pStyle w:val="Heading1"/>
      </w:pPr>
      <w:r>
        <w:t>Урок 655. Любить до того, как …</w:t>
      </w:r>
    </w:p>
    <w:p>
      <w:r>
        <w:t>Когда влюблённые люди решили дружить, чтобы впоследствии создать свою семью, оповестили об этом своих родителей, тогда у них началось самое интересное время, на протяжении которого они могут познавать друг друга и обсуждать многие вопросы, связанные с их общим будущим.</w:t>
      </w:r>
    </w:p>
    <w:p>
      <w:r>
        <w:t>Я люблю называть это время временем поста и молитвы.</w:t>
      </w:r>
    </w:p>
    <w:p>
      <w:r>
        <w:t>Изучая на протяжении своей жизни закономерности создания семейных союзов, я пришёл к верному выводу о том, что чем серьёзнее молодые люди будут подходить к этому вопросу, тем серьёзнее Бог будет их благословлять. Те, кто захочет узнать Божью волю для своей будущей жизни, узнают её. Господь охотно общается с людьми, которые советуется с Ним по любому вопросу, а тем более по таким важным как создание семьи.</w:t>
      </w:r>
    </w:p>
    <w:p>
      <w:r>
        <w:t>Может быть и такое, что молодые люди изначально не подходят друг другу, и если бы они в этом несоответствии быстро создали семью, потому что ими руководили чувства и желания, то их союз был бы очень несчастливым и недолговечным. Но, когда они стали в посте и молитве выпрашивать для себя Божьи благословения и приняли решение быть друзьями, несмотря ни на что, тогда в их сознании Господь начинает производить перемены и вкладывает в них новое сердце, способное понимать нужды другого человека и служить ему.</w:t>
      </w:r>
    </w:p>
    <w:p>
      <w:r>
        <w:t>Несовместимость двух людей может быть лишь по одной причине: если они оба или кто-то один из них решит лелеять в себе эгоистичный дух, который не покоряется Богу, да и не может.</w:t>
      </w:r>
    </w:p>
    <w:p>
      <w:r>
        <w:t>Предбрачное знакомство даёт очень хорошую возможность выявить этот эгоистичный дух и понять, кем ты являешься сам, и кто есть твой друг. Господь обязательно покажет это тем, кто будет Его настойчиво об этом просить. А если Господь что-то нам и открывает, то не с целью нас удивить, а с предложением нас изменить. Как я отвечу на эти обличения, должен решать я сам.</w:t>
      </w:r>
    </w:p>
    <w:p>
      <w:r>
        <w:t>Большую ошибку делают люди, которые в своей дружбе от разумного общения переходят к чувственным наслаждениям. Подобный опыт надевает на влюблённых «розовые очки», и они вместо глубокого познания Божьей воли переходят в заколдованную страну плотских вожделений, которые не дадут трезво смотреть на жизнь.</w:t>
      </w:r>
    </w:p>
    <w:p>
      <w:r>
        <w:t>Семейная жизнь — это не чувственный праздник длиною в жизнь, а совместный путь, наполненный повседневными обязанностями и задачами, среди которых иногда бывают и праздники.</w:t>
      </w:r>
    </w:p>
    <w:p>
      <w:r>
        <w:t>В предбрачном познании друг друга нам открывается много путей и возможностей, которые мы можем вместе избирать, развивая свой кругозор и характер. Думаю, что лучше всего начинать с решения любить друг друга по заповеди. Хоть кому-то и может показаться, что это прилагается само собой и это даже есть в наших отношениях, но на самом деле всё гораздо серьёзнее, чем представляется сначала. Любовь друг к другу — это осознанное решение и приглашение Бога в наши отношения, которые имеют начало, чтобы уже никогда не закончиться. И даже если мы поймём в этой любви, что не подходим друг другу как семья и решим ничего совместного не создавать, то наша любовь и дружба никуда не денутся, и мы всё также будем любить друг друга и радоваться тому, что мы есть.</w:t>
      </w:r>
    </w:p>
    <w:p>
      <w:r>
        <w:t>Наше решение любить друг друга даёт Богу власть посылать нам откровения об этой любви и учить нас этому Вечному искусству. Мы открываем для себя новый мир, новые возможности и перспективы.</w:t>
      </w:r>
    </w:p>
    <w:p>
      <w:r>
        <w:t>В любви друг к другу есть начало, которое мы можем определить своим решением встать на этот путь, но это мероприятие, по Божьему замыслу, уже никогда не остановится и не исчерпает себя, но будет вечно наполнять и радовать сердца своих участников.</w:t>
      </w:r>
    </w:p>
    <w:p>
      <w:r>
        <w:t>Мы, хоть и ограниченные земными законами существа, но при этом имеем в себе бесконечный потенциал, который обнаруживается и развивается по мере его востребованности.</w:t>
      </w:r>
    </w:p>
    <w:p>
      <w:r>
        <w:t>Любовь друг к другу открывает для меня самую интересную и познавательную книгу в мире — сердце моего друга. Это познание уже никогда не закончится и будет всегда радовать моё любящее сердце.</w:t>
      </w:r>
    </w:p>
    <w:p>
      <w:r>
        <w:t>Познание друг друга происходит не только в прямом общении, но и в совместных делах, в общем служении, в контакте с другими людьми, в трудностях и испытаниях, которые мы переживаем на протяжении нашей дружбы.</w:t>
      </w:r>
    </w:p>
    <w:p>
      <w:r>
        <w:t>Если есть возможность пройти добрачное консультирование у духовных людей, то этим надо обязательно воспользоваться. Мнение и мудрость наблюдения третьего лица, которое имеет жизненный опыт, поможет нам увидеть себя и свой союз со стороны, выявить многие проблемы и понять полезные вещи, о которых мы никогда не задумывались.</w:t>
      </w:r>
    </w:p>
    <w:p>
      <w:r>
        <w:t>Думаю, что не будет лишним спрашивать у разных людей о том, что нам нужно делать для того, чтобы мы были счастливы в своей семье, а чего стоит избегать.</w:t>
      </w:r>
    </w:p>
    <w:p>
      <w:r>
        <w:t>Иногда советы тех, чьи семьи были разрушены, могут быть более важными и полезными, чем другие. Когда я знаю, какой семья не должна быть, тогда могу предвидеть многие опасности. Но лучше этим негативом не увлекаться, а изучать те преимущества, которые приносит любовь и дружба, и следовать этому курсу.</w:t>
      </w:r>
    </w:p>
    <w:p>
      <w:r>
        <w:t>Бог больше всех желает нашего будущего семейного счастья, и Он обязательно научит этому тех, кто будет Его об этом просить. Мне стоит понять, что на мои молитвы по этому вопросу последует ответ. А мои посты будут приняты. Конечно, лучше всего, чтобы пост и молитва были с обеих сторон, но если это не всегда получается сделать общим мероприятием, то моя инициатива должна быть постоянной. В прошении к Богу я открываю своё сердце и могу узнать Его волю.</w:t>
      </w:r>
    </w:p>
    <w:p>
      <w:r>
        <w:t>Конечно же, мы оба должны быть верующими людьми из одной деноминации, не состоящими в браке с другими людьми. Иначе все посты и молитвы не будут иметь никакого смысла.</w:t>
      </w:r>
    </w:p>
    <w:p>
      <w:r>
        <w:t>В своих молитвах к Богу я могу не слышать прямого ответа с Неба, но Господь будет создавать такие обстоятельства, в которых мы увидим сильные и слабые стороны друг друга.</w:t>
      </w:r>
    </w:p>
    <w:p>
      <w:r>
        <w:t>Любить друг друга и стать друзьями до того, как мы станем семьёй, — это самый верный путь и самое хорошее решение. Не всегда всё складывается так, как мы планируем. Если нам открылось наше несоответствие друг другу как будущих мужа и жены, то мы можем ничего не продолжать, но любовь и дружба при этом остаются между нами, и мы можем всегда этим пользоваться, даже если у нас будут созданы семьи с другими людьми.</w:t>
      </w:r>
    </w:p>
    <w:p>
      <w:r>
        <w:t>А если мы всё же решим создать свою семью, то наша любовь и дружба перейдёт уже в семейный союз и будет развиваться дальше в более близких отношениях.</w:t>
      </w:r>
    </w:p>
    <w:p>
      <w:r>
        <w:t>Это так здорово, когда твоя жена является и твоим другом, которого ты любишь во всякое время. Можно столько интересного в ней открыть и каждый раз радовать её сердце своею радостью о ней. И это возможно, но подобное не приобретается из ничего. Семейное счастье необходимо строить совместными усилиями в едином духе, на едином Боге.</w:t>
      </w:r>
    </w:p>
    <w:p>
      <w:r>
        <w:t>Когда мы купили готовое здание и въехали в него, мы не знаем, из чего оно построено и насколько оно качественное и прочное. Но когда мы строим свой дом сами, имея твёрдое Основание и соблюдая все законы и нормы, тогда наше жилище будет безопасным, и оно будет возведено нами с учётом всех наших вкусов и интересов.</w:t>
      </w:r>
    </w:p>
    <w:p>
      <w:r>
        <w:t>Бог даёт нам власть строить для себя то, что мы хотим, и Сам прилагает Свою руку к нашему строению, присутствуя в нашей любви друг к другу.</w:t>
      </w:r>
    </w:p>
    <w:p>
      <w:pPr>
        <w:pStyle w:val="Heading2"/>
      </w:pPr>
      <w:r>
        <w:t>Домашнее задание 655</w:t>
      </w:r>
    </w:p>
    <w:p>
      <w:r>
        <w:t>1. Прочитайте, пожалуйста, 1Кор.16:14; Быт.2:24; Песн.1:14-16; 2:1-16; 5:8-16; 7:7,11-12; 8:7; Ин.13:35; 14:21; 17:26; 1Ин.4:7-8; Еф.5:1-3; 1Пет.1:22; Гал.5:6; 1Кор.13:4-8, Рим.12:9-10 в свете нашего урока.</w:t>
      </w:r>
    </w:p>
    <w:p>
      <w:r>
        <w:t>2. Что вы поняли из этого урока?</w:t>
      </w:r>
    </w:p>
    <w:p>
      <w:r>
        <w:t>3. Какие ещё стихи из Библии пришли вам на память?</w:t>
      </w:r>
    </w:p>
    <w:p>
      <w:r>
        <w:t>4. Обязательно ли становиться друзьями до свадьбы?</w:t>
      </w:r>
    </w:p>
    <w:p>
      <w:r>
        <w:t>5. Нужны ли подобные знания тем, у кого уже есть внуки? Прит.22:6.</w:t>
      </w:r>
    </w:p>
    <w:p>
      <w:r>
        <w:t>6. Какую пользу приносит людям любовь и дружба до вступления в брачный союз?</w:t>
      </w:r>
    </w:p>
    <w:p>
      <w:r>
        <w:t>7. Как вы думаете, будет ли у любящих друг друга друзей перспектива на продолжение этих отношений после брака?</w:t>
      </w:r>
    </w:p>
    <w:p>
      <w:r>
        <w:t>8. Для чего нужна в семье любовь и дружба?</w:t>
      </w:r>
    </w:p>
    <w:p>
      <w:r>
        <w:t>9. Может ли человек любить своего друга от чистого сердца, не зная законов любви и дружбы?</w:t>
      </w:r>
    </w:p>
    <w:p>
      <w:r>
        <w:t>10. Желает ли Господь видеть в Своих детях Свою любовь, когда они просят о благословении их семьи?</w:t>
      </w:r>
    </w:p>
    <w:p>
      <w:r>
        <w:t>11. Какое семейное счастье можно построить, не зная основ и законов этого счастья?</w:t>
      </w:r>
    </w:p>
    <w:p>
      <w:r>
        <w:t>12. Что делать, если я уже имею семью, но не имею в ней любви и дружбы?</w:t>
      </w:r>
    </w:p>
    <w:p>
      <w:r>
        <w:t>13. А нужна ли любовь в семье? Если да, то для чего?</w:t>
      </w:r>
    </w:p>
    <w:p>
      <w:r>
        <w:t>14. Какое преимущество даётся тем, кто имеет любовь и дружбу до вступления в брак? Так ли это важно?</w:t>
      </w:r>
    </w:p>
    <w:p>
      <w:r>
        <w:t>15. Что ожидает тех, кто создаёт семью ради семьи, считая, что чувства и любовь придут сами?</w:t>
      </w:r>
    </w:p>
    <w:p>
      <w:r>
        <w:br w:type="page"/>
      </w:r>
    </w:p>
    <w:p>
      <w:pPr>
        <w:pStyle w:val="Heading1"/>
      </w:pPr>
      <w:r>
        <w:t>Урок 656. Друзья познаются в беде</w:t>
      </w:r>
    </w:p>
    <w:p>
      <w:r>
        <w:t>Моя жизнь тесно переплетена со строительством, и мне нравится брать оттуда примеры, которые ясно показывают, как выглядят невидимые вещи из духовного мира. В строительстве есть определённые законы и правила, которые нельзя нарушать. Не всё, что может показаться мне прочным, является таковым. И не всё, что выглядит слабым, на самом деле слабое. Работая много лет с планами и статистическими расчётами, я подсознательно научился чувствовать стройку и замечать многие вещи, на которые вы не обратите внимание. Но когда я сталкиваюсь с незнакомой технологией, тогда мне становится очень интересно понять её устройство и закономерности. Например, при закладке несущих конструкций мы привыкли работать с железом и бетоном, и это уже стало классическим подходом, но когда я узнаю, что нашлись люди, которые вместо железа придумали стекловолокно, я сильно напрягаюсь, не зная, как это воспринимать. Я не берусь судить изобретателей данных технологий, но время и испытания покажут, стоит ли с этим материалом иметь дело.</w:t>
      </w:r>
    </w:p>
    <w:p>
      <w:r>
        <w:t>Я умею строить большие дома, и чем больше объект, тем он интереснее. Но когда пришло время, и я стал возводить для себя на огороде маленькую дачу, я столкнулся с тем, что многие мои знания в большой стройке никак не подходят для огородных домов. И когда, на удивление всем соседям, я начал сооружать нечто похожее на бомбоубежище, тогда, кроме пережитых насмешек, я ещё умудрился наделать и множество ошибок, которые меня чему-то научили. Дом должен быть защищён со всех сторон от воды, ветра и холода. Но самое главное — он должен находиться под Божьей защитой.</w:t>
      </w:r>
    </w:p>
    <w:p>
      <w:r>
        <w:t>Когда огородная стройка закончилась, всё выглядело, как и у соседей, но в моём домике фундамент держит крышу, что может пригодиться в ближайшем будущем.</w:t>
      </w:r>
    </w:p>
    <w:p>
      <w:r>
        <w:t>В нашем регионе в последнее время бывают частые ураганы и град. Дважды происходили даже небольшие землетрясения. Падают деревья, с крыш слетает черепица, рвутся линии электропередач, и это только начало интересных событий. И всякий раз мне любопытно узнать, как обстоят дела в нашем садоводстве. Чья теплица теперь лежит на соседских участках? Господь хранит то, что Ему посвящено и построено по всем правилам и законам. И когда видишь всё целым и невредимым, тогда благодаришь Бога за чудесную охрану.</w:t>
      </w:r>
    </w:p>
    <w:p>
      <w:r>
        <w:t>С детства я знал такую пословицу: «Друзья познаются в беде». И она не лишена смысла и в христианской любви и дружбе. Любое нормальное строительство происходит при благоприятных условиях, в которых сложно определить, как это будет держаться при урагане. Но мудрые инженеры производят расчёты до того, как приступить к возведению здания. Так и нам Господь дал Свои планы и расчёты, в которых последовательно и довольно ясно описал, какими должны быть наши отношения, а какими нет. Однако, как бы мы ни строили свою дружбу, всегда придёт тот день, который испытает нашу прочность и покажет нам наши сильные и слабые стороны.</w:t>
      </w:r>
    </w:p>
    <w:p>
      <w:r>
        <w:t>Не стоит приближать время скорби и устраивать искусственные бедствия, чтобы проверить себя и друга. Этот мир полон всяких неожиданных событий, и они и так придут без нашего приглашения. Всё будет испытано.</w:t>
      </w:r>
    </w:p>
    <w:p>
      <w:r>
        <w:t>Мне не хочется хвалиться своею прочностью или быть уверенным в прочности моих дорогих друзей. Я не знаю, кто я на самом деле, и из чего слеплён мой друг. Но мне известно одно очень важное правило для всех видов строительства: если я произвожу все работы по плану, учитывая все размеры, предписания и нормы, то мне не стоит волноваться за прочность здания. Мне не придется отвечать за его крепость во время стихийных бедствий.</w:t>
      </w:r>
    </w:p>
    <w:p>
      <w:r>
        <w:t>То же самое правило действует и в нашей дружбе. Если мы строим отношения по всем Божьим предписаниям, учитывая все заповеди, требования и советы Господа, прося мудрости и благословения на нашу любовь и дружбу, то нам не следует переживать за то, выдержит ли наша любовь грядущие события. Нам не придется беспокоиться о том, как проявит себя друг в беде, которая может неожиданно наступить.</w:t>
      </w:r>
    </w:p>
    <w:p>
      <w:r>
        <w:t>Пока в этом мире есть духи злобы поднебесной, нам не следует расслабляться или проявлять небрежность в строительстве прочных отношений с друзьями. Мы на войне, и враг может устроить засаду там, где меньше всего её ожидаешь. Но Господь предусмотрел все возможности врага души и описал все законы, способные противостоять атакам извне.</w:t>
      </w:r>
    </w:p>
    <w:p>
      <w:r>
        <w:t>И каждый раз, когда приходит очередной ураган человеческих страстей, и у кого-то сносит крышу, а чей-то мозг выносится за пределы разумного, ты внимательно следишь за собой и молишься за друга больше обычного, желая понять, чем закончится это испытание. И, как правило, видишь, что отношения были прочными, и ничто не повредило им. И после подобных проблем наша дружба становится ещё сильнее, ещё глубже и доверительнее.</w:t>
      </w:r>
    </w:p>
    <w:p>
      <w:r>
        <w:t>Конечно же, могут быть и разочарования, но и они учат нас тому, что было не так.</w:t>
      </w:r>
    </w:p>
    <w:p>
      <w:r>
        <w:t>Помню случай, когда во время нашей торговли в Югославии в девяностые годы наших друзей ограбили наши же «друзья», оставив их без вещей, денег и документов. Когда мы об этом узнали, будучи этим временем в Венгрии, нашему удивлению не было предела, и мы сделали всё возможное, чтобы помочь восстановить те потери, которые переживали жертвы доверия. Мы забыли про свою прибыль и стали помогать людям, оказавшимся в беде. Это сблизило нас ещё крепче, и эта дружба сохранилась и до сих пор, пройдя и через другие испытания.</w:t>
      </w:r>
    </w:p>
    <w:p>
      <w:r>
        <w:t>Знаю случаи, когда друзья становились врагами, и это происходит там, где отношения строятся не по духу, а по плоти.</w:t>
      </w:r>
    </w:p>
    <w:p>
      <w:r>
        <w:t>Когда я ещё не знал Бога, я строил дружбу по понятиям. И я видел, как мои дружки легко оставляли, обманывали или предавали меня в трудных ситуациях. Мои представления о дружбе были сильно поколеблены. Но мне встретился Иисус и дал новое понимание таких отношениях.</w:t>
      </w:r>
    </w:p>
    <w:p>
      <w:r>
        <w:t>Изучая эту науку, я для себя решил быть верным другом, несмотря ни на что. Я прошу Господа благословить и сохранить меня в выборе «всегда оставаться другом», и в моей голове происходит что-то необычное. Я становлюсь другом навсегда. А потом так легко строить отношения с друзьями и ориентироваться в сложных испытаниях. Я предпочитаю ошибиться в пользу любви и дружбы, и это всегда бывает самым правильным решением, хотя порой со мной не все согласны. Но я делаю для себя этот выбор и живу так, как решил. Это не заметно по моему внешнему виду, но хранится в моём сердце, и в таком состоянии я желаю попасть в Вечность. Меня этому научил Иисус. И я лучше ошибусь в сторону милости и добра и понесу убытки, зато могу быть честным в своей дружбе.</w:t>
      </w:r>
    </w:p>
    <w:p>
      <w:r>
        <w:t>Самый большой страх у меня вызывает мысль о том, что я когда-то не устою в своей дружбе и любви и разочарую тех, кто меня любит. Лучше умереть, чем так согрешить. И с этими страхами я прихожу к Иисусу, и Он успокаивает меня, показывая Свои раны. Я понимаю, что я не придумал что-то новое, а лишь следую за Тем, Кто всегда верен Своей дружбе.</w:t>
      </w:r>
    </w:p>
    <w:p>
      <w:r>
        <w:t>И ещё я понимаю, что мои установки о дружбе должны быть правильными, ведь в их основании лежат Божьи принципы. Бог не призывает меня быть верным другом слугам дьявола. Но когда Господь дарит мне Своего сына или дочь, желая видеть нашу дружбу, тогда Божьи законы приходят в действие и строят между нами то, что обязательно выдержит любую беду.</w:t>
      </w:r>
    </w:p>
    <w:p>
      <w:pPr>
        <w:pStyle w:val="Heading2"/>
      </w:pPr>
      <w:r>
        <w:t>Домашнее задание 656</w:t>
      </w:r>
    </w:p>
    <w:p>
      <w:r>
        <w:t>1. Прочитайте, пожалуйста, 1Пет.4:8-10; Прит.17:17; 22:3; 27:12; Пс.45:2-3; 126:1; 1Кор.3:9-17; 4:1-2; Прит.14:1; 17:3; 18:24; 20:27; 21:10; 27:10,17; Мат.7:26-27; Ин.13:34-35; Рим.5:8; Песн.7:11 в свете этого урока.</w:t>
      </w:r>
    </w:p>
    <w:p>
      <w:r>
        <w:t>2. Что вы поняли из этого урока?</w:t>
      </w:r>
    </w:p>
    <w:p>
      <w:r>
        <w:t>3. Какие примеры из Библии пришли вам на память?</w:t>
      </w:r>
    </w:p>
    <w:p>
      <w:r>
        <w:t>4. Испытывалась когда-то ваша дружба с людьми?</w:t>
      </w:r>
    </w:p>
    <w:p>
      <w:r>
        <w:t>5. Как вы думаете, если вы будете строить правильные отношения с правильными людьми, будучи правильным человеком, то всё ли у вас будет правильно?</w:t>
      </w:r>
    </w:p>
    <w:p>
      <w:r>
        <w:t>6. Всегда ли друзья познаются в беде?</w:t>
      </w:r>
    </w:p>
    <w:p>
      <w:r>
        <w:t>7. Радует ли вас перспектива оказаться плохим другом? Как можно это предотвратить?</w:t>
      </w:r>
    </w:p>
    <w:p>
      <w:r>
        <w:t>8. Будет ли с другом ссора, если его нет? А может и не стоит заводить друзей, чтобы их не терять?</w:t>
      </w:r>
    </w:p>
    <w:p>
      <w:r>
        <w:t>9. Что делать, если мой друг оказался верным другом, а я нет? Или наоборот?</w:t>
      </w:r>
    </w:p>
    <w:p>
      <w:r>
        <w:t>10. Будет ли Господь испытывать любовь и дружбу Своих детей? Иер.17:10.</w:t>
      </w:r>
    </w:p>
    <w:p>
      <w:r>
        <w:t>11. Золото, испытанное огнём — это что-то хорошее, что мы должны иметь? Откр.3:18.</w:t>
      </w:r>
    </w:p>
    <w:p>
      <w:r>
        <w:t>12. Желает ли Господь видеть Своих учеников верными в любви и дружбе?</w:t>
      </w:r>
    </w:p>
    <w:p>
      <w:r>
        <w:t>13. Что нужно для того, чтобы пройти испытания дружбы и сохранить в этом верность?</w:t>
      </w:r>
    </w:p>
    <w:p>
      <w:r>
        <w:t>14. Могу ли я сам решать, каким мне быть в своей беде или в беде моего друга? Или это от меня не зависит?</w:t>
      </w:r>
    </w:p>
    <w:p>
      <w:r>
        <w:t>15. Что мне делать, если наши отношения с другом прекрасные, а беда так и не приходит? Стоит ли нам самим её создавать?</w:t>
      </w:r>
    </w:p>
    <w:p>
      <w:r>
        <w:br w:type="page"/>
      </w:r>
    </w:p>
    <w:p>
      <w:pPr>
        <w:pStyle w:val="Heading1"/>
      </w:pPr>
      <w:r>
        <w:t>Урок 657. Не любите мира, а любите друг друга</w:t>
      </w:r>
    </w:p>
    <w:p>
      <w:r>
        <w:t>В последнее время разные социологические исследования и опросы приводят статистику по заболеваниям и говорят о том, что депрессия выходит на первую позицию в числе прогрессирующих болезней. За ней следуют сердечные и раковые заболевания, которые зачастую возникают из-за стресса и психических расстройств. Мы не будем искать причину всех этих проблем, но можно с уверенностью сказать, что грех-то и привёл всё человечество к такому печальному раскладу вещей. И вместо того чтобы остановиться и задуматься о том, что можно изменить, мир летит дальше к своей неминуемой гибели и даже не собирается избирать другой путь.</w:t>
      </w:r>
    </w:p>
    <w:p>
      <w:r>
        <w:t>Написано в 1Ин.2:15: «Не любите мира, ни того, что в мире: кто любит мир, в том нет любви Отчей». Возьму на себя смелость и добавлю к этому стиху: «Но любите друг друга», что Иоанн и подразумевает в дальнейших главах.</w:t>
      </w:r>
    </w:p>
    <w:p>
      <w:r>
        <w:t>Привязанность к миру неукоснительно приведёт любого человека ко греху. И в такой любви люди обязательно начнут ценить вещи, науки, праздники и события больше, чем тех, кто их окружает и жаждет иметь дружеские отношения.</w:t>
      </w:r>
    </w:p>
    <w:p>
      <w:r>
        <w:t>Но Господь задумал более хороший план для нашей жизни. Он заповедал нам любить друг друга и делать это от чистого сердца. Если я не заполню свою жизнь прилежным послушанием этой заповеди, то мир поможет мне заполнить эту пустоту чем-то ещё.</w:t>
      </w:r>
    </w:p>
    <w:p>
      <w:r>
        <w:t>У нас есть прямое Божье повеление «любить друг друга» в Ин.13:34-35. И как бы я ни пытался избежать послушания этой заповеди, и чем бы я ни стремился заполнить вакуум своего сердца, всё это, в конце концов, приведёт меня к необходимости решить, что мне делать с этим повелением. Просто не замечать его не получится. И чем ближе конец всему, и чем привлекательнее этот мир, тем яснее звучит Божий призыв.</w:t>
      </w:r>
    </w:p>
    <w:p>
      <w:r>
        <w:t>Господь называет подобное состояние Своего народа «тёплым» и предлагает выход, который заключается в покупке у Него той самой любви, готовящей нас любить друг друга. Откр.3:18.</w:t>
      </w:r>
    </w:p>
    <w:p>
      <w:r>
        <w:t>Любовь нужна нам не только для создания счастливой земной семьи, но и для строительства Небесных отношений в церковном братстве, которое является прототипом Небесной семьи.</w:t>
      </w:r>
    </w:p>
    <w:p>
      <w:r>
        <w:t>Любовь друг к другу приносит сердцу друзей обоюдную радость. Она защищает души любящих друзей от влияния мира и не даёт возможности концентрироваться на пустом и временном, когда в твоей жизни происходят такие важные вечные события. Любовь к другу привлекает всё моё внимание к этому другу. Любить — это значит привязаться сердцем, душой и всем разумением к тому, кого ты любишь, но при этом иметь абсолютную свободу и решать, как мне лучше всего выражать эту любовь. У меня просто нет времени на этот мир с его похотью плоти, похотью очей и житейской гордостью. Мне жалко тратить даже чуть-чуть на то, что предлагает мне мир, когда кругом столько много разных Вечных перспектив.</w:t>
      </w:r>
    </w:p>
    <w:p>
      <w:r>
        <w:t>Но мы живём в этом мире и будем в нём до самого конца. Иисус молился и об этом. Послушаем Его просьбу к Отцу из Ин.17:14-16: «Я передал им слово Твоё; и мир возненавидел их, потому что они не от мира, как и Я не от мира. Не молю, чтобы Ты взял их из мира, но чтобы сохранил их от зла. Они не от мира, как и Я не от мира».</w:t>
      </w:r>
    </w:p>
    <w:p>
      <w:r>
        <w:t>Стоит помнить, что Иисус не забирает нас из мира, но хранит нас в этом мире от греха. А самая лучшая защита от греха — это вера, любовь, праведность Христа и Небесная мудрость. И всё это мне советует купить Верный Свидетель в Откр.3:18. Как можно пройти мимо?</w:t>
      </w:r>
    </w:p>
    <w:p>
      <w:r>
        <w:t>Когда я желаю создать семью и молюсь об этом, я понимаю, что любовь должна присутствовать и доминировать в наших отношениях с кандидатом на роль моей будущей половинки. И эта любовь должна быть и после в семье, а иначе и не стоит что-то предпринимать. Создавать семью ради детей и общего дома, не имея при этом любви, — это программируемая трагедия на всю жизнь не только для меня, но и для всех моих домочадцев. И это понимают даже мирские люди, поэтому ищут эту любовь там, где её невозможно найти. А я, зная Источник любви, вспоминаю о Нём в лучшем случае лишь только тогда, когда думаю о создании своей семьи. Но Господь желает, чтобы Его любовь была востребована постоянно, для всех случаев жизни, для всех моих ближних и для всех друзей.</w:t>
      </w:r>
    </w:p>
    <w:p>
      <w:r>
        <w:t>Что может быть лучше взаимной любви-агапэ друг к другу от чистого сердца? Наверное, только следующая любовь к новому другу, а потом и к другому другу. Иисус призывает нас любить всех, но при этом Он знает, что мы пока ограничены физическим естеством и не можем, как Он, объять весь мир. Поэтому, если я имею в своём окружении несколько близких друзей или хотя бы одного, с которым мы любим друг друга, то это не печалит Господа, а учит меня быть верным другом в этой любви.</w:t>
      </w:r>
    </w:p>
    <w:p>
      <w:r>
        <w:t>Любовь к одному другу не мешает мне любить и ещё одного человека. В этих отношениях не должно быть ревности, эгоизма или зависти. Иначе это не любовь, а что-то принятое в мире.</w:t>
      </w:r>
    </w:p>
    <w:p>
      <w:r>
        <w:t>Любить друга так интересно! Для тебя открывается новый мир другого человека и его прекрасное сердце. Имея дело со свободной волей, ты видишь, как она добровольно выбирает любовь к тебе и направляет эти потоки к твоему сердцу, искренне интересуясь тобою всесторонне. Хоть мы и заняты в этом мире сами собой, но друг получает особый статус вхождения в твоё личное духовное пространство. У тебя появляется возможность дарить себя в этом направлении, радуясь тому, что ты есть.</w:t>
      </w:r>
    </w:p>
    <w:p>
      <w:r>
        <w:t>«Какой там мир?! Какие дела?! Тут у меня друг пришёл!!!» Вот так иногда звучит наше общение в любви и дружбе. И это от Господа.</w:t>
      </w:r>
    </w:p>
    <w:p>
      <w:r>
        <w:t>И самое печальное состоит в том, что если я не буду любить друга, то это место займёт мир, который претендует на любовь к себе. И я никуда не денусь от подобного влияния.</w:t>
      </w:r>
    </w:p>
    <w:p>
      <w:r>
        <w:t>Но мы с друзьями выбираем любовь и растём в этом выборе. И чем дольше мы любим друг друга и чем больше проводим в познании этой науки времени, тем интереснее нам мы сами, наши нужды и наши переживания.</w:t>
      </w:r>
    </w:p>
    <w:p>
      <w:r>
        <w:t>Но есть опасность и того, что в нашей взаимной привязанности мы так полюбим друг друга, что будем это понимать уже сейчас и не сможем избавиться от этого и всю Вечность.</w:t>
      </w:r>
    </w:p>
    <w:p>
      <w:r>
        <w:t>Не думайте, друзья, что, выбирая путь любви друг к другу, вы останетесь неприступными сосульками в этих отношениях. Вас ожидает то, что вы изберете. И всё придёт к тому, что, сея в сердца друг друга любовь, вы начнёте обильно пожинать то, что обильно сеяли. А что делать с этим урожаем, придётся решать вам самим. Если вам хочется ежедневно умирать от счастья, но при этом оставаться живыми, то добро пожаловать на путь любви друг к другу. Но помните, что в этих отношениях вы получите именно то, что изберете, и эта самая любовь так преобразит вашу жизнь, что вы будете приятно удивлены тому, насколько все хорошо и просто.</w:t>
      </w:r>
    </w:p>
    <w:p>
      <w:r>
        <w:t>Подумайте сами. Мир даёт нам занятость собой и право на смерть, на вечную смерть. А любовь к Богу и друг к другу учит меня правилам и законам Вечности, даруя мне право на Вечную жизнь.</w:t>
      </w:r>
    </w:p>
    <w:p>
      <w:r>
        <w:t>Что лучше: любить мир и всё, что в мире, и умереть, или любить друг друга и всё, что в Боге, и жить? Ответ очевиден, хотя любовь присутствует и там, и там. Итак, изберите себе ныне, кого любить, а я выбираю любовь друг к другу и в этом стою, и я не могу иначе. Да поможет мне Господь.</w:t>
      </w:r>
    </w:p>
    <w:p>
      <w:pPr>
        <w:pStyle w:val="Heading2"/>
      </w:pPr>
      <w:r>
        <w:t>Домашнее задание 657</w:t>
      </w:r>
    </w:p>
    <w:p>
      <w:r>
        <w:t>1. Прочитайте, пожалуйста, Иак.4:4; 1Пет.1:22; 1Ин.2:14-17; 4:7-11; Мат.5:14; 10:34; 16:26; Лук.12:29-32; Ин.3:16-21; 6:33; 7:7; 8:23-24; 9:5; 11:9-10; 12:25,31-32,47; 14:16-19; 15:17-20; 16:33; 18:36 в свете этого урока.</w:t>
      </w:r>
    </w:p>
    <w:p>
      <w:r>
        <w:t>2. Что вы поняли из этого урока?</w:t>
      </w:r>
    </w:p>
    <w:p>
      <w:r>
        <w:t>3. Какие ещё стихи из Библии пришли вам на память?</w:t>
      </w:r>
    </w:p>
    <w:p>
      <w:r>
        <w:t>4. Что такое любовь к миру?</w:t>
      </w:r>
    </w:p>
    <w:p>
      <w:r>
        <w:t>5. Как понять, что я не люблю мир?</w:t>
      </w:r>
    </w:p>
    <w:p>
      <w:r>
        <w:t>6. Что мне делать, если я понимаю, что я люблю мир и не хочу с ним расставаться?</w:t>
      </w:r>
    </w:p>
    <w:p>
      <w:r>
        <w:t>7. Может ли человек любить мир и в то же время любить и Бога?</w:t>
      </w:r>
    </w:p>
    <w:p>
      <w:r>
        <w:t>8. Что меняет в моей жизни любовь к Иисусу и к другу?</w:t>
      </w:r>
    </w:p>
    <w:p>
      <w:r>
        <w:t>9. Может ли любовь друг к другу в Иисусе защитить меня от влияния мира? Если да, то как?</w:t>
      </w:r>
    </w:p>
    <w:p>
      <w:r>
        <w:t>10. Как мне обрести любовь к другу, да так, чтобы не любить при этом мир?</w:t>
      </w:r>
    </w:p>
    <w:p>
      <w:r>
        <w:t>11. Почему Иисус не забирает нас из этого мира, но заповедует нам любить друг друга?</w:t>
      </w:r>
    </w:p>
    <w:p>
      <w:r>
        <w:t>12. А можно ли жить в мире и не любить мира, да ещё и не грешить?</w:t>
      </w:r>
    </w:p>
    <w:p>
      <w:r>
        <w:t>13. Какую пользу будет иметь человек, который перестанет любить мир и станет любить друга?</w:t>
      </w:r>
    </w:p>
    <w:p>
      <w:r>
        <w:t>14. Как в себя вместить все эти знания о любви, которые мы здесь изучаем?</w:t>
      </w:r>
    </w:p>
    <w:p>
      <w:r>
        <w:t>15. Помогают ли вам эти уроки принимать важные решения?</w:t>
      </w:r>
    </w:p>
    <w:p>
      <w:r>
        <w:br w:type="page"/>
      </w:r>
    </w:p>
    <w:p>
      <w:pPr>
        <w:pStyle w:val="Heading1"/>
      </w:pPr>
      <w:r>
        <w:t>Урок 658. Особенности добрачной дружбы</w:t>
      </w:r>
    </w:p>
    <w:p>
      <w:r>
        <w:t>Нами было принято совместное решение дружить с целью создания семьи. Наши отношения перешли в интересную фазу познания друг друга. Наши сердца настроились на определённый период времени, в течение которого мы решили оставаться друзьями во взаимном познании. Не имея опыта подобных отношений, мы стали его приобретать.</w:t>
      </w:r>
    </w:p>
    <w:p>
      <w:r>
        <w:t>Наш договор не обязывает нас жениться. Мы не знаем друг друга настолько хорошо, чтобы вверить свои жизни в другие руки. И чтобы понять, какими будут эти руки, нам необходимо время, нужны откровения от Господа, совместное общение и общие дела. Но наши сердца настроены на семью, и, хоть эта цель условна, она задает определённый дух и смысл нашим отношениям.</w:t>
      </w:r>
    </w:p>
    <w:p>
      <w:r>
        <w:t>Например, если мы решим быть просто друзьями и любить друг друга, то это не ограничивает нас в возможности наряду с этим союзом создавать новые отношения. Но если я пожелал дружить с целью вступления в брак и для этого выбрал двух или трёх девушек, чтобы потом решить, какая из них мне лучше подходит, то это неприемлемо и будет выглядеть довольно оскорбительно.</w:t>
      </w:r>
    </w:p>
    <w:p>
      <w:r>
        <w:t>Я могу выбирать себе будущую жену из десятка кандидатов на это место. Я могу иметь со всеми дружеские отношения, но, когда мой выбор пал на конкретного человека, и мы решили дружить с целью создания семьи, тогда ожидается, что подобная дружба будет только между нами. Хоть этот договор и даёт нам возможность стать ближе во взаимном познании, но он не запрещает общение и с другими людьми, и я веду себя так, как тот, кто условно уже принадлежит другому человеку и сохраняет верность этой принадлежности, не нарушая эти границы и не позволяя и другим их переступать.</w:t>
      </w:r>
    </w:p>
    <w:p>
      <w:r>
        <w:t>Много лет назад к нам в церковь приехал молодой мужчина, который имел весёлое общение с молодёжью, а после богослужения он попросил меня сделать несколько фотографий на его фотоаппарат. Он нежно обнял одну из наших сестёр и мило улыбался в камеру. Меня удивила такая близость незнакомого брата, и после я спросил его отца о том, насколько серьёзны подобные отношения. На это я получил ответ, что у этого человека, как у моряка, в каждой церкви есть подружка, и родители уже не воспринимают всерьёз подобные выходки. Интересно же то, что все эти подруги думают, что они единственные в подобной роли. Не должно такого быть в нашей дружбе. Всё должно быть честно и открыто.</w:t>
      </w:r>
    </w:p>
    <w:p>
      <w:r>
        <w:t>Библия не запрещает мне иметь много друзей, любить их и быть дружелюбным, но дружить для будущей семьи стоит только с одним человеком.</w:t>
      </w:r>
    </w:p>
    <w:p>
      <w:r>
        <w:t>Если я вижу, что мне не подходит та, которую я избрал для совместной жизни, то до вступления в брак можно прекратить предбрачные отношения и перейти в статус обычного друга, оповестив об этом всех родственников, друзей и собратьев. Мы свободны управлять своей жизнью в рамках своего понимания. Подобный шаг может принести боль разрыва отношений, но дружба и любовь смягчают эту боль и помогают спокойно жить дальше. Лучше сразу, до брака, решить то, что после уже будет невозможно изменить. Для того и избрана подобная дружба, чтобы выяснить, насколько мы совместимы.</w:t>
      </w:r>
    </w:p>
    <w:p>
      <w:r>
        <w:t>Не все верующие люди подходят друг другу в качестве членов одной семьи. И чтобы это определить, нужно близкое совместное времяпровождение. Не следует связывать себя крепкими узами с тем, с кем вы решили дружить, чтобы узнать его лучше. Ведь эта дружба условна и не несёт в себе строгих обязательств.</w:t>
      </w:r>
    </w:p>
    <w:p>
      <w:r>
        <w:t>Также не нужно планировать подобные отношения на несколько долгих лет, думая, что когда-то мы созреем для окончательного решения. Конечно же, если вашему кандидату всего лишь 14, а вам 16, то нужно подождать, пока вы достигнете законного возраста, и набраться за это время мудрости, чтобы не совершить ошибку.</w:t>
      </w:r>
    </w:p>
    <w:p>
      <w:r>
        <w:t>Если наша дружба выявила нашу несовместимость или какие-то пороки, которые неприемлемо привносить в семью, то лучше всего прекратить отношения до того, как будет объявлена свадьба. Разумнее немного пострадать сейчас, чем мучиться всю оставшуюся жизнь.</w:t>
      </w:r>
    </w:p>
    <w:p>
      <w:r>
        <w:t>Но не всякая несовместимость является роковой. Возможно, что моё плотское сердце не может жить в духовной атмосфере любви и посылает мне тревожные сигналы к разрыву отношений. Стоит трезво оценивать себя и друга.</w:t>
      </w:r>
    </w:p>
    <w:p>
      <w:r>
        <w:t>Принятие решает многие вопросы лучше, чем мы себе представляем. Я вижу, что моя подруга мыслит не так, как я, видит всё иначе, имеет своё мнение и очень сильно отличается от меня. Одним словом, полная противоположность. Но такими нас и создал Господь, чтобы в этом разнообразии радовать и дополнять друг друга.</w:t>
      </w:r>
    </w:p>
    <w:p>
      <w:r>
        <w:t>Знаю некоторых одиноких людей, которые считают противоположный пол настолько неприемлемым для себя, что они даже не хотят и говорить о каких-то брачных отношениях. Но это их право. С подобным духом лучше и не портить чью-то жизнь.</w:t>
      </w:r>
    </w:p>
    <w:p>
      <w:r>
        <w:t>Принятие — это согласие моей воли с особенностями моего ближнего и снисходительность к его отличиям.</w:t>
      </w:r>
    </w:p>
    <w:p>
      <w:r>
        <w:t>Дух любви и дружбы помогает мне увидеть и принять все преимущества и недостатки той, которая планирует стать моей второй половинкой, а ей открывает меня. И в этом обоюдном познании друг друга мы принимаем жизненно важные решения, которые задают нам правильное направление и помогают понять, что нам нужно.</w:t>
      </w:r>
    </w:p>
    <w:p>
      <w:r>
        <w:t>Если мы решили расстаться до того, как сказали друг другу «да», то мы свободны строить нашу жизнь так, как хотим и с кем желаем. Но не следует становиться врагами и рассказывать посторонним тайны другого человека, в которые мы были посвящены во время нашего близкого общения.</w:t>
      </w:r>
    </w:p>
    <w:p>
      <w:r>
        <w:t>Оставаться друзьями — это закон Небесной жизни, который поможет нам не терять земное счастье и иметь радость, видя счастье друга, который решил без тебя устраивать свою жизнь.</w:t>
      </w:r>
    </w:p>
    <w:p>
      <w:r>
        <w:t>Тяжело быть отверженным, даже если всё к этому шло. Но любовь быстро расставляет всё по местам и убеждает меня в лучшей перспективе.</w:t>
      </w:r>
    </w:p>
    <w:p>
      <w:r>
        <w:t>Если кто-то увёл мою подругу, дав ей понять, что он лучше, то это их право. Пусть так и будет. И хорошо, что это случилось вне брака. А я буду молиться за их счастье и радоваться тому, что у них всё хорошо складывается.</w:t>
      </w:r>
    </w:p>
    <w:p>
      <w:r>
        <w:t>Хоть разрывы отношений могут и быть, но чаще всего — это исключения, чем правила. Мы не слепые люди и понимаем, кому предлагаем дружбу и даём согласие на отношения. Если я избрал ту, с которой решил прожить оставшуюся жизнь, то меня уже не интересуют другие женщины. Я настроен на конкретного человека и изучаю его всесторонне.</w:t>
      </w:r>
    </w:p>
    <w:p>
      <w:r>
        <w:t>Наши сердца устроены так, чтобы к кому-то прилепиться и в этом союзе стать одним целым для решения совместных задач. Мы созданы друг для друга, и, когда я нахожу свою половину и прилепляюсь к ней, мы становимся одним человеком, а вне этого союза мы одинокие мужчина и женщина.</w:t>
      </w:r>
    </w:p>
    <w:p>
      <w:r>
        <w:t>Всё доброе, что мы откроем друг в друге до свадьбы, поможет нам и после сохранять нашу дружбу и развивать её и внутри семьи, передавая детям нашу любовь и дружелюбие.</w:t>
      </w:r>
    </w:p>
    <w:p>
      <w:r>
        <w:t>Божье благословение всегда пребывает там, где царствует Его любовь. Будь то дружба или семья, или просто общение, везде любовь производит доброе влияние и дарит радость сердцу. Стоит иметь её в отношениях до брака, а тем более и в нём.</w:t>
      </w:r>
    </w:p>
    <w:p>
      <w:pPr>
        <w:pStyle w:val="Heading2"/>
      </w:pPr>
      <w:r>
        <w:t>Домашнее задание 658</w:t>
      </w:r>
    </w:p>
    <w:p>
      <w:r>
        <w:t>1. Прочитайте, пожалуйста, Быт.2:24; Лук.20:34; Прит.17:17; 18:24; Песн.5:16; Ин.13:34-35; 1Пет.1:22; 1Кор.7:28,32-34; Рим.8:28,38-39; Мат.24:37-38 в свете этого урока.</w:t>
      </w:r>
    </w:p>
    <w:p>
      <w:r>
        <w:t>2. Что вы поняли из этого урока?</w:t>
      </w:r>
    </w:p>
    <w:p>
      <w:r>
        <w:t>3. Какие ещё стихи из Библии пришли вам на память?</w:t>
      </w:r>
    </w:p>
    <w:p>
      <w:r>
        <w:t>4. Как вы считаете, правильно ли будет узнать получше друга до свадьбы или не стоит на это тратить время, а лучше сразу жениться, а там как получится?</w:t>
      </w:r>
    </w:p>
    <w:p>
      <w:r>
        <w:t>5. Что даёт людям, желающим вступить в брак, их познание друг друга до свадьбы? Что это меняет?</w:t>
      </w:r>
    </w:p>
    <w:p>
      <w:r>
        <w:t>6. Если двое людей решили создать семью, то означает ли это, что они подходят друг другу?</w:t>
      </w:r>
    </w:p>
    <w:p>
      <w:r>
        <w:t>7. Стоит ли обговаривать с кандидатом на семью все особенности добрачных отношений? Или он сам должен всё знать и догадываться о моих планах?</w:t>
      </w:r>
    </w:p>
    <w:p>
      <w:r>
        <w:t>8. Что делать, если ваш избранник не может жить без вас? Стоит ли ему верить или следует это проверить?</w:t>
      </w:r>
    </w:p>
    <w:p>
      <w:r>
        <w:t>9. Будет ли честно иметь добрачную дружбу с несколькими кандидатами на семью?</w:t>
      </w:r>
    </w:p>
    <w:p>
      <w:r>
        <w:t>10. Что делать, если сердце любит двух или нескольких подруг, и они все подходят для семьи? С кем из них стоит начинать отношения? Или лучше вовсе не жениться?</w:t>
      </w:r>
    </w:p>
    <w:p>
      <w:r>
        <w:t>11. Что делать, если хочется иметь семью, а нет такого человека, который смог бы занять это место?</w:t>
      </w:r>
    </w:p>
    <w:p>
      <w:r>
        <w:t>12. Заинтересован ли Бог в нашем семейном счастье? Будет ли Он участвовать в том, что мы строим?</w:t>
      </w:r>
    </w:p>
    <w:p>
      <w:r>
        <w:t>13. Покажет ли Бог на опасности неудачного брачного союза, если мы будем Его об этом просить до свадьбы? Если да, то каким образом?</w:t>
      </w:r>
    </w:p>
    <w:p>
      <w:r>
        <w:t>14. Как понять Божью волю относительно создания нашей семьи? Как Господь должен её нам объявить?</w:t>
      </w:r>
    </w:p>
    <w:p>
      <w:r>
        <w:t>15. Вас радует та свобода в выборе спутника жизни, которую мы имеем в Господе? Почему Господь позволяет нам принимать самостоятельные решения в этом важном деле?</w:t>
      </w:r>
    </w:p>
    <w:p>
      <w:r>
        <w:br w:type="page"/>
      </w:r>
    </w:p>
    <w:p>
      <w:pPr>
        <w:pStyle w:val="Heading1"/>
      </w:pPr>
      <w:r>
        <w:t>Урок 659. На что нам жить и где?</w:t>
      </w:r>
    </w:p>
    <w:p>
      <w:r>
        <w:t>Решив дружить с целью вступления в брак, мы входим в очень интересные отношения, которые сулят нам много перемен. Нас вдохновляют романтические перспективы приближающейся кульминации, и мы, испытывая это предвкушение, строим своё будущее счастье уже сейчас.</w:t>
      </w:r>
    </w:p>
    <w:p>
      <w:r>
        <w:t>Я представляю, как радостно нам будет вместе вдвоем, и я смогу обнимать её во всякое время, а она думает о том, как я буду носить её на руках и радовать её своею постоянной заботой. Наши ожидания в чём-то совпадают, а в каких-то моментах мы расходимся во мнениях. Но это нам тоже нравится, и мы весело смотрим на жизнь, отдавая всё Богу в молитве.</w:t>
      </w:r>
    </w:p>
    <w:p>
      <w:r>
        <w:t>Но окружающие обстоятельства подвели нас к странной ситуации обсудить вопрос о том, на что мы будем жить и где нам жить. Меня очень устраивает кухня моих родителей, да и её мама довольно неплохо готовит. Думаю, что если им прибавится лишний рот, то они этого даже и не заметят. Ведь мы — родня, и никуда от нас не денешься.</w:t>
      </w:r>
    </w:p>
    <w:p>
      <w:r>
        <w:t>Да и зачем об этом думать?! Как-нибудь переживём и этот вопрос и что-то обязательно придумаем. Ведь вокруг нас столько людей, и все они сыты и как-то живут, и мы будем жить. А чтобы нам было хорошо, не стоит думать о своих буднях, пусть об этом позаботятся наши родители, ведь они любят нас и не допустят, чтобы мы в чём-то были обделены. А если что, то и бабушкина пенсия придёт на подмогу.</w:t>
      </w:r>
    </w:p>
    <w:p>
      <w:r>
        <w:t>К моему удивлению, родителям моей будущей королевы стало тоже очень интересно, как я смогу содержать их дочь, и, пригласив нас на беседу, они стали спрашивать, какую специальность я имею, какой опыт работы, сколько я уже зарабатываю и какие перспективы имею. На меня обрушился шквал неожиданных вопросов, от которых я вначале отшучивался, но потом понял, что всё довольно серьёзно и сейчас решается вопрос нашей дальнейшей дружбы.</w:t>
      </w:r>
    </w:p>
    <w:p>
      <w:r>
        <w:t>Мне стало не по себе от осознания того, что, кроме себя и своего тела, я не мог предложить ничего существенного для их дочери. А она с большим интересом слушала мои ответы и грустно улыбалась.</w:t>
      </w:r>
    </w:p>
    <w:p>
      <w:r>
        <w:t>Мне стало стыдно за себя, и я признался, что ничего не умею, кроме работы со смартфоном, но могу быстро загуглить любую информацию и найти в результате поиска правильный ответ. А ещё я могу красиво петь духовные песни, что собирает тысячи лайков. А мои блогерские шутки приводят в дикий восторг всех моих подписчиков, которых у меня уже несколько тысяч.</w:t>
      </w:r>
    </w:p>
    <w:p>
      <w:r>
        <w:t>Но родителей невесты интересовало, на что я буду содержать их дочь, и где мы планируем жить после свадьбы. По этим вопросам я понял, что от нас хотят избавиться, и расчитывать на полное родительское попечение не получится. Я даже не представлял, что всё может быть так сложно. Мне казалось, что нашей взаимной любви будет достаточно, чтобы нам было хорошо, а родители жены были бы в восторге от такого зятя, который так нежно любит их чадо, и заботились бы о нас ради своей дочери.</w:t>
      </w:r>
    </w:p>
    <w:p>
      <w:r>
        <w:t>Моя невеста тоже стала задавать вопросы о материальной стороне жизни, которые меня просто обескураживали. Я рассчитывал на то, что её зарплата сможет покрывать все наши нужды, а я бы продолжал своё творчество и чувствовал бы её поддержку в этом вопросе.</w:t>
      </w:r>
    </w:p>
    <w:p>
      <w:r>
        <w:t>В беседе с родителями я понял плачевное состояние своего благосостояния и не знал, что и ответить, но честно в этом признался. И этим я никого не удивил. Они это увидели с первого дня нашего знакомства, но ждали удобного случая, чтобы мне помочь это понять. Я осознал, что они любят свою дочь и меня тоже любят, и хотят нас поддержать.</w:t>
      </w:r>
    </w:p>
    <w:p>
      <w:r>
        <w:t>Меня меньше всего интересовала материальная сторона нашего будущего, ведь не в деньгах счастье. Но оказалось, что об этом тоже нужно подумать. Стал вспоминать свои опыты и интересы и решил, что какая-то полезная специальность не помешает.</w:t>
      </w:r>
    </w:p>
    <w:p>
      <w:r>
        <w:t>Вопрос с жильём также меня удивил. У моих родителей есть моя комната, а у неё в доме — своя. Зачем что-то искать, когда всё есть? Помню из истории нашей культуры, что сын приводил жену в дом и жил так вместе со своими родителями. Но сейчас, видимо, другие времена. Хоть я и понимаю, что отдельно от всех, самостоятельно, жить интереснее, но при нынешних ценах на жильё что-то покупать нереально. Это же бремя на всю жизнь! А тут, у родителей, всё есть. А мы им ещё внуков нарожаем, и пусть радуются. Да и нам будет сподручно оставлять детей под присмотром. Как всё сложно, если начать это разбирать! Как другие это решают? Не понимаю.</w:t>
      </w:r>
    </w:p>
    <w:p>
      <w:r>
        <w:t>Оставшись вдвоём со своей подругой, я заверил её в своей любви. Но на фоне прошедшего разговора мои слова выглядели нелепо, и я понимал, что их на хлеб не намажешь. Но она оказалась очень предприимчивой и стала описывать мои способности, развивая которые я смог бы неплохо зарабатывать. Я оживился, и мы начали вместе составлять новый бизнес-план, в котором моя невеста тоже решила принимать участие. Мы решили, что нам необходимо жить от всех отдельно и на полном самообеспечении. Пусть этого будет мало, но это будет нашим миром, в котором мы сами будем хозяевами.</w:t>
      </w:r>
    </w:p>
    <w:p>
      <w:r>
        <w:t>Мы помолились и стали собирать нужную информацию, спрашивать друзей и собратьев о том, что нам было непонятно. Даже решили поторговать на улице семечками, чтобы вникнуть в принципы торговли.</w:t>
      </w:r>
    </w:p>
    <w:p>
      <w:r>
        <w:t>Молитва веры в этих вопросах была очень кстати, и мы видели, как Небесный Отец открывает наши глаза и даёт мудрость в принятии правильных решений. Да и наши родители, увидев нашу предприимчивость, вызвались помочь нам в наших поисках и даже поддержать нас деньгами, если будет острая необходимость. А нам уже хотелось самим всё решать и никого не обременять своими заботами.</w:t>
      </w:r>
    </w:p>
    <w:p>
      <w:r>
        <w:t>Господь дал нам понять, что нам на первых порах не обязательно покупать своё жильё. Его можно снимать, пока мы не определимся, где нам жить и чем заниматься.</w:t>
      </w:r>
    </w:p>
    <w:p>
      <w:r>
        <w:t>Мы научились посещать всевозможные тренинги, семинары и курсы, чтобы понять, как мы можем лучше использовать свой потенциал и воплотить свои мечты.</w:t>
      </w:r>
    </w:p>
    <w:p>
      <w:r>
        <w:t>Оказалось, что самым важным мероприятием был курс по здоровому питанию, умению правильно готовить и при этом вести здоровый образ жизни. Мы с радостью окунулись и в эту науку, делясь друг с другом своими откровениями и достижениями в этой сфере. Наша дружба стала намного вкуснее и здоровее.</w:t>
      </w:r>
    </w:p>
    <w:p>
      <w:r>
        <w:t>Научившись правильно относиться к деньгам и к своему образу жизни, мы уже не боялись вступать во взрослую жизнь, но с радостью ожидали того дня, когда скажем друг другу «Да» и продолжим строить то, в чём было заложено прочное Основание.</w:t>
      </w:r>
    </w:p>
    <w:p>
      <w:r>
        <w:t>Мы не потеряли в нашей дружбе друг друга, встретив непредвиденные сложности, но пережили, как Господь обратил всё во благо нам и нашим родителям. Я стал замечать, что родители подруги стали меня очень уважать, а я был им весьма благодарен, ведь они с такой любовью вскрыли наши серьёзные упущения и поддержали нас в их устранении.</w:t>
      </w:r>
    </w:p>
    <w:p>
      <w:r>
        <w:t>Вопрос о том, где и на что нам жить, очень актуален и довольно остро поставлен во многих семьях. И желательно решать его до свадьбы, и решать практически. Не всё, что подходит мне, подойдёт нам, и это нужно предвидеть и обговаривать. В каких-то случаях семейная жизнь в родительском доме будет необходимостью и мудрым решением. Всё решается очень просто, если это серьёзно и вместе обсуждать.</w:t>
      </w:r>
    </w:p>
    <w:p>
      <w:pPr>
        <w:pStyle w:val="Heading2"/>
      </w:pPr>
      <w:r>
        <w:t>Домашнее задание 659</w:t>
      </w:r>
    </w:p>
    <w:p>
      <w:r>
        <w:t>1. Прочитайте, пожалуйста, Ам.3:3; 1Тим.5:8; Прит.10:1; 15:20,22; 31:10-11; Еккл.2:24; 5:17; 7:29; 8:1,15; 10:17; 1Кор.4:2; 8:3; Лук.12:29-32 в свете нашего урока.</w:t>
      </w:r>
    </w:p>
    <w:p>
      <w:r>
        <w:t>2. Что вы поняли из этого урока?</w:t>
      </w:r>
    </w:p>
    <w:p>
      <w:r>
        <w:t>3. Какие ещё стихи из Библии пришли вам на память?</w:t>
      </w:r>
    </w:p>
    <w:p>
      <w:r>
        <w:t>4. Стоит ли до свадьбы обсуждать будущие житейские вопросы?</w:t>
      </w:r>
    </w:p>
    <w:p>
      <w:r>
        <w:t>5. Может ли быть такое, что ответы вашего друга о том, на что и где вам жить, разочаруют вас в нём? Может тогда лучше об этом и не спрашивать?</w:t>
      </w:r>
    </w:p>
    <w:p>
      <w:r>
        <w:t>6. Может ли честное общение с другом решить многие вопросы до того, как они возникнут?</w:t>
      </w:r>
    </w:p>
    <w:p>
      <w:r>
        <w:t>7. Стоит ли обсуждать сложные темы с тем, кто приносит тебе счастье и радость?</w:t>
      </w:r>
    </w:p>
    <w:p>
      <w:r>
        <w:t>8. Как вы думаете, главный вопрос этого урока станет когда-то насущным и актуальным в жизни молодой семьи?</w:t>
      </w:r>
    </w:p>
    <w:p>
      <w:r>
        <w:t>9. Что мне приложится, если я пожелаю искать Царство Божие и не стану думать о своей семье? Мат.6:31-34. Как правильно понимать эти слова Иисуса?</w:t>
      </w:r>
    </w:p>
    <w:p>
      <w:r>
        <w:t>10. Если у меня уже есть жильё и деньги на жизнь, то стоит ли обсуждать эти вопросы?</w:t>
      </w:r>
    </w:p>
    <w:p>
      <w:r>
        <w:t>11. Что делать, если хочется создать семью, и даже есть с кем, а жить негде?</w:t>
      </w:r>
    </w:p>
    <w:p>
      <w:r>
        <w:t>12. Стоит ли расчитывать на помощь родителей при создании семьи, ведь они привыкли о нас заботиться?</w:t>
      </w:r>
    </w:p>
    <w:p>
      <w:r>
        <w:t>13. Что делать, если при обсуждении подобных вопросов мы поняли, что не подходим друг другу, и нам надо расстаться?</w:t>
      </w:r>
    </w:p>
    <w:p>
      <w:r>
        <w:t>14. Стоит ли поднимать подобные вопросы, если они могут разрушить наши отношения?</w:t>
      </w:r>
    </w:p>
    <w:p>
      <w:r>
        <w:t>15. Будет ли виновата Школа Любви Агапэ, если после изучения этих уроков вы решите расстаться со своим другом, понимая, что это не тот человек?</w:t>
      </w:r>
    </w:p>
    <w:p>
      <w:r>
        <w:br w:type="page"/>
      </w:r>
    </w:p>
    <w:p>
      <w:pPr>
        <w:pStyle w:val="Heading1"/>
      </w:pPr>
      <w:r>
        <w:t>Урок 660. Неудобные и глупые вопросы</w:t>
      </w:r>
    </w:p>
    <w:p>
      <w:r>
        <w:t>Планируя создать семью, мы имеем тесное общение, в котором познаём глубины наших сердец. В нашей дружбе и любви друг к другу мы иногда видим только то, что мы имеем в наших отношениях, но это не даёт нам полного понимания того, как проявит себя друг, и какие мысли мы в себе имеем.</w:t>
      </w:r>
    </w:p>
    <w:p>
      <w:r>
        <w:t>Нас интересуют многие вещи, которые не имеют ничего общего с нашими отношениями, но удовлетворяют наше любопытство. Очень часто наши вопросы друг к другу могут быть глупыми и обескураживающими, за которые становится стыдно. Но слово, высказанное однажды, уже не вернуть. И подобные ошибки могут поставить под угрозу наши отношения, потому что представляют нас в неприглядном свете. Как поступит любовь в этих ситуациях? Сложно сказать. Хоть я и выбираю любовь и дружбу, но связывать свою жизнь с глупым и поверхностным человеком мне уже не хочется.</w:t>
      </w:r>
    </w:p>
    <w:p>
      <w:r>
        <w:t>А если глупые вопросы приводят нас к ссоре, то враг души тут же пытается представить каждого из нас друг другу в самом отвратительном свете, напоминая нам те моменты из наших отношений, которые до ссоры мы не хотели замечать.</w:t>
      </w:r>
    </w:p>
    <w:p>
      <w:r>
        <w:t>Глупые вопросы могут носить унижающий характер, могут нарушать свободу человека, могут вводить его в скорбь или удивлять друга своей глупостью. Но, к сожалению, мы иногда бываем такими.</w:t>
      </w:r>
    </w:p>
    <w:p>
      <w:r>
        <w:t>Мир учит нас многим плохим вещам. Приколы и анекдоты, глупые фильмы и театральные постановки оказывают сильное влияние на нас. Взирая на всё это, мы преображаемся в своих героев и делаем их образ мысли и поведения своим. И подобное подражание обязательно проявит себя в дружбе.</w:t>
      </w:r>
    </w:p>
    <w:p>
      <w:r>
        <w:t>Не всякая глупость опасна. Не стоит сразу прекращать отношения с тем, кого вы любите, но следует серьёзно обговорить подобные моменты, чтобы понять, насколько глубоко они сидят в сердце.</w:t>
      </w:r>
    </w:p>
    <w:p>
      <w:r>
        <w:t>Не рекомендую задавать другу вопросы о том, какие грехи и пороки он совершал в прошлом, особенно если эти грехи прощены. Господь не желает, чтобы мы доставали из морской пучины то, что Он похоронил там навсегда.</w:t>
      </w:r>
    </w:p>
    <w:p>
      <w:r>
        <w:t>Также есть вопросы, которые могут вскрыть нашу глупость, корысть, тщеславие, прихоть или похоть.</w:t>
      </w:r>
    </w:p>
    <w:p>
      <w:r>
        <w:t>Если у вас уже был кто-то до вашего друга, с кем вы имели внебрачные отношения, то стоит об этом честно рассказать до вступления в брак, потому что, если подобные вещи вскрываются в браке, они могут внести в него серьёзные проблемы. Однако следует также учитывать время, в которое происходил подобный опыт. Возможно, что Господь уже всё простил и очистил, поэтому не стоит из этого делать очередную трагедию. Но, каким бы ни был ответ, он должен всегда оставаться между нами, даже если мы решим расстаться. Нельзя выставлять чужие тайны на всеобщее обозрение.</w:t>
      </w:r>
    </w:p>
    <w:p>
      <w:r>
        <w:t>Есть вопросы житейского плана, которые обязательно всплывут в семье, и желательно их задать до брака. Например, если у вашего друга есть недвижимость, то кому она достанется, если он вдруг умрёт, кому достанется всё имущество твоей второй половинки; кому я отдам свои сокровища, накопленные за всю жизнь, и сколько их у меня.</w:t>
      </w:r>
    </w:p>
    <w:p>
      <w:r>
        <w:t>Хоть для кого-то это и не столь важно, но бывают и такие друзья, которых это больше интересует, чем вы. Подобные вопросы не стоит задавать в первые дни дружбы, но их необходимо обсудить до создания семьи.</w:t>
      </w:r>
    </w:p>
    <w:p>
      <w:r>
        <w:t>Если есть дети от первого брака, то важно понять, какой статус они будут иметь в нашей семье. Также стоит разобраться и в том, как будут расходоваться деньги, и на какие проекты они будут направляться.</w:t>
      </w:r>
    </w:p>
    <w:p>
      <w:r>
        <w:t>Денежный вопрос и любовь к деньгам — это те сферы семейных отношений, в которых вы сможете занять второе место, даже если будете основным добытчиком. Не всё, что вносится в нашу семью, может быть для нас благословением. Корыстный дух разлучит нас с добрыми друзьями, и это нужно учитывать.</w:t>
      </w:r>
    </w:p>
    <w:p>
      <w:r>
        <w:t>Возможно, я считаю, что жена должна работать, а она так не думает. Что делать с нашими престарелыми родителями или как относиться к родственникам, с которыми нас связывают крепкие узы?</w:t>
      </w:r>
    </w:p>
    <w:p>
      <w:r>
        <w:t>Наша разнообразная родня оказывает сильное влияние на наше мышление и может манипулировать волей человека. Не все родственники вашего друга могут принять вас, поэтому следует понять, какое влияние они оказывают, как они могут разрушить ваши отношения, и как ваш друг себя ведёт под этим воздействием.</w:t>
      </w:r>
    </w:p>
    <w:p>
      <w:r>
        <w:t>Какая кухня будет в нашем доме? Кто будет готовить, и кто будет убирать? Мы имеем разные представления о еде, и если кто-то ест мясо и пьёт кофе, считая это полезным, то для кого-то это может быть подобным смерти.</w:t>
      </w:r>
    </w:p>
    <w:p>
      <w:r>
        <w:t>Какие хронические заболевания или недомогания имеет ваш друг? Что его беспокоит в вопросах здоровья, и насколько его интересует эта тема?</w:t>
      </w:r>
    </w:p>
    <w:p>
      <w:r>
        <w:t>Какие фильмы и передачи он любит смотреть, какие газеты и книги он читает? Какие политические взгляды он имеет, насколько он интернационален, и какие народности вызывают у него раздражение?</w:t>
      </w:r>
    </w:p>
    <w:p>
      <w:r>
        <w:t>Все эти и другие вещи могут тихо лежать в тайниках наших сердец и никак себя не проявлять во время дружбы. Наши чувства и эмоции могут быть нашим хлебом жизни и радовать нас в нашем общении, а когда тебе хорошо, то не хочется это терять и поэтому сознательно отклоняешь неудобные вопросы, думая, что оно само как-то уладится и решится, а любовь всё покроет. Но, к сожалению, невыявленные вовремя подводные камни обязательно дадут о себе знать в самое неподходящее время.</w:t>
      </w:r>
    </w:p>
    <w:p>
      <w:r>
        <w:t>Когда я знаю, что собой представляет мой друг, чем он живёт, что его интересует, тогда я понимаю, что мне можно ожидать в будущем, а чего не будет. И никакой сюрприз не станет для меня чем-то внезапным, ведь я к этому был готов и принял это до того, как встретил наяву.</w:t>
      </w:r>
    </w:p>
    <w:p>
      <w:r>
        <w:t>Немаловажно понять и то, в каких отношениях с Иисусом находится мой друг. Насколько они прочны и глубоки? Какое место занимает Бог в жизни того, с кем я планирую провести всю жизнь?</w:t>
      </w:r>
    </w:p>
    <w:p>
      <w:r>
        <w:t>Можно придумать тысячи неудобных вопросов, которые покажут нам, кем мы являемся друг для друга. Но задавать их стоит лишь тому, на кого у меня серьёзные планы. Если я просто дружу с человеком, то неудобные вопросы могут быть некорректными и испортить наши отношения чрезмерным любопытством, которое нарушает свободу человека. Если мой друг сам решает чем-то личным поделиться, то надо уметь его выслушать, не пересказывая его тайны дальше. Но дружба для создания семьи должна осознанно вскрывать всё то, что будет открыто в семье. А мне уже решать, что делать со всем тем, что я узнаю.</w:t>
      </w:r>
    </w:p>
    <w:p>
      <w:r>
        <w:t>Но самую важную роль в наших добрачных отношениях играет моя молитва к Богу о том, чтобы Он мне Сам открыл, кем является мой друг и как он будет вести себя в семье. И Господь обязательно создаст такие условия, при которых человек проявится с нужной стороны. А мне будет нужно понять, стоит ли связывать свою жизнь с тем, кто не такой, как я.</w:t>
      </w:r>
    </w:p>
    <w:p>
      <w:r>
        <w:t>Честность, открытость, желание перемен и совершенствования своего характера могут изменить наши взгляды, даже если они были не очень добрыми. Господь умеет удалять ненужное, когда мы Его об этом просим, но для этого нужно наше согласие. Любовь покроет прошлые ошибки и забудет про них, радуясь новым возможностям и перспективам. Семья, созданная в любви и дружбе, поможет удалить из жизни многие стереотипы и внести в неё что-то наше, общее, дорогое сердцу и приносящее радость.</w:t>
      </w:r>
    </w:p>
    <w:p>
      <w:pPr>
        <w:pStyle w:val="Heading2"/>
      </w:pPr>
      <w:r>
        <w:t>Домашнее задание 660</w:t>
      </w:r>
    </w:p>
    <w:p>
      <w:r>
        <w:t>1. Прочитайте, пожалуйста, Прит.15:22; Еккл.10:1; Ам.3:3; Руфь.1:16-17; Прит.11:29; 13:16; 14:15-16; 18:2; 19:1; 25:9; Мат.7:17-18; Пс.138:23-24; Иов.38:1-41; 39:1-35 в свете этого урока.</w:t>
      </w:r>
    </w:p>
    <w:p>
      <w:r>
        <w:t>2. Что вы поняли из этого урока?</w:t>
      </w:r>
    </w:p>
    <w:p>
      <w:r>
        <w:t>3. Какие ещё стихи из Библии пришли вам на память?</w:t>
      </w:r>
    </w:p>
    <w:p>
      <w:r>
        <w:t>4. Стоит ли узнавать от своего друга, с которым вы планируете создать семью, то, что вас интересует?</w:t>
      </w:r>
    </w:p>
    <w:p>
      <w:r>
        <w:t>5. Какие неудобные вопросы вы слышали в своей жизни?</w:t>
      </w:r>
    </w:p>
    <w:p>
      <w:r>
        <w:t>6. Помогают ли подобные вопросы решать важные задачи до того, как они возникнут?</w:t>
      </w:r>
    </w:p>
    <w:p>
      <w:r>
        <w:t>7. Вам хочется поближе узнать того, с кем вы планируете провести всю жизнь? Не будет ли это вызывающим фактором?</w:t>
      </w:r>
    </w:p>
    <w:p>
      <w:r>
        <w:t>8. Могут ли подобные неудобные вопросы что-то изменить в моём мировоззрении?</w:t>
      </w:r>
    </w:p>
    <w:p>
      <w:r>
        <w:t>9. Задавал ли Бог людям неудобные вопросы? Иов.38:1-41, и далее. И что ответил Иов? Иов.39:33-35.</w:t>
      </w:r>
    </w:p>
    <w:p>
      <w:r>
        <w:t>10. Может ли голос друга быть для вас Божьим голосом?</w:t>
      </w:r>
    </w:p>
    <w:p>
      <w:r>
        <w:t>11. Если я боюсь задавать неудобные вопросы, то стоит ли об попросить других людей, чтобы они провели с нами добрачное консультирование?</w:t>
      </w:r>
    </w:p>
    <w:p>
      <w:r>
        <w:t>12. Могут ли мои честные ответы на неудобные вопросы что-то изменить в наших отношениях?</w:t>
      </w:r>
    </w:p>
    <w:p>
      <w:r>
        <w:t>13. Если, задавая вопросы, я понял, что мой друг не подходит для семейной жизни, то что с этим делать?</w:t>
      </w:r>
    </w:p>
    <w:p>
      <w:r>
        <w:t>14. Не рискую ли я остаться один, если начну лезть в душу друга со своими вопросами?</w:t>
      </w:r>
    </w:p>
    <w:p>
      <w:r>
        <w:t>15. Узнали ли вы что-то полезное из этого урока?</w:t>
      </w:r>
    </w:p>
    <w:p>
      <w:r>
        <w:br w:type="page"/>
      </w:r>
    </w:p>
    <w:p>
      <w:pPr>
        <w:pStyle w:val="Heading1"/>
      </w:pPr>
      <w:r>
        <w:t>Урок 661. А жить-то с этим буду я</w:t>
      </w:r>
    </w:p>
    <w:p>
      <w:r>
        <w:t>Самое интересное, что ожидает меня в любых отношениях с кандидатом на семью — это то, что жить со всем происходящим придётся мне и другу. Мы узнаём друг друга, открываем свои сердца, делаем выбор, принимаем решения, и наступает момент, когда жить друг без друга уже становится неинтересно, и нам легче пожениться, чем расстаться.</w:t>
      </w:r>
    </w:p>
    <w:p>
      <w:r>
        <w:t>В каком бы свете ни видели нас наши родственники, что бы они ни предсказывали, как бы ни предостерегали, а жить-то мы будем только вдвоём, и строить планы придется нам на нашем семейном совете.</w:t>
      </w:r>
    </w:p>
    <w:p>
      <w:r>
        <w:t>Общение друг с другом помогает нам лучше узнавать самих себя и нашего избранника. Таким образом мы открываем для себя новые горизонты, новые возможности и интересные перспективы. Со временем мы понимаем важную истину о том, что лучше всего общаться на расстоянии от полуметра и дальше, чтобы гормональные всплески не мешали нам трезво смотреть друг на друга.</w:t>
      </w:r>
    </w:p>
    <w:p>
      <w:r>
        <w:t>Случайные прикосновения, нежные поглаживания, частые поцелуи — всё это хоть и приносит необъяснимое наслаждение, но замутняет наш разум и блокирует логику. А мы решили быть мудрыми и сдержанными, лишая себя подобных удовольствий. Нам не хочется терять рассудительность и переключаться в сферу эмоциональных переживаний.</w:t>
      </w:r>
    </w:p>
    <w:p>
      <w:r>
        <w:t>При встрече и расставании иногда мы позволяем себе недолгое объятие, но можем обойтись пока и без этого. Однако мы никогда не обнимаемся в лежачем положении.</w:t>
      </w:r>
    </w:p>
    <w:p>
      <w:r>
        <w:t>Мы строим своё времяпровождение так, чтобы не ночевать в одной кровати или в одной комнате, или даже в одном доме, если в нём нет третьего лица. Мы на духовной войне и сохраняем бдительность в подобных вопросах.</w:t>
      </w:r>
    </w:p>
    <w:p>
      <w:r>
        <w:t>Мы не хотим рисковать и ошибаться в выборе спутника жизни. А если и получим друг друга в подарок как мужа и жену, то всё остальное также приложится нам и будет радовать нас своим присутствием в дальнейших семейных отношениях. А сейчас Святой Дух взращивает в нас плод воздержания, и мы в этом счастливы. Имея свободу делать всё, мы выбираем мудрость и трезвость. И Господь даёт нам интересные откровения друг о друге. Единственный случай, когда мы можем быть очень близко один к другому, —это когда попадаем под дождь, а у нас только один зонт, и моей подруге приходится брать меня под руку и прижиматься ко мне, чтобы не промокнуть.</w:t>
      </w:r>
    </w:p>
    <w:p>
      <w:r>
        <w:t>Наши собратья, друзья и родственники оповещены о нашей дружбе, поэтому не удивляются, когда видят нас вместе.</w:t>
      </w:r>
    </w:p>
    <w:p>
      <w:r>
        <w:t>Нам хорошо вдвоём, и мы ждём того времени, когда сможем пообщаться, чтобы узнать ещё что-то новое друг о друге или поделиться тем, что переполняет сердце.</w:t>
      </w:r>
    </w:p>
    <w:p>
      <w:r>
        <w:t>Наша влюблённость перерастает в нечто более постоянное, прочное, что приносит особую радость, и мы думаем, что это, наверное, и есть та загадочная любовь-агапэ, которая исходит от Бога и остаётся с нами навсегда.</w:t>
      </w:r>
    </w:p>
    <w:p>
      <w:r>
        <w:t>Для общения мы выбрали стол, который очень основательно пристроился между нами и не даёт нам никаких шансов на физическую близость. Хоть его и можно обойти, но мы договорились, что до свадьбы не будем этого делать.</w:t>
      </w:r>
    </w:p>
    <w:p>
      <w:r>
        <w:t>Мы заметили, что наше общение помогает нам решать большие и маленькие вопросы, учиться облекать в слова свои мысли, и это приносит нам много радости и света. Мы любуемся друг другом в этих отношениях, открывая для себя своего друга. Любящий друг становится настолько прекрасным в своей любви, что все его недостатки перестают существовать. Я вижу сердце, которое меня любит, а оболочка этого сердца может меняться, причёсываться, облекаться в разные одежды, приводить себя в порядок и совершать любые действия, чтобы добавить к этой любви и что-то внешнее. Ведь когда в отношениях есть любовь, то всё остальное отходит на задний план.</w:t>
      </w:r>
    </w:p>
    <w:p>
      <w:r>
        <w:t>Конечно же, в нашей дружбе я замечаю и внешний вид моего друга и по нему определяю настроение, желание общаться, усталость или другие заботы.</w:t>
      </w:r>
    </w:p>
    <w:p>
      <w:r>
        <w:t>В начале нашей дружбы мы не понимали, насколько мы подходим друг другу. Было много вопросов к Богу по этому поводу. Молитвы стали нашим путеводителем к более близким отношениям. Не слыша явный Божий голос, но прислушиваясь к своим сердцам и к происходящему вокруг, мы поняли, что если Господь не ставит нам препятствий в наших отношениях, то тогда всё хорошо, и мы идём дальше.</w:t>
      </w:r>
    </w:p>
    <w:p>
      <w:r>
        <w:t>Все наши мысли и поступки мы сверяем с Божьей волей, которая открывается нам в Библии и других духовных произведениях. Для себя мы решили читать, смотреть и слушать одинаковые вещи, чтобы потом мы могли делиться своими откровениями по изученному и вырабатывать в себе единомыслие по многим вопросам.</w:t>
      </w:r>
    </w:p>
    <w:p>
      <w:r>
        <w:t>Мы стали замечать, что есть немало вопросов, на которые мы смотрим по-разному и видим в них то, на что друг не обращает внимания. Но это нас не отталкивает, а делает более интересным наше общение.</w:t>
      </w:r>
    </w:p>
    <w:p>
      <w:r>
        <w:t>Также в своих беседах мы решили обсуждать не людей, а идеи и планы. Сплетни о других нас не привлекают нас. Когда же информация о ком-то доходит до нашего слуха, мы предпочитаем молиться за этих людей, а не перемывать им кости.</w:t>
      </w:r>
    </w:p>
    <w:p>
      <w:r>
        <w:t>Пока мы были просто друзьями, не собираясь объединяться в семью, наши ожидания друг от друга и наше поведение были независимыми, но деликатными. Сейчас же, дружа и общаясь в перспективе создания семьи, мы уже особым образом интересуемся всем, что с нами связано. Нет желания делать неверный шаг. И лучше остаться одному, чем ошибиться в таком вопросе. Но нам не хочется быть поодиночке, и нас постоянно влечёт друг к другу. Мы не сопротивляемся этому влечению, но ищем любую возможность находиться рядом и видеть друг друга.</w:t>
      </w:r>
    </w:p>
    <w:p>
      <w:r>
        <w:t>А когда мы не можем встречаться, тогда нас выручают наши смартфоны, которые помогают нам общаться даже во время работы, или когда мы на разных концах света.</w:t>
      </w:r>
    </w:p>
    <w:p>
      <w:r>
        <w:t>Мы не устаём любить друг друга, но делаем для себя новые открытия в этой сфере наших отношений и постоянно обсуждаем, как эта любовь радует сердце, как интересно ею жить, ею думать и видеть друг друга.</w:t>
      </w:r>
    </w:p>
    <w:p>
      <w:r>
        <w:t>Чистота наших отношений ставит на них Божье одобрение, и мы понимаем благословение Неба. Хотя порою так хочется, чтобы Господь обратился к нам голосом и сказал, что Он благословляет нас и будет благословлять нас и дальше, всю жизнь. О, как бы было приятно такое пережить! Но мы не слышим голоса, и нам приходится много молиться и поститься, чтобы различить его внутри себя и получить убеждение в том, что я дружу с правильным человеком и сам являюсь правильным другом.</w:t>
      </w:r>
    </w:p>
    <w:p>
      <w:r>
        <w:t>Да и как мы сможем учить других, строить хорошие отношения, если начнём рассказывать о сверхъестественном вмешательстве Бога, когда другие этого не переживают. Поэтому мы понимаем, что Бог отвечает через разум и сердце тем людям, которые, зная Его волю, живут по ней и ищут славы для Бога даже в личных отношениях.</w:t>
      </w:r>
    </w:p>
    <w:p>
      <w:r>
        <w:t>Все сложные и неудобные вопросы мы обсудили и продолжаем обсуждать. И даже если в чём-то проявляется недопонимание или несогласие, то общение помогает всё трезво взвесить и изменить, если есть желание.</w:t>
      </w:r>
    </w:p>
    <w:p>
      <w:r>
        <w:t>Грубость и глупость не прилепляются к нам, и даже когда мы позволяем себе шутки и невинные забавы, они не оскверняют нашу дружбу, а украшают её своей искренностью и доверием.</w:t>
      </w:r>
    </w:p>
    <w:p>
      <w:r>
        <w:t>Наши отношения покоятся в любви друг к другу, и мы начинаем понимать, что если так продолжится и в семье, то она станет счастливым союзом, в котором нам будет хорошо.</w:t>
      </w:r>
    </w:p>
    <w:p>
      <w:pPr>
        <w:pStyle w:val="Heading2"/>
      </w:pPr>
      <w:r>
        <w:t>Домашнее задание 661</w:t>
      </w:r>
    </w:p>
    <w:p>
      <w:r>
        <w:t>1. Прочитайте, пожалуйста, Ам.3:3; 1Пет.1:22; 5:8; Прит.8:1-21; 15:17; 17:17; 21:9; 31:10-12; 1Кор.7:28,32-34; 15:34; 1Фес.5:4-9; 1Тим.3:11; Лук.6:31; Лев.19:16; Песн.5:10; Быт.2:24 в свете этого урока.</w:t>
      </w:r>
    </w:p>
    <w:p>
      <w:r>
        <w:t>2. Что вы поняли из этого урока?</w:t>
      </w:r>
    </w:p>
    <w:p>
      <w:r>
        <w:t>3. Какие ещё стихи из Библии пришли вам на память?</w:t>
      </w:r>
    </w:p>
    <w:p>
      <w:r>
        <w:t>4. Запрещает ли Библия прикосновения друг ко другу влюблённых людей?</w:t>
      </w:r>
    </w:p>
    <w:p>
      <w:r>
        <w:t>5. Если в Слове Божьем нет запрета на объятия, прикосновения и поцелуи влюблённых людей, то стоит ли это практиковать до свадьбы? Существует ли другое мерило подобных опытов и отношений?</w:t>
      </w:r>
    </w:p>
    <w:p>
      <w:r>
        <w:t>6. Кто из ваших близких людей после вашей свадьбы будет разделять с вами радости и особенности вашей семейной жизни?</w:t>
      </w:r>
    </w:p>
    <w:p>
      <w:r>
        <w:t>7. Важно ли строить счастливую семью? В чём заключается отличие счастливых отношений от обычных?</w:t>
      </w:r>
    </w:p>
    <w:p>
      <w:r>
        <w:t>8. Как вы думаете, если оба человека будут всё делать для обоюдного счастья, то у них что-нибудь получится?</w:t>
      </w:r>
    </w:p>
    <w:p>
      <w:r>
        <w:t>9. Должны ли семьи верующих в Бога людей отличаться от мирских союзов? Если да, то чем и в чём?</w:t>
      </w:r>
    </w:p>
    <w:p>
      <w:r>
        <w:t>10. Как относится Бог к мудрым домостроителям? Важно ли Ему, чтобы они только плодились и размножались, или Он ожидает от семьи чего-то бóльшего?</w:t>
      </w:r>
    </w:p>
    <w:p>
      <w:r>
        <w:t>11. Если любящие друг друга друзья понимают, что без свадьбы не обойтись, то стоит ли им создавать семью? Не будет ли это трагедией для их отношений?</w:t>
      </w:r>
    </w:p>
    <w:p>
      <w:r>
        <w:t>12. Как вы думаете, будет ли правильно создавать семью с тем другом жизни, которого вы любите, цените, общению с которым радуетесь, с которым вам нравится проводить время, о котором думаете день и ночь, и это взаимно?</w:t>
      </w:r>
    </w:p>
    <w:p>
      <w:r>
        <w:t>13. Почему не стоит полагаться на чувства при выборе спутника жизни? Если вам хорошо в нежных объятиях друг друга, то почему бы не жениться и законно продолжать это наслаждение?</w:t>
      </w:r>
    </w:p>
    <w:p>
      <w:r>
        <w:t>14. Знаете ли вы несчастные семьи, члены которых до брака любили друг друга, а потом у них всё стало рушиться? В чём причина таких отношений?</w:t>
      </w:r>
    </w:p>
    <w:p>
      <w:r>
        <w:t>15. Есть ли шанс на счастье у тех, кто мудро и с любовью подходит к созданию счастливого союза и делает всё возможное, чтобы будущая семья жила в счастье?</w:t>
      </w:r>
    </w:p>
    <w:p>
      <w:r>
        <w:br w:type="page"/>
      </w:r>
    </w:p>
    <w:p>
      <w:pPr>
        <w:pStyle w:val="Heading1"/>
      </w:pPr>
      <w:r>
        <w:t>Урок 662. Помолвка</w:t>
      </w:r>
    </w:p>
    <w:p>
      <w:r>
        <w:t>Помолвка — это решение мужчины и женщины вступить в брак. Во многих культурах это стало доброй традицией. И в ней есть что-то торжественное, приносящее много радости в предвкушении праздника.</w:t>
      </w:r>
    </w:p>
    <w:p>
      <w:r>
        <w:t>Жених, как правило, желает сделать это событие романтичным и надолго запоминающимся. Иногда помолвку удаётся снять на камеру, чтобы потом показать друзьям, да и самим вспомнить молодые годы.</w:t>
      </w:r>
    </w:p>
    <w:p>
      <w:r>
        <w:t>Дружба с целью создания семьи приводит нас к любви от чистого сердца и к проявлению взаимного уважения. Хоть впереди у нас есть планы друг на друга, но трезвая любовь настолько сильно объединяет наши сердца, что мы признаём подобные отношения только в Боге, не только среди тех, кто планирует вступить в брак, но и среди тех, кто верит в Иисуса.</w:t>
      </w:r>
    </w:p>
    <w:p>
      <w:r>
        <w:t>Любовь друг к другу открыла нам прекрасный путь к нашим сердцам, и в этом опыте мы поняли, как можно просто и от чистого сердца любить каждого человека, которого тебе подарит Господь.</w:t>
      </w:r>
    </w:p>
    <w:p>
      <w:r>
        <w:t>Мы привязались друг к другу настолько, что нам стало легче создать семью и продолжать в ней развивать отношения, чем ничего не создавать.</w:t>
      </w:r>
    </w:p>
    <w:p>
      <w:r>
        <w:t>Любовь от Бога прекрасна тем, что она не эгоистична и думает о счастье ближнего в первую очередь, принося радость моему сердцу, когда я могу любовью поделиться.</w:t>
      </w:r>
    </w:p>
    <w:p>
      <w:r>
        <w:t>Моя избранница очень мне дорога, и я так сильно её люблю, что могу часами перечислять все её достоинства и находить что-то новое и особенное в её характере. Я понимаю, что это тот человек, который, став моей женой, будет тем самым объектом моего постоянного внимания, которому я не перестану служить и угождать всю последующую жизнь.</w:t>
      </w:r>
    </w:p>
    <w:p>
      <w:r>
        <w:t>А ещё я понял один очень важный момент в нашей дружбе. Я люблю свою подругу, прошу этой любви у Бога и получаю её. И эта любовь уважает выбор другого человека, даже самого дорогого. Если вдруг моя избранница найдёт кого-то лучше и оставит меня, то я не перестану любить её как друга и буду делать всё возможное, чтобы она была счастлива в своём новом выборе. А если меня пригласят на их свадьбу, то я подарю им лучшее, что только смогу придумать. Хотя, возможно, моя подушка будет мокрой от слёз. Но это так, мысли вслух, и это не про нас. У нас всё правильно.</w:t>
      </w:r>
    </w:p>
    <w:p>
      <w:r>
        <w:t>Так вот, мы пришли к тому, что нужна свадьба, и наши отношения именно к этому нас и подвели. Совершать подобный шаг втайне от своих ближних я не желаю. Моя фантазия порою меня удивляет, и я разрабатываю уникальный план, как лучше сделать предложение. Подключаю к этому своих друзей, чтобы они стали свидетелями и запечатлели этот момент на камеру. Моя избранница делает вид, что ни о чём не догадывается, хотя, возможно, она и на самом деле ничего не подозревает. В наиболее подходящий момент нашей очередной встречи, на фоне прекрасной природы, я даю знак своим видеооператорам и торжественно воплощаю свой прекрасный план на наше общее будущее, в котором должны звучать примерно такие слова: «Выходи за меня замуж». Невеста задумывается и даёт короткий (надеюсь, положительный) ответ, а потом позволяет себя обнять в честь такого события. Наши друзья в восторге и с радостью нас поздравляют.</w:t>
      </w:r>
    </w:p>
    <w:p>
      <w:r>
        <w:t>Фактически помолвка состоялась. Но всем нашим ближним необходимо это событие представить более официально с установленной датой свадебного торжества. Прежде чем согласовать эти сроки, мы вместе с моей подругой должны уточнить некоторые детали, сообщить своим родителям о нашем решении и сделать заявление в нашей церкви.</w:t>
      </w:r>
    </w:p>
    <w:p>
      <w:r>
        <w:t>Срок между помолвкой и свадьбой не должен быть длинным, но и не слишком коротким. Думаю, что три месяца, которые уйдут на подготовку, — это максимум.</w:t>
      </w:r>
    </w:p>
    <w:p>
      <w:r>
        <w:t>Вначале мы подаём заявление в ЗАГС, чтобы узаконить наши отношения, и там выбираем удобное для нас время.</w:t>
      </w:r>
    </w:p>
    <w:p>
      <w:r>
        <w:t>Желательно, чтобы наше торжество выпадало на выходные, и приглашённые гости могли спокойно нас посетить. Мы решили, что суббота должна оставаться днём покоя, чтобы наши друзья не вовлекались в излишнюю суету по подготовке к свадьбе. На пятницу мы также ничего не стали планировать.</w:t>
      </w:r>
    </w:p>
    <w:p>
      <w:r>
        <w:t>Также мы обращаем внимание на то, чтобы женские дни не попадали на это время и закончились задолго до нашего мероприятия.</w:t>
      </w:r>
    </w:p>
    <w:p>
      <w:r>
        <w:t>После этого мы выбираем себе рукоположенного служителя и согласуем с ним и с руководством нашей общины день венчания и сценарий нашего торжества.</w:t>
      </w:r>
    </w:p>
    <w:p>
      <w:r>
        <w:t>Мы хотим, чтобы наш союз имел Божье благословение, поэтому не торопим события и продолжаем соблюдать дистанцию друг с другом и жить раздельно, хотя наши совместные разговоры уже могут касаться многих деликатных вопросов, которые ранее было неудобно задавать.</w:t>
      </w:r>
    </w:p>
    <w:p>
      <w:r>
        <w:t>Мы понимаем, что условно мы уже принадлежим друг другу, и не хотим менять наше решение, и осознание этого наполняет нашу жизнь особыми переживаниями. И даже «розовые очки» не так уж и страшны, но надевать их всё равно не хочется.</w:t>
      </w:r>
    </w:p>
    <w:p>
      <w:r>
        <w:t>Наши молитвы обрели другой формат и стали более спокойными и серьёзными. Мы продолжаем просить о Божьей воле, о защите и о благословении на наше будущее. Без Бога лучше ничего не строить.</w:t>
      </w:r>
    </w:p>
    <w:p>
      <w:r>
        <w:t>Если вдруг моя подруга решит до свадьбы оставить Бога или церковь и уйти в мир, то я отменю все намеченные даты и возьму все свои предложения обратно, оповестив всех ближних о перемене обстоятельств. Хотя при всём этом я останусь другом.</w:t>
      </w:r>
    </w:p>
    <w:p>
      <w:r>
        <w:t>Помолвка — это ещё не семья, и многое можно изменить, если вскроется что-то опасное в нашем общении. Рисковать своей духовной жизнью и своим спасением нет необходимости, но лучше всё решать в свете Божьей воли.</w:t>
      </w:r>
    </w:p>
    <w:p>
      <w:r>
        <w:t>Я верю в Бога не ради получения и удовлетворения личных потребностей, но понимая более высокие ценности и ожидания со стороны Самого Спасителя. Он заплатил очень высокую цену за наше счастье и оградил его рамками Своего закона, чтобы послушание Его воле было для нас постоянной защитой.</w:t>
      </w:r>
    </w:p>
    <w:p>
      <w:r>
        <w:t>Моя избранница, к счастью, оказалась верной Божьей дочкой и имела подобные моим взгляды, не планируя соединять свою жизнь с неверующим человеком. Такие условия не стали помехой в предвкушении предстоящей радости, и мы весело проводим время вместе, досконально обсуждая все вопросы свадебного торжества. Чем меньше у нас и у наших родителей денег на это мероприятие, тем меньше и скромнее наши планы.</w:t>
      </w:r>
    </w:p>
    <w:p>
      <w:r>
        <w:t>Единственное, в чём я не хочу ставить никаких препятствий, — это выбор платья для невесты. Здесь моя подруга должна сама решить, что и как ей надевать, но так, чтобы всё было приличным и закрывало то, что должно быть закрыто по реформе одежды. Я хоть и не мешаю этому выбору и закрываю глаза на цену, но открыто выражаю свой протест, если тело жены будет обнажённым. Приличие и целомудрие должно быть везде.</w:t>
      </w:r>
    </w:p>
    <w:p>
      <w:r>
        <w:t>Также мы выбираем место и кухню для свадебного пира, учитывая реформу питания и вкусы приглашенных гостей. Алкоголь однозначно исключён из нашего меню, и его отсутствие не сделает наше торжество скучным. А наши друзья уже готовят программу, чтобы занять всех гостей.</w:t>
      </w:r>
    </w:p>
    <w:p>
      <w:r>
        <w:t>Сколько суеты во всех этих событиях! Можно и поскромнее, но так уж у нас принято, и в этом есть что-то торжественное и знаменательное. Ведь и на Небе будет великое торжество на свадьбе Христа и Его невесты. А мы планируем попасть и туда в качестве главных участников.</w:t>
      </w:r>
    </w:p>
    <w:p>
      <w:pPr>
        <w:pStyle w:val="Heading2"/>
      </w:pPr>
      <w:r>
        <w:t>Домашнее задание 662</w:t>
      </w:r>
    </w:p>
    <w:p>
      <w:r>
        <w:t>1. Прочитайте, пожалуйста, Ам.3:3; Ин.13:35; Быт.24:49-52,57-59,67; 29:18-21; Иез.18:4-9; 1Кор.7:28,33-34; Песн.2:4; Кол.3:14; Флп.1:8-11; Откр.19:7-9 в свете нашего урока.</w:t>
      </w:r>
    </w:p>
    <w:p>
      <w:r>
        <w:t>2. Что вы поняли из этого урока?</w:t>
      </w:r>
    </w:p>
    <w:p>
      <w:r>
        <w:t>3. Какие ещё стихи из Библии пришли вам на память?</w:t>
      </w:r>
    </w:p>
    <w:p>
      <w:r>
        <w:t>4. Для чего нужна помолвка?</w:t>
      </w:r>
    </w:p>
    <w:p>
      <w:r>
        <w:t>5. Что происходит в сердцах и мыслях тех людей, которые заявили о своём решении создать семью?</w:t>
      </w:r>
    </w:p>
    <w:p>
      <w:r>
        <w:t>6. Можно ли вступать в брак без помолвки? Если да, то как это будет выглядеть?</w:t>
      </w:r>
    </w:p>
    <w:p>
      <w:r>
        <w:t>7. Прочитайте Руфь.1:16-17. Как можно назвать это заявление? Даёт ли нам Библия в этом какой-то полезный совет? Должна ли каждая невеста так думать до вступления в брак?</w:t>
      </w:r>
    </w:p>
    <w:p>
      <w:r>
        <w:t>8. У вас появилось желание выучить брачный обет из книги Руфь 1:16-17 и применить его в своей жизни?</w:t>
      </w:r>
    </w:p>
    <w:p>
      <w:r>
        <w:t>9. Стоит ли обещать незнакомому другу самого себя до вступления в брак? А вдруг он вас оставит?</w:t>
      </w:r>
    </w:p>
    <w:p>
      <w:r>
        <w:t>10. Важно ли быть другом всегда, даже если не получилось создать семью? Пр.17:17.</w:t>
      </w:r>
    </w:p>
    <w:p>
      <w:r>
        <w:t>11. Действует ли Господь в моей жизни согласно моим решениям?</w:t>
      </w:r>
    </w:p>
    <w:p>
      <w:r>
        <w:t>12. Будет ли Иисус делать предложение Своей невесте до свадьбы? Откр.3:18.</w:t>
      </w:r>
    </w:p>
    <w:p>
      <w:r>
        <w:t>13. На какой срок заключается брачный союз? И как долго он действует? Стоит ли понимать ответ на этот вопрос?</w:t>
      </w:r>
    </w:p>
    <w:p>
      <w:r>
        <w:t>14. Есть ли у желающих вступить в брак возможность до свадьбы всё хорошо обдумать, прежде чем дать окончательное согласие?</w:t>
      </w:r>
    </w:p>
    <w:p>
      <w:r>
        <w:t>15. Нужна ли любовь при создании семьи? Как понять, что она настоящая и взаимная?</w:t>
      </w:r>
    </w:p>
    <w:p>
      <w:r>
        <w:br w:type="page"/>
      </w:r>
    </w:p>
    <w:p>
      <w:pPr>
        <w:pStyle w:val="Heading1"/>
      </w:pPr>
      <w:r>
        <w:t>Урок 663. Грех сожительства</w:t>
      </w:r>
    </w:p>
    <w:p>
      <w:r>
        <w:t>Сожительство — внебрачный союз двух людей, согласившихся жить вместе, вести одно хозяйство, иметь все преимущества семейных отношений, но не желающих при этом официально регистрировать свои отношения. Также сожительством считаются внебрачные интимные краткосрочные отношения.</w:t>
      </w:r>
    </w:p>
    <w:p>
      <w:r>
        <w:t>Церковь осуждает сожительство как грех на основании седьмой заповеди «Не прелюбодействуй» Исх.20:14. Государство не признаёт сожительство семьёй и не даёт сожителям никакой правовой защиты. Дети, рождённые в таком союзе, называются внебрачными детьми, и ради них есть определённые государственные законы, устанавливающие права отцовства и материнства.</w:t>
      </w:r>
    </w:p>
    <w:p>
      <w:r>
        <w:t>Сожительство — это совместная жизнь без обязательств друг перед другом, хотя при этом могут быть добровольные права и обязанности, установленные самими партнёрами.</w:t>
      </w:r>
    </w:p>
    <w:p>
      <w:r>
        <w:t>Подобные сообщества могут создаваться спонтанно, на одну ночь или на короткий период, или быть более продолжительными, а порою — длиться всю жизнь, когда двое имеют даже общих детей и внуков.</w:t>
      </w:r>
    </w:p>
    <w:p>
      <w:r>
        <w:t>Библия считает подобные отношения блудом и осуждает людей, живущих таким образом, называя их блудниками, не имеющими право на Вечность.</w:t>
      </w:r>
    </w:p>
    <w:p>
      <w:r>
        <w:t>В наше время сожительство стало образом мысли мирского человека и настолько прочно утверждается в сознании людей, что уже является нормой жизни западного общества. Сожительство не вызывает нарекания или осуждения.</w:t>
      </w:r>
    </w:p>
    <w:p>
      <w:r>
        <w:t>Есть многие страны, которые законодательно никак не ущемляют права сожителей и не налагают на них никакого административного или уголовного взыскания.</w:t>
      </w:r>
    </w:p>
    <w:p>
      <w:r>
        <w:t>В некоторых русскоязычных культурах есть тенденция называть подобные союзы «гражданским браком», а сожителя «гражданским мужем или женой». Но это неправильно, так как церковь отделена от государства, и гражданским браком называется официальная регистрация семейного союза мужчины и женщины.</w:t>
      </w:r>
    </w:p>
    <w:p>
      <w:r>
        <w:t>Церковь в таком обществе не может присваивать семье официальный юридический статус, но имеет право благословлять и объявлять своих прихожан мужем и женой в рамках своей конфессии, наделяя при венчании молодожёнов духовным статусом семьи. Этот статус принимается всем церковным братством, и молодая семья вливается в общественную жизнь церкви на таких правах.</w:t>
      </w:r>
    </w:p>
    <w:p>
      <w:r>
        <w:t>Голливуд предложил миру свою модель «семьи» без статуса и обязательств, которую неустанно продвигает во всех своих фильмах, придумывая всевозможные романтические сценарии. Под влиянием такого театрального искусства разум человека принимает подобную модель жизни, а плотская природа настраивается на воплощение этой модели в свою жизнь или одобряет тех, кто так уже живёт.</w:t>
      </w:r>
    </w:p>
    <w:p>
      <w:r>
        <w:t>Любой подобный грех начинается романтично и бывает очень приятным и желанным, но последствия его, как и любого нечестия, ужасны. Силы тьмы овладевают волей человека и держат души тех, кто отдал себя во власть сатаны и находится в крепких цепях рабства греха.</w:t>
      </w:r>
    </w:p>
    <w:p>
      <w:r>
        <w:t>Блуд и прелюбодейство являются особыми грехами в Божьих глазах, и мы знаем библейские истории, когда суды Господа уничтожали целые цивилизации потопом или огнём с неба. И из прошлого нашего мира можно ясно проследить тенденцию исчезновения различных империй на самом пике их могущества из-за внутреннего растления всего общества.</w:t>
      </w:r>
    </w:p>
    <w:p>
      <w:r>
        <w:t>Но люди не учатся на ошибках своих предков и не перестают делать или одобрять подобное зло и в наши дни.</w:t>
      </w:r>
    </w:p>
    <w:p>
      <w:r>
        <w:t>За время моей жизни в христианском мире я был, к сожалению, частым свидетелем того, как этот грех проявлялся и в нашей среде. К счастью, он не приветствуется ни на каком уровне, и если обнаруживается, то сразу влечёт за собой церковное взыскание в виде исключения согрешивших из церковного братства.</w:t>
      </w:r>
    </w:p>
    <w:p>
      <w:r>
        <w:t>Но что делать с молодыми людьми, детьми наших собратьев, которые посещают богослужения, но ещё не стали полноправными членами церкви? Как правило, большинство из них учится в светских учебных заведениях и окружено неверующими сверстниками. Находясь в такой обстановке, они впитывают в себя «египетские науки» и «вавилонское мышление», а потом с этим багажом приходят в собрание и оказывают друг на друга своё влияние. Как правило, молодёжь ставит себя обособленно и неохотно принимает в свою среду чужаков. А если подобные группировки находятся под самоуправлением, то жди проблем.</w:t>
      </w:r>
    </w:p>
    <w:p>
      <w:r>
        <w:t>Во многих церквях понимают и видят проблему ухода молодых людей в мир, и стараются сделать всё возможное, чтобы удержать это поколение в церкви, придумывая разнообразные проекты и открывая свои школы и учебные заведения.</w:t>
      </w:r>
    </w:p>
    <w:p>
      <w:r>
        <w:t>Если мы не научим нашу молодёжь вечным стандартам и святым истинам, то в этом случае их обучением займётся враг души, и он преуспеет в этом вопросе.</w:t>
      </w:r>
    </w:p>
    <w:p>
      <w:r>
        <w:t>Часто те молодые люди, которые уходят в мир, не спешат создавать счастливые семьи, но сожительствуют с себе подобными, ища смысл жизни там, где его нет.</w:t>
      </w:r>
    </w:p>
    <w:p>
      <w:r>
        <w:t>Христос однажды сказал самарянке у колодца интересные слова. Читаем в Ин.4:17-18: «… Правду ты сказала, что у тебя нет мужа, ибо у тебя было пять мужей, и тот, которого ныне имеешь, не муж тебе; это справедливо ты сказала». Господь не признаёт сожительство браком и не приветствует подобные отношения, но при этом Он любит грешников и желает их спасти.</w:t>
      </w:r>
    </w:p>
    <w:p>
      <w:r>
        <w:t>Если у тебя, читатель, есть подобное прошлое, или сейчас ты ещё живёшь в этом грехе, то пойми, что Господь осуждает такое беззаконие, но желает дать тебе прощение, очищение и новое сердце, если ты оставишь этот путь и выберешь то, что предлагает Библия.</w:t>
      </w:r>
    </w:p>
    <w:p>
      <w:r>
        <w:t>Сладострастие приносит физическое и эмоциональное удовлетворение, но не приближает душу к Богу. Плоти сложно понять, почему нельзя делать то, что приносит наслаждение. И проблема не в удовольствии, а в том, что человек желает получить его незаконным способом.</w:t>
      </w:r>
    </w:p>
    <w:p>
      <w:r>
        <w:t>Подобие семейной жизни не принесёт людям счастья, но создаст предпосылку к эмоциональному расстройству. Если я кому-то очень дорог, то почему бы не создать семью и не жить под защитой Бога и государства? Но люди выбирают защиту Голливуда и демонов и пытаются в этом построить что-то доброе. При этом они желают ещё и в Вечность попасть. Но так неправильно. У Неба есть свои законы и стандарты, которые не изменяются и не прогибаются под мои ожидания. Я могу придумать себе любую модель жизни, но если у неё нет твёрдого библейского основания, то она рухнет и убьёт меня в своих развалинах.</w:t>
      </w:r>
    </w:p>
    <w:p>
      <w:r>
        <w:t>Любовь, счастье и дружба — это то, что предлагает Бог каждому человеку, каждой семье в неограниченном количестве. У Господа много подобного добра. Но почему-то часто это неинтересно, часто хочется получить подделку незаконным, хотя и быстрым, способом.</w:t>
      </w:r>
    </w:p>
    <w:p>
      <w:r>
        <w:t>Этот грех настолько извратил мышление людей, что, когда звучит весть о Божьей любви-агапэ, и идёт призыв о любви друг к другу, тебя воспринимают как человека, который желает принести проблемы и дать собратьям повод к нечистым мыслям. Если я считаю что-то невозможным, то я и не буду пытаться это осуществить. Но Бог сделал Свою святость доступной и в наших отношениях, а любовь — желанным результатом наших трудов. Заповедь о любви имеет силу наделить нас этой любовью и научить нас мужеству брать на себя ответственность за счастье своих домашних.</w:t>
      </w:r>
    </w:p>
    <w:p>
      <w:r>
        <w:t>В любви нет страха, что тебя оставят или найдут другого, лучше, чем ты, а есть много любви и счастья, и безграничных перспектив вечного развития.</w:t>
      </w:r>
    </w:p>
    <w:p>
      <w:pPr>
        <w:pStyle w:val="Heading2"/>
      </w:pPr>
      <w:r>
        <w:t>Домашнее задание 663</w:t>
      </w:r>
    </w:p>
    <w:p>
      <w:r>
        <w:t>1. Прочитайте, пожалуйста, Быт.34:1-7,25-31; Втор.23:17-18; Евр.13:4; Еф.5:3; 1Кор.5:13; 6:9-10,15-20; 3Цар.15:11-13; 22:46; Прит.6:26; 22:14; 29:3; Иер.5:7; Евр.12:16 в свете нашего урока.</w:t>
      </w:r>
    </w:p>
    <w:p>
      <w:r>
        <w:t>2. Что вы поняли из этого урока?</w:t>
      </w:r>
    </w:p>
    <w:p>
      <w:r>
        <w:t>3. Какие ещё стихи из Библии пришли вам на память?</w:t>
      </w:r>
    </w:p>
    <w:p>
      <w:r>
        <w:t>4. Считаете ли вы сожительство грехом? Все ли ваши ближние, которые вас окружают, живут в правильных семейных отношениях?</w:t>
      </w:r>
    </w:p>
    <w:p>
      <w:r>
        <w:t>5. Обратили ли вы внимание на то, что сожительство стало очень модным и популярным в мире в наше время? Говорит ли это вам что-то о близости Божьих судов?</w:t>
      </w:r>
    </w:p>
    <w:p>
      <w:r>
        <w:t>6. Если люди, которые любят друг друга, согласились быть мужем и женой, но без регистрации брака, то что в этом такого? Рим.13:10.</w:t>
      </w:r>
    </w:p>
    <w:p>
      <w:r>
        <w:t>7. Чем отличается брачный союз времён патриархов от нашего времени? Стоит ли пренебрегать государственными законами?</w:t>
      </w:r>
    </w:p>
    <w:p>
      <w:r>
        <w:t>8. Сочетает ли ваша церковь молодожёнов в семью до того, как они пройдут регистрацию брака в ЗАГСе?</w:t>
      </w:r>
    </w:p>
    <w:p>
      <w:r>
        <w:t>9. Как относиться к тем, кто сожительствует и не видит в этом проблем?</w:t>
      </w:r>
    </w:p>
    <w:p>
      <w:r>
        <w:t>10. Почему Иисус помиловал и не наказал женщину, пойманную в её блуде? Ин.8:2-11.</w:t>
      </w:r>
    </w:p>
    <w:p>
      <w:r>
        <w:t>11. Стоит ли нам ненавидеть грешников и наказывать их?</w:t>
      </w:r>
    </w:p>
    <w:p>
      <w:r>
        <w:t>12. Что делать тем, кто, сожительствуя с другом долгое время вне брака, поверил во Христа и решил жить по-новому?</w:t>
      </w:r>
    </w:p>
    <w:p>
      <w:r>
        <w:t>13. Нужно ли перед крещением интересоваться семейным статусом крещаемого человека и понять, как он собирается строить личную жизнь, став членом церкви?</w:t>
      </w:r>
    </w:p>
    <w:p>
      <w:r>
        <w:t>14. Почему блудников необходимо исключать из церковного братства? 1Кор.5:13.</w:t>
      </w:r>
    </w:p>
    <w:p>
      <w:r>
        <w:t>15. Есть ли у блудных людей надежда на Вечную жизнь? Если да, то что от них ожидается?</w:t>
      </w:r>
    </w:p>
    <w:p>
      <w:r>
        <w:br w:type="page"/>
      </w:r>
    </w:p>
    <w:p>
      <w:pPr>
        <w:pStyle w:val="Heading1"/>
      </w:pPr>
      <w:r>
        <w:t>Урок 664. Важные решения</w:t>
      </w:r>
    </w:p>
    <w:p>
      <w:r>
        <w:t>В предсвадебной суете приходится заниматься большим количеством организационных вопросов, которые требуют много времени и средств. Наш бюджет позволяет нам собрать на свадебное торжество много гостей, и мы с моей подругой начинаем вспоминать всех наших друзей и родственников, составляя их список, чтобы понимать, сколько человек мы сможем принять.</w:t>
      </w:r>
    </w:p>
    <w:p>
      <w:r>
        <w:t>Мы могли бы собрать только узкий круг самых близких людей и скромно отметить наше торжество, но из страха кого-то обидеть мы решили пригласить всех, кто нас знает.</w:t>
      </w:r>
    </w:p>
    <w:p>
      <w:r>
        <w:t>Я вспоминаю одну свадьбу, где молодожёнам подарили 15 кофеварок, и это при том, что они не пьют кофе. Чтобы избежать подобных ситуаций, мы решили в пригласительных открытках написать просьбу о том, что если вместо подарков нам дадут деньги, то это будет для нас существенной поддержкой.</w:t>
      </w:r>
    </w:p>
    <w:p>
      <w:r>
        <w:t>Мы обзвонили всех тех, кого собирались пригласить, заручившись их согласием посетить наш праздник, и потом составили пригласительную открытку, где подробно описали дату, время и место нашего венчания и свадебного пира.</w:t>
      </w:r>
    </w:p>
    <w:p>
      <w:r>
        <w:t>Незадолго до нашей свадьбы нам назначили время в ЗАГСе, когда нас будут расписывать. На это мероприятие мы решили позвать только самых близких родственников и друзей.</w:t>
      </w:r>
    </w:p>
    <w:p>
      <w:r>
        <w:t>И вот все даты установлены, столы заказаны, подобрана программа на свадебное торжество, подсчитаны расходы, оповещены гости и распределены обязанности организаторов нашего праздника. А мы понимаем, что в этой суете мы забыли друг про друга, и наша духовная жизнь ушла на задний план.</w:t>
      </w:r>
    </w:p>
    <w:p>
      <w:r>
        <w:t>Мы решили выделить время, чтобы остановиться и пополнить наши светильники маслом. Собрались вдвоём за большим столом, помолились за нашу встречу и стали обсуждать наши отношения, но уже как будущие муж и жена.</w:t>
      </w:r>
    </w:p>
    <w:p>
      <w:r>
        <w:t>Мы не знаем, что нас ожидает в нашем союзе, и какие испытания допустит Господь. Но мы решили обсудить друг с другом, как мы будем строить наше семейное счастье, какие принципы мы станем отстаивать в наших отношениях, как мы себе представляем наше будущее.</w:t>
      </w:r>
    </w:p>
    <w:p>
      <w:r>
        <w:t>Я в очередной раз заверил свою подругу в своей неизменной любви к ней и в ответ выслушал её нежные признания в том, что я тоже ей очень дорог. Мы решили взять эти признания с собой в нашу семью и периодически их обновлять в дальнейших отношениях.</w:t>
      </w:r>
    </w:p>
    <w:p>
      <w:r>
        <w:t>Мы понимаем, что семейная жизнь — это не сплошной праздник, но и рутинные будни, которые также станут нашей реальностью. И поэтому мы уже сейчас решили обсудить то важное, что нам необходимо будет иметь, когда эта реальность станет действительностью. Помолились об этом и стали обсуждать.</w:t>
      </w:r>
    </w:p>
    <w:p>
      <w:r>
        <w:t>Мы решили любить друг друга, несмотря ни на что, и в этой любви соревноваться друг с другом в способности принести в наши отношения много радости, сделав их более счастливыми. Также мы определили, в какое время у нас будет духовная часть нашего бытия, когда нам быть вместе, а когда каждый в отдельности может иметь свои личные отношения с Иисусом. Мы согласились записывать все важные моменты, чтобы потом их перечитывать и осуществлять.</w:t>
      </w:r>
    </w:p>
    <w:p>
      <w:r>
        <w:t>Также мы договорились, что раз в неделю нам нужно будет собираться на семейный совет, чтобы обсуждать друг с другом всё касающееся нашей семьи, нашего счастья и наших отношений. Для этого мероприятия мы выбрали вечер среды и решили, что это будет нашим святым семейным временем, когда мы отключим все звонки и телефоны, отложим все свои дела, отменим все мероприятия и встречи, чтобы не спеша, в спокойной обстановке, познавать друг друга, выяснять особенности наших отношений, вносить предложения, делиться откровениями и говорить о том, что ляжет на сердце. Это будет временем не для чувственных ласк, а для серьёзных обсуждений важных вопросов. Хотя мы не планируем общаться только раз в неделю, но этот вечер мы специально выделили для нас двоих и посвятили его только нам, чтобы в этом общении каждую неделю иметь оазис, в котором будем только я и она.</w:t>
      </w:r>
    </w:p>
    <w:p>
      <w:r>
        <w:t>Мы не можем предвидеть, насколько наши решения будут успешными, но, думаю, что если мы начнём вместе строить нечто прекрасное и прочное, то у нас это и получится. Что мы посеем в наших отношениях, то и будем пожинать в нашей жизни.</w:t>
      </w:r>
    </w:p>
    <w:p>
      <w:r>
        <w:t>Зная время своей свадьбы, мы определили, что до этого торжества мы уже сможем встречаться на наш семейный совет четыре среды.</w:t>
      </w:r>
    </w:p>
    <w:p>
      <w:r>
        <w:t>Было также решено, что все советы будут проходить за столом, где каждый из нас сможет смотреть друг другу в глаза и трезво высказывать то, что будет касаться нас обоих. Это не время для объятий.</w:t>
      </w:r>
    </w:p>
    <w:p>
      <w:r>
        <w:t>Я попросил у своей подруги разрешения на то, чтобы рассказать ей о своей любви к ней и о том, как Господь благословил меня в этом вопросе, а она дала согласие и всем сердцем погрузилась в мои признания и откровения. Я понял, что любовь умеет себя выражать не только в деле и истине, но и в сердечных признаниях друг другу, когда ты готов говорить или слушать. И чем больше я высказываю то, как любовь действует в моём сердце, тем легче мне подобрать нужные слова, чтобы красиво и правильно выразить всё, что переполняет меня. Хоть я и понимаю, что любовь даётся нам свыше, и её нужно выпрашивать, но в данной ситуации она уже естественно приходит в мою жизнь, чтобы излиться через моё сердце и стать частью жизни моей избранницы. Мне не стыдно любить женщину, которую я получил в подарок от Бога. Меня радует перспектива того, что я смогу вскоре уже в семье утверждаться в этой любви и выражать её более открыто. И чем больше я говорю о том, как я люблю, тем больше мне открывается красота и глубина моей любви к моему дорогому другу, которого я решил любить всегда.</w:t>
      </w:r>
    </w:p>
    <w:p>
      <w:r>
        <w:t>Хоть мы и раньше признавались в любви друг другу, это было ограничено только нашей дружбой. А сейчас мы планирует перенести нашу дружбу в семью и видим, как наши отношения приобретают совершенно другой характер. Мы предвкушаем что-то прекрасное, великое и недоступное, чего мы раньше не знали. И такое ожидание нас не томит, а радует своим неуклонным приближением.</w:t>
      </w:r>
    </w:p>
    <w:p>
      <w:r>
        <w:t>Моя подруга, выслушав моё признание, также стала делиться со мной своими откровениями о любви ко мне. А я сижу и переживаю неземную радость, потому что в этом мире есть человек, который вот так искренне любит меня и не боится об этом говорить, да ещё и делает это с особой радостью. Я даже не представлял себе раньше, что простые слова любви могут быть настолько приятными моему сердцу. А наша будущая семья даёт нам прекрасную возможность всегда и во всякое время об этом говорить друг другу.</w:t>
      </w:r>
    </w:p>
    <w:p>
      <w:r>
        <w:t>Опасаясь того, что сейчас, до свадьбы, мы такие разговорчивые, а потом это может уйти из нашей жизни, мы решили на будущее, что каждое утро и каждый вечер перед сном мы будем рассказывать друг другу о своей любви и делать это от чистого сердца.</w:t>
      </w:r>
    </w:p>
    <w:p>
      <w:r>
        <w:t>Я понимаю, что житейские будни смогут многое изменить в наших отношениях, но, зная истину о том, что Бог вот именно так постоянно меня любит, я принимаю решение точно также любить и свою жену независимо от того, как она будет себя вести. Да поможет мне Господь.</w:t>
      </w:r>
    </w:p>
    <w:p>
      <w:r>
        <w:t>Заявляю об этом решении своей будущей жене и вижу, что оно ей очень понравилось. О, только бы устоять! Понимаю, что без Христа я ничего не могу, и прошу Его утвердить меня в моём решении.</w:t>
      </w:r>
    </w:p>
    <w:p>
      <w:pPr>
        <w:pStyle w:val="Heading2"/>
      </w:pPr>
      <w:r>
        <w:t>Домашнее задание 664</w:t>
      </w:r>
    </w:p>
    <w:p>
      <w:r>
        <w:t>1. Прочитайте, пожалуйста, Ам.3:3; Мат.18:18-20; Гал.5:13; Рим.12:9-10; Еф.4:2-3; 5:25; Песн.8:7; Иер.31:3; Ин.13:34-35; 1Пет.1:22; 4:8; 1Ин.4:7-8; 1Кор.13:1-8; 16:14; Гал.5:6; Кол.3:14 в свете этого урока.</w:t>
      </w:r>
    </w:p>
    <w:p>
      <w:r>
        <w:t>2. Что вы поняли из этого урока?</w:t>
      </w:r>
    </w:p>
    <w:p>
      <w:r>
        <w:t>3. Какие ещё стихи из Библии пришли вам на память?</w:t>
      </w:r>
    </w:p>
    <w:p>
      <w:r>
        <w:t>4. Узнали ли вы что-то новое и полезное?</w:t>
      </w:r>
    </w:p>
    <w:p>
      <w:r>
        <w:t>5. Так ли важно принимать подобные решения до того, как будет в этом необходимость?</w:t>
      </w:r>
    </w:p>
    <w:p>
      <w:r>
        <w:t>6. Как вы думаете, если вы вместе со своей второй половинкой решите строить общее счастье, то у вас что-то получится?</w:t>
      </w:r>
    </w:p>
    <w:p>
      <w:r>
        <w:t>7. Важно ли полюбить друг друга до свадьбы и так, чтобы это было навсегда и безусловно, или любовь приходит только в семейных отношениях?</w:t>
      </w:r>
    </w:p>
    <w:p>
      <w:r>
        <w:t>8. Нужно ли проводить время вместе для обсуждения личных вопросов? Если да, то для чего?</w:t>
      </w:r>
    </w:p>
    <w:p>
      <w:r>
        <w:t>9. Что нам даст принятие решений до того, как наступит будущее, в котором всё может быть по-другому?</w:t>
      </w:r>
    </w:p>
    <w:p>
      <w:r>
        <w:t>10. Что делать, если в моей жизни нет всего того, о чём говорит и учит этот урок? Стоит ли мне разрывать отношения?</w:t>
      </w:r>
    </w:p>
    <w:p>
      <w:r>
        <w:t>11. Как быть, если я хочу иметь прекрасное будущее, строить добрые планы, принимать правильные решения, а моя подруга (или друг) считает всё это ерундой и предлагает не загружать голову лишними заботами?</w:t>
      </w:r>
    </w:p>
    <w:p>
      <w:r>
        <w:t>12. Учитывает ли Небо все наши решения, которые мы принимаем до того, как создаём семью?</w:t>
      </w:r>
    </w:p>
    <w:p>
      <w:r>
        <w:t>13. Для чего нужно познавать друг друга до брака и в самой семье? Зачем на это нужно выделять время?</w:t>
      </w:r>
    </w:p>
    <w:p>
      <w:r>
        <w:t>14. Стоит ли постоянно говорить о своей любви тому, кто и так знает, что ты его любишь? Не будет ли это злоупотреблением доверия с моей стороны?</w:t>
      </w:r>
    </w:p>
    <w:p>
      <w:r>
        <w:t>15. А нужно ли вообще говорить о любви друг к другу? Может, важнее её постоянно доказывать делами?</w:t>
      </w:r>
    </w:p>
    <w:p>
      <w:r>
        <w:br w:type="page"/>
      </w:r>
    </w:p>
    <w:p>
      <w:pPr>
        <w:pStyle w:val="Heading1"/>
      </w:pPr>
      <w:r>
        <w:t>Урок 665. Письмо будущей жене</w:t>
      </w:r>
    </w:p>
    <w:p>
      <w:r>
        <w:t>Один из учеников Школы Любви Агапэ, попав под влияние этой самой любви и постигая науку счастья, любви и дружбы, решил порадовать ту, которой у него ещё нет, но с которой, он уже знает, что делать. И в этом решении наш герой задумал написать письмо девушке, которая может появиться в любое время, чтобы потом, находясь с ней в браке, вручить ей это послание и сравнить реальность с предположением. Хоть чужие письма и не принято читать, но мы сделаем исключение ради тех, кто строит счастливую семью.</w:t>
      </w:r>
    </w:p>
    <w:p>
      <w:r>
        <w:t>Ниже публикую это самое послание в будущее:</w:t>
      </w:r>
    </w:p>
    <w:p>
      <w:r>
        <w:t>«Привет, моя дорогая половинка, мир тебе. Пишу тебе это письмо ещё до того, как встретил тебя, чтобы честно рассказать тебе о том, как я сильно люблю тебя.</w:t>
      </w:r>
    </w:p>
    <w:p>
      <w:r>
        <w:t>Возможно, мы с тобой уже знакомы, но ещё не знаем друг друга так хорошо, чтобы строить семью. Но я молюсь о тебе каждый день и принимаю в отношении тебя важные решения. Я знаю, что Господь слышит меня и учит уже сейчас любви к тебе, формируя мой характер по Своему подобию. Когда-то Он нас познакомит и подарит друг другу, и это будет так здорово! Я не знаю, кто ты и какой будешь, но я могу рассказать тебе о том, кто я, и как я буду тебя любить.</w:t>
      </w:r>
    </w:p>
    <w:p>
      <w:r>
        <w:t>У меня очень высокие требования к себе, поэтому я не спешу найти тебя, а хочу вначале разобраться со своими особенностями, чтобы тебе было со мной хорошо, уютно и комфортно жить.</w:t>
      </w:r>
    </w:p>
    <w:p>
      <w:r>
        <w:t>Я взял тебя в жёны на всю свою жизнь и поэтому заинтересован в том, чтобы ты была счастлива, живя со мной под одной крышей и разделяя со мной свои радости и заботы. Написано, что я буду думать о том, как угодить тебе, поэтому я уже сейчас пытаюсь организовать этот вопрос, чтобы всё было правильно, чисто и благословенно.</w:t>
      </w:r>
    </w:p>
    <w:p>
      <w:r>
        <w:t>Я узнал, какой ты не должна быть, и на что стоит обращать внимание, чтобы не ошибиться и не выбрать вместо настоящего подарка от Господа какую-то подделку. Ты уж извини, что в начале нашей дружбы я был очень наблюдательным, чтобы понять, что ты — это ты, и что ты — от Господа. Но Господь день за днём открывал мне твою внутреннюю красоту и давал понять, что с тобой можно что-то доброе построить, поэтому я не очень долго сопротивлялся и выбрал именно тебя.</w:t>
      </w:r>
    </w:p>
    <w:p>
      <w:r>
        <w:t>Но мой выбор остаётся моим и не зависит от твоего. Ты могла в любой момент отказать мне в продолжении отношений, и я бы принял это как знак от Господа и не стал бы тебе докучать. Мне очень дорога твоя свобода, и я так сильно уважаю твоё волеизъявление, что не могу даже просить в отношении себя чего-либо, ожидая, что ты сама всё решишь. И ты решила дружить со мной. Это так удивительно! И что ты во мне такого хорошего нашла?! Ты для меня загадка с самого первого дня нашего знакомства, но я попытаюсь тебя всё-таки разгадать на протяжении всей Вечности и буду этому очень рад.</w:t>
      </w:r>
    </w:p>
    <w:p>
      <w:r>
        <w:t>Спасибо тебе большое, что ты решила стать моим другом и помогла мне узнать очень много хороших вещей обо мне самом и о твоём духовном мире.</w:t>
      </w:r>
    </w:p>
    <w:p>
      <w:r>
        <w:t>Всякий раз, когда мне открывалось в тебе что-то новое, я спешил тебе об этом рассказать, и мы вместе удивлялись этим находкам и начинали их глубже изучать и применять в жизни. Ты удивительный человек! Я даже не представлял, что в таком слабом существе могут присутствовать такие безграничные силы и ресурсы, которые изначально были заложены в тебя и ждали своего кладоискателя, которым, к удивлению, оказался я.</w:t>
      </w:r>
    </w:p>
    <w:p>
      <w:r>
        <w:t>В дружбе с тобой я понял, что твоё настроение может меняться, как времена года, и в этом есть свои сложности и прелести, но я принимаю тебя такой, какая ты есть, и не буду пытаться тебя переделать. Меня больше интересует сейчас то, как мне лучше подстроиться под тебя, чтобы научиться предугадывать твои желания и ожидания и делать всё возможное, чтобы тебе было хорошо. Это мой выбор — любить тебя как друга, а теперь и как жену.</w:t>
      </w:r>
    </w:p>
    <w:p>
      <w:r>
        <w:t>Меня не интересует мнение окружающих, хотя я всегда радуюсь мудрым советам. Но я понимаю, что жить придётся с тобой мне, и поэтому именно с тобой я и буду решать наши общие задачи, устраивая всё так, чтобы мы оба были довольны.</w:t>
      </w:r>
    </w:p>
    <w:p>
      <w:r>
        <w:t>Прошу тебя запомнить главное. Ты моя жена навсегда, и какой бы ты ни стала, внешне или внутренне, я не оставлю тебя никогда. Ты подарена мне Богом, чтобы всегда быть моей. И только смерть разлучит нас.</w:t>
      </w:r>
    </w:p>
    <w:p>
      <w:r>
        <w:t>Если ты решишь сделать меня главой нашей семьи и будешь всей своей душой и разумением поддерживать этот выбор, то я буду всю жизнь служить тебе и радоваться тому, что в нашем семейном царстве есть королева. Если ты изберёшь другое отношение ко мне, то я обещаю, что буду всегда любить тебя и делать всё, чему Господь будет учить меня в подобной ситуации. Я предоставляю тебе полную свободу быть той, кем ты решишь быть, и всегда буду уважать твой выбор.</w:t>
      </w:r>
    </w:p>
    <w:p>
      <w:r>
        <w:t>Также прошу учесть и то, что я тоже умею выбирать хорошие вещи и буду ожидать, что и мой выбор будет принят с уважением.</w:t>
      </w:r>
    </w:p>
    <w:p>
      <w:r>
        <w:t>Представляешь, как будет здорово, если наш выбор общего пути и духа совпадёт, и мы сможем вместе идти в одном направлении, любя друг друга от чистого сердца.</w:t>
      </w:r>
    </w:p>
    <w:p>
      <w:r>
        <w:t>Хочу тебя также заверить и в том, что для меня ты лучший человек в мире, самая хорошая жена, лучший друг жизни. Всё это ты и всегда этим будешь. Меня не интересуют другие люди. В нашей семье ты всегда будешь на первом и самом высоком месте.</w:t>
      </w:r>
    </w:p>
    <w:p>
      <w:r>
        <w:t>Запомни также и то, что твоя внешняя красота и привлекательность дана тебе Богом для того, чтобы радовать моё сердце. А я вижу не только твоё лицо, но и сердце, прикладывая к этому и свою любовь, и в этом сочетании ты всегда будешь для меня самым прекрасным человеком, как бы время тебя ни изменило. Поэтому хочу попросить тебя не тратить много времени перед зеркалом ради требований мира, а иногда спрашивать меня о том, какой я тебя нахожу. А я скажу тебе всю правду о том, насколько ты прекрасна. Но это так, мысли вслух.</w:t>
      </w:r>
    </w:p>
    <w:p>
      <w:r>
        <w:t>Мне нравится в тебе то, что ты разрешаешь любить себя и впускаешь меня в своё сердце, принимая всё, чем я хочу с тобой поделиться. Когда мы дружили, уже тогда было так радостно познавать тебя изнутри и дарить тебе свою любовь и дружбу. А сейчас, когда мы стали самыми родными людьми, я представляю, какое счастье в познании друг друга ожидает нас впереди. Я могу теперь открывать в тебе столько всего удивительного и пользоваться этим по праву мужа, что даже дух захватывает от такой роскоши. Я собираюсь изучать тебя всю жизнь, а потом и всю Вечную жизнь, чтобы всегда находить в тебе что-то новое и благодарить Бога за такое чудо. Ты представляешь для меня особый интерес.</w:t>
      </w:r>
    </w:p>
    <w:p>
      <w:r>
        <w:t>А ещё мне в тебе нравятся всего три вещи:</w:t>
      </w:r>
    </w:p>
    <w:p>
      <w:r>
        <w:t>1. Всё, что ты делаешь;</w:t>
      </w:r>
    </w:p>
    <w:p>
      <w:r>
        <w:t>2. Всё, что ты говоришь;</w:t>
      </w:r>
    </w:p>
    <w:p>
      <w:r>
        <w:t>3. Всё, кем ты являешься.</w:t>
      </w:r>
    </w:p>
    <w:p>
      <w:r>
        <w:t>Поэтому я и избрал именно тебя, чтобы ты была моей и всегда была доступна для моей любви к тебе.</w:t>
      </w:r>
    </w:p>
    <w:p>
      <w:r>
        <w:t>Думаю, что, читая эти строки, ты удивляешься тому, как я всё точно описываю. Это не я, это Господь меня вдохновляет ставить такие цели в нашем строительстве счастья. Поэтому я так смело и описываю всё, чему научен.</w:t>
      </w:r>
    </w:p>
    <w:p>
      <w:r>
        <w:t>Я люблю тебя, дорогой мой любимый человек по имени жена. Ты так радуешь моё сердце и приносишь столько много благословений своим присутствием в моей жизни! Продолжение следует.</w:t>
      </w:r>
    </w:p>
    <w:p>
      <w:r>
        <w:t>Твой муж».</w:t>
      </w:r>
    </w:p>
    <w:p>
      <w:pPr>
        <w:pStyle w:val="Heading2"/>
      </w:pPr>
      <w:r>
        <w:t>Домашнее задание 665</w:t>
      </w:r>
    </w:p>
    <w:p>
      <w:r>
        <w:t>1. Прочитайте, пожалуйста, Еккл.9:9; Кол.3:19; 1Тим.1:5-6; Прит.4:4; 17:17; 19:14; 30:18-19; 31:10-12,25,30; Иер.31:3; Песн.4:1,7,9-12; 1Пет.1:22; Рим.12:9-10 в свете этого урока.</w:t>
      </w:r>
    </w:p>
    <w:p>
      <w:r>
        <w:t>2. Что вы поняли из этого урока?</w:t>
      </w:r>
    </w:p>
    <w:p>
      <w:r>
        <w:t>3. Какие Библейские истории пришли вам на память?</w:t>
      </w:r>
    </w:p>
    <w:p>
      <w:r>
        <w:t>4. Будет ли правильно писать письма тем, кого ты ещё не знаешь?</w:t>
      </w:r>
    </w:p>
    <w:p>
      <w:r>
        <w:t>5. Как вы думаете, могут ли подобные послания настраивать человека на соответствующее отношение?</w:t>
      </w:r>
    </w:p>
    <w:p>
      <w:r>
        <w:t>6. Что вам понравилось в этом уроке?</w:t>
      </w:r>
    </w:p>
    <w:p>
      <w:r>
        <w:t>7. Хотели бы вы получать подобные письма от членов своей семьи?</w:t>
      </w:r>
    </w:p>
    <w:p>
      <w:r>
        <w:t>8. Написал ли Господь послание Своей любви к нам до того, как мы с Ним познакомились? Рим.5:8-10.</w:t>
      </w:r>
    </w:p>
    <w:p>
      <w:r>
        <w:t>9. Как вы думаете, если человек заранее настроится на любовь к вам и примет решение любить вас, то у него что-то из этого выйдет? Или он должен это как-то особо доказывать?</w:t>
      </w:r>
    </w:p>
    <w:p>
      <w:r>
        <w:t>10. Будет ли правильно заранее принимать решение любить того, кто, возможно, скоро появится в твоей жизни?</w:t>
      </w:r>
    </w:p>
    <w:p>
      <w:r>
        <w:t>11. Как вы думаете, подобные письма приносят радость их получателю, или это слова без смысла?</w:t>
      </w:r>
    </w:p>
    <w:p>
      <w:r>
        <w:t>12. А вы уже читали о том, что вам написал Господь? Если да, то поделитесь с нами своей радостью. Ис.43:4.</w:t>
      </w:r>
    </w:p>
    <w:p>
      <w:r>
        <w:t>13. Вы уже написали подобное письмо вашему дорогому другу?</w:t>
      </w:r>
    </w:p>
    <w:p>
      <w:r>
        <w:t>14. Как вы думаете, будет ли вашим близким приятно получать от вас подобные письма?</w:t>
      </w:r>
    </w:p>
    <w:p>
      <w:r>
        <w:t>15. Что делать, если мне никто таких писем не присылает и, возможно, никогда не напишет?</w:t>
      </w:r>
    </w:p>
    <w:p>
      <w:r>
        <w:br w:type="page"/>
      </w:r>
    </w:p>
    <w:p>
      <w:pPr>
        <w:pStyle w:val="Heading1"/>
      </w:pPr>
      <w:r>
        <w:t>Урок 666. Загадочное число 666</w:t>
      </w:r>
    </w:p>
    <w:p>
      <w:r>
        <w:t>Написано: «Сокрытое принадлежит Господу Богу нашему, а открытое — нам и сынам нашим до века, чтобы мы исполняли все слова закона сего» Втор 29:29. В Библии есть очень много мест, которые сложно понять при поверхностном прочтении. Книга Откровение содержит в себе немалое количество символов и пророчеств, которые ещё ждут своего исполнения, время которого пришло и в нашу жизнь, поставив нас перед необходимостью задуматься о том, что желает нам сказать и открыть Бог.</w:t>
      </w:r>
    </w:p>
    <w:p>
      <w:r>
        <w:t>Стих из Откр.13:18 про число 666, наверное, самое таинственное и зловещее пророчество, которое вызывает страх и тревогу у многих людей. Враг души присвоил себе сочетание этих цифр и сделал их видимым символом своих последователей. Стоит заметить, что иногда люди, поклоняющиеся сатане, открыто публикуют это число в открытых источниках, но есть и много таких, которые скрывают от глаз свою принадлежность силам тьмы и маскируют эти цифры, переворачивая их вверх ногами или вставляя их в разные изображения, или рисуя их на другом языке. Например, в еврейском языке число 6 напоминает цифру 1. И если вы встретите где-то три галочки, то даже и не поймёте, что они несут в себе тайный смысл. Но для кого-то это знак принадлежности сатане. Так или иначе, все эти вещи окружают нас повсеместно. И враг преуспел в том, чтобы взять под свой контроль многие сферы жизни нашего общества и подчинить себе многие души.</w:t>
      </w:r>
    </w:p>
    <w:p>
      <w:r>
        <w:t>Как только была написана книга Откровение, многие читатели стали вычислять значение числа 666. И уже в то время его приписывали императору Нерону, чьё имя и титул при сложении составляло 666. В наше время до сих пор пытаются сосчитать имена многих политиков, и иногда эти суммы составляют это самое число.</w:t>
      </w:r>
    </w:p>
    <w:p>
      <w:r>
        <w:t>Также можно заметить, что три шестёрки присутствуют на торговых штрихкодах и на кьюэркоде, который стал популярным в последнее время. Но для прочтения этих кодов нужно электронное считывающее устройство, которое запрограммировано на расшифровку подобных символов. А мы читаем, что число зверя — человеческое.</w:t>
      </w:r>
    </w:p>
    <w:p>
      <w:r>
        <w:t>Есть также одно ясное утверждение, что на головном уборе одного из представителей религиозной власти была написана богохульная надпись, которая в сумме составляет число зверя. Но проблема такого толкования состоит в том, что нет доказательств этому утверждению, и поэтому представлять это миру, рассчитывая на веру людей, не стоит. Хотя по всем другим библейским и историческим характеристикам можно понять, что именно эта церковная система является видимым представителем дракона.</w:t>
      </w:r>
    </w:p>
    <w:p>
      <w:r>
        <w:t>Давайте обратим внимание на слова: «Здесь мудрость. Кто имеет ум …», и задумаемся, о ком идёт речь? Мне это напоминает 5 мудрых дев из Мат.25:1-12, которые готовились ко встрече жениха.</w:t>
      </w:r>
    </w:p>
    <w:p>
      <w:r>
        <w:t>В наше время любые толкования числа 666 тут же становятся достоянием всего общества, и даже мёртвые во грехах люди могут понять, что им пытаются представить.</w:t>
      </w:r>
    </w:p>
    <w:p>
      <w:r>
        <w:t>Враг души ввёл в обиход понятие «Теория заговора», чтобы поставить исследователей событий последнего времени в разряд параноиков и представить их миру неадекватными людьми. Но если вы станете изучать Откр.13, то ясно увидите, что в ней идёт речь о глобальном заговоре тёмных сил, которые правят миром и будут иметь влияние на разум людей, и добьются того, что все живущие на земле получат начертание зверя. Так что не бойтесь, если вас назовут «теоретиком заговора». Но горе вам, если вы окажетесь при всех ваших знаниях без Божьей защиты. Не спешите с выводами.</w:t>
      </w:r>
    </w:p>
    <w:p>
      <w:r>
        <w:t>Библия учит, что мудрые поймут значение числа 666, и эта мудрость заключается в обладании Божьей печатью и разумом Христа. И в нужное время такие Божьи представители уразумеют смысл числа, имени и начертания зверя, твёрдо отвергнув его.</w:t>
      </w:r>
    </w:p>
    <w:p>
      <w:r>
        <w:t>Бог лично через Святого Духа даст духовное понимание символов Своих пророчеств. Я не смогу вам это открыть, и никто из других людей тоже, но наши исследования могут указать нам правильное направление нашего поиска.</w:t>
      </w:r>
    </w:p>
    <w:p>
      <w:r>
        <w:t>Любовь-агапэ по вере в Иисуса Христа является тем определяющим знаком, который будет отличать сознание Божьих детей от сознания людей этого мира.</w:t>
      </w:r>
    </w:p>
    <w:p>
      <w:r>
        <w:t>Книга Дан.3:2-3 подробно описывает те органы власти, которые были задействованны в поклонении истукану. Те же самые государственные структуры проявят себя и в наше время для наложения символов зверя.</w:t>
      </w:r>
    </w:p>
    <w:p>
      <w:r>
        <w:t>Стоит заметить, что глобальная финансовая система будет контролировать этот процесс запечатления и наказывать всех тех, кто не подчинится требованиям мироправителей тьмы века сего. Это означает, что по всей земле введут управляемые деньги. А так как людей слишком много, то задачу по управлению деньгами поручат искусственному интеллекту, который станет решать, кому что положено по статусу и по социальному рейтингу.</w:t>
      </w:r>
    </w:p>
    <w:p>
      <w:r>
        <w:t>Возможно, что вся эта адская машина уже готова, и очень скоро мы столкнёмся с этим нововведением и поймём, что означает на самом деле число 666, и как дружно его приняли все те, кто не имел Божьей защиты. Когда вы увидите, что наличных денег больше нет, тогда поднимите головы ваши, время избавления очень близко.</w:t>
      </w:r>
    </w:p>
    <w:p>
      <w:r>
        <w:t>Мудрость в наше время заключается и в том, чтобы оставлять большие и малые города и селиться небольшими группами в сельской местности, где можно жить на самообеспечении, не завися от благ цивилизации. Это поможет некоторое время пережить малое время скорби, а потом придётся оставить и это место жительства и пойти туда, куда укажет Господь.</w:t>
      </w:r>
    </w:p>
    <w:p>
      <w:r>
        <w:t>Весть к Лаодикии показывает выход и даёт надежду каждому, кто захочет купить масло для светильника у Верного Свидетеля.</w:t>
      </w:r>
    </w:p>
    <w:p>
      <w:r>
        <w:t>Мне будет мало пользы, если я буду понимать значение числа зверя и безошибочно его идентифицировать, но при этом лишусь масла в своём светильнике. Знания не спасут меня. А недостаток ведения в вопросе приготовления окажется пагубным. Но хуже всего будет то, что я, зная всё, не буду ничего делать и, находясь всей душой в Вечности, не смогу в ней остаться, и Христос извергнет меня как противного из уст Своих.</w:t>
      </w:r>
    </w:p>
    <w:p>
      <w:r>
        <w:t>Враг души становится всё наглее и дерзко заявляет о своих планах, даже не пытаясь их скрывать. И я понимаю, что своими человеческими силами не смогу ему помешать. Но у меня есть Иисус, Который уже победил врага, и единственная моя защита на время скорби — это Господь.</w:t>
      </w:r>
    </w:p>
    <w:p>
      <w:r>
        <w:t>Значение числа 666 имеет буквальное и духовное определение. Буквальное будет видимо глазу, а духовное откроется сердцу. Бог даст мудрость всем своим мудрым детям, и они будут иметь ум, чтобы понять все факты и обстоятельства, уразумев смысл этого числа. Читаем у Дан.12:10: «Многие очистятся, убелятся и переплавлены будут в искушении; нечестивые же будут поступать нечестиво, и не уразумеет сего никто из нечестивых, а мудрые уразумеют».</w:t>
      </w:r>
    </w:p>
    <w:p>
      <w:r>
        <w:t>Сможет ли неразумный человек оценить преимущество любви-агапэ для себя? Да он никогда не поймёт, что это такое. Это можно только пережить внутри своего сердца, а потом петь об этом песнь новую, которую никто другой не сможет исполнить.</w:t>
      </w:r>
    </w:p>
    <w:p>
      <w:r>
        <w:t>В Откр.14:1-5 описываются люди, которые победили зверя и его образ. Важно понять, буду ли я в этой группе. Они точно будут понимать число зверя и противостанут ему своею верою в Иисуса, не боясь смерти.</w:t>
      </w:r>
    </w:p>
    <w:p>
      <w:pPr>
        <w:pStyle w:val="Heading2"/>
      </w:pPr>
      <w:r>
        <w:t>Домашнее задание 666</w:t>
      </w:r>
    </w:p>
    <w:p>
      <w:r>
        <w:t>1. Прочитайте, пожалуйста, Ис.44:6-8; Ин.16:13; Откр.13:15-18; 14:1-5,11-12; 15:2-4; 16:2; 19:20; Втор.29:29; Ам.3:7; Дан.3:1-33; 12:10; Еф.5:10-18; Откр.3:18; Мат.16:26 в свете этого урока.</w:t>
      </w:r>
    </w:p>
    <w:p>
      <w:r>
        <w:t>2. Что вы поняли из этого урока?</w:t>
      </w:r>
    </w:p>
    <w:p>
      <w:r>
        <w:t>3. Какие ещё стихи из Библии пришли вам на память?</w:t>
      </w:r>
    </w:p>
    <w:p>
      <w:r>
        <w:t>4. Что вы знаете о числе 666? Можете с нами поделиться?</w:t>
      </w:r>
    </w:p>
    <w:p>
      <w:r>
        <w:t>5. Вы видели, как в оригинале пишется это число?</w:t>
      </w:r>
    </w:p>
    <w:p>
      <w:r>
        <w:t>6. Верите ли вы в то, что все мудрые Божьи дети поймут и смогут сосчитать число зверя?</w:t>
      </w:r>
    </w:p>
    <w:p>
      <w:r>
        <w:t>7. Какую пользу принесёт знание числа зверя, если на челе не будет Божьей печати? Поясните свой ответ.</w:t>
      </w:r>
    </w:p>
    <w:p>
      <w:r>
        <w:t>8. Являются ли три шестёрки истинным числом зверя? Или это попытка отвлечь наше внимание от важного?</w:t>
      </w:r>
    </w:p>
    <w:p>
      <w:r>
        <w:t>9. Говорят ли происходящие в мире события о близости конца времени греха?</w:t>
      </w:r>
    </w:p>
    <w:p>
      <w:r>
        <w:t>10. Стоит ли размышлять и беседовать о подобных темах?</w:t>
      </w:r>
    </w:p>
    <w:p>
      <w:r>
        <w:t>11. Какую пользу принесёт знание числа 666? Что это изменит в моей жизни и вере в Бога?</w:t>
      </w:r>
    </w:p>
    <w:p>
      <w:r>
        <w:t>12. Можно ли, изучая тему о начертании зверя, о его имени и числе, поверить ложным толкованиям и уйти в неправильном направлении?</w:t>
      </w:r>
    </w:p>
    <w:p>
      <w:r>
        <w:t>13. Как мне понять, что мои знания о звере истинные?</w:t>
      </w:r>
    </w:p>
    <w:p>
      <w:r>
        <w:t>14. Что предлагает мне Господь для того, чтобы устоять в это время и быть всегда готовым?</w:t>
      </w:r>
    </w:p>
    <w:p>
      <w:r>
        <w:t>15. Какое отношение имеет эта тема к формированию счастливой семьи?</w:t>
      </w:r>
    </w:p>
    <w:p>
      <w:r>
        <w:br w:type="page"/>
      </w:r>
    </w:p>
    <w:p>
      <w:pPr>
        <w:pStyle w:val="Heading1"/>
      </w:pPr>
      <w:r>
        <w:t>Урок 667. Библейский взгляд на число зверя</w:t>
      </w:r>
    </w:p>
    <w:p>
      <w:r>
        <w:t>Есть такая пословица, что «каждый находит то, что ищет». Если я пожелаю в каком-то библейском повествовании найти то, что мне нужно, то, возможно, я смогу это сделать. Толкование числа зверя не избежало этой тенденции. Но особенность книги Откровение состоит в том, что ключ к пониманию её символов можно найти в книгах Ветхого завета.</w:t>
      </w:r>
    </w:p>
    <w:p>
      <w:r>
        <w:t>Апостол Иоанн хорошо знал эти Священные Писания и очень умело использовал их символы для описания некоторых событий в своём послании семи церквям.</w:t>
      </w:r>
    </w:p>
    <w:p>
      <w:r>
        <w:t>Читаем Откр.13:18: «Здесь мудрость. Кто имеет ум, тот сочти число зверя, ибо это число человеческое; число его шестьсот шестьдесят шесть».</w:t>
      </w:r>
    </w:p>
    <w:p>
      <w:r>
        <w:t>Слово «сочти» в греческом языке идентично слову «вычислит» из Лук.14:28: «Ибо кто из вас, желая построить башню, не сядет прежде и не вычислит издержек, имеет ли он, что нужно для совершения её».</w:t>
      </w:r>
    </w:p>
    <w:p>
      <w:r>
        <w:t>Господь призывает нас сопоставлять все имеющиеся факты и толкования, чтобы в этом всём найти смысл и понимание.</w:t>
      </w:r>
    </w:p>
    <w:p>
      <w:r>
        <w:t>Стоит также отметить, что привычное слуху число 666 написано в виде греческих букв, напоминающих русские Х,Е и С, которые в своём обозначают соответственно: шестьсот, шестьдесят и шесть.</w:t>
      </w:r>
    </w:p>
    <w:p>
      <w:r>
        <w:t>Это значит, что трёх шестерок в этом тексте нет.</w:t>
      </w:r>
    </w:p>
    <w:p>
      <w:r>
        <w:t>Враг души взял для себя число 666 и успешно использует эти три цифры как свой символ, чем пугает многих людей, вставляя эти шестёрки в различные области человеческой жизнедеятельности.</w:t>
      </w:r>
    </w:p>
    <w:p>
      <w:r>
        <w:t>Читатели того времени сразу вспоминали, что это число упоминается в 3Цар 10:14: «В золоте, которое приходило Соломону в каждый год, весу было шестьсот шестьдесят шесть талантов золотых». Тот же самый отчет повторяется во 2Пар.9:13.</w:t>
      </w:r>
    </w:p>
    <w:p>
      <w:r>
        <w:t>Почему-то Соломон установил именно такой вес золота по меркам того времени, что составляло более 11 тонн. И это был не процент с прибыли, а фиксированный вес. Читаем стих 22: «И превзошел царь Соломон всех царей земли богатством и мудростью».</w:t>
      </w:r>
    </w:p>
    <w:p>
      <w:r>
        <w:t>В книге Втор.17:16-17 Бог через Моисея даёт повеление о том, чтобы царь не умножал себе коней, жён, золота и серебра, дабы не развратилось сердце его. В правлении царя Соломона мы видим грубое нарушение всех этих Божьих постановлений.</w:t>
      </w:r>
    </w:p>
    <w:p>
      <w:r>
        <w:t>Читаем 3Цар 10:26: "И набрал Соломон колесниц и всадников; у него было тысяча четыреста колесниц и двенадцать тысяч всадников…»</w:t>
      </w:r>
    </w:p>
    <w:p>
      <w:r>
        <w:t>Читаем 3Цар 11:1: "И полюбил царь Соломон многих чужестранных женщин…». Стих 3: «И было у него семьсот жён и триста наложниц; и развратили жены его сердце его». Стих 4: «Во время старости Соломона жены его склонили сердце его к иным богам…» Стих 5: «И стал Соломон служить Астарте, божеству Сидонскому, и Милхому, мерзости Аммонитской».</w:t>
      </w:r>
    </w:p>
    <w:p>
      <w:r>
        <w:t>В истории с Соломоном мы видим, что за 40 лет его царствования не было войн и была построена религиозно-политическая система, которая ввергла как самого царя, так и весь израильский народ в идолопоклонство, которое впоследствии настолько пропитало дух общества, что Богу пришлось принимать радикальные меры, чтобы спасти Свой остаток.</w:t>
      </w:r>
    </w:p>
    <w:p>
      <w:r>
        <w:t>Никто не принёс столько зла избранному Божьему народу, как отступивший Соломон в погоне за богатством. Подобный дух и жажда большей наживы имеют место быть и в наше время.</w:t>
      </w:r>
    </w:p>
    <w:p>
      <w:r>
        <w:t>Написано в 1Тим 6:10: «ибо корень всех зол есть сребролюбие, которому предавшись, некоторые уклонились от веры и сами себя подвергли многим скорбям».</w:t>
      </w:r>
    </w:p>
    <w:p>
      <w:r>
        <w:t>Наш мир сейчас построен так, что везде нужны деньги, и без них ты не можешь жить. И враг души использует эту особенность для того, чтобы вся наша современная финансовая система была нацелена на осуществление его планов.</w:t>
      </w:r>
    </w:p>
    <w:p>
      <w:r>
        <w:t>Устройство современного общества позволяет каждому мудрому предпринимателю стать процветающим человеком. Если ты обладаешь каким-либо талантом, то всегда найдутся покупатели, готовые платить тебе за твои услуги. И многих людей устраивает подобный подход к жизни.</w:t>
      </w:r>
    </w:p>
    <w:p>
      <w:r>
        <w:t>Мы достигли такого периода времени, когда самые богатые люди мира могут писать историю, влиять на политику государств, устраивать военные конфликты и делать то, что им вздумается. И если бы эти люди были водимы Божьим Духом, то сколько добра можно было бы сделать через них. Но, к сожалению, враг души построил свою мировую систему денег, в которой объединил и смешал все религиозно-политические силы этого мира. Библия называет этот союз Вавилоном и повествует о его гибели в определённое Богом время.</w:t>
      </w:r>
    </w:p>
    <w:p>
      <w:r>
        <w:t>Библия не учит тому, что богатство — это зло. Но злом является сребролюбие и служение богатству. А Иисус заявляет, что невозможно служить и Богу и мамоне.</w:t>
      </w:r>
    </w:p>
    <w:p>
      <w:r>
        <w:t>Пророчество о начертании зверя говорит о том, что это клеймо будет положено на правую руку или на чело. И многие понимают эти символы буквально, что в руку или в голову будут вживляться информационные устройства, чтобы контролировать свободу людей. Но любой чип можно при желании вырезать, если мне его насильно вставят.</w:t>
      </w:r>
    </w:p>
    <w:p>
      <w:r>
        <w:t>А вот если я своими делами или своим решением приму предложения зверя или буду их одобрять, соглашаясь с повесткой дня, то кто меня избавит от моего выбора?</w:t>
      </w:r>
    </w:p>
    <w:p>
      <w:r>
        <w:t>В противовес силам зла и влияния мира Господь предлагает в послании к Лаодикии наилучшее решение по выходу из вавилонской системы жизни и мышления. Можно выйти через отношения с Иисусом, внеся за это плату по Его совету. Принятие и следование Божьему плану сохранит меня от обретения начертания зверя. Не я своей мудростью, а Бог Своею силою будет хранить меня от зла.</w:t>
      </w:r>
    </w:p>
    <w:p>
      <w:r>
        <w:t>Глобальная финансовая система встанет на службу сатане, чтобы через свои возможности контролировать всех людей. Современные технологии показывают, что подобное реально, а людям можно создать такие условия, чтобы они сами попросили лишить их свободы ради безопасности, общего блага и временного комфорта.</w:t>
      </w:r>
    </w:p>
    <w:p>
      <w:r>
        <w:t>Думаю, что смартфоны станут тем техническим средством, в котором будет собрана вся необходимая информация о человеке и о всех его финансовых источниках, через которые враг души сможет продвигать свои новшества и стандарты.</w:t>
      </w:r>
    </w:p>
    <w:p>
      <w:r>
        <w:t>Даже сейчас, когда Бог даёт время благодатное между всевозможными событиями нашей эпохи, на что мы его тратим? Как только снимаются какие-либо ограничения, мы спешим побольше заработать и получше благоустроить свою жизнь. А где остаётся главное? Кто идёт в Лаодикийский магазин из Откр.3:18, чтобы купить предлагаемое? На что Бог должен ставить Свою печать? На моё умение зарабатывать или строить? Или на мою мудрость покупать и продавать? Наши дни лукавы, и враг ослепляет нас своими ценностями.</w:t>
      </w:r>
    </w:p>
    <w:p>
      <w:r>
        <w:t>Чего добился царь Соломон, став самым богатым и знатным правителем своего времени? Тот, кто пал сам, тот потянул за собой всех, кто заразился благодаря ему жаждой приобретения золотого венца. А сейчас Господь предлагает нам в Откр.3:18 Венец Жизни. Кому это интересно?</w:t>
      </w:r>
    </w:p>
    <w:p>
      <w:r>
        <w:t>Кто на фоне происходящего в мире желает Божьей правды и праведности? А Господь ищет именно таких жаждущих людей, чтобы приготовить на их челе место для Своей печати. Божья печать — это интеллектуальное утверждение в истине, и она не будет поставлена случайно или за компанию. Именно я сейчас решаю, кому служить, и мой выбор руководит моими делами.</w:t>
      </w:r>
    </w:p>
    <w:p>
      <w:r>
        <w:t>Представители сатаны поставят начертание зверя всем, кто не будет иметь Божий знак. Где я буду в это время, решаю я.</w:t>
      </w:r>
    </w:p>
    <w:p>
      <w:pPr>
        <w:pStyle w:val="Heading2"/>
      </w:pPr>
      <w:r>
        <w:t>Домашнее задание 667</w:t>
      </w:r>
    </w:p>
    <w:p>
      <w:r>
        <w:t>1. Прочитайте, пожалуйста, Откр.13:15-18; 3Цар.10:26-29; 11:1-10; 2Пар.9:22-30; 1Тим.6:10; Еф.5:15-18; Иез.9:4; Иов.37:6; Песн.8:6-7; 2Тим.2:19; Откр.3:18; Мат.25:9 в свете этого урока.</w:t>
      </w:r>
    </w:p>
    <w:p>
      <w:r>
        <w:t>2. Что вы поняли из этого урока?</w:t>
      </w:r>
    </w:p>
    <w:p>
      <w:r>
        <w:t>3. Какие ещё стихи из Библии пришли вам на память?</w:t>
      </w:r>
    </w:p>
    <w:p>
      <w:r>
        <w:t>4. Призывает ли нас Господь к глубокому размышлению о происходящих событиях, чтобы понимать, где мы находимся?</w:t>
      </w:r>
    </w:p>
    <w:p>
      <w:r>
        <w:t>5. Поймут ли все люди истинное значение числа зверя?</w:t>
      </w:r>
    </w:p>
    <w:p>
      <w:r>
        <w:t>6. Какие откровения у вас были при изучении этой темы?</w:t>
      </w:r>
    </w:p>
    <w:p>
      <w:r>
        <w:t>7. Стоит ли нам только о звере и говорить?</w:t>
      </w:r>
    </w:p>
    <w:p>
      <w:r>
        <w:t>8. Может ли быть такое, что наше сегодняшнее понимание числа зверя будет отличаться от действительного?</w:t>
      </w:r>
    </w:p>
    <w:p>
      <w:r>
        <w:t>9. Могут ли три шестёрки быть для нас отвлекающим манёвром врага души, чтобы направить поиски не в том направлении?</w:t>
      </w:r>
    </w:p>
    <w:p>
      <w:r>
        <w:t>10. Какое преимущество даёт мне следование совету из Откр.3:18?</w:t>
      </w:r>
    </w:p>
    <w:p>
      <w:r>
        <w:t>11. Какую защиту от обмана даёт мне Божья печать?</w:t>
      </w:r>
    </w:p>
    <w:p>
      <w:r>
        <w:t>12. Почему начертание зверя ставится на лоб и правую руку, а Божья печать только на чело? Откр.14:1.</w:t>
      </w:r>
    </w:p>
    <w:p>
      <w:r>
        <w:t>13. Как вы думаете, сегодня уже кто-то получил начертание зверя?</w:t>
      </w:r>
    </w:p>
    <w:p>
      <w:r>
        <w:t>14. Каким образом любовь-агапэ будет моей защитой в последнее время?</w:t>
      </w:r>
    </w:p>
    <w:p>
      <w:r>
        <w:t>15. Вы узнали из этой темы что-то новое и полезное? Желает ли Бог, чтобы мы думали?</w:t>
      </w:r>
    </w:p>
    <w:p>
      <w:r>
        <w:br w:type="page"/>
      </w:r>
    </w:p>
    <w:p>
      <w:pPr>
        <w:pStyle w:val="Heading1"/>
      </w:pPr>
      <w:r>
        <w:t>Урок 668. Третий храм</w:t>
      </w:r>
    </w:p>
    <w:p>
      <w:r>
        <w:t>В христианской среде ходит учение о Третьем храме, который должен быть построен в конце времени на том самом месте, где ранее стоял Первый храм, а затем, после разрушения Первого, был воздвигнут Второй.</w:t>
      </w:r>
    </w:p>
    <w:p>
      <w:r>
        <w:t>Первый храм строился под руководством царя Соломона с 957 по 950 год до нашей эры, а в 586 году он был разрушен при захвате Иерусалима вавилонской армией.</w:t>
      </w:r>
    </w:p>
    <w:p>
      <w:r>
        <w:t>В 520 году по приказу Мидо-Персидского царя было начато восстановление этого строения, которое продолжалось до 516 года.</w:t>
      </w:r>
    </w:p>
    <w:p>
      <w:r>
        <w:t>В 70 году н.э. Иерусалимский храм был разрушен римскими войсками, после чего уже не был восстановлен.</w:t>
      </w:r>
    </w:p>
    <w:p>
      <w:r>
        <w:t>В 638 году арабские войска захватили всю территорию бывшей Иудеи и на месте бывшего храма построили мечеть Куббат-ас-Сахра (Купол скалы), которая до сего дня является священным местом поклонения мусульман и главной святыней ислама.</w:t>
      </w:r>
    </w:p>
    <w:p>
      <w:r>
        <w:t>Есть толкование иудейских преданий о том, что на храмовой горе будет воздвигнут Третий храм, который станет всемирным духовным центром как для всех евреев, так и для всего народа. Уже есть чертежи нового здания, есть ресурсы для его возведения, но на этом месте стоит культовое сооружение представителей другой религии. Однако по тем же преданиям должен прийти «мессия», которого до сих пор ждут. Он-то и должен исполнить эти пророчества. Тем самым он и докажет всем, что он – «Божий посланник».</w:t>
      </w:r>
    </w:p>
    <w:p>
      <w:r>
        <w:t>На удивление, многие христиане поддержали подобную идею о восстановлении Третьего Храма, взяв за основание стихи из 2Фес.2:3-4: «Да не обольстит вас никто никак: ибо день тот не придёт, доколе не придёт прежде отступление и не откроется человек греха, сын погибели, противящийся и превозносящийся выше всего, называемого Богом или святынею, так что в храме Божием сядет он, как Бог, выдавая себя за Бога». Но для христиан Мессия уже пришёл, а в храме должен будет воссесть антихрист. Но есть проблема, ведь храма нет, и его появление не предвидится.</w:t>
      </w:r>
    </w:p>
    <w:p>
      <w:r>
        <w:t>Многие теологи разработали целое учение о том, что перед самым Вторым Пришествием придёт антихрист, который воссядет в Третьем Храме и будет править миром. И это учение настолько стало популярным, что в него верят все протестанты, не пытаясь понять, о чём, по сути, идёт речь.</w:t>
      </w:r>
    </w:p>
    <w:p>
      <w:r>
        <w:t>Чтобы разобраться в вопросе, стоит задать честный вопрос: «А какой смысл в строительстве Третьего храма в свете Библии и Божьей мудрости?». Принимая во внимание Божий Закон, мы видим, что в подобном учении нет ни логики, не смысла. Мы как народ церкви остатка понимаем, что в этих пророчествах речь идёт о Небесном храме, в котором сейчас совершается ходатайственное служение нашего Первосвященника Иисуса, на место Которого претендует враг души. Но сатане не дано право быть на Небе и восседать во Святом Святых. И тогда всё становится понятно и логично.</w:t>
      </w:r>
    </w:p>
    <w:p>
      <w:r>
        <w:t>Однако враг души решил убедить многих в том, что на Небе нет Святилища, и что там сейчас не происходит никакого суда и служения. Но мы знаем, что это не так, и верим, что Иисус — наш Первосвященник, и Он ныне перед Отцом завершает Своё служение по очищению Святилища и записей в Книге жизни, чтобы после запечатлеть всех святых Своею печатью.</w:t>
      </w:r>
    </w:p>
    <w:p>
      <w:r>
        <w:t>Важно также отметить и то, что некоторые пророчества имеют силу дважды сбываться в определённое Богом время. Так, к примеру, пророчества о конце времени и разрушении Иерусалима исполнились и во времена первых христиан, и в наше время осуществятся.</w:t>
      </w:r>
    </w:p>
    <w:p>
      <w:r>
        <w:t>Храм — это, в свете Библии, сооружение, в котором обитает Сам Господь. Также и наши тела являются храмом Святого Духа. 1Кор.3:16. Иисус называл Себя Храмом. Ин.2:19-21. Храмом называется небесное Святилище и также разные культовые сооружения язычников. На что из этого всего будет покушаться сатана? Небо и Бог ему не по силам. Христос уже победил сатану. Языческие храмы уже находятся во власти дьявола. Остаётся только моё тело, в котором живёт мой разум и мой Господь.</w:t>
      </w:r>
    </w:p>
    <w:p>
      <w:r>
        <w:t>Желает ли враг души воссесть в этом храме Святого Духа? Может ли он осуществить этот коварный план? Как это ни печально, но именно воля человека определяет, кому восседать на престоле его сердца и разума. И если враг не сможет этого престола достичь силой, то он применит всю свою власть и коварство, чтобы хитростью или лукавством завладеть сердцем человека.</w:t>
      </w:r>
    </w:p>
    <w:p>
      <w:r>
        <w:t>Если бы не было людей, которых можно ещё спасти, то сатана был бы уже давно уничтожен вместе со своим воинством. Но ради избранных Господь определил время, в которое будет вестись жестокая борьба на уровне нашего разума за господство той или иной силы в нас.</w:t>
      </w:r>
    </w:p>
    <w:p>
      <w:r>
        <w:t>Моё здоровье является Божьим даром, который я получил в момент своего зачатия и должен беречь и хранить до самой смерти. Враг души знает, что через болезни он может ослабить волю человека, сделать жизнь людей несчастной или убить их. Поэтому его целью в последнее время стало наше здоровье, которое сатана желает забрать у нас, да ещё и за наши деньги.</w:t>
      </w:r>
    </w:p>
    <w:p>
      <w:r>
        <w:t>Последние события показали, как быстро весь мир повинуется странным требованиям для сохранения здоровья ради всеобщего блага. Люди встали перед выбором, что им делать, и мнения разделились.</w:t>
      </w:r>
    </w:p>
    <w:p>
      <w:r>
        <w:t>Понимая цели сатаны и то, через какие средства он будет осуществлять свои планы, можно увидеть, как много безумных идей привносится в нашу жизнь в качестве рекомендаций или медицинских законов. А в результате повреждается моё тело — храм Бога, на Чьё место страстно желает попасть сатана. И он это делает как благодетель, принимая вид ангела Света. И многие христиане становятся жертвами его обольщений, теряя своё здоровье, да и саму жизнь.</w:t>
      </w:r>
    </w:p>
    <w:p>
      <w:r>
        <w:t>Бог знал наперёд, с чем мы столкнемся, и поэтому в Своей мудрости послал Своему народу Санитарную реформу, даровав через Своих слуг многие рекомендации о здоровом образе жизни и о правильном выборе места жительства.</w:t>
      </w:r>
    </w:p>
    <w:p>
      <w:r>
        <w:t>Следование Божьим советам даёт человеку определённую защиту от многих таинственных провокаций, а простота и мудрость в питании сохраняют мой организм от разнообразного негативного воздействия, которое сатана повсюду оказывает, предлагая искушения в красивой упаковке под видом вкусных вещей.</w:t>
      </w:r>
    </w:p>
    <w:p>
      <w:r>
        <w:t>Индустрия мало задумывается о моём здоровье. Производителей больше всего интересует прибыль и возможность подольше сохранить продукты от порчи. Ради этого они готовы идти на любые хитрости, даже не понимая, что враг души управляет этими процессами.</w:t>
      </w:r>
    </w:p>
    <w:p>
      <w:r>
        <w:t>Мудрость подсказывает два важных правила в питании. Самым безопасным продуктом является то:</w:t>
      </w:r>
    </w:p>
    <w:p>
      <w:r>
        <w:t>1. Что я сам вырастил или купил в своём регионе, на чистой земле;</w:t>
      </w:r>
    </w:p>
    <w:p>
      <w:r>
        <w:t>2. Что я сам приготовил, зная состав блюда.</w:t>
      </w:r>
    </w:p>
    <w:p>
      <w:r>
        <w:t>Конечно же, мы не можем полностью проверить всё, но нам следует контролировать то, что мы едим, сводя все риски к минимуму.</w:t>
      </w:r>
    </w:p>
    <w:p>
      <w:r>
        <w:t>Читаем дальше 1Кор 3:17: «Если кто разорит храм Божий, того покарает Бог: ибо храм Божий свят; а этот храм — вы». Довольно серьёзное предостережение. Стоит задуматься.</w:t>
      </w:r>
    </w:p>
    <w:p>
      <w:r>
        <w:t>Вся суета вокруг строительства Третьего храма происходит с той целью, чтобы отвлечь внимание от основной задачи лукавого. Если я верю лжи, то правда меня ничуть не убедит. А доводы учёных богословов успокоят меня в том, что всё будет так, как они учат.</w:t>
      </w:r>
    </w:p>
    <w:p>
      <w:r>
        <w:t>И горе мне, если по пророчеству Иисуса моё невежество станет началом моих болезней.</w:t>
      </w:r>
    </w:p>
    <w:p>
      <w:pPr>
        <w:pStyle w:val="Heading2"/>
      </w:pPr>
      <w:r>
        <w:t>Домашнее задание 668</w:t>
      </w:r>
    </w:p>
    <w:p>
      <w:r>
        <w:t>1. Прочитайте, пожалуйста, Ин.2:19-21; 1Кор.3:16-17; 2Кор.6:14-18; Еф.2:19-22; Пс.10:4; Ис.6:1-4; Мат.27:39-40; Деян.17:24-25; 2Фес.2:2-8; Откр.21:22-23 в свете нашего урока.</w:t>
      </w:r>
    </w:p>
    <w:p>
      <w:r>
        <w:t>2. Что вы поняли из этого урока?</w:t>
      </w:r>
    </w:p>
    <w:p>
      <w:r>
        <w:t>3. Какие ещё стихи из Библии пришли вам на память?</w:t>
      </w:r>
    </w:p>
    <w:p>
      <w:r>
        <w:t>4. Есть ли смысл в строительстве Третьего храма для Бога? Будет ли Господь обитать в этом здании, даже если его построят?</w:t>
      </w:r>
    </w:p>
    <w:p>
      <w:r>
        <w:t>5. О каком храме идёт речь во 2Фес.2:3-4?</w:t>
      </w:r>
    </w:p>
    <w:p>
      <w:r>
        <w:t>6. Стоит ли брать во внимание стих из 2Фес 2:11: «И за сие пошлет им Бог действие заблуждения, так что они будут верить лжи»?</w:t>
      </w:r>
    </w:p>
    <w:p>
      <w:r>
        <w:t>7. Верите ли вы в то, что ваше тело — это храм Святого Духа? Как вы это понимаете?</w:t>
      </w:r>
    </w:p>
    <w:p>
      <w:r>
        <w:t>8. Из чего состоит храм Святого Духа? Какие силы вложены в этот храм?</w:t>
      </w:r>
    </w:p>
    <w:p>
      <w:r>
        <w:t>9. Что делать, если дух и тело страдают от болезней, а душа рвется к Богу? Примет ли Господь такую развалину?</w:t>
      </w:r>
    </w:p>
    <w:p>
      <w:r>
        <w:t>10. Каким образом сатана претендует на храм моей души? Где он хочет воссесть?</w:t>
      </w:r>
    </w:p>
    <w:p>
      <w:r>
        <w:t>11. Будет ли Господь отвечать на ложные ожидания многих христиан и являться им так, как они решили? Или у Него есть Свои планы, которые Он ясно открыл?</w:t>
      </w:r>
    </w:p>
    <w:p>
      <w:r>
        <w:t>12. Как мне следует заботиться о Божьем храме? Или Он Сам позаботится о Своём жилище?</w:t>
      </w:r>
    </w:p>
    <w:p>
      <w:r>
        <w:t>13. В чём состоит опасность веры в заблуждения?</w:t>
      </w:r>
    </w:p>
    <w:p>
      <w:r>
        <w:t>14. Желает ли враг души восседать на престоле моего храма?</w:t>
      </w:r>
    </w:p>
    <w:p>
      <w:r>
        <w:t>15. Видны ли вам нападки сатаны на ваше духовное, душевное и физическое здоровье? Стоит ли этому противостоять?</w:t>
      </w:r>
    </w:p>
    <w:p>
      <w:r>
        <w:br w:type="page"/>
      </w:r>
    </w:p>
    <w:p>
      <w:pPr>
        <w:pStyle w:val="Heading1"/>
      </w:pPr>
      <w:r>
        <w:t>Урок 669. Ни покупать, ни продавать</w:t>
      </w:r>
    </w:p>
    <w:p>
      <w:r>
        <w:t>Читаем Откр.13:17: «и что никому нельзя будет ни покупать, ни продавать, кроме того, кто имеет это начертание, или имя зверя, или число имени его».</w:t>
      </w:r>
    </w:p>
    <w:p>
      <w:r>
        <w:t>С того момента, когда было написано это пророчество, Божьи дети пытались представить себе, как оно исполнится, и как это осуществится во всемирном масштабе. Но очень сложно объяснить то, что не вмещается в твоё сознание. Ты даже не можешь понять это, потому что это ещё не начало происходить. Хотя всегда находились смельчаки, которые, видя любые нововведения в области торговли или в финансовой сфере, приписывали это исполнению пророчеств.</w:t>
      </w:r>
    </w:p>
    <w:p>
      <w:r>
        <w:t>Бог знал наперёд, к чему приведёт восстание жителей планеты, а враг души уже имел большой опыт по совращению живущих на земле. Воды потопа однажды исполнили Божьи пророчества для первого мира. А сейчас мы живём в то время, когда должны совершиться заключительные события истории, предсказанные в Библии. И уже несложно понять, как технически это будет осуществляться.</w:t>
      </w:r>
    </w:p>
    <w:p>
      <w:r>
        <w:t>В начале люди и страны рассчитывались друг с другом ценными металлами или равным по стоимости товаром, который купцы привозили из других стран. Чтобы лучше ориентироваться в весе металла, властями были введены в обиход чеканные монеты, которые имели фиксированный вес и размер. Такой расчёт дошёл и до наших дней. Но подобная торговля была обременительна тем, что при большом обороте нужно было иметь при себе наличные средства, которые могли отнять разбойники.</w:t>
      </w:r>
    </w:p>
    <w:p>
      <w:r>
        <w:t>Затем кто-то решил ввести банковскую систему. И человек мог отдать на хранение золото, получив в обмен расписку, что его состояние находится в таком-то месте и будет выдано предъявителю этой расписки. Это были первые бумажные деньги, которые сразу обрели популярность у многих торговцев, облегчили их путешествие и гарантировали хранение наличных средств. А владельцы банков брали для себя маленький процент за подобную услугу. Но так как золота было много, его можно было давать в рост людям, которые его не имели, но хотели заниматься предпринимательством. Так появились первые кредиты, которые приносили существенные доходы банкам. Было очень удобно начинать своё дело, не имея ничего, кроме идеи и энтузиазма. Должнику выдавалась расписка о том, что в банке кредитора у него есть ценные металлы на определённую сумму. И это было гарантийным документом, которым должник мог рассчитываться.</w:t>
      </w:r>
    </w:p>
    <w:p>
      <w:r>
        <w:t>Вскоре банкиры стали злоупотреблять доверием людей и ради быстрой наживы выписывали больше расписок, чем у них было золота. Но распознать это мошенничество было довольно сложно, и трагедия случалась лишь тогда, когда все должники приносили одновременно свои расписки в банк, а им всем ничего не могли вернуть. Обманщика казнили, а все его расписки объявлялись недействительными.</w:t>
      </w:r>
    </w:p>
    <w:p>
      <w:r>
        <w:t>Государство решило взять этот вопрос в свои руки и выпускать деньги от лица страны.</w:t>
      </w:r>
    </w:p>
    <w:p>
      <w:r>
        <w:t>Когда же появились первые государственные казначейские билеты в виде бумажных денег, тогда христиане увидели в этом начертание зверя и избегали операций с подобными средствами, желая иметь расчёт по старинке, в виде монет. Денег становилось всё больше, а ценных металлов меньше.</w:t>
      </w:r>
    </w:p>
    <w:p>
      <w:r>
        <w:t>Люди привыкли к бумажным деньгам и находили в этом удобство для их хранения и оплаты услуг. Но бумажные деньги невозможно контролировать, и их наличие не входит в пророческие картины.</w:t>
      </w:r>
    </w:p>
    <w:p>
      <w:r>
        <w:t>Во время Холокоста в странах Европы был введён запрет на торговлю с евреями, и многие из них были обречены на голодную смерть. Но мир не без добрых людей, и всегда находились те, кто нарушал запрещающие торговлю законы и продавали несчастным питание на свой страх и риск.</w:t>
      </w:r>
    </w:p>
    <w:p>
      <w:r>
        <w:t>Когда банки предложили электронные системы расчёта, многие верующие люди сразу увидели в пластиковых картах знак зверя и отказывались от подобных вещей. Но это платёжное средство вошло в обиход, и уже не вызывает опасений, хотя может контролироваться извне. Несовершенство пластиковых карт состоит в том, что ими может рассчитываться любой, кто знает пин-код, и через них невозможно запретить покупать или продавать неудобным людям.</w:t>
      </w:r>
    </w:p>
    <w:p>
      <w:r>
        <w:t>Врагу души нужны управляемые деньги, которые будут привязаны к конкретному человеку и могут контролироваться извне. Это будет чисто электронный вариант, который при желании можно будет программировать на те или иные действия. А так как людей много, и чисто физически невозможно контролировать всё, то на помощь должен прийти искусственный интеллект, который будет очень быстро устанавливать для всех необходимые законы, выявлять нужных или подозрительных людей, наказывать тех, кто нарушает правила или законы. И с ним сложно будет поспорить, потому что он нелицеприятен.</w:t>
      </w:r>
    </w:p>
    <w:p>
      <w:r>
        <w:t>Смартфоны удобны тем, что они настроены на своего хозяина и содержат в себе всю важную информацию о личной жизни человека, о его интересах и вкусах, о его доходах и расходах.</w:t>
      </w:r>
    </w:p>
    <w:p>
      <w:r>
        <w:t>Врагу души будет несложно сделать наличие этого изобретения обязательным для каждого человека, кроме маленьких детей, и через это устройство предложить миру принять своё начертание.</w:t>
      </w:r>
    </w:p>
    <w:p>
      <w:r>
        <w:t>В настоящее время изобретено много чипов и других технологий, которые можно вживлять в тело и считывать на специальных устройствах. Но подобные обязательные введения будут восприняты в штыки и не смогут охватить всех, так как многие верующие увидят в этом клеймо зверя и откажутся его принимать. А смартфон уже есть, и он будет спокойно осуществлять все замыслы лукавого через пресловутые коды и социальные программы. Люди сами отдадут свою независимость ради получения доступных благ и услуг. А искусственный интеллект сможет успешно контролировать всех участников тотального эксперимента и выявлять интересных и подозрительных особей.</w:t>
      </w:r>
    </w:p>
    <w:p>
      <w:r>
        <w:t>Нас ждут удивительные времена, и мы не сможем разрушить ту систему расчётов, которую установит мир. Жители городов будут обречены на зависимость от цифровых денег и не смогут без них жить, да и не захотят.</w:t>
      </w:r>
    </w:p>
    <w:p>
      <w:r>
        <w:t>Пророчества о конце времени учат тому, что все финансы будут под контролем сатаны, а Божьим детям обещаны хлеб и вода вне финансовой системы. Хоть нам сейчас и представляются удобства в денежных расчётах, но стоит помнить, что именно эта банковская система будет прямым посредником по нанесению начертания зверя. Всё идёт к тому, что мои деньги станут программируемыми на определённые действия и операции. Нас ждёт что-то новое в мире финансов, и этого не избежать.</w:t>
      </w:r>
    </w:p>
    <w:p>
      <w:r>
        <w:t>И во всём этом ажиотаже Господь предлагает Свой выход через установление с Ним прочных торговых отношений, в которых Он сможет так нас обогатить и одеть, и дать такую мудрость, что ничто не повредит нам. А если Сам Бог встаёт на защиту Своего народа, то кто сможет победить его? У Господа достаточно сил, средств и мудрости, чтобы провести Своих покупателей через все испытания и дать им всё необходимое, чтобы всё преодолеть.</w:t>
      </w:r>
    </w:p>
    <w:p>
      <w:r>
        <w:t>Нас ждут тяжкие времена, каких не было ранее, и враг души получит власть давать своим поклонникам право на смерть. А Господь предлагает мне право на жизнь через личные отношения с Собой. И ещё не поздно этим заняться и это иметь. Всё в моих руках, которые могут стать Божьими.</w:t>
      </w:r>
    </w:p>
    <w:p>
      <w:pPr>
        <w:pStyle w:val="Heading2"/>
      </w:pPr>
      <w:r>
        <w:t>Домашнее задание 669</w:t>
      </w:r>
    </w:p>
    <w:p>
      <w:r>
        <w:t>1. Прочитайте, пожалуйста, Еф.5:15-17; Мат.24:22; Дан.12:3,10; Откр.13:15-18; Исх.23:25; 3Цар.18:4; Ис.30:20; 33:16; Откр.3:18; Пс.90:1-16; Лев.25:14; Лук.12:32 в свете нашего урока.</w:t>
      </w:r>
    </w:p>
    <w:p>
      <w:r>
        <w:t>2. Что вы поняли из этого урока?</w:t>
      </w:r>
    </w:p>
    <w:p>
      <w:r>
        <w:t>3. Какие ещё стихи из Библии пришли вам на память?</w:t>
      </w:r>
    </w:p>
    <w:p>
      <w:r>
        <w:t>4. Как вы представляете себе свою жизнь без возможности покупать и продавать?</w:t>
      </w:r>
    </w:p>
    <w:p>
      <w:r>
        <w:t>5. Готовит ли враг души свои сети, чтобы поймать в них всех живущих на земле?</w:t>
      </w:r>
    </w:p>
    <w:p>
      <w:r>
        <w:t>6. Стоит ли и нам готовиться к тому, что предсказано пророками? Если да, то как?</w:t>
      </w:r>
    </w:p>
    <w:p>
      <w:r>
        <w:t>7. Вы представляете себе, как будут выглядеть последние испытания? Стоит ли об этом сейчас думать?</w:t>
      </w:r>
    </w:p>
    <w:p>
      <w:r>
        <w:t>8. Будет ли Бог давать больше света тем, кто будет об этом просить и размышлять? Дан.2:29.</w:t>
      </w:r>
    </w:p>
    <w:p>
      <w:r>
        <w:t>9. Стоит ли верить тому, что происходит, если это не согласуется с моими знаниями из толкований?</w:t>
      </w:r>
    </w:p>
    <w:p>
      <w:r>
        <w:t>10. Будет ли Господь разрушать мои стереотипы и понимание последних событий, если они не соответствуют действительности?</w:t>
      </w:r>
    </w:p>
    <w:p>
      <w:r>
        <w:t>11. Готовы ли вы принимать новый свет от Бога, который может перечеркнуть все ваши знания и ожидания о конце времени?</w:t>
      </w:r>
    </w:p>
    <w:p>
      <w:r>
        <w:t>12. Что делать, если я готов к последним событиям, а они всё не наступают?</w:t>
      </w:r>
    </w:p>
    <w:p>
      <w:r>
        <w:t>13. Видите ли вы уже сейчас исполнение пророчеств о конце мира?</w:t>
      </w:r>
    </w:p>
    <w:p>
      <w:r>
        <w:t>14. Я нахожу себя хорошим, добрым и пригодным для Вечности. Будет ли Бог учитывать это моё состояние и понимание? Станет ли Он испытывать меня?</w:t>
      </w:r>
    </w:p>
    <w:p>
      <w:r>
        <w:t>15. Как мне может помочь совет из Откр.3:18, если я занят важными делами и не могу отвлекаться?</w:t>
      </w:r>
    </w:p>
    <w:p>
      <w:r>
        <w:br w:type="page"/>
      </w:r>
    </w:p>
    <w:p>
      <w:pPr>
        <w:pStyle w:val="Heading1"/>
      </w:pPr>
      <w:r>
        <w:t>Урок 670. Новые деньги</w:t>
      </w:r>
    </w:p>
    <w:p>
      <w:r>
        <w:t>Сегодня, 2 марта 2023 года, я решил поразмышлять о грядущих событиях в свете Библейских пророчеств. Происходящие в мире события очень чётко указывают на приближение конца греховной истории нашей планеты. Хоть я и не слежу за новостями, но так или иначе получаю разнообразную информацию, которая складывается в интересную картину.</w:t>
      </w:r>
    </w:p>
    <w:p>
      <w:r>
        <w:t>Возьмём для основания этого урока главу 13 из книги Откровение. В ней говорится о драконе, который будет давать власть двум государственным системам, двум зверям, и эти звери станут принуждать всех живущих на земле к особому поклонению.</w:t>
      </w:r>
    </w:p>
    <w:p>
      <w:r>
        <w:t>А в самом конце мировые державы объединятся в одном духе и придут к тому, что начнут навязывать всему миру те ценности, которые они считают важными. И это будет происходить не в виде рекомендации, а в виде диктатуры и тотального контроля.</w:t>
      </w:r>
    </w:p>
    <w:p>
      <w:r>
        <w:t>Денежная система сыграет в этом процессе главную роль. Через неё можно будет контролировать поведение и жизнь всех живущих.</w:t>
      </w:r>
    </w:p>
    <w:p>
      <w:r>
        <w:t>На сегодняшний день мы имеем наличные и электронные деньги, которыми мы можем распоряжаться и тратить так, как нам это нравится. И невозможно проконтролировать движение этих средств в мире. Но Библия говорит о том, что появятся деньги, которые станут контролировать нас. И мы вскоре войдём в это новое измерение и будем удивляться тому, как быстро подобные нововведения будут лишать всех живущих на земле существующей свободы, диктуя и навязывая то, что пожелает дракон.</w:t>
      </w:r>
    </w:p>
    <w:p>
      <w:r>
        <w:t>Библейские пророчества показывают, что люди власти и денег сведут все дарованные им привилегии к тому, чтобы взять под абсолютный контроль всех живущих на земле и навязать людям определённые ценности, управляя совестью каждого человека. И это будет делаться под страхом смерти.</w:t>
      </w:r>
    </w:p>
    <w:p>
      <w:r>
        <w:t>Мы знаем из истории, что в мире были концентрационные лагеря, в которых заключенные ничего не решали, а лишь подчинялись тем правилам, которые были кем-то указаны и прописаны. Врагу души нужен всемирный лагерь, в котором он смог бы контролировать совесть и свободу каждого, кто примет его образ.</w:t>
      </w:r>
    </w:p>
    <w:p>
      <w:r>
        <w:t>Новые деньги — это новая система оплаты и расчёта, которая поначалу будет идти вместе с привычными способами оплаты, но постепенно полностью заменит и удалит из обихода всё старое. И уже не человек будет решать, как и сколько ему зарабатывать и тратить, а глобальная финансовая система.</w:t>
      </w:r>
    </w:p>
    <w:p>
      <w:r>
        <w:t>Каждая денежная единица получит свой номер и след в системе расчёта, и можно будет легко проследить, откуда пришли деньги и куда они ушли. Конечно же, человек был всегда умнее и хитрее любых систем, и будут создаваться более сложные цепочки по отмыванию и приобретению денег, но это не так беспокоит врага души. Цель всего этого глобального проекта — мы, верующие во Христа люди. Сатана не может похитить нас из руки Христа, но он имеет власть соблазнять нас и предлагать свои услуги, испытывая нашу веру. В какое-то время врагу души будет позволено бросить нас в огненную печь, как было во дни царя Навуходоносора. Но Бог обещает быть с нами в это время.</w:t>
      </w:r>
    </w:p>
    <w:p>
      <w:r>
        <w:t>Особенность новых денег будет заключаться в том, что их можно будет программировать. Например, государство решит провести какое-то мероприятие и объявит об этом своим гражданам. Глашатаи тут же оповестят всех живущих о новых правилах, а финансовая система приготовится к тому, чтобы поощрять послушных и выявлять непокорных. Вначале это будут незначительные предложения, чтобы приучить народ к послушанию. Не подчинился — плати штраф, и не сам плати, а мы высчитаем. Возможно, что наряду с деньгами будет введён социальный рейтинг, чтобы приучить людей к определённой модели поведения. Не хочешь подчиняться — будешь наказан. Суды и законы будут действовать на основании новых правил жизни, игнорируя так называемые права человека.</w:t>
      </w:r>
    </w:p>
    <w:p>
      <w:r>
        <w:t>Враг души знает, что ему мало осталось времени, поэтому не ждите того, что он остановится или забудет про нас.</w:t>
      </w:r>
    </w:p>
    <w:p>
      <w:r>
        <w:t>Библия пророчествует о том, что миром будут править люди, водимые злым духом, и мы не изменим эту систему, но каждый будет сражаться за себя и свою душу.</w:t>
      </w:r>
    </w:p>
    <w:p>
      <w:r>
        <w:t>Начертание, образ и число зверя — это образ мысли и дела, которые едины со злым духом и соответствуют требованиям сатаны. Всякий, кто откажется принять Божий план спасения, не сможет получить Божью защиту и примет начертание зверя, поклонившись сатане в своих мыслях или делах.</w:t>
      </w:r>
    </w:p>
    <w:p>
      <w:r>
        <w:t>Каждый человек будет испытан, каждому будет дана возможность получить спасение и стать в ряды Божьей армии. Кто-то не обратит на это внимание, а кто-то сознательно не захочет ничего об этом знать.</w:t>
      </w:r>
    </w:p>
    <w:p>
      <w:r>
        <w:t>Враг души сейчас предлагает миру свою систему управления в красивой обёртке и мир примет это. А куда деваться?! Новые деньги станут частью жизни верующих людей, и через них враг будет пытаться соблазнить, если возможно, и избранных. Население земли будут последовательно лишать всех существующих свобод под девизом всеобщего блага. Свобода слова, свобода передвижения, свобода религии будут существенно ограничены, а потом и вовсе запрещены.</w:t>
      </w:r>
    </w:p>
    <w:p>
      <w:r>
        <w:t>Со временем мы не сможем даже тратить то, что будем иметь в банке, на то, что захотим. А излишек средств можно будет запрограммировать на растворимость. Ты сможешь их видеть, но не сможешь этим пользоваться. Не сможешь никому ничем помочь или дать в долг, или сделать подарок. Но, возможно, будут и продвинутые слуги системы, которые будут иметь временные блага. Но и они будут ограничены в своих свободах. Глупо будет попасть под полную зависимость от сатаны, рассчитывая на его благосклонность.</w:t>
      </w:r>
    </w:p>
    <w:p>
      <w:r>
        <w:t>Стоит заметить, что Бог не будет бездействовать в это время. Его суды станут безжалостно изливаться на наш мир, наказывая тех, кто восстал против Его закона.</w:t>
      </w:r>
    </w:p>
    <w:p>
      <w:r>
        <w:t>Также это время окажется периодом особого излития Святого Духа, и мы получим ту силу свыше, о которой так долго мечтали и просили. С каждым ограничением свободы наши молитвы будут всё сильнее и отчётливее возноситься к Небу. И в определённое время Бог ответит должным образом и начнёт действовать, ибо Его закон разорили.</w:t>
      </w:r>
    </w:p>
    <w:p>
      <w:r>
        <w:t>Не стоит издыхать от страха в ожидании бедствий, лучше ожидать Иисуса и иметь с Ним торговые отношения. Мои знания о новых деньгах и их производстве не спасут меня, но осведомят о том, откуда ждать врага, и где стоит капкан. А моё понимание того, что сейчас происходит в Небесном Святилище, и как весть к Лаодикии может меня обогатить, одеть и сделать мудрым, поможет мне противостать всем силам тьмы и выйти победителем из этого конфликта.</w:t>
      </w:r>
    </w:p>
    <w:p>
      <w:r>
        <w:t>Иисус молился не о том, чтобы забрать нас из мира, а чтобы сохранить нас от зла. Ин.17:15. Он будет с теми, кто примет Его совет и войдёт с Ним в близкие отношения.</w:t>
      </w:r>
    </w:p>
    <w:p>
      <w:r>
        <w:t>Стоит помнить о том, что враг души ненавидит всех людей и даже своих служителей. И если я поклонюсь ему из страха быть бедным или наказанным, то он не будет меня с радостью приветствовать. Он никогда не простит мне того, что я имел отношения со Христом, а потом вернулся к нему. Его месть будет очень жестокой.</w:t>
      </w:r>
    </w:p>
    <w:p>
      <w:r>
        <w:t>Иисус же с любовью принимает всех отступивших от Него и всех Своих врагов, если они откликнутся на Божий призыв и покаются. На Небе много места, чтобы принять всех, но войдут туда только избранные.</w:t>
      </w:r>
    </w:p>
    <w:p>
      <w:pPr>
        <w:pStyle w:val="Heading2"/>
      </w:pPr>
      <w:r>
        <w:t>Домашнее задание 670</w:t>
      </w:r>
    </w:p>
    <w:p>
      <w:r>
        <w:t>1. Прочитайте, пожалуйста, Ам.3:7; Откр.13:11-18; Дан.12:1; Мат.24:22; Дан.3:1-28; Лук.12:28-34; 18:7; Пс.118:126; Откр.3:18-22; Ис.44:3; Мат.28:18-20 в свете нашего урока.</w:t>
      </w:r>
    </w:p>
    <w:p>
      <w:r>
        <w:t>2. Что вы поняли из этого урока?</w:t>
      </w:r>
    </w:p>
    <w:p>
      <w:r>
        <w:t>3. Какие ещё стихи из Библии пришли вам на память?</w:t>
      </w:r>
    </w:p>
    <w:p>
      <w:r>
        <w:t>4. Как вы думаете, сбудутся ли пророчества о власти зверя из Откр.13?</w:t>
      </w:r>
    </w:p>
    <w:p>
      <w:r>
        <w:t>5. Спасёт ли меня знание о том, что меня ожидает? Если нет, то для чего это нужно знать?</w:t>
      </w:r>
    </w:p>
    <w:p>
      <w:r>
        <w:t>6. Что делать, если мне не хочется говорить и думать о плохом?</w:t>
      </w:r>
    </w:p>
    <w:p>
      <w:r>
        <w:t>7. Какую пользу принесёт мне знание о том, что может быть и каким это будет?</w:t>
      </w:r>
    </w:p>
    <w:p>
      <w:r>
        <w:t>8. Даёт ли послание к Лаодикии нам какой-то выход и надежду для последнего времени?</w:t>
      </w:r>
    </w:p>
    <w:p>
      <w:r>
        <w:t>9. В чём будет отличие тех, кто ожидает бедствия, от тех, кто ожидает Христа?</w:t>
      </w:r>
    </w:p>
    <w:p>
      <w:r>
        <w:t>10. Чем самым ценным мы обладаем, что нельзя терять ни в какое время?</w:t>
      </w:r>
    </w:p>
    <w:p>
      <w:r>
        <w:t>11. Знаете ли вы, что будет с людьми, которые примут образ и начертание зверя? Стоит ли помнить о том, какое печальное будущее ожидает подобную группу людей?</w:t>
      </w:r>
    </w:p>
    <w:p>
      <w:r>
        <w:t>12. Защитит ли Бог Своих избранных? Лук.18:2-8.</w:t>
      </w:r>
    </w:p>
    <w:p>
      <w:r>
        <w:t>13. Почему Господь допускает нам пережить подобные события? Не проще ли было взять нас на Небо и всё закончить?</w:t>
      </w:r>
    </w:p>
    <w:p>
      <w:r>
        <w:t>14. Помогут ли мне знания о том, что меня ожидает, если я не буду понимать, чего от меня ожидает Бог?</w:t>
      </w:r>
    </w:p>
    <w:p>
      <w:r>
        <w:t>15. Чего ожидает от меня Господь? Что мне делать, чтобы соответствовать этим ожиданиям?</w:t>
      </w:r>
    </w:p>
    <w:p>
      <w:r>
        <w:br w:type="page"/>
      </w:r>
    </w:p>
    <w:p>
      <w:pPr>
        <w:pStyle w:val="Heading1"/>
      </w:pPr>
      <w:r>
        <w:t>Урок 671. Самое ценное, что у меня есть?</w:t>
      </w:r>
    </w:p>
    <w:p>
      <w:r>
        <w:t>Если задать вопрос о том, что люди считают самым ценным, а потом постараться вникнуть в суть ответов, то можно услышать множество разнообразных понятий. И у каждого человека есть своя шкала ценностей, которая может меняться с возрастом, с переменой места жительства и рода деятельности, с изменением семейного статуса, вероубеждений и многих других факторов. И каждый озвучит вам то, что, на его взгляд, будет являться важным и главным в момент ответа.</w:t>
      </w:r>
    </w:p>
    <w:p>
      <w:r>
        <w:t>А что бы ответили вы? Не спешите читать дальше, остановитесь и задумайтесь.</w:t>
      </w:r>
    </w:p>
    <w:p>
      <w:r>
        <w:t>У нас у всех есть стандартные правильные ответы, которые бы мы, не думая, выпалили, если бы подобный вопрос задавался в большой аудитории. Но это не всегда будет честно.</w:t>
      </w:r>
    </w:p>
    <w:p>
      <w:r>
        <w:t>Иисус однажды сказал, что наше сердце там, где наше сокровище. Мат.6:21. Можно ли утверждать, что у кого-то сегодня сердце в смартфоне, у кого-то в накоплениях, а кто-то посвящает своё сердце служению? Так оно и есть, но в христианском обществе принято давать правильные ответы. Я даже знаю какие. Но будут ли они соответствовать истинному содержанию сердца? Это будет трудно сказать даже тем, кто отвечает.</w:t>
      </w:r>
    </w:p>
    <w:p>
      <w:r>
        <w:t>Один древнегреческий философ однажды задал людям интересную задачу: «Представьте, что вы просыпаетесь ночью от треска огня и видите, что ваш дом горит. Рядом с вами лежит без сознания ваша ворчливая жена и несносная дочь-подросток, годовалый сын и пятилетняя дочь. У вас есть возможность спасти жизнь только самому себе и одному человеку, вытащив его из огня. Кого бы вы спасли?» Все слушатели сразу отвечали, что спасали бы детей, на что философ заявлял, что спасать в первую очередь нужно жену или мужа, если отвечали женщины. Подобное заявление вызывало массу протестов и возмущений, а самого философа называли оскорбительными словами. Но наш герой был готов к подобным нападениям и спокойно объяснял отвечающим, кем являются друг для друга муж и жена, и насколько тесно они связаны друг с другом, что даже смерть не может разрушить эти отношения. Поэтому живая жена лучше и важнее всех детей вместе взятых, которые являются плодом супружеских отношений. Жена даётся Богом навсегда, чтобы всегда радовать сердце мужа.</w:t>
      </w:r>
    </w:p>
    <w:p>
      <w:r>
        <w:t>Не знаю, насколько такая позиция понравится нашим читателям, но в подобном заявлении есть суть понимания крепости и важности семейных уз. И самое ценное в этом союзе — это отношения, построенные в любви и дружбе.</w:t>
      </w:r>
    </w:p>
    <w:p>
      <w:r>
        <w:t>Первые люди вынесли из Эдемского сада два Божьих постановления — семью и субботу, которые прямо и косвенно указывают на власть Бога в человеческих отношениях. Именно эти два института и подвергаются в наше время наибольшим нападкам со стороны врага души, который желает подсунуть людям суррогат вместо истины.</w:t>
      </w:r>
    </w:p>
    <w:p>
      <w:r>
        <w:t>Семья учит нас тому, что браки совершаются на Небесах, и этот союз должен быть отражением Небесных отношений в любви, а суббота указывает на остановку во времени для особых отношений с Богом.</w:t>
      </w:r>
    </w:p>
    <w:p>
      <w:r>
        <w:t>Чтобы мне правильно определить, что для меня на самом деле должно быть самым ценным, стоит взглянуть на Бога и понять, что является самым важным для Него. Наш Бог Отец не пожалел Своего Единородного Сына и отдал Его на смерть, чтобы спасти от этой самой смерти меня, открыть мне глубину этой жертвы и построить со мной отношения. Бог не планировал сделать меня безмолвным растением в Своём Царстве, но желает иметь между мной и Им личное, глубокое, вечное познание. И Он Сам первый проявляет инициативу по моему спасению и обращению, чтобы лично со мной иметь самые тесные и близкие отношения в духе любви, уважения и дружбы. А моя любовь к Нему — это только слабый отклик на Его сердечные приглашения.</w:t>
      </w:r>
    </w:p>
    <w:p>
      <w:r>
        <w:t>Самое ценное в Божьих глазах — это отношения со мной, которые обусловлены моим выбором иметь их или нет. Бог для этого уже всё сделал со Своей стороны. Моя воля определяет, ответить ли мне на эти Божьи ожидания или жить так, как я хочу.</w:t>
      </w:r>
    </w:p>
    <w:p>
      <w:r>
        <w:t>Семья дана человеку для того, чтобы в этом союзе мужчины и женщины открывалась глубина Божьей любви и заботы к Своему творению и развивались дружеские отношения, отражающие любовь Небесного Отца, Сына и Святого Духа, которую Они имеют между Собой.</w:t>
      </w:r>
    </w:p>
    <w:p>
      <w:r>
        <w:t>Иисус не просто спасает нас от власти вечной смерти, но и желает быть нашим Супругом, вначале по нашей вере, а потом и по факту нашего выбора. Это не мой замысел, а Божий.</w:t>
      </w:r>
    </w:p>
    <w:p>
      <w:r>
        <w:t>А в последнее время Господь Сам определил план для окончательной победы над этим миром, открыв Его в послании к Лаодикии. Мне предлагается выход из моего тёплого состояния через отношения со своим Спасителем. В этом плане Господь продаёт мне самое ценное, что может дать Небо, а потом учит меня всем этим пользоваться и побеждать.</w:t>
      </w:r>
    </w:p>
    <w:p>
      <w:r>
        <w:t>Я умом понимаю, что самым ценным должны для меня быть отношения с Иисусом, но, пока моё сердце не с Ним, мне сложно понять, как это должно проявиться в моей жизни. Нужны перемены, нужна сила извне, чтобы научить меня этому.</w:t>
      </w:r>
    </w:p>
    <w:p>
      <w:r>
        <w:t>Семья задумана для того, чтобы в союзе с совершенно противоположным человеком я научился строить отношения, ставить задачи и решать их, развивать любовь и дружбу, чтобы я стремился познавать другого, открывая сокровища души. Сложно влюбиться в холодильник, который холодный, да ещё и закрытый. Отношения есть и будут со всеми, а вот тесная связь возможна только с открытыми, любящими и близкими друзьями, которые готовы впустить тебя в своё сердце и делиться с тобою сокровищами своей души, рассчитывая на взаимность и с твоей стороны.</w:t>
      </w:r>
    </w:p>
    <w:p>
      <w:r>
        <w:t>В семье, где желают иметь взаимную любовь, можно познать Божью любовь в практическом плане. И такие отношения становятся самым ценным сокровищем, которое можно взять с собой на Небо.</w:t>
      </w:r>
    </w:p>
    <w:p>
      <w:r>
        <w:t>Отношения в любви ценны ещё и тем, что я их имею всегда с собой и могу брать их в любое земное или Небесное предприятие. Иисус будет не против, если в отношения с Ним я приведу ещё и мою жену. Он этого и желает. Хоть мои отношения с Иисусом имеют и личный характер, но Господь настаивает на том, чтобы в них присутствовали и мои любимые люди — мои друзья и члены моей семьи. И нам дана заповедь о любви друг к другу.</w:t>
      </w:r>
    </w:p>
    <w:p>
      <w:r>
        <w:t>Думаю, что Небесный союз всегда будет состоять из трёх личностей, в котором мой близкий друг и я являемся одной из составляющих семьи.</w:t>
      </w:r>
    </w:p>
    <w:p>
      <w:r>
        <w:t>Я могу взять с собой на Небо только свой характер и мои отношения. Поэтому считаю, что самым важным сейчас является развитие этих моих самых ценных качеств.</w:t>
      </w:r>
    </w:p>
    <w:p>
      <w:r>
        <w:t>А что может быть лучше отношений с Иисусом, Которого не видишь, но имеешь в своём сердце? А что может быть лучше отношений с другом, которого любишь от чистого сердца, получая ту же любовь в ответ?</w:t>
      </w:r>
    </w:p>
    <w:p>
      <w:r>
        <w:t>Не знаю никого, к кому бы я мог прийти в любое время с любым вопросом и получить максимум поддержки, утешения и радости, как от моего Спасителя.</w:t>
      </w:r>
    </w:p>
    <w:p>
      <w:r>
        <w:t>Не знаю из людей никого, кто мог бы приносить особую радость сердцу, как тот супруг или друг, с которым мы любим друг друга и развиваемся в этих отношениях.</w:t>
      </w:r>
    </w:p>
    <w:p>
      <w:r>
        <w:t>Мы ищем Царство Божие в нашем общении и находим Его в наших отношениях, а всё остальное прилагается нам по обещанию Бога.</w:t>
      </w:r>
    </w:p>
    <w:p>
      <w:pPr>
        <w:pStyle w:val="Heading2"/>
      </w:pPr>
      <w:r>
        <w:t>Домашнее задание 671</w:t>
      </w:r>
    </w:p>
    <w:p>
      <w:r>
        <w:t>1. Прочитайте, пожалуйста, Ин.3:16-18; Ис.43:4; 54:5; Иер.3:1; 31:3; Рим.5:8-10; Втор.7:6-10; 23:5; Пс.10:7; 36:28; 145:8; Прит.3:11-12; Ин.14:15; 2Кор.13:13; Откр.3:18-22 в свете этого урока.</w:t>
      </w:r>
    </w:p>
    <w:p>
      <w:r>
        <w:t>2. Что вы поняли из этого урока?</w:t>
      </w:r>
    </w:p>
    <w:p>
      <w:r>
        <w:t>3. Какие ещё стихи из Библии пришли вам на память?</w:t>
      </w:r>
    </w:p>
    <w:p>
      <w:r>
        <w:t>4. Что вы считаете самым ценным из того, что у вас есть?</w:t>
      </w:r>
    </w:p>
    <w:p>
      <w:r>
        <w:t>5. Стоит ли быть честным с самим собой и с Богом?</w:t>
      </w:r>
    </w:p>
    <w:p>
      <w:r>
        <w:t>6. Могу ли я своим правильным ответом настроить себя на верные приоритеты в своей жизни?</w:t>
      </w:r>
    </w:p>
    <w:p>
      <w:r>
        <w:t>7. Что делать, что если я понимаю, что отношения с Богом не являются в моей жизни чем-то важным?</w:t>
      </w:r>
    </w:p>
    <w:p>
      <w:r>
        <w:t>8. Может ли моя любовь к Богу отражаться в любви к Его детям?</w:t>
      </w:r>
    </w:p>
    <w:p>
      <w:r>
        <w:t>9. Как друг может мне помочь в понимании Божьей любви?</w:t>
      </w:r>
    </w:p>
    <w:p>
      <w:r>
        <w:t>10. Является ли любовь друг к другу обязательным поведением для последнего времени? Или эта заповедь уже неактуальна?</w:t>
      </w:r>
    </w:p>
    <w:p>
      <w:r>
        <w:t>11. Вы радуетесь тому, когда кто-то из ваших друзей искренне говорит вам о своей любви к вам?</w:t>
      </w:r>
    </w:p>
    <w:p>
      <w:r>
        <w:t>12. Можно ли взять на Небо свои отношения любви? Если да, то как?</w:t>
      </w:r>
    </w:p>
    <w:p>
      <w:r>
        <w:t>13. Что такое отношения с Иисусом? Как определить, что они есть?</w:t>
      </w:r>
    </w:p>
    <w:p>
      <w:r>
        <w:t>14. Вы понимаете, какой призыв звучит в вести к Лаодикии?</w:t>
      </w:r>
    </w:p>
    <w:p>
      <w:r>
        <w:t>15. Что будет, если я, понимая, как всё должно быть, не буду иметь это в своём сердце?</w:t>
      </w:r>
    </w:p>
    <w:p>
      <w:r>
        <w:br w:type="page"/>
      </w:r>
    </w:p>
    <w:p>
      <w:pPr>
        <w:pStyle w:val="Heading1"/>
      </w:pPr>
      <w:r>
        <w:t>Урок 672. Письмо будущему мужу</w:t>
      </w:r>
    </w:p>
    <w:p>
      <w:r>
        <w:t>Одна из учениц Школы Любви Агапэ, открыв для себя многие истины и приняв в свою жизнь многие правила, решила написать своему будущему мужу письмо.</w:t>
      </w:r>
    </w:p>
    <w:p>
      <w:r>
        <w:t>Это послание является сугубо личным мнением и может отличаться от вашего мировоззрения.</w:t>
      </w:r>
    </w:p>
    <w:p>
      <w:r>
        <w:t>Делюсь с вами этим сочинением, желая, чтобы каждый муж когда-то получил что-то подобное.</w:t>
      </w:r>
    </w:p>
    <w:p>
      <w:r>
        <w:t>«Дорогой мой, родной человек по имени муж. Я так счастлива, что стала твоей женой и могу теперь всю жизнь заботиться о тебе, делая всё возможное, чтобы тебе было со мной хорошо, уютно, радостно и тепло. Сейчас, когда я пишу эти строки, я ещё не знаю тебя, ты ещё не появился в моей жизни и не обратил на меня внимание. Я ничего не знаю о тебе, откуда ты, как тебя зовут, но я буду называть тебя «любимый». Я знаю, что ты есть и ищешь меня, а я и не прячусь. Я знаю, что ты молишься обо мне, и Господь готовит меня к тому, чтобы в самое нужное время сделать тебе подарок и обратить твоё внимание на меня. А я буду в это время скромно смотреть на тебя и тихо молиться, пытаясь понять, являешься ли ты ответом на мои молитвы, и слушать сердцем, тот ли ты человек от Господа.</w:t>
      </w:r>
    </w:p>
    <w:p>
      <w:r>
        <w:t>Я решила, что никогда не выйду замуж за того, кто не вышел замуж за Христа. Извини, что я долго к тебе присматривалась, пытаясь понять, в каких ты отношениях с моим Спасителем.</w:t>
      </w:r>
    </w:p>
    <w:p>
      <w:r>
        <w:t>Меня так радует то, что мы стали с тобой друзьями ещё до каких-либо мыслей о семье, и в этой дружбе сделали очень много важных открытий друг о друге. Если бы ты не стал вначале моим другом, то я бы не приняла от тебя никаких предложений.</w:t>
      </w:r>
    </w:p>
    <w:p>
      <w:r>
        <w:t>Мне очень нравится история Руфи и особенно понравился её брачный обет из Руфь 1:16-17: «…не принуждай меня оставить тебя и возвратиться от тебя; но куда ты пойдешь, туда и я пойду, и где ты жить будешь, там и я буду жить; народ твой будет моим народом, и твой Бог — моим Богом; и где ты умрёшь, там и я умру и погребена буду; пусть то и то сделает мне Господь, и ещё больше сделает; смерть одна разлучит меня с тобою».</w:t>
      </w:r>
    </w:p>
    <w:p>
      <w:r>
        <w:t>Я выучила его наизусть и теперь собираюсь сообщить тебе то же самое, но только уже от своего имени. Ты мой муж, а я твоя жена. Куда ты, туда и я. Я буду твоим парусом на нашем корабле, а ты будешь моим капитаном, с которым я пройду через все бури и тихие воды. Так радостно, что мы теперь всегда будем вместе, и я смогу радовать твоё сердце каждый день.</w:t>
      </w:r>
    </w:p>
    <w:p>
      <w:r>
        <w:t>Я так люблю тебя, дорогой мой любимый муж. Мне так радостно, что ты выбрал именно меня и сделал мне предложение быть твоей половинкой!</w:t>
      </w:r>
    </w:p>
    <w:p>
      <w:r>
        <w:t>Хоть у меня и есть многие ожидания, и я их уже озвучивала перед нашей свадьбой, но всё же мне очень интересно, как ты будешь строить наши отношения, и как я буду тебе в этом помогать.</w:t>
      </w:r>
    </w:p>
    <w:p>
      <w:r>
        <w:t>Мне очень хочется, чтобы ты меня всегда любил, даже когда тебе будет не до меня. Я понимаю, что это должно быть добровольно и от сердца, но всё же прошу тебя любить меня всегда. Для меня это самое важное. А я обещаю, что верну тебе гораздо больше этой любви, чем ты представляешь. А я уже люблю тебя, дорогой мой любимый человек. Я постоянно молюсь об этом и учусь любить тебя до того, как ты появишься в моей жизни.</w:t>
      </w:r>
    </w:p>
    <w:p>
      <w:r>
        <w:t>В моей любви ты можешь быть свободным и делать то, что подскажет тебе Бог. Я всегда буду уважать твой выбор и даю тебе право на ошибки. Я не буду судить тебя за твои неправильные решения, но буду тебе поддержкой и твоим тылом. Для меня ты всегда будешь лучшим, а я буду всегда учиться любить и принимать тебя таким, какой ты есть.</w:t>
      </w:r>
    </w:p>
    <w:p>
      <w:r>
        <w:t>Сейчас я изучаю психологию и устройство мышления мужчин и удивляюсь тому, насколько вы другие. И вот этим отличием ты больше всего и привлекаешь меня. Я сейчас обретаю нужные знания, чтобы потом ими служить тебе.</w:t>
      </w:r>
    </w:p>
    <w:p>
      <w:r>
        <w:t>Я предвкушаю то время, когда смогу обнять тебя и открыть тебе все тайны моей любви к тебе, не ожидая ничего взамен. Будь самим собой, а я буду принимать тебя и подстраиваться под тебя.</w:t>
      </w:r>
    </w:p>
    <w:p>
      <w:r>
        <w:t>А ещё я мечтаю о том, чтобы побольше узнать тебя, изучить твоё сердце, открывая для себя ту красоту твоей души, которую ты так хорошо прячешь от любопытных поверхностных людей.</w:t>
      </w:r>
    </w:p>
    <w:p>
      <w:r>
        <w:t>Спасибо тебе, что из всего мира ты выбрал именно меня. Я так благодарна тебе за твой выбор. Думаю, что это было самым правильным решением, изменившим твою жизнь.</w:t>
      </w:r>
    </w:p>
    <w:p>
      <w:r>
        <w:t>Сейчас я учусь у ног Иисуса любить, любить каждого человека и даже своих врагов. Но мои мысли всегда возвращаются к тебе, мой любимый друг, и я понимаю, что именно любовь к тебе откроет мне гораздо больше и будет для тебя самым большим благословением, о котором ты даже не мечтаешь. Мне так хочется, чтобы ты купался в моей любви к тебе, и я всё сделаю для того, чтобы тебе было в этом хорошо. Но я только учусь и не представляю, как это происходит в жизни. Поможешь мне? Расскажешь, что тебя больше всего радует?</w:t>
      </w:r>
    </w:p>
    <w:p>
      <w:r>
        <w:t>А ещё я учусь готовить полезную и вкусную пищу, чтобы ты получал через неё всё необходимое для твоего организма, который, наконец-то, стал моим. Помни, что ты теперь мой и всё твоё и моё отныне считается нашим. И все твои заботы я буду разделять с тобой и отдавать всё Иисусу, чтобы нам было легче жить.</w:t>
      </w:r>
    </w:p>
    <w:p>
      <w:r>
        <w:t>Я настроилась на то, чтобы радоваться тебе во всякое время, и сейчас уже этому учусь.</w:t>
      </w:r>
    </w:p>
    <w:p>
      <w:r>
        <w:t>А ещё я прочитала о том, что мы, женщины, можем меняться и быть непредсказуемыми. Мне так не хочется причинять тебе этим неудобства. Ты уж будь милостив ко мне, если увидишь эти перемены. Я буду стараться сделать всё, чтобы ты был счастлив в моём присутствии.</w:t>
      </w:r>
    </w:p>
    <w:p>
      <w:r>
        <w:t>О, если бы ты знал о том, как я радуюсь тому, что ты у меня когда-то появишься. Такой хороший дорогой друг.</w:t>
      </w:r>
    </w:p>
    <w:p>
      <w:r>
        <w:t>Я никогда не буду пытаться влезать в твои личные отношения с Богом. Это тот фундамент нашего семейного счастья, на котором мы сможем построить что-то прекрасное и прочное. Но я буду поддерживать этот дух и в своей жизни, имея свои личные отношения с Иисусом, а Он будет учить меня любви к тебе.</w:t>
      </w:r>
    </w:p>
    <w:p>
      <w:r>
        <w:t>Мне уже сейчас так хочется обнять тебя, мой дорогой и любимый будущий муж. Хоть сейчас все эти мои слова и обусловлены твоим появлением в этой роли, но мои чувства к тебе уже готовы к правильным действиям. И я буду всё это хранить только для тебя, как храню и своё тело.</w:t>
      </w:r>
    </w:p>
    <w:p>
      <w:r>
        <w:t>А ещё я хочу тебе рассказать о том, что мои личные отношения с Богом для меня важнее, чем всё остальное на свете. Без Него мне не нужно ничего и никто. Извини, но если я потеряю эту связь, то не смогу ничего хорошего тебе дать из того, что описала выше. Не я сама, а Он побуждает меня давать тебе эти обещания, принимать тебя таким, какой ты есть, и любить тебя ещё до того, как ты появился. Именно Он и привлёк меня к тебе, и я полюбила Его в тебе. Думаю, что и ты сразу увидел во мне Его образ. Я обещаю тебе, что никогда не оставлю свою веру в Иисуса и буду верна Ему и тебе во всём, ожидая от тебя того же.</w:t>
      </w:r>
    </w:p>
    <w:p>
      <w:r>
        <w:t>А сейчас я беру своего Спасителя в наши отношения и прошу, чтобы Он учил нас любить друг друга, уже не только как друзей, но и как мужа и жену. Я ещё не умею любить тебя как своего мужа, но обязательно этому научусь, ведь для этого ты мне и подарен, чтобы стать тренажёром моей любви.</w:t>
      </w:r>
    </w:p>
    <w:p>
      <w:r>
        <w:t>Интересно, а какой ты на самом деле? Будешь ли ты тем, кем ты был во время нашей дружбы? Да поможет нам Господь.</w:t>
      </w:r>
    </w:p>
    <w:p>
      <w:r>
        <w:t>Люблю тебя».</w:t>
      </w:r>
    </w:p>
    <w:p>
      <w:pPr>
        <w:pStyle w:val="Heading2"/>
      </w:pPr>
      <w:r>
        <w:t>Домашнее задание 672</w:t>
      </w:r>
    </w:p>
    <w:p>
      <w:r>
        <w:t>1. Прочитайте, пожалуйста, Песн.5:10-16; Руфь 1:16-17; Ин.15:17; 1Пет.1:22; 1Ин.4:7; Гал.5:22-23; Еф.4:15; Флп.1:9-11; Кол.3:14; 1Фес.3:12; 2Фес.3:5; Откр.2:19 в свете этого урока.</w:t>
      </w:r>
    </w:p>
    <w:p>
      <w:r>
        <w:t>2. Что вы поняли из этого урока?</w:t>
      </w:r>
    </w:p>
    <w:p>
      <w:r>
        <w:t>3. Какое письмо придумали вы своему любимому человеку?</w:t>
      </w:r>
    </w:p>
    <w:p>
      <w:r>
        <w:t>4. Какие полезные мысли вы почерпнули для себя из этого урока?</w:t>
      </w:r>
    </w:p>
    <w:p>
      <w:r>
        <w:t>5. Стоит ли писать подобные письма незнакомому мужчине, которого даже не знаешь?</w:t>
      </w:r>
    </w:p>
    <w:p>
      <w:r>
        <w:t>6. Написал ли для нас Господь что-то подобное, когда мы Его ещё не знали?</w:t>
      </w:r>
    </w:p>
    <w:p>
      <w:r>
        <w:t>7. Как вы думаете, приносят ли подобные послания радость и благословения тем, кто их пишет и кто их читает?</w:t>
      </w:r>
    </w:p>
    <w:p>
      <w:r>
        <w:t>8. Что делать, если у меня уже есть семья, а подобное письмо я так и не получил?</w:t>
      </w:r>
    </w:p>
    <w:p>
      <w:r>
        <w:t>9. Может ли написанное кому-то обещание вдохновить меня на его исполнение?</w:t>
      </w:r>
    </w:p>
    <w:p>
      <w:r>
        <w:t>10. Любить мужа — это сложно?</w:t>
      </w:r>
    </w:p>
    <w:p>
      <w:r>
        <w:t>11. Ожидает ли от нас Господь подобных писем для Себя?</w:t>
      </w:r>
    </w:p>
    <w:p>
      <w:r>
        <w:t>12. Чем отличается письмо от разговора?</w:t>
      </w:r>
    </w:p>
    <w:p>
      <w:r>
        <w:t>13. А вы уже научились любить, изучая наши уроки?</w:t>
      </w:r>
    </w:p>
    <w:p>
      <w:r>
        <w:t>14. Какие благословения вы имеете, обучаясь в этой Школе?</w:t>
      </w:r>
    </w:p>
    <w:p>
      <w:r>
        <w:t>15. Что вы ожидаете от следующих уроков?</w:t>
      </w:r>
    </w:p>
    <w:p>
      <w:r>
        <w:br w:type="page"/>
      </w:r>
    </w:p>
    <w:p>
      <w:pPr>
        <w:pStyle w:val="Heading1"/>
      </w:pPr>
      <w:r>
        <w:t>Урок 673. Бракосочетание</w:t>
      </w:r>
    </w:p>
    <w:p>
      <w:r>
        <w:t>Наши отношения с моим любимым другом зашли настолько далеко, что мы поняли, что без свадьбы не обойтись. И чтобы не думать друг о друге вдали друг от друга, мы решили создать семью.</w:t>
      </w:r>
    </w:p>
    <w:p>
      <w:r>
        <w:t>Когда я делал предложение своей дорогой подруге, она не спешила с ответом, хотя я его уже знал. Но всё же она решила вначале помолиться об этом важном шаге, да и мне дать время на размышление. Мы вместе молились о том, чтобы Господь разрушил наши планы друг на друга, если в этом будет для нас опасность. Но разрыва отношений не произошло, и мы стали ещё ближе. Как это интересно дружить с тем, кто желает стать твоей половинкой и прожить с тобой всю жизнь!</w:t>
      </w:r>
    </w:p>
    <w:p>
      <w:r>
        <w:t>Наш договор о том, чтобы не прикасаться друг к другу во избежание лишних соблазнов мы сохранили при своих встречах. А если и были какие-то прикосновения, то они имели чисто приветственный характер.</w:t>
      </w:r>
    </w:p>
    <w:p>
      <w:r>
        <w:t>Когда же подруга дала согласие на наш союз, я вдруг понял, какая ответственность возлагается на меня за будущую семью и решил об этом особенно молиться. Я определил время поста и молитвы и стал просить о помощи свыше, чтобы иметь мудрость и в этом вопросе. По моей вере мне было дано всё необходимое.</w:t>
      </w:r>
    </w:p>
    <w:p>
      <w:r>
        <w:t>Мы высчитали, в какие дни лучше всего делать свадебное торжество и обратили внимание на то, чтобы женские дни прошли до всех важных событий. Мы договорились с пастором, который будет совершать этот обряд. До нашего венчания мы записались на регистрацию нашего союза в ЗАГСе и решили, что туда пригласим только самую близкую родню. И когда всё было решено и даты установлены, мы стали составлять списки приглашаемых и оповещать их о своём торжестве. К нашему удивлению, все с радостью отзывались и давали добро на своё присутствие. А так как гостей получалось много, то нужно было искать поваров и место для праздничного пира. Господь помог нам и в этих вопросах. И в этой предпраздничной суете мы узнавали организаторские способности друг друга и с радостью обменивались своими открытиями.</w:t>
      </w:r>
    </w:p>
    <w:p>
      <w:r>
        <w:t>Настал день регистрации нашего союза. Мы нарядно оделись и пришли в ЗАГС. Представитель высшей власти страны торжественно при многих свидетелях вначале спросил меня о моём решении взять в жёны мою подругу. Я сказал «Да». Это было самое волнительное слово в моей жизни. Потом спросили и мою подругу о том, согласна ли она стать моей женой. Наступила тишина, в которой прозвучало короткое, но очень ясное «Да». Что-то интересное произошло в наших сердцах. Отныне по закону страны мы стали считаться мужем и женой, о чём нам с радостью объявили и попросили расписаться в соответствующих документах. Также расписались и наши свидетели. Как всё оказалось просто!</w:t>
      </w:r>
    </w:p>
    <w:p>
      <w:r>
        <w:t>А потом начались поздравления. Но мы сказали своим неверующим родственникам о том, что мы станем мужем и женой только после венчания в церкви, куда их сердечно пригласили.</w:t>
      </w:r>
    </w:p>
    <w:p>
      <w:r>
        <w:t>Для свадебного торжества мы выбрали воскресенье. Заранее договорились с друзьями о помощи в проведении программы и оформлении зала. Нам хотелось всё сделать очень скромно, но затраты на приготовление всё равно оказались большими.</w:t>
      </w:r>
    </w:p>
    <w:p>
      <w:r>
        <w:t>В субботу, после захода солнца, началась такая суматоха по подготовке и оформлению во всех направлениях, что мы не знали, успеем ли поспать. Но нам было не до сна.</w:t>
      </w:r>
    </w:p>
    <w:p>
      <w:r>
        <w:t>И вот настало утро того самого дня, в который мы решили предстать перед Богом, чтобы уже с Ним заключить наш брачный союз и получить Его благословение и одобрение. Я, проснувшись, помолился, оделся в приготовленный костюм, обзвонил всех организаторов торжества и поехал готовиться к важному событию. А мою половинку в это время готовили для меня её подружки, украшая, как им подскажет фантазия.</w:t>
      </w:r>
    </w:p>
    <w:p>
      <w:r>
        <w:t>Наши друзья организовали транспорт по доставке невесты на место торжества. Все гости были собраны и в радостном предвкушении ждали нашего появления. Так как нет специальных правил для проведения свадебной церемонии, мы решили сами их придумать и заранее составили программу, последовательно описывая все наши действия в соответствии с принятыми в нашем обществе традициями.</w:t>
      </w:r>
    </w:p>
    <w:p>
      <w:r>
        <w:t>И вот она пришла, украшенная в чистый белый виссон, приготовленная для меня, как подарок Небес, чтобы быть торжественно мне врученной на всю последующую жизнь.</w:t>
      </w:r>
    </w:p>
    <w:p>
      <w:r>
        <w:t>Отец невесты торжественно подвёл ко мне свою дочь и занял своё место в первом ряду. Я не видел более прекрасной женщины, чем та, которая решила стать моей женой. Моё сердце трепетало от волнения и торжественности происходящего. По выражению лица я заметил, что и моя невеста сильно волнуется. О, только бы не упасть от счастья!</w:t>
      </w:r>
    </w:p>
    <w:p>
      <w:r>
        <w:t>Нас пригласили занять на сцене наши места, и священнослужитель сказал короткую проповедь о том, что означает семья, и как она выглядит в свете Библии и нашего времени. А я сидел, обуреваемый разными чувствами и мыслями, и краем глаза любовался той, которая дарила мне свои счастливые улыбки. А наши гости держали на готове свои фотокамеры, чтобы ничего не упустить.</w:t>
      </w:r>
    </w:p>
    <w:p>
      <w:r>
        <w:t>И вот пастор попросил нас встать и стал задавать мне вопрос о том, согласен ли я взять мою невесту в жёны и нежно заботиться о ней в разных ситуациях. Я понимал, что сейчас Сам Господь присутствует на этом месте и связывает на Небе то, что мы связываем на земле. Я дал своё согласие свои кротким словом «Да». Моя любимая также, выслушав вопросы пастора, дала своё согласие своим торжественным ответом «Да». Нас пригласили склонить колени для торжественной молитвы, после чего пастор объявил нас мужем и женой. И под весёлый шум фотоаппаратов он добавил: «Что Бог сочетал, то человек да не разлучает».</w:t>
      </w:r>
    </w:p>
    <w:p>
      <w:r>
        <w:t>Нам сложно передать свои переживания, но в нашей жизни свершилось что-то очень важное, и в своём сознании мы перешли какую-то черту, после которой у нас начался новый отсчёт времени.</w:t>
      </w:r>
    </w:p>
    <w:p>
      <w:r>
        <w:t>Пастор взял наши руки и торжественно их соединил. Наконец-то я могу тебя обнять, мой дорогой друг, не стесняясь любопытных глаз. Как это радостно обнимать свою жену, подаренную тебе Богом для земной радости!</w:t>
      </w:r>
    </w:p>
    <w:p>
      <w:r>
        <w:t>Это стало началом наших новых отношений. Я тихо спросил: «Ну как дела, жена?» На что она сказала: «Всё прекрасно, муж!»</w:t>
      </w:r>
    </w:p>
    <w:p>
      <w:r>
        <w:t>Вместе со всеми гостями мы спели песню во славу Господа, торжественно помолились и пошли к выходу из церкви, чтобы принимать поздравления.</w:t>
      </w:r>
    </w:p>
    <w:p>
      <w:r>
        <w:t>Как приятно было видеть счастливые лица наших друзей! А какие прекрасные пожелания нам дарили все те, кто подходил нас поздравить!</w:t>
      </w:r>
    </w:p>
    <w:p>
      <w:r>
        <w:t>Цветы, конверты, объятия и поцелуи — всё это радостным водопадом обрушилось на нас. А наши друзья снимали всё это на видео и принимали наши подарки, складывая их рядом с нами.</w:t>
      </w:r>
    </w:p>
    <w:p>
      <w:r>
        <w:t>Пока гости пошли в зал для свадебного пира, мы с женой уехали на фотосессию, чтобы оставить себе на память эти незабываемые моменты нашего первого семейного дня.</w:t>
      </w:r>
    </w:p>
    <w:p>
      <w:r>
        <w:t>Я даже не представлял, как это здорово иметь жену. В мою жизнь ворвалась буря неведомых доселе чувств, довольно приятная буря и продолжительная. Я периодически прижимал к себе свою вторую половинку и наслаждался её необычным теплом и нежностью тела. И это всё теперь моё навсегда! Как здорово! А в этом теле спрятана самая прекрасная душа, которая с этих пор будет всегда радовать меня своими особенностями, открывать свои тайны и делиться своими заботами.</w:t>
      </w:r>
    </w:p>
    <w:p>
      <w:pPr>
        <w:pStyle w:val="Heading2"/>
      </w:pPr>
      <w:r>
        <w:t>Домашнее задание 673</w:t>
      </w:r>
    </w:p>
    <w:p>
      <w:r>
        <w:t>1. Прочитайте, пожалуйста, Быт.2:22-24; Еф.5:22-32; Ам.3:3; Песн.2:16; 4:1-16; Ис.49:15-19; 54:5; 61:10; 62:5; Откр.19:7-9; 21:2; 22:17; 1Кор.7:36 в свете нашего урока.</w:t>
      </w:r>
    </w:p>
    <w:p>
      <w:r>
        <w:t>2. Что вы поняли из этого урока?</w:t>
      </w:r>
    </w:p>
    <w:p>
      <w:r>
        <w:t>3. Какие ещё стихи из Библии пришли вам на память?</w:t>
      </w:r>
    </w:p>
    <w:p>
      <w:r>
        <w:t>4. Для чего нужно бракосочетание? Что это такое?</w:t>
      </w:r>
    </w:p>
    <w:p>
      <w:r>
        <w:t>5. Для чего создаются семьи? Какую цель имеет брачный союз?</w:t>
      </w:r>
    </w:p>
    <w:p>
      <w:r>
        <w:t>6. Почему Господь сравнивает Себя с Женихом, а нас – с невестой?</w:t>
      </w:r>
    </w:p>
    <w:p>
      <w:r>
        <w:t>7. Желает ли Господь через Своё Слово донести до нас то, насколько мы Ему важны, близки и дороги?</w:t>
      </w:r>
    </w:p>
    <w:p>
      <w:r>
        <w:t>8. Вы переживали свою свадьбу? Если да, то поделитесь, что вы чувствовали и как всё воспринимали?</w:t>
      </w:r>
    </w:p>
    <w:p>
      <w:r>
        <w:t>9. Как вы представляете себе свадьбу Иисуса, и кем вы видите себя на этом торжестве?</w:t>
      </w:r>
    </w:p>
    <w:p>
      <w:r>
        <w:t>10. Желает ли Господь до свадьбы узнать поближе Свою невесту?</w:t>
      </w:r>
    </w:p>
    <w:p>
      <w:r>
        <w:t>11. Вы радуетесь чужому счастью в виде брачного союза?</w:t>
      </w:r>
    </w:p>
    <w:p>
      <w:r>
        <w:t>12. Стоит ли создавать семью ради семьи с тем, кого не любишь?</w:t>
      </w:r>
    </w:p>
    <w:p>
      <w:r>
        <w:t>13. Что происходит в сознании и жизни тех, кто говорит перед алтарём друг другу «Да»?</w:t>
      </w:r>
    </w:p>
    <w:p>
      <w:r>
        <w:t>14. Если я буду напрашиваться в жены к Иисусу, то будет ли Он принимать во внимание мои желания?</w:t>
      </w:r>
    </w:p>
    <w:p>
      <w:r>
        <w:t>15. Был ли этот урок вам полезен?</w:t>
      </w:r>
    </w:p>
    <w:p>
      <w:r>
        <w:br w:type="page"/>
      </w:r>
    </w:p>
    <w:p>
      <w:pPr>
        <w:pStyle w:val="Heading1"/>
      </w:pPr>
      <w:r>
        <w:t>Урок 674. Брачная ночь</w:t>
      </w:r>
    </w:p>
    <w:p>
      <w:r>
        <w:t>Закончен свадебный пир. Сказаны прекрасные пожелания. Подарены подарки. Сытые и довольные гости разъехались по домам, а меня с моей любимой женой друзья отвезли ко мне и, попрощавшись, оставили нас одних.</w:t>
      </w:r>
    </w:p>
    <w:p>
      <w:r>
        <w:t>Войдя в пустую комнату, мы дружно плюхнулись на диван и с облегчением вздохнули. Не так-то просто быть в центре внимания весь день, да ещё и думать о том, чтобы всем гостям было хорошо и интересно.</w:t>
      </w:r>
    </w:p>
    <w:p>
      <w:r>
        <w:t>Говорят, что ночью надо спать, но именно в эту ночь почему-то нам этого не хотелось. Я посмотрел с улыбкой на моего дорогого и самого близкого человека и радостно улыбнулся. Она была прекрасна в своём белом платье и с интересом разглядывала меня, желая понять, что я дальше предприму. Я предложил помолиться, на что жена сразу согласилась, и мы, склонив колени, вознесли Богу благодарственные молитвы и попросили благословения на все наши дальнейшие действия.</w:t>
      </w:r>
    </w:p>
    <w:p>
      <w:r>
        <w:t>После поступило предложение снять напряжение прошедшего дня через принятие душа. Сказано — сделано. Вода — это Божий дар.</w:t>
      </w:r>
    </w:p>
    <w:p>
      <w:r>
        <w:t>И вот мы оба чистые стоим друг напротив друга и радостно улыбаемся, не зная, как лучше продолжить свою семейную жизнь. Я решил обнять свою дорогую половинку, и мы нежно прижались друг к другу.</w:t>
      </w:r>
    </w:p>
    <w:p>
      <w:r>
        <w:t>А что было дальше, мы не будем вам рассказывать. Эта часть нашей семейной жизни будет закрытой для вас, друзья, навсегда.</w:t>
      </w:r>
    </w:p>
    <w:p>
      <w:r>
        <w:t>Но мы попросим специалиста рассказать нам о том, на что стоит обратить внимание молодожёнам до того, как они что-то предпримут.</w:t>
      </w:r>
    </w:p>
    <w:p>
      <w:r>
        <w:t>Молодые люди, как правило, не знают про интимную сторону жизни. И это стоит понять и изучить.</w:t>
      </w:r>
    </w:p>
    <w:p>
      <w:r>
        <w:t>Создавая человека по Своему образу и подобию, Бог дал повеление плодиться и размножаться и вложил в Своё творение определённые способности, чувства и инстинкты. Господь сделал секс прекрасным и благословенным в рамках брачного союза и покрыл это действие тайной, которая открывается только мужу и жене в их близких отношениях.</w:t>
      </w:r>
    </w:p>
    <w:p>
      <w:r>
        <w:t>Через Голливуд враг решил представить миру свою версию подобной близости и низвёл Божий план до животных страстей, украсив это искусство чувственными переживаниями и яркими сценами. И многие люди сделали подобные образы своими учебниками и проглотили эту наживку, желая с такими представлениями создавать семьи.</w:t>
      </w:r>
    </w:p>
    <w:p>
      <w:r>
        <w:t>В результате мы видим печальную картину разочарованных семейной жизнью людей, ненасытимости, всевозможных извращений и супружеских измен.</w:t>
      </w:r>
    </w:p>
    <w:p>
      <w:r>
        <w:t>Мало кто говорит о том, как должно всё быть, считая, что молодожёны сами разберутся. И это невежество сатана использует в своих целях.</w:t>
      </w:r>
    </w:p>
    <w:p>
      <w:r>
        <w:t>Если нас не научит этому искусству Бог через посвящённых и мудрых людей, то нашим образованием займётся враг души и научит нас тому, что убьёт нас или сделает больными.</w:t>
      </w:r>
    </w:p>
    <w:p>
      <w:r>
        <w:t>Первая брачная ночь может стать началом самых прекрасных отношений, а может положить начало различным заболеваниям и психическим расстройствам.</w:t>
      </w:r>
    </w:p>
    <w:p>
      <w:r>
        <w:t>Первое и самое важное, что стоит знать и понимать, что мужчина и женщина отличаются друг от друга как физически, так и эмоционально. Они никогда не будут переживать физическую близость с одинаковым восприятием и чувствами.</w:t>
      </w:r>
    </w:p>
    <w:p>
      <w:r>
        <w:t>Как правило, муж берёт всю инициативу этих отношений на себя, но, не зная устройство тела и психики женщины, он не может понять, что он должен правильно делать, а чего делать не стоит, а жена ждёт того, что муж не в состоянии ей дать.</w:t>
      </w:r>
    </w:p>
    <w:p>
      <w:r>
        <w:t>Чтобы избежать подобных недоразумений, стоит элементарно обговаривать все эти вопросы как до физической близости, так и в её время.</w:t>
      </w:r>
    </w:p>
    <w:p>
      <w:r>
        <w:t>Если женщина думает, что муж должен догадываться, как доставить ей максимум удовольствия, то она будет удивлена. Ведь он не обладает такой интуицией, да и не должен её иметь. Ответственность за своё личное наслаждение каждый из участников близких отношений должен взять на себя. Нам дан дар речи, чтобы мы могли его использовать для выражения своих мыслей и чувств, и этим даром нужно пользоваться и в интимных отношениях, стараясь понять друг друга, объясняя свои ощущения.</w:t>
      </w:r>
    </w:p>
    <w:p>
      <w:r>
        <w:t>Спальная комната — это не спортзал для установления рекордов на скорость или количество упражнений. Это святое место, куда следует приглашать Бога и просить мудрости и благословения на всё, что будет в ней происходить. И Господь ответит.</w:t>
      </w:r>
    </w:p>
    <w:p>
      <w:r>
        <w:t>Мужчине, как правило, достаточно несколько секунд, чтобы его воображение сделало его готовым к близости с женой. Видимый образ даёт сигнал мозгу, и в кровь выбрасываются соответствующие гормоны. Женщина воспринимает это по-другому, и ей необходимо более продолжительное время для эмоционального настроя. Поэтому ей стоит нежно сдерживать спонтанные порывы мужа, чтобы он не спешил быстро всё начать и закончить.</w:t>
      </w:r>
    </w:p>
    <w:p>
      <w:r>
        <w:t>Но если кто-то из супругов устал или перевозбуждён, или находится в эмоциональной борьбе, то не стоит склонять его к интимной близости.</w:t>
      </w:r>
    </w:p>
    <w:p>
      <w:r>
        <w:t>Второе, что важно сделать правилом близких отношений, — это понимание того, что сначала жена должна пережить полное удовлетворение, а потом её муж. При взаимных ласках гормональная система женщины настраивается на выброс гормона пролактина, эстрадиола и окситоцина в кровь, и когда это происходит, то её организм, получая положительный стресс, успокаивается и вырабатывает гормоны счастья, что после способствует более близкому духовному восприятию супруга. Если этого не происходит, и муж торопится, думая только о себе, то после семяизвержения, он успокаивается, не доводя жену до кульминации, а всё внутреннее возбуждение женщины переходит в сосудистый застой, который может при частом повторении привести к серьёзным физическим и духовным заболеваниям. Организм женщины не настроен на то, чтобы спокойно реагировать на внезапное прекращение начатого процесса.</w:t>
      </w:r>
    </w:p>
    <w:p>
      <w:r>
        <w:t>Невежество мужа состоит в том, что он судит о жене по себе, не понимая устройства её тела. Как правило, все самые чувствительные эрогенные зоны и находятся не внутри женщины, а снаружи, и в задачу мужа входит распознавание и обнаружение этих мест путём поцелуев и поглаживаний. А жена может сообщать своему мужу о том, где ей приятнее всего переживать его прикосновения и ласки.</w:t>
      </w:r>
    </w:p>
    <w:p>
      <w:r>
        <w:t>Когда мужчина получает своё, его организм успокаивается, и он теряет энтузиазм для продолжения интимных игр, а тело и психика жены могут от этого пострадать.</w:t>
      </w:r>
    </w:p>
    <w:p>
      <w:r>
        <w:t>А когда подобные однобокие отношения становятся нормой жизни, то со стороны женщины может произойти эмоциональное остывание, и её уже ничто не будет возбуждать.</w:t>
      </w:r>
    </w:p>
    <w:p>
      <w:r>
        <w:t>О мужчине стоит также сказать, что, когда его довели до пика возбуждения, а потом дали ему отказ в продолжении отношений, у него, как и у женщины, происходит внутренний дисбаланс, что может вызвать серьёзные заболевания внутренних органов и психики.</w:t>
      </w:r>
    </w:p>
    <w:p>
      <w:r>
        <w:t>Молодожёнам стоит по возможности вначале изучить тела друг друга, обмениваясь в простоте сердца своими открытиями. Они подарены друг другу для наслаждения. Мудрость в любой семейной сфере никогда не будет лишней.</w:t>
      </w:r>
    </w:p>
    <w:p>
      <w:r>
        <w:t>Хоть все мы разные, и не всё описанное выше может соответствовать вашей ситуации, но в этом вопросе необходимо иметь ясное понимание физиологии и внутренних процессов.</w:t>
      </w:r>
    </w:p>
    <w:p>
      <w:r>
        <w:t>Любовь к супругу помогает пережить его невежество и может сохранить психику от разрушения, но тело живёт по законам здоровья, которые стоит знать и соблюдать.</w:t>
      </w:r>
    </w:p>
    <w:p>
      <w:pPr>
        <w:pStyle w:val="Heading2"/>
      </w:pPr>
      <w:r>
        <w:t>Домашнее задание 674</w:t>
      </w:r>
    </w:p>
    <w:p>
      <w:r>
        <w:t>1. Прочитайте, пожалуйста, Еф.5:25; Быт.2:22-25; 4:1; Прит.1:20-33; 5:15-19; Песн.1:1-3; 2:4-6; 4:10-16; 7:2-11; 1Кор.7:3-5; Рим.7:2; Кол.3:18-19; Прит.2:10-11 в свете этого урока.</w:t>
      </w:r>
    </w:p>
    <w:p>
      <w:r>
        <w:t>2. Узнали ли вы что-то полезное из этого урока?</w:t>
      </w:r>
    </w:p>
    <w:p>
      <w:r>
        <w:t>3. Являются ли подобные темы опасными для размышления?</w:t>
      </w:r>
    </w:p>
    <w:p>
      <w:r>
        <w:t>4. Стоит ли поднимать подобные темы с молодыми людьми, чтобы предостеречь их от ошибок?</w:t>
      </w:r>
    </w:p>
    <w:p>
      <w:r>
        <w:t>5. Знаете ли вы в вашей церкви специалистов по подобным вопросам, которые профессионально этим занимаются?</w:t>
      </w:r>
    </w:p>
    <w:p>
      <w:r>
        <w:t>6. Какое отношение имеет этот урок к семейному счастью?</w:t>
      </w:r>
    </w:p>
    <w:p>
      <w:r>
        <w:t>7. Может ли невежество в подобных вопросах быть разрушительным для здоровья и психики?</w:t>
      </w:r>
    </w:p>
    <w:p>
      <w:r>
        <w:t>8. Все ли люди одинаковы по своему чувственному восприятию отношений?</w:t>
      </w:r>
    </w:p>
    <w:p>
      <w:r>
        <w:t>9. Что делать, если описанные в уроке проблемы уже поздно исправлять?</w:t>
      </w:r>
    </w:p>
    <w:p>
      <w:r>
        <w:t>10. Желает ли Господь, чтобы мы были мудрыми людьми в подобных отношениях?</w:t>
      </w:r>
    </w:p>
    <w:p>
      <w:r>
        <w:t>11. Помогают ли наши уроки строить правильные отношения?</w:t>
      </w:r>
    </w:p>
    <w:p>
      <w:r>
        <w:t>12. Было ли у вас различие в восприятии написанного между первым и вторым прочтением этого урока?</w:t>
      </w:r>
    </w:p>
    <w:p>
      <w:r>
        <w:t>13. Стоит ли узнать больше о том, что не принято обсуждать публично?</w:t>
      </w:r>
    </w:p>
    <w:p>
      <w:r>
        <w:t>14. Можно ли подобные темы применять ко всем семейным парам?</w:t>
      </w:r>
    </w:p>
    <w:p>
      <w:r>
        <w:t>15. Для чего был написан этот урок?</w:t>
      </w:r>
    </w:p>
    <w:p>
      <w:r>
        <w:br w:type="page"/>
      </w:r>
    </w:p>
    <w:p>
      <w:pPr>
        <w:pStyle w:val="Heading1"/>
      </w:pPr>
      <w:r>
        <w:t>Урок 675. Медовый месяц</w:t>
      </w:r>
    </w:p>
    <w:p>
      <w:r>
        <w:t>Что вы слышите и представляете, когда вам говорят про чей-то «медовый месяц»? Фактически, это 30 дней после свадьбы. Есть версия о том, что согласно древней традиции было принято дарить молодожёнам на свадьбу бочонок с мёдом, который они должны были съесть в течение месяца. А где-то было принято, чтобы молодая пара уезжала в романтическое путешествие, чтобы побыть в дали от повседневных забот, что приветствуется и в наше время.</w:t>
      </w:r>
    </w:p>
    <w:p>
      <w:r>
        <w:t>Подобное времяпровождение не имеет Библейского основания, но в Слове Божьем есть некоторые косвенные указания на первый год семейной жизни. Втор.24:5.</w:t>
      </w:r>
    </w:p>
    <w:p>
      <w:r>
        <w:t>Что происходит в первый месяц семейной жизни? Два одиноких человека познают друг друга как муж и жена, притираются, находят точки соприкосновения, строят своё новое семейное счастье. И в этом процессе идёт активное познание друг друга, для которого одного месяца очень мало.</w:t>
      </w:r>
    </w:p>
    <w:p>
      <w:r>
        <w:t>Также стоит отметить и то, что первый месяц совместной семейной жизни является самой активной фазой половой близости, где молодожены получают полную свободу делать то, что они хотят, и никто и ничто не может им в этом воспрепятствовать. Но все друзья и родственники с улыбками одобряют их союз и желают счастья.</w:t>
      </w:r>
    </w:p>
    <w:p>
      <w:r>
        <w:t>Если учесть тот факт, что наш современный мир обезумел от секса, и это влияние затронуло всех, то стоит поговорить о том, что происходит с организмом человека, который вдруг начинает вести себя совершенно иначе, чем обычно.</w:t>
      </w:r>
    </w:p>
    <w:p>
      <w:r>
        <w:t>В некотором роде наше тело по многим гормональным функциям схоже с природой некоторых животным. Ученые проводили исследования в области интимных отношений наших младших собратьев и увидели прямое соответствие многих показателей с человеческим образом жизни. Но человек отличается от животного тем, что он имеет разум и может принимать решения.</w:t>
      </w:r>
    </w:p>
    <w:p>
      <w:r>
        <w:t>Если в одну клетку посадить самца и самку крысы, то сразу происходит неистовое спаривание, и наблюдается высокая половая активность у этих животных. Через короткое время эта активность падает, а потом и вовсе пропадает. Самка уже не привлекает молодого самца, и он теряет к ней интерес. Но если в клетку подсаживают новую самку, то самец начинает проявлять к ней неистовый интерес, а потом снова успокаивается. И так происходит каждый раз, когда новая особь попадает в поле доступности самца. А через 3,5 года самец полностью себя истощает и уже не желает ни с кем спариваться. Это называется в психологии и биологии эффектом Кулиджа. Подобная закономерность происходит и между людьми, которые вступают в интимную близость и начинают ставить рекорды, желая получать от этой связи вечное наслаждение. Но происходит обратный эффект, и в силу вступает закон пресыщения, когда то, что в начале приносило удовольствие, перестаёт радовать, и хочется чего-то необычного.</w:t>
      </w:r>
    </w:p>
    <w:p>
      <w:r>
        <w:t>Что этим временем происходит в теле человека?</w:t>
      </w:r>
    </w:p>
    <w:p>
      <w:r>
        <w:t>В нас заложена обширная гормональная система, которая отвечает на наши чувства, события и факты путём выброса в кровь соответствующих гормонов. Центр наслаждения, получая соответствующие сигналы от этих выбросов, посылает мозгу чувство насыщения, удовлетворения, страха или того, что соответствует нашему выбору или ситуации.</w:t>
      </w:r>
    </w:p>
    <w:p>
      <w:r>
        <w:t>Гормон дофамин является стимулом к поиску удовольствия и своим влиянием может сделать человека зависимым от тех или иных действий, если воля не противопоставит принцип воздержанности. Если же нет сдерживающей силы воли, то дофамин начинает доминировать и побуждать человека к повторению тех или иных действий, управляя низшими силами сознания, такими как аппетит, сексуальное влечение, влюблённость, тяга к новизне и дружелюбию.</w:t>
      </w:r>
    </w:p>
    <w:p>
      <w:r>
        <w:t>Также в нашем организме есть гормон тестостерон, который отвечает за половую сферу жизни, за эмоциональные и творческие способности человека, за развитие костей и мышечной ткани, а у женщин — ещё и за распределение жировой ткани. Этот гормон влияет на половое влечение и жизнерадостное настроение, на физическую, умственную и творческую активность и отвечает за качество семени.</w:t>
      </w:r>
    </w:p>
    <w:p>
      <w:r>
        <w:t>При половом контакте тестостерон выбрасывается вместе с семенной жидкостью, и организму нужно время для восстановления этого гормона. Циркадный режим этого восстановления 7 дней, после чего тело вновь входит в привычный режим работы и умственные способности приходят в норму.</w:t>
      </w:r>
    </w:p>
    <w:p>
      <w:r>
        <w:t>Активная интимная жизнь или частая принудительная стимуляция половых органов берёт из жизненноважных ресурсов организма дополнительные средства, отсутствие которых истощает тело и повреждает разум человека.</w:t>
      </w:r>
    </w:p>
    <w:p>
      <w:r>
        <w:t>Приём этого гормона извне нарушает гормональный баланс и может привести к тому, что организм сам перестанет его производить.</w:t>
      </w:r>
    </w:p>
    <w:p>
      <w:r>
        <w:t>Вывод такой — чем больше хочется получить удовольствия, тем меньше его приходит. Мир учит тому, что много секса — это прекрасно, а здравый смысл и организм человека кричат: «Это катастрофа!»</w:t>
      </w:r>
    </w:p>
    <w:p>
      <w:r>
        <w:t>То же самое можно сказать и о еде. Дофамин побуждает нас искать и употреблять вкусную и приятную еду. И она, если полезна, в небольших порциях приносит пользу и радость сердцу. Но если её начать употреблять постоянно и в больших количествах, то теряется вкус, и она уже не удовлетворяет желания аппетита. Начинается поиск новых продуктов. Дофамин также отвечает и за пристрастие к алкоголю, курению и другим наркотикам.</w:t>
      </w:r>
    </w:p>
    <w:p>
      <w:r>
        <w:t>Когда исследуемым животным искусственно вводили препараты, повышающие их половое влечение, их активность поднималась, но потом шла на убыль, а потом и препараты не помогали, но разрушали изможденное тело, вызывая всевозможные психические расстройства и разные болезни.</w:t>
      </w:r>
    </w:p>
    <w:p>
      <w:r>
        <w:t>Написано в Гал.5:22-23: «Плод же Духа — воздержание».</w:t>
      </w:r>
    </w:p>
    <w:p>
      <w:r>
        <w:t>Стоит честно задать себе вопрос: «Почему то, что было нормой поведения до брака и хранило души и тела в чистоте мыслей и чувств, вдруг исчезло после свадьбы и стало далёким воспоминанием?»</w:t>
      </w:r>
    </w:p>
    <w:p>
      <w:r>
        <w:t>Мы не собираемся в этом уроке устанавливать какие-то критерии или нормы, а просто даём информацию для размышления и самостоятельного поиска ответов на случаи из вашей жизни. Хоть все мы и разные, с разными влечениями и границами, но законы здоровья у нас общие, и их стоит знать, изучать и соблюдать.</w:t>
      </w:r>
    </w:p>
    <w:p>
      <w:r>
        <w:t>Мудрость мудрых заключается в том, что они не только знают, что происходит и что правильно, но и живут в этом правильном свете своих знаний и ходят в этом свете, и имеют общение друг с другом.</w:t>
      </w:r>
    </w:p>
    <w:p>
      <w:r>
        <w:t>Быть мудрым в последнее время очень важно. Глазная мазь, предлагаемая Иисусом, откроет наши глаза на многие вещи, которые стоит контролировать и соблюдать в своей жизни.</w:t>
      </w:r>
    </w:p>
    <w:p>
      <w:r>
        <w:t>Влюблённость в свою вторую половину открывает дверь для многих прекрасных опытов и переживаний. Половая близость является кульминацией этих отношений, но она не должна стать смыслом и правилом счастливой жизни.</w:t>
      </w:r>
    </w:p>
    <w:p>
      <w:r>
        <w:t>Общение друг с другом, размышления на эту тему, поиски нужных ответов, сделают любую семью мудрой и просвещенной в этих вопросах. А когда есть знание и понимание, тогда чувствами и инстинктами легко управлять и подчинять их разуму и воле.</w:t>
      </w:r>
    </w:p>
    <w:p>
      <w:r>
        <w:t>Медовый месяц может стать для вас благословением или проклятием. Выбирайте сами. Но не стоит впадать в крайности, даже и в вопросе воздержания. Не нужно быть чьей-то совестью. «…Всякий поступай по удостоверению своего ума» Рим.14:5.</w:t>
      </w:r>
    </w:p>
    <w:p>
      <w:pPr>
        <w:pStyle w:val="Heading2"/>
      </w:pPr>
      <w:r>
        <w:t>Домашнее задание 675</w:t>
      </w:r>
    </w:p>
    <w:p>
      <w:r>
        <w:t>1. Прочитайте, пожалуйста, Прит.25:16; 30:9,15; Еф.4:17-19; Лук.6:25; 1Кор.6:19-20; Ам.3:3; 2Тим.3:1-5; 1Тим.5:6; Рим.14:5; Прит.5:15-19; 23:15-21; Иез.16:49; 1Кор.4:8; Гал.5:22-23; Втор.24:5 в свете этого урока.</w:t>
      </w:r>
    </w:p>
    <w:p>
      <w:r>
        <w:t>2. Что вы поняли из этого урока?</w:t>
      </w:r>
    </w:p>
    <w:p>
      <w:r>
        <w:t>3. Какие ещё стихи из Библии пришли вам на память?</w:t>
      </w:r>
    </w:p>
    <w:p>
      <w:r>
        <w:t>4. Что такое «медовый месяц» в вашем понимании?</w:t>
      </w:r>
    </w:p>
    <w:p>
      <w:r>
        <w:t>5. Стоит ли размышлять над подобными темами в свете Библии?</w:t>
      </w:r>
    </w:p>
    <w:p>
      <w:r>
        <w:t>6. Отвечаем ли мы перед Богом за те силы и ресурсы, которые Он вложил в наше тело?</w:t>
      </w:r>
    </w:p>
    <w:p>
      <w:r>
        <w:t>7. Интересно ли Богу то, как мы заботимся о своём здоровье и здоровье своих домашних?</w:t>
      </w:r>
    </w:p>
    <w:p>
      <w:r>
        <w:t>8. Узнали ли вы что-то полезное в этом уроке?</w:t>
      </w:r>
    </w:p>
    <w:p>
      <w:r>
        <w:t>9. Важно ли понимать законы, по которым живёт моё тело?</w:t>
      </w:r>
    </w:p>
    <w:p>
      <w:r>
        <w:t>10. Как вы думаете, есть ли какая взаимосвязь между моим телом и психикой? Будут ли болезни тела влиять на психическое здоровье?</w:t>
      </w:r>
    </w:p>
    <w:p>
      <w:r>
        <w:t>11. Стоит ли воздерживаться от всего, чтобы, на всякий случай, не согрешить?</w:t>
      </w:r>
    </w:p>
    <w:p>
      <w:r>
        <w:t>12. Какие крайности могут быть у тех, кто неправильно поймёт этот урок?</w:t>
      </w:r>
    </w:p>
    <w:p>
      <w:r>
        <w:t>13. Что делать, если Бог призывает к воздержанию, а гормоны влекут к получению удовольствия? Флп.2:13.</w:t>
      </w:r>
    </w:p>
    <w:p>
      <w:r>
        <w:t>14. Раз всё так сложно, то, возможно, лучше не создавать семью?</w:t>
      </w:r>
    </w:p>
    <w:p>
      <w:r>
        <w:t>15. Какую цель имел этот урок?</w:t>
      </w:r>
    </w:p>
    <w:p>
      <w:r>
        <w:br w:type="page"/>
      </w:r>
    </w:p>
    <w:p>
      <w:pPr>
        <w:pStyle w:val="Heading1"/>
      </w:pPr>
      <w:r>
        <w:t>Урок 676. Небесный Супруг</w:t>
      </w:r>
    </w:p>
    <w:p>
      <w:r>
        <w:t>Когда Господь решил сотворить наш мир, Он не стал это делать втайне. На такое мероприятие были приглашены все ангелы, и началось великое Вселенское представление.</w:t>
      </w:r>
    </w:p>
    <w:p>
      <w:r>
        <w:t>Небожители с интересом прилетели на пустое место в центре бескрайней Вселенной и ждали, что будет дальше.</w:t>
      </w:r>
    </w:p>
    <w:p>
      <w:r>
        <w:t>Господь произнёс слово, и из ничего появилась новая планета, вся покрытая водой. И Дух Божий витал над этими водами.</w:t>
      </w:r>
    </w:p>
    <w:p>
      <w:r>
        <w:t>Ангелы от неожиданности восторженно воскликнули, не представляя, как можно жить в такой обстановке. Так как Бог не посвятил небожителей во все Свои планы, им приходилось гадать о том, что будет дальше, и какое значение это имеет.</w:t>
      </w:r>
    </w:p>
    <w:p>
      <w:r>
        <w:t>И сказал Бог: «Да будет свет». И появился свет. Быт.1:3. Как всё стало прекрасно видно!</w:t>
      </w:r>
    </w:p>
    <w:p>
      <w:r>
        <w:t>Какие только предположения ни были высказаны. Некоторые смельчаки даже попробовали погрузиться в бескрайний океан, желая понять, что в нём, но, кроме воды, ничего не обнаружили.</w:t>
      </w:r>
    </w:p>
    <w:p>
      <w:r>
        <w:t>Все ангелы понимали, что их ждёт какой-то сюрприз, и не переставали обсуждать свои предположения.</w:t>
      </w:r>
    </w:p>
    <w:p>
      <w:r>
        <w:t>Господь определил время суток для новой планеты, разделяя их на день и ночь, на вечер и утро. Как всё это было ново и интересно!</w:t>
      </w:r>
    </w:p>
    <w:p>
      <w:r>
        <w:t>В утро следующего дня Господь произнёс слово, и часть воды стала подниматься прекрасным куполом и окутала планету плотной прозрачной оболочкой.</w:t>
      </w:r>
    </w:p>
    <w:p>
      <w:r>
        <w:t>Пространство между водами заполнил воздух. И Господь назвал свод небом.</w:t>
      </w:r>
    </w:p>
    <w:p>
      <w:r>
        <w:t>Так прошёл ещё один день.</w:t>
      </w:r>
    </w:p>
    <w:p>
      <w:r>
        <w:t>Напряжение в ожидании усилилось. Приглашенные гости радостно обсуждали новые события.</w:t>
      </w:r>
    </w:p>
    <w:p>
      <w:r>
        <w:t>На следующее утро Бог произнёс слово, и вода ушла под землю, обнажая удивительную поверхность новой планеты.</w:t>
      </w:r>
    </w:p>
    <w:p>
      <w:r>
        <w:t>Сыны Божии восклицали от радости и помпезности происходящего. Все эти процессы сопровождались весёлым журчанием воды и шумом раскрывающейся поверхности земли.</w:t>
      </w:r>
    </w:p>
    <w:p>
      <w:r>
        <w:t>Не вся вода ушла под землю. На новой поверхности образовались реки, которые пересекали всё видимое глазу и весело бежали к прекрасным озерам, чтобы, пройдя через них, течь дальше, к более крупным скоплениям воды.</w:t>
      </w:r>
    </w:p>
    <w:p>
      <w:r>
        <w:t>Всех присутствующих пригласили спуститься на сушу. Ангелы, не смолкая, пели прекрасные гимны и радостно щебетали, наполняя своими восклицаниями всё видимое пространство. Какой интересный мир предстал их взору! Бескрайняя пустыня, по которой можно было ходить.</w:t>
      </w:r>
    </w:p>
    <w:p>
      <w:r>
        <w:t>Но Господь произнёс слово, и из земли стала выходить трава и свежие ростки различных растений. Весь мир начал преображаться, наполняя всё видимое пространство необычными красками и запахами.</w:t>
      </w:r>
    </w:p>
    <w:p>
      <w:r>
        <w:t>Радости небожителей не было предела. Ангелы весело кружили над поверхностью земли, то и дело опускаясь на новые участки, чтобы их исследовать.</w:t>
      </w:r>
    </w:p>
    <w:p>
      <w:r>
        <w:t>На следующее утро Слово Господа сотворило Солнце и Луну. Приятное тепло окутало всю землю, согревая своими лучами счастливых ангелов.</w:t>
      </w:r>
    </w:p>
    <w:p>
      <w:r>
        <w:t>Сыны Божии решили, что эта планета создаётся для них, и ждали, когда об этом будет объявлено.</w:t>
      </w:r>
    </w:p>
    <w:p>
      <w:r>
        <w:t>На следующее утро Бог дал повеление воде, и она стала производить рыб и птиц. Из обычной жидкости начали образовываться новые виды, поражающие своей красотой и грациозностью. Озера и реки наполнились живыми существами. Небосвод стали прорезать весёлые стаи птиц, которые, подобно ангелам, могли летать и плавать, издавая при этом необычные звуки.</w:t>
      </w:r>
    </w:p>
    <w:p>
      <w:r>
        <w:t>Ангелы от удивления потеряли дар речи, слушая музыку нового мира, а потом слились с голосами новых обитателей Земли в радостной хвале Творцу. Кто-то из ангелов высказал предложение остаться здесь жить, и его поддержали в этом вопросе. Но все ждали Божьих приказов и внимательно следили за развитием событий.</w:t>
      </w:r>
    </w:p>
    <w:p>
      <w:r>
        <w:t>На следующее утро Господь повелел земле произвести различных животных, и вся поверхность стала бугриться, выводя из праха необычных зверей, скотов и пресмыкающихся, которые весело начали бегать друг за другом и изучать удивленных ангелов, призывая их к играм. Сыны Божии вновь восклицали от радости, а некоторые из них приняли участие в необычных играх с необычными существами.</w:t>
      </w:r>
    </w:p>
    <w:p>
      <w:r>
        <w:t>И вот, Сын и Отец объявили, что они сейчас создадут человека по Своему образу и подобию. Всем было сказано, что будут сотворены мужчина и женщина. Ангелы не понимали, что это значит, что это за новый вид небожителей. Наступило молчание, и все начали наблюдать за происходящим. Господь взял прах земли и вылепил из него фигуру, похожую по виду на Собственный образ.</w:t>
      </w:r>
    </w:p>
    <w:p>
      <w:r>
        <w:t>Когда дело было сделано, Господь склонился над продуктом Своего творчества и вдохнул в мумию Своё дыхание. И стал человек живою душой.</w:t>
      </w:r>
    </w:p>
    <w:p>
      <w:r>
        <w:t>Радостные возгласы огласили всю Вселенную. В мир появился человек по имени Адам, что означает человечество. А чуть позже Господь взял часть плоти от человека и создал из неё женщину, которая стала женою Адама.</w:t>
      </w:r>
    </w:p>
    <w:p>
      <w:r>
        <w:t>Все понимали, что у Бога есть какой-то особый план. В этих новых людях всей Вселенной должен был быть преподан какой-то урок, значение которого ещё никто не понимал.</w:t>
      </w:r>
    </w:p>
    <w:p>
      <w:r>
        <w:t>В людей и всех живых существ был заложен механизм производить себе подобных. Что это значило?</w:t>
      </w:r>
    </w:p>
    <w:p>
      <w:r>
        <w:t>В отношениях мужа и жены можно было увидеть что-то новое, что было очень похоже на отношения Божества внутри Себя. Обоюдная нежность и любовь мужчины и женщины давали небожителям образное представление о том, какие отношения существуют у Небесного Отца, Сына и Святого Духа.</w:t>
      </w:r>
    </w:p>
    <w:p>
      <w:r>
        <w:t>Грех попытался разрушить образ Господа в человеке, но Божий Сын Своею смертью остановил неминуемую катастрофу и дал понять всей Вселенной, что спасённый человек станет Его невестой, с которой Он будет проводить всю Вечность.</w:t>
      </w:r>
    </w:p>
    <w:p>
      <w:r>
        <w:t>Какой удивительный план осуществляет Господь в это последнее время! Он готовит для Себя ту, которая даже не понимает, что её ожидает в ближайшем будущем!</w:t>
      </w:r>
    </w:p>
    <w:p>
      <w:r>
        <w:t>Когда было сделано обращение к Лаодикии, тогда все ангелы удивились, насколько чудесно Господь представил Себя в необычных символах, предлагая Своему народу Свою руку и сердце. Такой шаг изумил всех небожителей.</w:t>
      </w:r>
    </w:p>
    <w:p>
      <w:r>
        <w:t>Все ждали, когда наступит то самое время, когда это послание вступит в силу. Все ангелы предвкушали, как невеста с радостью кинется в объятия своего Возлюбленного, чтобы уже никуда не уйти.</w:t>
      </w:r>
    </w:p>
    <w:p>
      <w:r>
        <w:t>Семейная жизнь, устроенная по Божьим законам и принципам любви, является наглядным примером тех отношений, которые желает Господь иметь со своим искупленным народом.</w:t>
      </w:r>
    </w:p>
    <w:p>
      <w:r>
        <w:t>Престол, который Он предлагает разделить с побеждающим, говорит о загадочной власти, которая будет дана победителям. А сама победа заключается в установлении торговых отношений с Верным Свидетелем и близком познании своего Спасителя. Сложно вместить в разум подобные предложения.</w:t>
      </w:r>
    </w:p>
    <w:p>
      <w:r>
        <w:t>Я был бы согласен просто кем-то быть в Божьем Царстве, а Господь желает иметь меня Своей невестой. Что это значит?</w:t>
      </w:r>
    </w:p>
    <w:p>
      <w:r>
        <w:t>Из устройства нашего общества я понимаю, что жена юридически является равной мужу во всех сферах их семейной жизни и имеет власть супруги. Думаю, что Небесная семья будет обладать особым юридическим статусом в глазах Неба. Тайна сия весьма велика.</w:t>
      </w:r>
    </w:p>
    <w:p>
      <w:r>
        <w:t>Господь не просто предлагает нам что-то у Себя купить, но и войти с Ним в особые отношения, которые будут радовать наши сердца и приносить нам особое наслаждение. Господь позаботится о том, чтобы прежде всего нам было хорошо, и Он получит от этого неимоверную радость. О как бы донести эту весть до всех Божьих детей, чтобы они желали подобных отношений, искали их и входили в общение со своим Небесным Другом!</w:t>
      </w:r>
    </w:p>
    <w:p>
      <w:pPr>
        <w:pStyle w:val="Heading2"/>
      </w:pPr>
      <w:r>
        <w:t>Домашнее задание 676</w:t>
      </w:r>
    </w:p>
    <w:p>
      <w:r>
        <w:t>1. Прочитайте, пожалуйста, Иов.38:4-7; Ис.54:5; Иер.51:19; Быт.1:1-31; 2:1-25; Еф.5:22-33; Еккл.7:29; Ин.3:16; Откр.3:18-22; 19:7-9; 21:2-3,9-10; 22:17 в свете этого урока.</w:t>
      </w:r>
    </w:p>
    <w:p>
      <w:r>
        <w:t>2. Что вы поняли из этого урока?</w:t>
      </w:r>
    </w:p>
    <w:p>
      <w:r>
        <w:t>3. Какие ещё стихи из Библии пришли вам на память?</w:t>
      </w:r>
    </w:p>
    <w:p>
      <w:r>
        <w:t>4. Вам понравилось размышлять о процессе творения?</w:t>
      </w:r>
    </w:p>
    <w:p>
      <w:r>
        <w:t>5. Понимаете ли вы, насколько глубокий план о нас задуман Творцом?</w:t>
      </w:r>
    </w:p>
    <w:p>
      <w:r>
        <w:t>6. Почему Господь желает стать Супругом, а своих избранных называет Невестой?</w:t>
      </w:r>
    </w:p>
    <w:p>
      <w:r>
        <w:t>7. Как вы думаете, будет ли у невесты Христа какой-то особый статус? Или она будет иметь такие же права, как и все небожители?</w:t>
      </w:r>
    </w:p>
    <w:p>
      <w:r>
        <w:t>8. Почему Верный Свидетель обещает Свой престол только тем, кто будет покупать у Него товар и иметь с Ним близкие отношения?</w:t>
      </w:r>
    </w:p>
    <w:p>
      <w:r>
        <w:t>9. Есть ли какая связь между победителями и теми, кто делает покупки у Верного Свидетеля из Откр.3:18?</w:t>
      </w:r>
    </w:p>
    <w:p>
      <w:r>
        <w:t>10. Что имеет Бог в виду, называя Себя Супругом, а нас Своей невестой? Говорит ли Он что-то просто так?</w:t>
      </w:r>
    </w:p>
    <w:p>
      <w:r>
        <w:t>11. Вас радует такая особая близость с Богом, которую Он желает с нами иметь, ожидая нашего решения и согласия?</w:t>
      </w:r>
    </w:p>
    <w:p>
      <w:r>
        <w:t>12. Нужно ли уже сейчас вступать в отношения со Христом, или стоит</w:t>
      </w:r>
    </w:p>
    <w:p>
      <w:r>
        <w:t>подождать, пока Он придёт?</w:t>
      </w:r>
    </w:p>
    <w:p>
      <w:r>
        <w:t>13. Обратили ли вы внимание на то, что таинство семьи и Христа с церковью имеет много общих параллелей?</w:t>
      </w:r>
    </w:p>
    <w:p>
      <w:r>
        <w:t>14. Какие откровения имеете вы по теме нашего урока?</w:t>
      </w:r>
    </w:p>
    <w:p>
      <w:r>
        <w:t>15. Важно ли для семейного счастья иметь личные и близкие отношения со Христом?</w:t>
      </w:r>
    </w:p>
    <w:p>
      <w:r>
        <w:br w:type="page"/>
      </w:r>
    </w:p>
    <w:p>
      <w:pPr>
        <w:pStyle w:val="Heading1"/>
      </w:pPr>
      <w:r>
        <w:t>Урок 677. Первый семейный совет</w:t>
      </w:r>
    </w:p>
    <w:p>
      <w:r>
        <w:t>И вот свадьба позади, «медовый год» впереди, а мы где-то между этими событиями живём в «сегодня» и должны что-то предпринимать, но уже в рамках нашей семьи.</w:t>
      </w:r>
    </w:p>
    <w:p>
      <w:r>
        <w:t>Как было интересно, проснувшись рано утром, увидеть рядом свою дорогую жену и подарить ей своё утреннее благословение в виде нежного объятия. Как это необычно — прикасаться к своей любимой женщине и не переживать за то, что тебя не так поймут! И нам совсем не хотелось никуда идти, однако нас ждали различные дела и мероприятия, в которых нам нужно было участвовать.</w:t>
      </w:r>
    </w:p>
    <w:p>
      <w:r>
        <w:t>Хоть нас и тянуло друг к другу, но мы решили продолжить свой праздник в повседневных решениях разных задач, которые, кроме нас, никто не мог решить.</w:t>
      </w:r>
    </w:p>
    <w:p>
      <w:r>
        <w:t>Наше первое семейное утро мы начали с общей семейной молитвы.</w:t>
      </w:r>
    </w:p>
    <w:p>
      <w:r>
        <w:t>Как необычно было молиться о наших нуждах со своей женой! Мы просили о благословении друг для друга, для нашей семьи и верили в то, что наши слова услышаны, и на них готовится Небесный ответ. Я, она и Господь — что может быть прекраснее?!</w:t>
      </w:r>
    </w:p>
    <w:p>
      <w:r>
        <w:t>В другой комнате нас ждала гора подарков и нераспечатанных конвертов, которые друзья аккуратно сложили на столе. Это были очередные сюрпризы, но мы решили вначале позавтракать.</w:t>
      </w:r>
    </w:p>
    <w:p>
      <w:r>
        <w:t>Много выбирать не пришлось. Друзья позаботились о том, чтобы привезти вместе с нашими подарками и остатки еды от свадебного торжества. Как это всё было кстати! Поблагодарив Господа за такое изобилие, мы приступили к приёму пищи.</w:t>
      </w:r>
    </w:p>
    <w:p>
      <w:r>
        <w:t>Мне пришла идея провести первый семейный совет, чтобы на нём определить концепцию дальнейшего мироустройства нашего частного предприятия под названием «семья». Жена поддержала моё предложение, и мы решили сразу же приступить к разбору выдвинутой повестки дня.</w:t>
      </w:r>
    </w:p>
    <w:p>
      <w:r>
        <w:t>Попросили Божьего благословения, отключили свои телефоны и под весёлый хруст завтрака стали выдвигать конструктивные предложения для благоустройства нашего семейного очага.</w:t>
      </w:r>
    </w:p>
    <w:p>
      <w:r>
        <w:t>Понимая, что многие предложения не пройдут ратификации без обоюдного согласия, я сначала решил выставлять на обсуждение свои умозаключения, стараясь не затрагивать спорные моменты.</w:t>
      </w:r>
    </w:p>
    <w:p>
      <w:r>
        <w:t>Вначале я признался в своей любви моему законному другу жизни. Моя речь была недолгой, и за полтора часа я смог «выложить все карты на стол» и радовался тому, что я люблю. Как мне было радостно и необычно любить свою жену, говорить ей об этом, открывать своё сердце и пытаться убедить её в том, что это навсегда и по-настоящему! А она слушала меня и почему-то плакала, радостно улыбаясь.</w:t>
      </w:r>
    </w:p>
    <w:p>
      <w:r>
        <w:t>Я понимал, что сейчас начинается что-то очень важное в нашей семье, и поэтому решил утвердиться на правильном основании, утверждённом не на чувствах и эмоциях, а на глубоком принципе.</w:t>
      </w:r>
    </w:p>
    <w:p>
      <w:r>
        <w:t>До нашей свадьбы мы уже о многом говорили и принимали важные решения, но сейчас мы приступили к строительству того самого проекта «Счастливая семья», в котором уже оказались, и мы можем изнутри его видеть, понимать и благоустраивать.</w:t>
      </w:r>
    </w:p>
    <w:p>
      <w:r>
        <w:t>Моя дорогая половинка взяла слово и стала рассказывать мне о своих мыслях и чувствах ко мне. Хоть в нашей дружбе я и слышал её скромные признания в любви, но сейчас, уже в семье, это звучало искренне, так вкусно и по-настоящему.</w:t>
      </w:r>
    </w:p>
    <w:p>
      <w:r>
        <w:t>Мы договорились не перебивать друг друга при разговоре, но давать короткие ответы и ставить наводящие вопросы. Сколько всего можно быстро решать в обычном общении! Просто, спокойно говоришь своё мнение и выслушиваешь другое. А сколько всего решается!</w:t>
      </w:r>
    </w:p>
    <w:p>
      <w:r>
        <w:t>Выслушав признания в любви друг к другу, мы нежно обнялись и перешли к планированию нашего будущего. Я предложил строить счастье, и меня единогласно в этом поддержали. Мы обсудили этот вопрос и решили, что каждый будет вкладывать свою лепту в наш союз, не меняя заданного курса.</w:t>
      </w:r>
    </w:p>
    <w:p>
      <w:r>
        <w:t>Я не знаю, что у нас получится, но желание иметь счастливую семью и что-то для этого обоюдно совершать начало вдохновлять меня на разные мысли, которые стали тут же приходить в мою голову. Я понял, что Бог одобряет наше решение и уже посылает нам полезные идеи в виде добрых мыслей, которые мы можем озвучивать и воплощать.</w:t>
      </w:r>
    </w:p>
    <w:p>
      <w:r>
        <w:t>Я посмотрел на свои руки и протянул их своей любимой, прося её, чтобы она сама выбрала место на своём теле, куда они могут иметь свободный доступ во всякое время, когда мы будем оставаться одни. Она, недолго думая, прижалась ко мне спиной и, взяв мои руки, прижала их к себе и показала, где и что можно ими трогать. Я сразу всё запомнил и решил сдать первый экзамен, за что получил самую высокую оценку в виде её радостных восклицаний.</w:t>
      </w:r>
    </w:p>
    <w:p>
      <w:r>
        <w:t>Потом и она решила подарить мне свои ладони, чтобы и я указал им их место на своём теле. Как нам было весело вводить такие правила в нашу жизнь. Но это наша семья, и мы в её рамках можем планировать всё, что нам нравится.</w:t>
      </w:r>
    </w:p>
    <w:p>
      <w:r>
        <w:t>Мы договорились о том, что все наши личные и интимные вещи, которые мы будем иметь и решать, будут всегда оставаться только между нами, и мы ни с кем не будем ими делиться.</w:t>
      </w:r>
    </w:p>
    <w:p>
      <w:r>
        <w:t>Также мы согласились, что наши откровенные обнимания, прижимания и целования мы не станем выносить на всеобщее обозрение, но оставим это себе, ведя себя на людях скромно и с достоинством.</w:t>
      </w:r>
    </w:p>
    <w:p>
      <w:r>
        <w:t>Общаясь в дружелюбном духе, мы выявили столько интересных моментов наших новых отношений, что решили всё записывать, чтобы ничего не забыть и не пропустить. Для этого каждый взял себе блокнот и вписывал туда всё самое нужное и важное.</w:t>
      </w:r>
    </w:p>
    <w:p>
      <w:r>
        <w:t>Мы настолько увлеклись друг другом и составлением наших будущих планов, что забыли про всё на свете.</w:t>
      </w:r>
    </w:p>
    <w:p>
      <w:r>
        <w:t>Пришло время обеда. И вновь нас выручили свадебные запасы. Вкусив пищу, мы решили прогуляться и продолжить обсуждение нашего счастья.</w:t>
      </w:r>
    </w:p>
    <w:p>
      <w:r>
        <w:t>Затронув вопрос семейного бюджета и финансов, мы согласились объединить то, что у нас было в общую кассу и совместно решать, как этим пользоваться. Было решено честно отдавать Богу Божье, а кесарю кесарево.</w:t>
      </w:r>
    </w:p>
    <w:p>
      <w:r>
        <w:t>Мы уже знали о том, что Господь определил мужа ответственным за добычу и трату семейных ресурсов, но не могли понять, как это будет происходить на практике. Но наше умение обо всём договариваться и всё обсуждать помогло достичь согласия и в этой сфере.</w:t>
      </w:r>
    </w:p>
    <w:p>
      <w:r>
        <w:t>Придя с прогулки домой, мы решили разобрать все подарки. Помолились о мудрости в этом вопросе и стали открывать красивые коробки, рассматривая содержимое. Мы решили радоваться всему, что получили, и отблагодарить каждого, кто нам что-то подарил.</w:t>
      </w:r>
    </w:p>
    <w:p>
      <w:r>
        <w:t>Открывая очередной конверт с деньгами или подарок, мы читали вложенные поздравления, коротко молились за этих людей, а потом пробовали до них дозвониться и лично каждого поблагодарить. А кому не могли дозвониться, тем оставляли благодарственное голосовое сообщение. А с кем не было связи, тех вносили в список, чтобы уже при встрече их отблагодарить. Сколько добрых слов мы услышали дополнительно в свой адрес, и наше счастье стало расти от нашего благодарного духа.</w:t>
      </w:r>
    </w:p>
    <w:p>
      <w:r>
        <w:t>Посчитав все подаренные деньги, мы отделили десятину и посвятили её как святыню Господу. А с подарков мы решили ничего не отделять, так как не знали их стоимости и не понимали, как правильно это будет.</w:t>
      </w:r>
    </w:p>
    <w:p>
      <w:r>
        <w:t>Нам так понравилось планировать своё счастье, что мы решили это продолжать в простоте сердца и взаимной радости.</w:t>
      </w:r>
    </w:p>
    <w:p>
      <w:r>
        <w:t>День первый прошёл прекрасно.</w:t>
      </w:r>
    </w:p>
    <w:p>
      <w:pPr>
        <w:pStyle w:val="Heading2"/>
      </w:pPr>
      <w:r>
        <w:t>Домашнее задание 677</w:t>
      </w:r>
    </w:p>
    <w:p>
      <w:r>
        <w:t>1. Прочитайте, пожалуйста, Прит.15:22-23; 27:9; Флп.2:1-5; Ам.3:3; 1Кор.16:14; Гал.5:13; Прит.5:18-19; Ин.15:12,17; 1Пет.1:22; Песн.1:1; 7:7-11; Еф.4:2-4; 5:25 в свете этого урока.</w:t>
      </w:r>
    </w:p>
    <w:p>
      <w:r>
        <w:t>2. Что вы поняли из этого урока?</w:t>
      </w:r>
    </w:p>
    <w:p>
      <w:r>
        <w:t>3. Какие ещё стихи из Библии пришли вам на память?</w:t>
      </w:r>
    </w:p>
    <w:p>
      <w:r>
        <w:t>4. Как вы думаете, если двое решат о чём-то договориться, то у них это получится?</w:t>
      </w:r>
    </w:p>
    <w:p>
      <w:r>
        <w:t>5. Можно ли в общении решать разные вопросы и задачи? Или стоит это делать самому, а других только ставить в известность?</w:t>
      </w:r>
    </w:p>
    <w:p>
      <w:r>
        <w:t>6. Нужен ли в семье семейный совет?</w:t>
      </w:r>
    </w:p>
    <w:p>
      <w:r>
        <w:t>7. Что делать, если я хочу иметь семейный совет, а мой близкий человек этого не хочет?</w:t>
      </w:r>
    </w:p>
    <w:p>
      <w:r>
        <w:t>8. Имеем ли мы право устанавливать в своей семье свои правила, традиции и праздники?</w:t>
      </w:r>
    </w:p>
    <w:p>
      <w:r>
        <w:t>9. Стоит ли посвящать своих родных или близких друзей в наши семейные отношения и вопросы?</w:t>
      </w:r>
    </w:p>
    <w:p>
      <w:r>
        <w:t>10. Считается ли Бог с нашими земными советами и решениями?</w:t>
      </w:r>
    </w:p>
    <w:p>
      <w:r>
        <w:t>11. Что делать, если наши мнения не совпадают, и никто не хочет уступать?</w:t>
      </w:r>
    </w:p>
    <w:p>
      <w:r>
        <w:t>12. Будет ли правильно думать о счастье ближнего супруга больше, чем о своём?</w:t>
      </w:r>
    </w:p>
    <w:p>
      <w:r>
        <w:t>13. Как вы думаете, если всё время думать о счастье своей второй половинки, то что-то доброе из этого получится?</w:t>
      </w:r>
    </w:p>
    <w:p>
      <w:r>
        <w:t>14. Если эти уроки противоречат принятым стандартам и понятиям в моей жизни, то стоит ли что-то менять?</w:t>
      </w:r>
    </w:p>
    <w:p>
      <w:r>
        <w:t>15. Будет ли мудрость наказуема, если попробовать её иметь в своей семье?</w:t>
      </w:r>
    </w:p>
    <w:p>
      <w:r>
        <w:br w:type="page"/>
      </w:r>
    </w:p>
    <w:p>
      <w:pPr>
        <w:pStyle w:val="Heading1"/>
      </w:pPr>
      <w:r>
        <w:t>Урок 678. Свадебное путешествие</w:t>
      </w:r>
    </w:p>
    <w:p>
      <w:r>
        <w:t>Ещё до свадьбы мы с моим другом уже размышляли о том, как будем проводить особое время отдыха или отпуска. Каждый делился своим пониманием этого вопроса. Нам не хотелось брать мирские традиции в свой союз, тем более, что всё это стоило больших денег, которые надо было где-то взять, а они достаются не просто так. Но у нас есть разум, освещаемый Христом, и молитва, имеющая силу. И чтобы принимать верные решения в этом вопросе, мы решили обратиться за советом к Тому, Кто есть Полнота Мудрости. Нам хотелось иметь Божье благословение во всех сферах своей жизни, поэтому мы приучали себя всегда в молитве обращаться к Нему со всеми своими вопросами или просьбами.</w:t>
      </w:r>
    </w:p>
    <w:p>
      <w:r>
        <w:t>Когда мы уже знали, что у нас будет свадьба, мы заранее решили продумать вопрос о том, как мы будем отдыхать после торжества, и будет ли у нас отдых вообще. Мы решили, что если и будем что-то предпринимать, то так, чтобы это было активно для души и тела.</w:t>
      </w:r>
    </w:p>
    <w:p>
      <w:r>
        <w:t>Но любая поездка стоит денег, стоит нашего времени, и мы договорились рационально посмотреть на эту ситуацию. Мы слышали о том, что наши собратья по вере строят санатории и проводят лагеря здоровья, открывают кафе и магазины здорового питания, и у них есть постоянная нужда в средствах и в людям. Им можно просто что-то пожертвовать, а можно этими же средствами оплатить своё проживание и питание, плюс к тому своим личным присутствием поддержать их интересный труд. Даже если мы и не принесём прибыли своим приездом, то хоть кому-то сможем послужить. Да и наши деньги пойдут не на поддержку мира, а останутся в нашей большой семье.</w:t>
      </w:r>
    </w:p>
    <w:p>
      <w:r>
        <w:t>Нам было сложно выбрать, кого порадовать своим приездом, и поэтому решили просить Бога о мудрости свыше для решения этого вопроса, а потом взяли составленный список и стали всех обзванивать, пытаясь понять, как ответит Господь. Кто-то с радостью нас приглашал к себе в гости, у кого-то на наше время были все места заняты, а до кого-то было не дозвониться.</w:t>
      </w:r>
    </w:p>
    <w:p>
      <w:r>
        <w:t>Нам обоим легло на сердце поехать в один строящийся санаторий и посильно поучаствовать в этом проекте. Мы согласовали время, поблагодарили Бога за ответ на нашу просьбу и занялись подготовкой к свадьбе.</w:t>
      </w:r>
    </w:p>
    <w:p>
      <w:r>
        <w:t>И вот пришло то самое время, когда настал решающий момент нашего первого свадебного путешествия. Собрав необходимые вещи и инструменты, мы решили взять с собой и некоторые миссионерские книги, чтобы дарить их людям, которых пошлёт в пути Господь.</w:t>
      </w:r>
    </w:p>
    <w:p>
      <w:r>
        <w:t>Загрузив необходимые вещи в автомобиль, мы вручили свои жизни в Божьи руки и отправились в долгожданное путешествие. Нам некуда было спешить, и мы решили брать с собой попутчиков, которых пошлёт нам Господь. И новые знакомые не заставили себя ждать.</w:t>
      </w:r>
    </w:p>
    <w:p>
      <w:r>
        <w:t>Господь учил нас тому, что все узнают, что мы Его ученики, если мы будем иметь любовь друг к другу. Мы решили нести всем незнакомым людям это свидетельство, тем более, что нас просто распирало от этой самой любви, и так хотелось её изливать друг на друга.</w:t>
      </w:r>
    </w:p>
    <w:p>
      <w:r>
        <w:t>Подобрав первую женщину, мы поняли, что нам не по пути, но решили отклониться от маршрута, чтобы завести её в нужное место. Жена уступила ей своё место на переднем сидении и, нежно пристегнув попутчицу, уселась сзади. Женщина вначале испугалась такому вниманию к себе, но когда я стал ей рассказывать о том, насколько прекрасна моя любимая, она успокоилась и с удивлением слушала мои повествования. А моя вторая половинка то и дело пыталась доказать, что я самый лучший друг в мире, и она очень счастлива иметь такого мужа. Попутчица вначале напряжённо смотрела на дорогу, не понимая, куда она попала, а потом стала улыбаться во весь рот и разглядывать нас, желая понять, не видит ли она сон. В конце концов, она спросила нас, к какой церкви мы принадлежим, и все ли у нас там такие. Мы подарили ей на прощание приготовленные книги, обменялись телефонами и поехали дальше.</w:t>
      </w:r>
    </w:p>
    <w:p>
      <w:r>
        <w:t>Все следующие попутчики пережили что-то подобное в нашей весёлой компании, а мы даже не заметили, как доехали до места. Нам так понравилось рассказывать о своей любви друг к другу, что решили это продолжить и в санатории.</w:t>
      </w:r>
    </w:p>
    <w:p>
      <w:r>
        <w:t>В Божьем учреждении нас радушно встретили и выделили нам отдельную комнату. Мы помолились, оплатили своё проживание и пошли знакомиться с новыми друзьями. Нам не хотелось быть просто гостями, и мы стали искать себе занятие, так как видели, что кругом кипит работа. Жена быстро пристроилась на кухне и стала всем рассказывать о том, насколько я прекрасный человек, которого ей так щедро подарил Господь. А я тем временем нашёл себе занятие по благоустройству территории и, работая руками, узнавал новых людей, ведя с ними непринуждённую беседу обо всём.</w:t>
      </w:r>
    </w:p>
    <w:p>
      <w:r>
        <w:t>Во время обеда мы вновь встретились с моей женой, и она познакомила меня со своими новыми друзьями, которые очень внимательно меня разглядывали, пытаясь сопоставить услышанное обо мне с реальностью.</w:t>
      </w:r>
    </w:p>
    <w:p>
      <w:r>
        <w:t>Я дал им понять, что в лице моей жены они обрели самого прекрасного человека в мире, и для нас было бы большой радостью стать их друзьями, чтобы они могли всю жизнь радовать собою наши сердца.</w:t>
      </w:r>
    </w:p>
    <w:p>
      <w:r>
        <w:t>Во время обеда мы представились всем присутствующим и заявили о том, что приехали их любить, и этого добра у нас очень много. Кто-то смотрел на нас с подозрением, кто-то просто слушал, а кто-то очень внимательно изучал нас, стараясь услышать каждое слово. А слов любви у нас было много и для всех. А как не любить, когда ты этому научен?</w:t>
      </w:r>
    </w:p>
    <w:p>
      <w:r>
        <w:t>После обеда в этом заведении было принято гулять на природе, и мы, разделившись на небольшие группы, дружно двинулись в соседний лес. Моя жена убежала вперёд со своими новыми друзьями, весело их обнимая и что-то живо рассказывая. А я открывал для себя новый мир тех людей, которые составили мне компанию. Было так интересно испытывать свои знания любви на живых тренажёрах! В процессе беседы я периодически указывал на свою половинку и благодарил при всех Бога за такой чудесный подарок. А меня пытались заверить в том, что в начале у всех идёт всё гладко, а потом начнутся проблемы, и тогда посмотрим на твою любовь.</w:t>
      </w:r>
    </w:p>
    <w:p>
      <w:r>
        <w:t>Мысленно я отдавал все эти слова Богу и молился о Его защите для своей семьи.</w:t>
      </w:r>
    </w:p>
    <w:p>
      <w:r>
        <w:t>Моё сердце всё больше утверждалось в необходимости бороться за счастье и хранить любовь, несмотря ни на что.</w:t>
      </w:r>
    </w:p>
    <w:p>
      <w:r>
        <w:t>Дни отпуска проходили в радостном труде на благо развивающегося учреждения. Все его сотрудники были нашими единоверцами, и мы к концу заезда стали частью нашей большой всемирной семьи.</w:t>
      </w:r>
    </w:p>
    <w:p>
      <w:r>
        <w:t>Сея в сердца незнакомых людей Божью любовь, мы заметили, как она быстро пускает корни и решает многие вопросы лучшим путём. Как было радостно дарить себя и своё время своим новым друзьям, делясь с ними своими знаниями любви и дружбы и получая от них искреннее радушие.</w:t>
      </w:r>
    </w:p>
    <w:p>
      <w:r>
        <w:t>Встречаясь с женой по вечерам в своей комнате, мы радостно делились своими ежедневными опытами и открытиями, а потом молились за всех друзей поименно и за все нужды, которые нам были открыты к этому времени. Затем мы дружно шли спать. Сладок сон трудящегося.</w:t>
      </w:r>
    </w:p>
    <w:p>
      <w:r>
        <w:t>Как было интересно просыпаться с мыслью о том, что сегодня тебя ждут новые открытия и новые возможности.</w:t>
      </w:r>
    </w:p>
    <w:p>
      <w:r>
        <w:t>Возвращаясь домой, мы имели полные сердца новых опытов и новых друзей.</w:t>
      </w:r>
    </w:p>
    <w:p>
      <w:pPr>
        <w:pStyle w:val="Heading2"/>
      </w:pPr>
      <w:r>
        <w:t>Домашнее задание 678</w:t>
      </w:r>
    </w:p>
    <w:p>
      <w:r>
        <w:t>1. Прочитайте, пожалуйста, Ам.3:3; Гал.6:10; Ин.13:34-35; Еккл.1:8; 2:24-26; 3:22; 4:9-12; 5:17-19; 6:11-12; 1Пет.4:8; 1Ин.3:16-18; Прит.31:10-12,25-31; Иак.4:13-17; 2Кор.12:14-15 в свете этого урока.</w:t>
      </w:r>
    </w:p>
    <w:p>
      <w:r>
        <w:t>2. Что вы поняли из этого урока?</w:t>
      </w:r>
    </w:p>
    <w:p>
      <w:r>
        <w:t>3. Какие ещё стихи из Библии пришли вам на память?</w:t>
      </w:r>
    </w:p>
    <w:p>
      <w:r>
        <w:t>4. Помогают ли вам идеи из жизни других людей менять своё мировоззрение?</w:t>
      </w:r>
    </w:p>
    <w:p>
      <w:r>
        <w:t>5. Стоит ли поддерживать своими финансами своих единоверцев?</w:t>
      </w:r>
    </w:p>
    <w:p>
      <w:r>
        <w:t>6. Полезно ли совмещать отдых с трудом на благо других?</w:t>
      </w:r>
    </w:p>
    <w:p>
      <w:r>
        <w:t>7. Какую пользу приносит человеку трехразовое питание и ничего неделание во время очередного отпуска?</w:t>
      </w:r>
    </w:p>
    <w:p>
      <w:r>
        <w:t>8. Стоит ли обращать внимание на то, в каком обществе и окружении я буду находиться во время своего отпуска?</w:t>
      </w:r>
    </w:p>
    <w:p>
      <w:r>
        <w:t>9. Будет ли правильным совмещать свои путешествия с полезным трудом и общением?</w:t>
      </w:r>
    </w:p>
    <w:p>
      <w:r>
        <w:t>10. Стоит ли рассказывать другим людям о своей любви друг к другу?</w:t>
      </w:r>
    </w:p>
    <w:p>
      <w:r>
        <w:t>11. Будет ли правильным в каждой поездке приобретать себе новых друзей?</w:t>
      </w:r>
    </w:p>
    <w:p>
      <w:r>
        <w:t>12. Что делать, если я хочу поехать во время отпуска в санаторий к друзьям, а жена хочет поехать на море?</w:t>
      </w:r>
    </w:p>
    <w:p>
      <w:r>
        <w:t>13. Нужно ли молиться за каждую поездку и каждое дело?</w:t>
      </w:r>
    </w:p>
    <w:p>
      <w:r>
        <w:t>14. Наблюдает ли Небо за тем, как мы проводим своё свободное время?</w:t>
      </w:r>
    </w:p>
    <w:p>
      <w:r>
        <w:t>15. Можно ли тратить вторую десятину на миссионерские поездки?</w:t>
      </w:r>
    </w:p>
    <w:p>
      <w:r>
        <w:br w:type="page"/>
      </w:r>
    </w:p>
    <w:p>
      <w:pPr>
        <w:pStyle w:val="Heading1"/>
      </w:pPr>
      <w:r>
        <w:t>Урок 679. Постоянный семейный совет</w:t>
      </w:r>
    </w:p>
    <w:p>
      <w:r>
        <w:t>Ещё до свадьбы мы договорились раз в неделю собираться для обсуждения всех вопросов, касающихся наших отношений. И эти отношения привели нас к тому, что мы решили создать семейный союз и соединить две наши жизни в одну.</w:t>
      </w:r>
    </w:p>
    <w:p>
      <w:r>
        <w:t>Для подобных встреч мы выбрали удобное для нас время и всегда помнили, что в этот день и в этот час мы не планируем никаких других дел, а только наше общение друг с другом.</w:t>
      </w:r>
    </w:p>
    <w:p>
      <w:r>
        <w:t>Хоть мы и не переставали общаться в другие дни и в другое время, но наш добрачный совет был очень благословенным временем, которое мы с радостью ожидали, чтобы погрузиться друг в друга и узнать что-то новое о себе и о том, с кем имеешь дело.</w:t>
      </w:r>
    </w:p>
    <w:p>
      <w:r>
        <w:t>Для нашего общения мы выбрали среду и решили в 19:00 начинать нашу встречу. Этот день был удобен для нас обоих, и мы планировали все свои дела так, чтобы никто и ничто нас не отвлекало. Хоть мы ещё и не жили вместе, но у нас была возможность встречаться для таких бесед. А когда этой возможности не было, мы созванивались и разговаривали по телефону.</w:t>
      </w:r>
    </w:p>
    <w:p>
      <w:r>
        <w:t>Я заметил, что, когда выделяешь какое-то особое время для познания друга и приглашаешь Бога, в этих беседах происходит нечто прекрасное. Создаётся такое впечатление, что наши сердца переплетаются во что-то очень прочное, чтобы в этой связи открыть нам важные грани друг друга.</w:t>
      </w:r>
    </w:p>
    <w:p>
      <w:r>
        <w:t>Когда была создана семья, я не забыл про наш обычай и решил его продолжить уже в нашем семейном союзе. У нас была договорённость о том, что мы будем и дальше проводить наши собрания и делать всё возможное, чтобы на это время не выпадало никаких мероприятий. Конечно же, мы не могли предвидеть всего, что нас может ожидать впереди, но решили, что наши встречи должны быть для нас самыми важными и всегда находиться в приоритете, а если что-то помешает, то в этом случае мы можем провести их по телефону или на следующий день.</w:t>
      </w:r>
    </w:p>
    <w:p>
      <w:r>
        <w:t>Прошла свадьба, и наступила наша первая семейная среда. Я напомнил своей жене о нашем собрании, и она утвердительно ответила, что она готова и ждёт их с радостью.</w:t>
      </w:r>
    </w:p>
    <w:p>
      <w:r>
        <w:t>И вот наступил день, когда пришло то самое время для нас двоих. Хоть мы и не разлучались и всегда были в общении, и делали много общего, да ещё и собирались в свадебное путешествие, но в среду вечером мы всё отложили и уселись на кухне за наш стол. Телефоны были отключены, все дела сделаны, и я сидел напротив той, которая сказала мне «Да». Склонив колени, мы попросили Божьего благословения и присутствия в нашем общении.</w:t>
      </w:r>
    </w:p>
    <w:p>
      <w:r>
        <w:t>Я взял всю инициативу по проведению встречи на себя и выдвинул правила проведения этих бесед. Было предложено обсуждать все вопросы, касающиеся нашей семьи, наших отношений и всего, что было связано с нашим союзом. В это время мы не говорим ни о ком другом, а только друг о друге, делимся мыслями и чувствами на эту тему, выносим предложения и претензии. Моя жена утвердительно кивала на все мои заявления и вносила свои поправки и уточнения в мою речь. Хоть я и видел, что она не меньше меня ценит подобные встречи, но всё же решил высказать свои ожидания и установить те правила, которые устроили бы нас обоих.</w:t>
      </w:r>
    </w:p>
    <w:p>
      <w:r>
        <w:t>Было решено:</w:t>
      </w:r>
    </w:p>
    <w:p>
      <w:r>
        <w:t>Проводить нашу встречу 2,5 часа и продлевать это время только по необходимости;</w:t>
      </w:r>
    </w:p>
    <w:p>
      <w:r>
        <w:t>Давать высказаться собеседнику, уважая его мнение и точку зрения;</w:t>
      </w:r>
    </w:p>
    <w:p>
      <w:r>
        <w:t>Записывать важные решения и мысли;</w:t>
      </w:r>
    </w:p>
    <w:p>
      <w:r>
        <w:t>Забывать на это время про все дела, споры и ссоры, если такое будет, и собираться, несмотря ни на что;</w:t>
      </w:r>
    </w:p>
    <w:p>
      <w:r>
        <w:t>Не принимать в это время никакой пищи;</w:t>
      </w:r>
    </w:p>
    <w:p>
      <w:r>
        <w:t>Не отвлекаться на посторонние вещи;</w:t>
      </w:r>
    </w:p>
    <w:p>
      <w:r>
        <w:t>Всё делать с любовью.</w:t>
      </w:r>
    </w:p>
    <w:p>
      <w:r>
        <w:t>Потом моя жена внесла свои предложения о том, чтобы успевать до встречи поужинать, помыться, убраться в доме и собираться в торжественной одежде, а не в ночных пижамах или в рабочей одежде, или в голом виде.</w:t>
      </w:r>
    </w:p>
    <w:p>
      <w:r>
        <w:t>Я принял всё это к сведению, и мы перешли к семейным вопросам. Не зная, что нас ожидает впереди, я решил вносить предложения на ближайшее время и жить сегодняшним днём. Глядя в сияющие глаза своей родной половинки, я рассказывал ей о своей любви, о том, как я рад её присутствию в моей жизни и о том, что мне в ней открылось нового. Я решил не выпрашивать для себя никаких добрых слов, а позволить её сердцу самому сказать мне то, что его переполняет, а сам делился тем, что я открыл для себя уже в нашей семье. И конечно же, я вставлял в свои высказывания благодарность своему Господу за такой чудесный подарок, который могу не только видеть, но иметь и трогать, и вкушать.</w:t>
      </w:r>
    </w:p>
    <w:p>
      <w:r>
        <w:t>Мне хотелось придумывать новые выражения, чтобы красиво высказать всё своё чувство радости и благодарности. Я старался облечь каждое своё слово в атмосферу любви и уважения, чтобы хоть как-то донести до своей любимой идею о том, что я её очень люблю. И, судя по всему, она обо всём догадывалась даже без моих слов.</w:t>
      </w:r>
    </w:p>
    <w:p>
      <w:r>
        <w:t>А когда она начинала говорить, я старался не пропустить ни одного слова, пытаясь понять смысл сказанного. Я даже не представлял себе, насколько это прекрасно любить свою жену и постоянно думать о том, что можно сделать для её счастья. И самое интересное — это то, что я мог сразу воплощать все свои идеи, не боясь осуждения или неправильного понимания.</w:t>
      </w:r>
    </w:p>
    <w:p>
      <w:r>
        <w:t>Мы договорились никому не рассказывать о том, что мы обсуждаем на наших семейных советах. Наши тайны должны принадлежать только нам и Богу.</w:t>
      </w:r>
    </w:p>
    <w:p>
      <w:r>
        <w:t>Единственным исключением была Школа Любви Агапэ, в которой мы решили делиться своими опытами и откровениями, надеясь, что они могут кому-то помочь и сделать чью-то жизнь лучше и прекраснее.</w:t>
      </w:r>
    </w:p>
    <w:p>
      <w:r>
        <w:t>У нас нет ни имени, ни возраста, ни религиозного отличия, ни национальности, ни определённого места жительства. Но мы любим друг друга и любим Бога, и соблюдаем Его заповеди, и готовимся к встрече с Ним, желая, чтобы и вы, друзья, были с нами при Его Втором визите на Землю.</w:t>
      </w:r>
    </w:p>
    <w:p>
      <w:r>
        <w:t>Я очень серьёзно вслушивался в слова своей возлюбленной и тезисно записывал важные мысли, чтобы потом вновь их перечитать и переосмыслить, и в молитвенном духе принять всё то, что послужит укреплению нашего единства. Хотелось бы все наши беседы записывать на диктофон, но мы решили не связывать свои отношения с техническими средствами, а жить просто и независимо.</w:t>
      </w:r>
    </w:p>
    <w:p>
      <w:r>
        <w:t>Иногда я слышал в предложениях своей жены то, с чем был не согласен, но я не перебивал её речь, а отмечал для себя эти вопросы, чтобы потом более конкретно их обсудить или переосмыслить услышанное. Я понимаю, что моё сердце лукаво и крайне испорчено, и поэтому очень боюсь любого подобного проявления в наших отношениях. Выбирая любовь и дружбу, я решил именно в этом свете строить всё наше общение и именно с таким духом улаживать все вопросы. Я не могу этого требовать от своей жены или своих друзей, но всегда этого подсознательно ожидаю, искренне радуясь, если это есть.</w:t>
      </w:r>
    </w:p>
    <w:p>
      <w:r>
        <w:t>Как приятно, когда твой родной человек уверенно рассказывает тебе о своей безусловной любви и желает в ней утверждаться, несмотря ни на что. Подобное отношение звучит в каждом слове и присутствует в каждом маленьком деле.</w:t>
      </w:r>
    </w:p>
    <w:p>
      <w:r>
        <w:t>Все наши первые семейные советы были похожи на прорыв плотины, где мы изливали друг на друга водопады своей любви, купаясь в этих прекрасных водах и радуясь такому благословению.</w:t>
      </w:r>
    </w:p>
    <w:p>
      <w:pPr>
        <w:pStyle w:val="Heading2"/>
      </w:pPr>
      <w:r>
        <w:t>Домашнее задание 679</w:t>
      </w:r>
    </w:p>
    <w:p>
      <w:r>
        <w:t>1. Прочитайте, пожалуйста, Прит.21:30; Иов.12:13; 1Кор.16:14; Пс.32:11; 72:24; 110:1-3; 118:24; Прит.12:11; 13:10; 15:22; 27:9; Еккл.4:13; Ис.9:6; 46:10; Ин.15:12; Еф.4:1-3; 5:25 в свете этого урока.</w:t>
      </w:r>
    </w:p>
    <w:p>
      <w:r>
        <w:t>2. Что вы поняли из этого урока?</w:t>
      </w:r>
    </w:p>
    <w:p>
      <w:r>
        <w:t>3. Какие ещё стихи пришли вам на память?</w:t>
      </w:r>
    </w:p>
    <w:p>
      <w:r>
        <w:t>4. Для чего нужен семейный совет?</w:t>
      </w:r>
    </w:p>
    <w:p>
      <w:r>
        <w:t>5. Можно ли жить без подобных мероприятий?</w:t>
      </w:r>
    </w:p>
    <w:p>
      <w:r>
        <w:t>6. Как вы думаете, много ли вопросов можно решить на семейном совете?</w:t>
      </w:r>
    </w:p>
    <w:p>
      <w:r>
        <w:t>7. Стоит ли уважать другое мнение и другой взгляд на вещи?</w:t>
      </w:r>
    </w:p>
    <w:p>
      <w:r>
        <w:t>8. Имеют ли семейные советы силу в глазах Неба? Мат.18:18.</w:t>
      </w:r>
    </w:p>
    <w:p>
      <w:r>
        <w:t>9. Учитывает ли Бог наши земные решения, которые мы принимаем на семейном совете?</w:t>
      </w:r>
    </w:p>
    <w:p>
      <w:r>
        <w:t>10. Стоит ли приглашать Бога на свои советы?</w:t>
      </w:r>
    </w:p>
    <w:p>
      <w:r>
        <w:t>11. Могу ли я лучше узнать своего спутника жизни, советуясь с ним по разным вопросам?</w:t>
      </w:r>
    </w:p>
    <w:p>
      <w:r>
        <w:t>12. Что делать, если я не согласен с мнением своей супруги?</w:t>
      </w:r>
    </w:p>
    <w:p>
      <w:r>
        <w:t>13. Что делать, если в моей семье никогда не было ничего, о чём говорит этот урок, и, возможно, никогда и не будет?</w:t>
      </w:r>
    </w:p>
    <w:p>
      <w:r>
        <w:t>14. Если мой супруг не желает иметь со мной совет, то могу ли я иметь совет с друзьями?</w:t>
      </w:r>
    </w:p>
    <w:p>
      <w:r>
        <w:t>15. Есть ли Божья воля на то, чтобы в семьях проходили подобные советы?</w:t>
      </w:r>
    </w:p>
    <w:p>
      <w:r>
        <w:br w:type="page"/>
      </w:r>
    </w:p>
    <w:p>
      <w:pPr>
        <w:pStyle w:val="Heading1"/>
      </w:pPr>
      <w:r>
        <w:t>Урок 680. А могут быть и дети</w:t>
      </w:r>
    </w:p>
    <w:p>
      <w:r>
        <w:t>Наши семейные отношения зашли настолько далеко, что нам уже стало проще идти дальше вместе, чем жить друг без друга. Я даже не представлял себе, что жизнь с любимым другом по имени «жена» может приносить столько радости и благословений. Как здорово просыпаться каждое утро и встречаться с тем, кого любишь от чистого сердца, и получать от этого дорогого друга ответные благословения в виде взаимной любви, радуясь тому, что мы есть друг у друга!</w:t>
      </w:r>
    </w:p>
    <w:p>
      <w:r>
        <w:t>Семейная жизнь, наполненная взаимной любовью и уважением, превращается в нескончаемый источник Божьих благословений для наших сердец.</w:t>
      </w:r>
    </w:p>
    <w:p>
      <w:r>
        <w:t>В какой-то момент нашей очередной радости друг от друга меня осенила интересная мысль: «А ведь у нас могут появиться дети. А мы-то и не готовы к такому подарку от Господа». Эта мысль была настолько ясной и важной, что я решил её озвучить своей возлюбленной и понять, что с этим делать дальше. А она поделилась со мной тем, что думает о том же. Мы осознали, что у нас может быть пополнение, о котором мы даже ещё и не просили. Мы договорились провести внеочередной совет и подробно разобраться в сложившейся ситуации.</w:t>
      </w:r>
    </w:p>
    <w:p>
      <w:r>
        <w:t>Помолившись, я решил взять инициативу разговора на себя и сходу спросил: «Ты родишь нам ребёнка?» Она с улыбкой сказала: «Да.»</w:t>
      </w:r>
    </w:p>
    <w:p>
      <w:r>
        <w:t>Я спросил дальше: «А двух родишь?» Она подумала и ответила: «Рожу».</w:t>
      </w:r>
    </w:p>
    <w:p>
      <w:r>
        <w:t>Я решил понять, где находятся те бескрайние пределы её бесконечного радушия и задал ещё один смелый вопрос: «А трёх родишь?» На что тут же получил твёрдый ответ: «Давай на двух остановимся и увидим, что это такое!»</w:t>
      </w:r>
    </w:p>
    <w:p>
      <w:r>
        <w:t>Я понял, что задавать дальнейшие вопросы по увеличению нашей семьи не стоит, но выразил свои опасения о том, что мы ничего не знаем про воспитание детей, и, наверное, надо как-то решить вопрос с этим упущением до того, как у нас кто-то появится. Она согласилась с таким подходом, и мы выразили желание начать изучение с самого зачатия плода и понять, что и как лучше делать, чтобы не допустить ошибок.</w:t>
      </w:r>
    </w:p>
    <w:p>
      <w:r>
        <w:t>Мы не знали, когда Господь благословит нас пополнением, и даст ли Он нам вообще кого-нибудь, но решили уже сейчас молиться об этом и просить Божьего благословения и водительства на все наши открытия и знания в этом вопросе.</w:t>
      </w:r>
    </w:p>
    <w:p>
      <w:r>
        <w:t>Меня очень тяготила ситуация в мире, и я понимал, что современное общество — это не самое лучшее место для воспитания детей. И с этими опасениями я склонился в молитве, пытаясь понять, как лучше нам поступить в данной ситуации. Я понимал, что борьба за наши души не прекратится никогда, и если в эту борьбу вольются новые люди, то противник будет нападать и на них, но и Господь станет защищать нас по нашей вере. Моя жена имела те же самые опасения и изливала свою душу в выпрашивании мудрости свыше. В результате мы пришли к выводу о том, что жизнь и смерть лежат во власти Бога, и отдали Ему это дело, решив, что если Он подарит нам потомство, то мы сделаем всё возможное, чтобы вырастить их достойными для Вечной жизни. В благодарственной молитве мы отдали этот вопрос Иисусу и приступили к поиску необходимого материала.</w:t>
      </w:r>
    </w:p>
    <w:p>
      <w:r>
        <w:t>Вначале мы решили узнать, есть ли какие-то труды по этой теме у верующих писателей. Мы стали обзванивать всех наших собратьев, пытаясь у них узнать о том, с каких книг лучше начать, и есть ли у них что-то для нас.</w:t>
      </w:r>
    </w:p>
    <w:p>
      <w:r>
        <w:t>Слушая ответы наших друзей, мы пришли к выводу о том, что рождение и воспитание детей — это целая наука и непознанный мир новых открытий, который для нас ещё не закрыт, но ждёт наших исследований, чтобы удивлять нас и радовать своими замечательными откровениями.</w:t>
      </w:r>
    </w:p>
    <w:p>
      <w:r>
        <w:t>Наши собратья с радостью отвечали на все наши вопросы, и мы решили записывать всё новое и интересное, что нам говорили опытные люди, а потом всё это вместе обсуждать на наших семейных советах.</w:t>
      </w:r>
    </w:p>
    <w:p>
      <w:r>
        <w:t>Океан новых открытий обрушился в нашу семью. Мы даже не представляли, как это ответственно производить в мир новых людей и вкладывать в их сердца своё мировоззрение, обучая их видеть этот мир так, как его видим мы. И к тому же так интересно и занимательно формировать характер того, кто подарен тебе Богом навсегда!</w:t>
      </w:r>
    </w:p>
    <w:p>
      <w:r>
        <w:t>Наблюдая за своей женой и слушая её рассказы, я понял, что она мечтает стать мамой и заботиться о тех маленьких человечках, которых ещё нет даже в планах. Хоть мы и решили иметь для начала двоих детей, мы не понимали, как Господь ответит на наши желания.</w:t>
      </w:r>
    </w:p>
    <w:p>
      <w:r>
        <w:t>Наши поиски увенчались успехом. Нам дали почитать книги о воспитании детей, о детской психологии и о том, что связано с зачатием и рождением. Также мы решили получить и медицинскую консультацию по этому вопросу, чтобы потом сопоставить свои духовные и физиологические знания и понять их взаимосвязь и красоту.</w:t>
      </w:r>
    </w:p>
    <w:p>
      <w:r>
        <w:t>Понимая, какую ответственность мы возлагаем на себя, решаясь родить в этот мир новых людей, мы стали ещё больше молиться о Божьем водительстве и благословении по этому вопросу. Мы пожелали проконсультироваться у специалистов о том, насколько мы совместимы для деторождения, и какой образ жизни нам необходим, чтобы наше потомство было здоровым. По рекомендации наших собратьев мы быстро вышли на тех врачей, которые профессионально занимались нашим вопросом и были готовы сотрудничать с нами и взять нас под своё наблюдение.</w:t>
      </w:r>
    </w:p>
    <w:p>
      <w:r>
        <w:t>Нам были даны определённые рекомендации и советы. Было сказано, от каких продуктов питания и напитков необходимо воздерживаться и какой образ жизни лучше всего вести. Наши законы здоровья, по которым мы уже жили, очень прекрасно вписывались в новые врачебные советы, и нам было очень радостно, что мы уже стоим на правильном пути, чтобы в красоте здоровья постигать новые открытия.</w:t>
      </w:r>
    </w:p>
    <w:p>
      <w:r>
        <w:t>Также мы решили изучать все книги вместе, чтобы не иметь в будущем конфликта откровений, но в едином духе созидать что-то общее и правильное.</w:t>
      </w:r>
    </w:p>
    <w:p>
      <w:r>
        <w:t>Было такое впечатление, что у нас должен уже кто-то родиться, хотя фактически ещё ничего не произошло. Все наши друзья стали высчитывать дату появления нашего нового члена семьи, а мы вежливо отшучивались, давая понять, что мы только к этому готовимся и желаем иметь необходимые знания, чтобы встретить это благословение во всеоружии и с мудростью от Бога. Мало кто нас понимал. Нам говорили, что как кто-то появится, тогда и учитесь. Но мы решили постичь эту науку заранее.</w:t>
      </w:r>
    </w:p>
    <w:p>
      <w:r>
        <w:t>Врачи рассказали нам про всевозможные опасности, которые можно предотвратить, если заблаговременно с ними консультироваться и обследоваться. Также нам дали понять, что нам могут помочь забеременеть, если это не будет получаться естественным образом. Но мы решили не торопить события и ждать Божьего благословения в этом деле.</w:t>
      </w:r>
    </w:p>
    <w:p>
      <w:r>
        <w:t>Было так интересно познавать новую науку, которая не будет никогда лишней, но содержит в себе столько много информации, которая пригодится как сейчас, так и в будущем.</w:t>
      </w:r>
    </w:p>
    <w:p>
      <w:r>
        <w:t>Обсуждая вместе с женой эти вопросы, мы заметили, что у нас происходит слияние разных мнений в единую концепцию, где у каждого из нас есть своя роль и свои обязанности. Я понимаю, что мне не вынашивать этот плод, но моё влияние на его развитие имеет место быть, поэтому и учусь тому, как стать правильным папой, чтобы своим невежеством не совершить роковые ошибки в этом вопросе.</w:t>
      </w:r>
    </w:p>
    <w:p>
      <w:pPr>
        <w:pStyle w:val="Heading2"/>
      </w:pPr>
      <w:r>
        <w:t>Домашнее задание 680</w:t>
      </w:r>
    </w:p>
    <w:p>
      <w:r>
        <w:t>1. Прочитайте, пожалуйста, Пс.126:3-5; Быт.1:27-28; 2:18,23-24; 9:1,7; Пс.127:3; 143:12; Прит.17:6; 20:7; Мат.18:3; 19:13-15; 1Ин.3:2; Мал.4;5-6 в свете этого урока.</w:t>
      </w:r>
    </w:p>
    <w:p>
      <w:r>
        <w:t>2. Что вы поняли из этого урока?</w:t>
      </w:r>
    </w:p>
    <w:p>
      <w:r>
        <w:t>3. Какие ещё стихи из Библии пришли вам на память?</w:t>
      </w:r>
    </w:p>
    <w:p>
      <w:r>
        <w:t>4. Нужна ли мудрость свыше в вопросе деторождения?</w:t>
      </w:r>
    </w:p>
    <w:p>
      <w:r>
        <w:t>5. Рожать детей в последнее время — это грех?</w:t>
      </w:r>
    </w:p>
    <w:p>
      <w:r>
        <w:t>6. Для чего Господь даёт нам детей?</w:t>
      </w:r>
    </w:p>
    <w:p>
      <w:r>
        <w:t>7. Будет ли мудрым решением изучать материалы о воспитании детей до того, как они появятся?</w:t>
      </w:r>
    </w:p>
    <w:p>
      <w:r>
        <w:t>8. Дети — это хорошо?</w:t>
      </w:r>
    </w:p>
    <w:p>
      <w:r>
        <w:t>9. Что бы стало с нашим миром, если бы в нём перестали рождаться дети?</w:t>
      </w:r>
    </w:p>
    <w:p>
      <w:r>
        <w:t>10. Даст ли Господь нужное знание тем, кто будет их просить и искать?</w:t>
      </w:r>
    </w:p>
    <w:p>
      <w:r>
        <w:t>11. Могут ли наши дети понимать, имеют ли они дело с мудрыми родителями, или их папа и мама невежды в воспитании?</w:t>
      </w:r>
    </w:p>
    <w:p>
      <w:r>
        <w:t>12. Что даст родителям мудрость в вопросе воспитания?</w:t>
      </w:r>
    </w:p>
    <w:p>
      <w:r>
        <w:t>13. Предлагает ли мир что-то своё, если мы не ищем Божье?</w:t>
      </w:r>
    </w:p>
    <w:p>
      <w:r>
        <w:t>14. Нужно ли отцу и матери иметь единство мнений в вопросе воспитания?</w:t>
      </w:r>
    </w:p>
    <w:p>
      <w:r>
        <w:t>15. Что будет, если у родителей не будет единства при воспитании своих детей?</w:t>
      </w:r>
    </w:p>
    <w:p>
      <w:r>
        <w:br w:type="page"/>
      </w:r>
    </w:p>
    <w:p>
      <w:pPr>
        <w:pStyle w:val="Heading1"/>
      </w:pPr>
      <w:r>
        <w:t>Урок 681. Неотрезанная пуповина</w:t>
      </w:r>
    </w:p>
    <w:p>
      <w:r>
        <w:t>Наш союз с каждым днём всё больше утверждался на любви и согласии. Наши семейные советы привносили в отношения что-то очень вкусное и радостное. Я понимал, что мне подарен друг на всю жизнь, который согласен со мной сотрудничать и ожидает от меня выполнения каких-то обязанностей. А мне доставляло огромное удовольствие служить своей возлюбленной и постоянно изобретать что-то такое, что будет приносить в наши отношения радость и уют.</w:t>
      </w:r>
    </w:p>
    <w:p>
      <w:r>
        <w:t>В один из дней к нам решили приехать в гости мои родители. Они не стали предупреждать нас о своём визите и по-свойски вошли в наш дом. Жена этим временем решала в городе какие-то вопросы, а я был дома один. Мы прошли с отцом в гостиную и удобно устроились на диване, а мама тем временем отправилась на кухню и чем-то там занялась.</w:t>
      </w:r>
    </w:p>
    <w:p>
      <w:r>
        <w:t>Через некоторое время я услышал звук перекладываемой посуды и тихое ворчание и решил посмотреть, что там случилось.</w:t>
      </w:r>
    </w:p>
    <w:p>
      <w:r>
        <w:t>Мама вынула все чистые тарелки из шкафа и демонстративно их перемывала, досконально рассматривая в свете солнца каждый прибор и тихо возмущаясь тому, что так мыть посуду нельзя. Я сразу оценил ситуацию и порадовался тому, что жены нет дома. Поняв, что происходит нечто ненормальное, я решил вмешаться в ситуацию. Краем глаза я заметил, что на кухне наведён новый порядок, в мамином стиле. Мне не хотелось накалять обстановку, и я стал про себя молиться о мудрости свыше, чтобы понять, как себя правильно вести. Встав рядом с мамой, я начал вытирать полотенцем вымытую посуду и проверять её в лучах солнца, чтобы не оставалось никаких следов. Мы быстро справились с этой задачей, после чего я обратился к маме, в мыслях прося Бога о мудрости: «Мама, спасибо за помощь. Я очень ценю твою заботу о нас. Но у меня будет к тебе большая просьба. Пожалуйста, не вмешивайся в нашу жизнь вот так, как ты сделала это сегодня. Это наша семья, и мы сами разберемся, как нам лучше жить. Дай нам совершать свои ошибки и самостоятельно их исправлять. Я люблю и уважаю тебя, мама, но моя жена мне дороже, и ты должна это принять».</w:t>
      </w:r>
    </w:p>
    <w:p>
      <w:r>
        <w:t>Мама с удивлением смотрела на меня, а затем, сказав: «Не тебе меня учить!», демонстративно позвала отца и, хлопнув дверью, покинула наш дом.</w:t>
      </w:r>
    </w:p>
    <w:p>
      <w:r>
        <w:t>Я стоял в растерянности, не зная, что теперь с этим делать. Чтобы не вносить разлад в семью, я быстро навёл порядок на кухне, как у нас было принято, и решил не рассказывать о случившемся, прося у Господа мудрости, как донести до своих родителей мысль о том, что я теперь самостоятельный, и мы с женой хотим строить свою жизнь по своему усмотрению. Зная, что вести со своей мамой подобные беседы очень сложно, я решил написать ей письмо, чтобы ясно и спокойно выразить в нём все свои мысли и донести то важное, что ей нужно понять. Я стал об этом молиться и просить мудрости свыше на написание такого письма.</w:t>
      </w:r>
    </w:p>
    <w:p>
      <w:r>
        <w:t>Когда я дружил со своей будущей женой, я не очень интересовался тем, с кем она общается в свободное от меня время. В семье я сразу заметил, что моя дорогая половика проводит очень много времени в разговоре по телефону со своей мамой. Я не против того, чтобы дочь общалась со своими родителями, но когда это общение стало забирать наше личное времяпровождение, которое мы могли бы посвятить совместным делам, я задумался о том, что собственно происходит. Я не знал, как должно быть правильно, но понимал, что у нас что-то идёт в неверном направлении. Я стал молиться, чтобы иметь мудрость свыше в решении этой задачи и чтобы Господь показал мне, как правильно реагировать.</w:t>
      </w:r>
    </w:p>
    <w:p>
      <w:r>
        <w:t>При очередной беседе с женой я задал ей такой вопрос: «Какие люди являются в жизни человека самыми родными и близкими?» Она тут же ответила, что родители — это самые близкие люди. Я её спросил: «А почему они самые близкие?» Услышал ответ: «Потому что они в своём союзе родили меня, и я плоть от их плоти». Я продолжил: «А ты представляешь их живущих отдельно и независимо друг от друга?» Она задумалась и ответила: «Теоретически да, но фактически они для меня одно целое, и я никак не могу их разделить». Я продолжил мысль: «Так кто ближе друг к другу, они между собой или ты к ним?» Она сразу ответила, что они, ведь они — семья, муж и жена.</w:t>
      </w:r>
    </w:p>
    <w:p>
      <w:r>
        <w:t>Я замолчал, ожидая, что моя половинка сама поймёт, почему я задаю эти вопросы. Она вначале витала в своих мыслях, а затем пристально посмотрела на меня и спросила: «Ты хочешь сказать, что мы с тобой самые близкие люди? Роднее друг другу, чем мои родители?» Я ответил: «Ты сама это говоришь».</w:t>
      </w:r>
    </w:p>
    <w:p>
      <w:r>
        <w:t>Весь оставшийся вечер мы провели в тишине. Я тихо молился про себя, прося Божьего присутствия в наших отношениях, а моя жена решала какую-то очень важную задачу, которая требовала особой концентрации. Я ей не мешал и старался не привлекать её к себе, тихо занимаясь своими делами.</w:t>
      </w:r>
    </w:p>
    <w:p>
      <w:r>
        <w:t>В своём сердце я решил поговорить с родителями моей жены и поблагодарить их за прекрасную дочь, и дать им понять, что она теперь моя навсегда, и я сам буду о ней заботиться, и буду это делать лучше, чем кто-либо другой. Но я понимал, что без Бога я не смогу это правильно выразить словами, и поэтому стал молиться о мудрости свыше в решении этого вопроса. Я понимал, что беседа с родителями жены необходима, и мне нужен правильный дух, чтобы точно объяснить свою позицию. Да и мне самому нужно определиться с тем, как устраивать наш дальнейший быт.</w:t>
      </w:r>
    </w:p>
    <w:p>
      <w:r>
        <w:t>На всякий случай, у меня всегда был верный вариант — написать письмо от руки, где можно ясно и последовательно изложить свою позицию и попросить родителей о понимании.</w:t>
      </w:r>
    </w:p>
    <w:p>
      <w:r>
        <w:t>В подобных размышлениях я стал ещё глубже осознавать, насколько родными мы стали с моей дорогой женщиной, что только смерть теперь может разлучить нас. Но умирать не хотелось, и я решил жить и планировать эту жизнь по-своему.</w:t>
      </w:r>
    </w:p>
    <w:p>
      <w:r>
        <w:t>Через некоторое время пришла моя жена и, обняв меня, сказала, что хочет сообщить мне что-то очень важное. Я напрягся, пытаясь предугадать её настрой, и мысленно обратился к Богу за поддержкой и благословением.</w:t>
      </w:r>
    </w:p>
    <w:p>
      <w:r>
        <w:t>Жена посмотрела мне прямо в глаза, пытаясь через них обратиться к моему сознанию, и сказала, что отныне я для неё самый родной и близкий человек, и она меня никому не отдаст и не будет никого считать роднее меня. Я слушал её и благодарил Бога за такое огромное благословение. Мне и самому стал более понятным смысл услышанного, и я решил заверить свою жену в том же самом. Мы крепко обнялись и продолжали говорить друг другу о том, какие мы родные и близкие.</w:t>
      </w:r>
    </w:p>
    <w:p>
      <w:r>
        <w:t>А когда мы отпустили друг друга, я внёс предложение о том, что мы поделимся этими откровениями со своими родителями и будем об этом сообщать вместе и по очереди, донося такую весть и до её родителей, и до моих.</w:t>
      </w:r>
    </w:p>
    <w:p>
      <w:r>
        <w:t>Мы вместе решили называть родителей папой и мамой, не деля их на моих и твоих. А если им не будет это нравиться, то мы попросим их самих решить, как лучше к ним обращаться.</w:t>
      </w:r>
    </w:p>
    <w:p>
      <w:r>
        <w:t>В последующие дни я написал письма нашим родителям и торжественно их вручил им в руки, чем вызвал их искреннее удивление. Моя мама потом позвонила мне и горько плакала, делясь со мной тем, в каком статусе она была в своей семье и как всю жизнь боролась за свои права, и как здорово, что я избрал правильный путь.</w:t>
      </w:r>
    </w:p>
    <w:p>
      <w:pPr>
        <w:pStyle w:val="Heading2"/>
      </w:pPr>
      <w:r>
        <w:t>Домашнее задание 681</w:t>
      </w:r>
    </w:p>
    <w:p>
      <w:r>
        <w:t>1. Прочитайте, пожалуйста, Быт.2:23-24; Кол.3:21; Песн.7:11; Втор.5:16; Мат.19:19; Еф.5:25; Кол.3:19; Мал.4:5-6; 1Тим.5:8; Иак.1:5-6; Иов.12:13; Прит.2:10-11; 3:13 в свете этого урока.</w:t>
      </w:r>
    </w:p>
    <w:p>
      <w:r>
        <w:t>2. Что вы поняли из этого урока?</w:t>
      </w:r>
    </w:p>
    <w:p>
      <w:r>
        <w:t>3. Какие ещё стихи из Библии пришли вам на память?</w:t>
      </w:r>
    </w:p>
    <w:p>
      <w:r>
        <w:t>4. Как вы понимаете выражение «необрезанная пуповина»?</w:t>
      </w:r>
    </w:p>
    <w:p>
      <w:r>
        <w:t>5. Оказывают ли родители влияние на своих детей? Если да, то плохо ли это?</w:t>
      </w:r>
    </w:p>
    <w:p>
      <w:r>
        <w:t>6. Должны ли родители контролировать поведение и жизнь своих детей, когда те создают свои семьи?</w:t>
      </w:r>
    </w:p>
    <w:p>
      <w:r>
        <w:t>7. Что делать, если наши родители устанавливают правила жизни в нашей семье?</w:t>
      </w:r>
    </w:p>
    <w:p>
      <w:r>
        <w:t>8. Как понять, где я должен почитать отца и мать, а где мне стоит их ограничивать в своём влиянии на нашу семью?</w:t>
      </w:r>
    </w:p>
    <w:p>
      <w:r>
        <w:t>9. Как вы понимаете выражение из Быт 2:24: «Потому оставит человек отца своего и мать свою и прилепится к жене своей…»?</w:t>
      </w:r>
    </w:p>
    <w:p>
      <w:r>
        <w:t>10. Можно ли быть одной плотью вместе с женой и со своими родителями?</w:t>
      </w:r>
    </w:p>
    <w:p>
      <w:r>
        <w:t>11. Что делать, если я хочу, чтобы мои родители были хозяевами и в моей семье, а моя супруга против?</w:t>
      </w:r>
    </w:p>
    <w:p>
      <w:r>
        <w:t>12. Правильно ли будет жить молодожёнам вместе с чьими-то родителями?</w:t>
      </w:r>
    </w:p>
    <w:p>
      <w:r>
        <w:t>13. Будет ли правильно оставить родителей, которые поддерживают мою семью материально и готовят вкусную еду?</w:t>
      </w:r>
    </w:p>
    <w:p>
      <w:r>
        <w:t>14. Если я понимаю, что мой сын или дочь ведут себя глупо или неправильно в своей семье, то следует ли мне вмешиваться в их жизнь?</w:t>
      </w:r>
    </w:p>
    <w:p>
      <w:r>
        <w:t>15. Если у меня нет семьи, то могу ли я оставлять своих родителей?</w:t>
      </w:r>
    </w:p>
    <w:p>
      <w:r>
        <w:br w:type="page"/>
      </w:r>
    </w:p>
    <w:p>
      <w:pPr>
        <w:pStyle w:val="Heading1"/>
      </w:pPr>
      <w:r>
        <w:t>Урок 682. Семейные обязанности</w:t>
      </w:r>
    </w:p>
    <w:p>
      <w:r>
        <w:t>Как это необычно и прекрасно соединять свою судьбу с тем, кого любишь, и затем уже в семье строить свою дальнейшую жизнь, учитывая новые обстоятельства!</w:t>
      </w:r>
    </w:p>
    <w:p>
      <w:r>
        <w:t>Каждый день приносит нам открытия и предоставляет возможности для более глубокого познания друг друга. Шаг за шагом мы движемся к гармонии наших отношений и ищем любую возможность, чтобы улучшить то, что мы строим. А строим мы счастье, в котором и планируем жить, пока смерть не разлучит нас.</w:t>
      </w:r>
    </w:p>
    <w:p>
      <w:r>
        <w:t>По мере нашего более близкого знакомства друг с другом мы стали открывать для себя и то, что весь наш быт состоит из выполнения всевозможных житейских дел, которые никогда не заканчиваются и никуда не исчезают.</w:t>
      </w:r>
    </w:p>
    <w:p>
      <w:r>
        <w:t>Встал — застели постель, снял одежду — положи её в стирку, хочешь есть — купи и приготовь, поел — убери со стола и помой посуду, живёшь в доме — научись его убирать, собираешься в церковь — приготовь одежду, и ещё десятки всевозможных действий, от которых никуда не денешься. И получается, что мы с утра до вечера чем-то занимаемся и что-то делаем.</w:t>
      </w:r>
    </w:p>
    <w:p>
      <w:r>
        <w:t>Но со временем я понял, что могу часть этих семейных обязанностей тихо возложить на свою жену и создавать важный вид делового человека, погруженного в размышления над глобальными мировыми проблемами. А когда моя совесть уже начинает меня угнетать, тогда я проявляю инициативу и начинаю помогать своей возлюбленной в её трудовых буднях.</w:t>
      </w:r>
    </w:p>
    <w:p>
      <w:r>
        <w:t>Но меня быстро раскусили и дали мне понять, что мой важный вид никого не интересует, и дома мы все равны друг перед другом. Когда после очередного приёма пищи моя жена стала мыть посуду, я решил поддержать её в этом деле тем, что обнял её сзади и прижал к себе, наслаждаясь теплом её тела. Но она, судя по всему, не оценила такую заботу о ней и попросила меня стать рядом и вытирать вымытую посуду. Я объяснил, что занят очень важным делом и не могу его оставить, после чего мои руки были беспардонно освобождены от всех моих важных мероприятий и меня вызвали на внеочередные переговоры.</w:t>
      </w:r>
    </w:p>
    <w:p>
      <w:r>
        <w:t>Была вынесена повестка дня по ясному распределению семейных обязанностей и произошло серьёзное обсуждение этого вопроса. Я позволил своей жене высказать всё, что у неё на сердце, и был удивлён тому, как она чётко перечислила все мои отлынивания от выполнения домашних дел под видом напускной важности. Она не упустила ничего, в чём я пытался быть хитрым, напомнив мне, что до свадьбы я был более услужливым.</w:t>
      </w:r>
    </w:p>
    <w:p>
      <w:r>
        <w:t>Она рассказывала всё это с нежностью и чувством юмора, а я удивлялся тому, какого глазастика я имею в своём доме. Ну, ничего нельзя скрыть.</w:t>
      </w:r>
    </w:p>
    <w:p>
      <w:r>
        <w:t>В конце концов, я остановил её, сказав: «Хватит подглядывать мои мысли. Выноси предложения».</w:t>
      </w:r>
    </w:p>
    <w:p>
      <w:r>
        <w:t>Я осознавал свою вину и понимал, что неправ, потому что позволил своим плотским склонностям диктовать мне, как приспосабливаться к новым условиям жизни. Я предложил помолиться, и мы, преклонив колени, просили у Бога прощения за свою беспечность и молили Его о мудрости свыше, чтобы понять, как строить наш быт и распределять семейные обязанности.</w:t>
      </w:r>
    </w:p>
    <w:p>
      <w:r>
        <w:t>После молитвы мы стали советоваться друг с другом, внося свои идеи и предложения. Мы брали каждое маленькое дело и договаривались о том, кто будет его выполнять, а кто станет помогать или брать на себя этот труд, когда другой будет занят чем-то иным.</w:t>
      </w:r>
    </w:p>
    <w:p>
      <w:r>
        <w:t>Я решил записывать ключевые моменты, которые касались лично меня, пытаясь при этом понять, чего ожидает от меня Господь.</w:t>
      </w:r>
    </w:p>
    <w:p>
      <w:r>
        <w:t>Из Библии я помнил о том, что муж — глава жены и семьи, но, что это значит на практике, я не совсем представлял. Я не стремился занять это место, потому что понимал, что его необходимо получить от того, кто решит тебя сделать своей главой. Получается, как в церкви. Если мы поставим Христа во главе себя и будем соблюдать то, что Он нам заповедал и поддерживать Его авторитет, то Он займёт это место и будет нас благословлять Своим присутствием. Так и в семье: если жена решит сделать меня своей главой, будет создавать мне репутацию и поддерживать мой авторитет, живя так, как учит её Господь, то я с удовольствием займу это место и буду служить ей во всякое время. Я понимаю, какая это ответственность — быть главой семьи, и что я сам не смогу им стать, если моя жена этого не решит. Не говорю уже о том, что и Господь спросит с меня, как я управлял своим домом, получая силу свыше.</w:t>
      </w:r>
    </w:p>
    <w:p>
      <w:r>
        <w:t>Ещё я слышал, что в некоторых культурах мужчина не должен делать то, что не положено ему по статусу мужа. Я размышлял об этом и для себя сделал вывод о том, что о подобных вещах мы должны вместе с женой договариваться на наших семейных советах и решать, как мы будем поступать, если попадём в эти культуры или станем приглашать кого-то к себе из экзотических стран.</w:t>
      </w:r>
    </w:p>
    <w:p>
      <w:r>
        <w:t>А ещё мне очень мешали примеры из жизни моих родителей и тех семей, за которыми я в детстве наблюдал. Я видел постоянные войны, слышал жалобы и причитания по поводу того, что кто-то что-то обязан делать, но не делает. Помню, какие унижения переживали эти люди, когда их поведение выносилось на публичное обсуждение. Мне не хотелось всё это иметь в своей семье, и я решил во всём сначала советоваться с женой, понимать её точку зрения, а потом мы можем приходить к обоюдному согласию. И если она не будет против того, что во время мытья посуды я могу её обнимать и целовать, и даст на это добро, то я буду уже с чистой совестью выполнять эту обязанность.</w:t>
      </w:r>
    </w:p>
    <w:p>
      <w:r>
        <w:t>Также мы с моей любимой разобрали для себя те повседневные обязанности, которые каждый из нас решил делать сам, без принуждения, не ожидая от другого помощи. Однако если помощь придёт, то нужно принимать её с радостью и вместе совершать наш маленький труд.</w:t>
      </w:r>
    </w:p>
    <w:p>
      <w:r>
        <w:t>Распределение обязанностей и выяснение наших ролей в том или ином деле заняло много времени для обсуждения, но я записывал все важные моменты, чтобы в случае спора предоставить эти записи как свидетельство о наших договоренностях и вносить поправки по мере более ясного понимания, кому что нужно делать.</w:t>
      </w:r>
    </w:p>
    <w:p>
      <w:r>
        <w:t>Мне очень нравится описание хозяйки из книги Притчи 31:10-31, но я понимаю, что женщина должна сама дорасти до такого состояния разума, и научить этому её должен Сам Господь. А моя прямая обязанность заключается в том, чтобы безусловно любить свою жену и хвалить её во всякое время, открывая для себя те новые особенности, которые покажет мне Господь. Я не могу сделать из своей жены Руфь или Авигею, да и не собираюсь этим заниматься, но знаю, что у Бога есть план и для моей семьи, и его воплощение будет благословенным подарком для нас обоих.</w:t>
      </w:r>
    </w:p>
    <w:p>
      <w:r>
        <w:t>А сейчас мы строим своё семейное счастье из того, что подходит нам и что мы решим иметь в своих отношениях. Это наш дом, и нам в нём жить. В нашей семье мы оба незаменимы, и никто другой не сможет вместо нас сделать то, что нужно нам друг от друга.</w:t>
      </w:r>
    </w:p>
    <w:p>
      <w:r>
        <w:t>В обоюдном согласии мы дружно разобрали все мыслимые обязанности и даже обсудили воспитание будущих детей. Было так радостно думать о счастье друг друга и планировать свой труд по дому ради того, чтобы твоему родному человеку было с тобой хорошо и уютно жить. А по поводу некоторых дел мы отчаянно спорили, не желая их отдавать друг другу, понимая, что их выполнение доставит другу особое счастье.</w:t>
      </w:r>
    </w:p>
    <w:p>
      <w:pPr>
        <w:pStyle w:val="Heading2"/>
      </w:pPr>
      <w:r>
        <w:t>Домашнее задание 682</w:t>
      </w:r>
    </w:p>
    <w:p>
      <w:r>
        <w:t>1. Прочитайте, пожалуйста, Еф.5:22-33; Кол.3:12-25; Мат.19:10; Мар.9:35; 10:42-45; Лук.22:24-30; Евр.7:7; Прит.13:23; 18:17-22; Иер.17:7-10; Рим.14:1,12-13; 1Тим.3:1-5,11; Иак.1:5 в свете этого урока.</w:t>
      </w:r>
    </w:p>
    <w:p>
      <w:r>
        <w:t>2. Что вы поняли из этого урока?</w:t>
      </w:r>
    </w:p>
    <w:p>
      <w:r>
        <w:t>3. Какие ещё стихи из Библии пришли вам на память?</w:t>
      </w:r>
    </w:p>
    <w:p>
      <w:r>
        <w:t>4. Нужно ли в семье распределять обязанности между собой?</w:t>
      </w:r>
    </w:p>
    <w:p>
      <w:r>
        <w:t>5. Что делать, если я считаю, что жена должна следить за домом, а я зарабатывать деньги? А супруга не согласна с таким подходом.</w:t>
      </w:r>
    </w:p>
    <w:p>
      <w:r>
        <w:t>6. Важно ли учитывать и соблюдать в своей семье те семейные традиции, которые приняты в нашем обществе?</w:t>
      </w:r>
    </w:p>
    <w:p>
      <w:r>
        <w:t>7. Нужно ли устраивать семейные советы по разным спорным вопросам о распределении обязанностей?</w:t>
      </w:r>
    </w:p>
    <w:p>
      <w:r>
        <w:t>8. Как понять Божье повеление из Быт 3:16: "Жене сказал: …и к мужу твоему влечение твоё, и он будет господствовать над тобою"?</w:t>
      </w:r>
    </w:p>
    <w:p>
      <w:r>
        <w:t>9. Что означает быть главою семьи? Как это должно выглядеть, и какой дух должен иметь этот глава?</w:t>
      </w:r>
    </w:p>
    <w:p>
      <w:r>
        <w:t>10. Означает ли главенство в семье, что муж ничего не должен делать?</w:t>
      </w:r>
    </w:p>
    <w:p>
      <w:r>
        <w:t>11. Какие обязанности мужа вы знаете?</w:t>
      </w:r>
    </w:p>
    <w:p>
      <w:r>
        <w:t>12. Какие обязанности возлагаются на жену?</w:t>
      </w:r>
    </w:p>
    <w:p>
      <w:r>
        <w:t>13. Нужно ли супругам договариваться о распределении обязанностей, или их необходимо отвоёвывать и бороться за свои права?</w:t>
      </w:r>
    </w:p>
    <w:p>
      <w:r>
        <w:t>14. Что делать, если после договорённости кто-то недобросовестно выполняет свои обязанности или не хочет их делать вовсе?</w:t>
      </w:r>
    </w:p>
    <w:p>
      <w:r>
        <w:t>15. Как понять, что от нас ожидает Бог? Какие обязанности по Его усмотрению мы должны выполнять в своих семьях?</w:t>
      </w:r>
    </w:p>
    <w:p>
      <w:r>
        <w:br w:type="page"/>
      </w:r>
    </w:p>
    <w:p>
      <w:pPr>
        <w:pStyle w:val="Heading1"/>
      </w:pPr>
      <w:r>
        <w:t>Урок 683. Обязанности мужа</w:t>
      </w:r>
    </w:p>
    <w:p>
      <w:r>
        <w:t>Распределив свои семейные обязанности, мы с женою дружно взялись за их исполнение. Но я постоянно размышлял о том, какие обязанности я должен выполнять как муж, как глава семьи, как отец будущих детей. И эти мысли направили меня с этими вопросами в молитве к Богу, к изучению Библию и книг Духа Пророчества, потому что я желал понять себя и то, чего Господь ожидает от меня. Мне хотелось иметь твёрдую уверенность в том, что наши решения одобряются Небом, и что мы всё делаем правильно.</w:t>
      </w:r>
    </w:p>
    <w:p>
      <w:r>
        <w:t>Читая Божий приговор для первой четы, я понял, что Господь поставил мужчину главой семьи и будет с него требовать отчёт за управление своим домом. Меня обнадёжила мысль о том, что если я буду придерживаться Божьего плана, то Господь будет помогать мне в моих трудах и заботах.</w:t>
      </w:r>
    </w:p>
    <w:p>
      <w:r>
        <w:t>Мне было интересно наблюдать за тем, как моя жена придумывала мне различные обязанности и с радостью возлагала на меня то, что ей было не по силам или не по настроению. Я решил преподнести ей урок и стал размышлять о её обязанностях, какие открывались мне в процессе нашего общения, записывая новые идеи в блокнот. Но как бы то ни было, меня больше всего интересовало, как мне управлять своей семьёй. Понимая, что я глава, я осознавал и необходимость быть лидером в своём доме. А я не совсем понимал, что это значит, и как быть лидером. И отсутствие знания и опыта в этой сфере меня пугало. Мне хотелось, чтобы всё само как-то решилось. По поведению и отношению своей любимой я понял, что она не против, чтобы я проявлял инициативу и выносил полезные предложения. Она же во всём меня поддерживала, хотя иногда подшучивала относительно того, что я неуверенно предпринимал, или сопротивлялась тому, что было ей не по вкусу. Также я заметил, что если какие-то обязанности касались непосредственно моей жены, то она это безропотно делала и делала от всей души, а мне оставалось только её хвалить, что ей очень нравилось.</w:t>
      </w:r>
    </w:p>
    <w:p>
      <w:r>
        <w:t>Мои страхи быть лидером иногда очень тормозили мой энтузиазм, а порой лишали меня мужества, когда надо было предпринимать ответственные шаги. Я искал нужную информацию, где только мог, и спрашивал семейных друзей о том, как им удаётся быть лидером и главой семьи. Но из ответов некоторых товарищей я понимал, что их больше интересует работа и друзья, чем свои семьи, а мне не хотелось к этому прийти, ведь Бог доверил мне Свою самую дорогую дочь, чтобы я о ней заботился всю оставшуюся жизнь.</w:t>
      </w:r>
    </w:p>
    <w:p>
      <w:r>
        <w:t>Часто мне не хватало уверенности в своих силах, а иногда жена противилась моей новой роли, заявляя, что мы равны. И мне приходилось открывать Библию и объяснять то, что если Бог так решил, то лучше Его слушать, чем идти на поводу у своих чувств.</w:t>
      </w:r>
    </w:p>
    <w:p>
      <w:r>
        <w:t>С каждым днём моей семейной жизни я обретал новые опыты в своей новой роли лидера.</w:t>
      </w:r>
    </w:p>
    <w:p>
      <w:r>
        <w:t>Больше всего мне помогло понимание того, что самой главной моей обязанностью является любовь к жене. До свадьбы я был влюблён в свои чувства к моему другу, с которым планировал создавать что-то общее. Я просто наслаждался той влюблённостью, которая будоражила все мои гормоны и придавала сил во всём. Ради любимой я готов был пойти на любые подвиги и делать что угодно, лишь бы порадовать её сердце. А сейчас я удивлялся тому, что реальность семейных будней не такая радужная, какой она была тогда. Гормоны иногда о себе напоминают, а диван зовет меня на свои просторы гораздо громче, чем нежные просьбы жены. Но любовь к моей жене помогает принимать правильные решения и затыкать уши от воплей дивана, который такой уютный и так мило ждёт меня в свои объятия.</w:t>
      </w:r>
    </w:p>
    <w:p>
      <w:r>
        <w:t>Я раньше думал, что любить жену — это как щелкнуть двумя пальцами, и ты наполнен до избытка. А оказалось, что моя эгоистичная природа постоянно противится просьбам извне и пытается ввести меня в возмущение и раздражение. Но уроки безусловной любви, которые я успел познать до свадьбы в Школе Любви Агапэ помогли мне противостоять моим плотским позывам и строить своё отношение к супруге на основании Божьей любви.</w:t>
      </w:r>
    </w:p>
    <w:p>
      <w:r>
        <w:t>Я вновь и вновь перечитывал стихи о том, чтобы любить свою жену так, как Христос любит церковь, и пытался понять, как это должно осуществляться в моей жизни. Моя низкая самооценка очень мешала мне осознать такую огромную задачу.</w:t>
      </w:r>
    </w:p>
    <w:p>
      <w:r>
        <w:t>Я понимал, что это тот талант, который мне вручает Господь. И я должен его правильно вложить и вернуть полученное с прибылью. Мне очень хотелось угодить Богу, и я всегда просил Его о мудрости и силе, когда возникали очередные вопросы.</w:t>
      </w:r>
    </w:p>
    <w:p>
      <w:r>
        <w:t>Любить жену оказалось не так уж и сложно. Она с радостью принимала такое отношение к себе и старалась ответить тем же. А я каждое утро просил у Бога этой любви и находил её в своём сердце гораздо больше, чем в прошлом дне.</w:t>
      </w:r>
    </w:p>
    <w:p>
      <w:r>
        <w:t>Оказывается, я также должен быть основным добытчиком и заботиться о том, чтобы у нас было всё необходимое для еды и быта. Понимая, что жена — это не лошадь, а семья — не бизнес-клуб, я стал молиться и размышлять о том, как мне лучше всего организовать и этот вопрос. Я уже имел несколько профессий, и хотелось выбрать ту, которая не будет меня полностью поглощать, но при этом приносить стабильный доход. Одним словом, я решил, что жена может работать, если захочет или что-то найдёт для души, и она не должна эту ношу взваливать полностью на себя. Хоть она и имела свои доходы, но болезнь или пополнение в семье могли всё это неожиданно изменить. Моя половинка была только за, когда моё решение было озвучено.</w:t>
      </w:r>
    </w:p>
    <w:p>
      <w:r>
        <w:t>Также я понял и то, что Бог ожидает от меня, чтобы я был священником в своей семье и всегда просил Небо о тех благословениях на наш дом, в которых мы постоянно нуждаемся. Здесь я просто растерялся. Но решил, раз Сам Господь это мне поручает, то Он и поддержит.</w:t>
      </w:r>
    </w:p>
    <w:p>
      <w:r>
        <w:t>Я уже был научен тому, что если я что-то делаю по Божьей воле, то будет мне успех, ведь Он Сам является Учителем и Ведущим.</w:t>
      </w:r>
    </w:p>
    <w:p>
      <w:r>
        <w:t>Понимая обязанности любящего мужа, главы семьи, добытчика, лидера и священника, я попросил Господа научить меня этому всему и благословить Небесной мудростью. Господь услышал и ответил. Он всегда отвечает, когда Его дети просят что-то по Его воле.</w:t>
      </w:r>
    </w:p>
    <w:p>
      <w:r>
        <w:t>Вечерами я делился своими решениями быть со своей женой в какой-то роли, а она иногда с восторгом, а иногда с удивлением слушала меня и пыталась понять, как это будет происходить в реальности. А я ей рассказывал о том, что любви всё это покорно. Затем со страхом и трепетом я молился о том, чтобы мне быть верным в принятых решениях и оправдать такое высокое доверие в глазах Неба.</w:t>
      </w:r>
    </w:p>
    <w:p>
      <w:r>
        <w:t>Мне так хотелось, чтобы моя жена была в любви, уюте и безопасности в нашем доме, что я готов был для этого сделать всё возможное по силам и средствам.</w:t>
      </w:r>
    </w:p>
    <w:p>
      <w:r>
        <w:t>Решить — это ещё не сделать, но я знал, что Господь поможет и поддержит меня в этих вопросах, и я получу от Него похвалу, если буду верным управителем.</w:t>
      </w:r>
    </w:p>
    <w:p>
      <w:r>
        <w:t>Меня радовало также и то, что моя жена была в восторге от моих решений и пожелала со мной сотрудничать для воплощения моих обязанностей в жизнь. Она пообещала не указывать мне на мой долг и не напоминать о моих обязанностях, но молиться за меня и морально поддерживать, если что-то не будет получаться. И это ещё больше меня вдохновило.</w:t>
      </w:r>
    </w:p>
    <w:p>
      <w:pPr>
        <w:pStyle w:val="Heading2"/>
      </w:pPr>
      <w:r>
        <w:t>Домашнее задание 683</w:t>
      </w:r>
    </w:p>
    <w:p>
      <w:r>
        <w:t>1. Прочитайте, пожалуйста, Рим.12:1-3; 1Пет.1:22; Еф.5:25-33; Кол.3:14,19; Быт.3:16; Откр.5:9-10; 1Пет.2:9-12; 1Тим.5:8; 1Кор.7:33; Флп.2:2-5; Мат.25:21 в свете этого урока.</w:t>
      </w:r>
    </w:p>
    <w:p>
      <w:r>
        <w:t>2. Что вы поняли из этого урока?</w:t>
      </w:r>
    </w:p>
    <w:p>
      <w:r>
        <w:t>3. Какие ещё стихи из Библии пришли вам на память?</w:t>
      </w:r>
    </w:p>
    <w:p>
      <w:r>
        <w:t>4. Должен ли муж знать свои обязанности перед Богом?</w:t>
      </w:r>
    </w:p>
    <w:p>
      <w:r>
        <w:t>5. Должна ли жена рассказывать и объяснять мужу его обязанности?</w:t>
      </w:r>
    </w:p>
    <w:p>
      <w:r>
        <w:t>6. Будет ли Бог давать мудрость в управлении семьёй тем, кто желает быть мудрым управителем?</w:t>
      </w:r>
    </w:p>
    <w:p>
      <w:r>
        <w:t>7. Будет ли Господь наделять мудростью тех, кто этого не просит и не покупает?</w:t>
      </w:r>
    </w:p>
    <w:p>
      <w:r>
        <w:t>8. Что будет, если муж не будет выполнять свои обязанности перед Богом, а возложит их на жену, считая себя только главой?</w:t>
      </w:r>
    </w:p>
    <w:p>
      <w:r>
        <w:t>9. Имеет ли житейская мудрость какое-то отношение к маслу для светильника?</w:t>
      </w:r>
    </w:p>
    <w:p>
      <w:r>
        <w:t>10. Важно ли мужу знать, кем он является в глазах Неба?</w:t>
      </w:r>
    </w:p>
    <w:p>
      <w:r>
        <w:t>11. Должен ли мужчина знать все свои обязанности и иметь опыт верного управителя до вступления в брак?</w:t>
      </w:r>
    </w:p>
    <w:p>
      <w:r>
        <w:t>12. Что делать, если вы согласны с этим уроком, а в своей семье имеете другую картину и не можете что-либо исправить?</w:t>
      </w:r>
    </w:p>
    <w:p>
      <w:r>
        <w:t>13. Реально ли стать таким мужем, о котором пишет этот урок?</w:t>
      </w:r>
    </w:p>
    <w:p>
      <w:r>
        <w:t>14. Важно ли знать Божью волю о своей семье?</w:t>
      </w:r>
    </w:p>
    <w:p>
      <w:r>
        <w:t>15. Как вы думаете, семейное счастье приходит само и случайно, или его можно строить своими руками?</w:t>
      </w:r>
    </w:p>
    <w:p>
      <w:r>
        <w:br w:type="page"/>
      </w:r>
    </w:p>
    <w:p>
      <w:pPr>
        <w:pStyle w:val="Heading1"/>
      </w:pPr>
      <w:r>
        <w:t>Урок 684. Обязанности жены</w:t>
      </w:r>
    </w:p>
    <w:p>
      <w:r>
        <w:t>Изучая свои обязанности, я заметил, что Бог призывает также и женщин к определённому поведению. Небо заинтересовано в том, чтобы сонаследницы Вечной жизни обладали правильным духом и были пригодны для Небесной жизни. И, читая обязанности жены, так хочется их выделить красным цветом, поместить в рамочку и повесить на видном месте, чтобы моя любимая никогда не забывала эти слова. Но Господь призвал нас уважать решения другого человека, даже самого близкого, и дал нам свободу в выборе своего пути.</w:t>
      </w:r>
    </w:p>
    <w:p>
      <w:r>
        <w:t>И всё-таки я пожелал очень ясно выяснить все обязанности жены, прописать их на бумаге и торжественно вручить своей второй половинке, чтобы она понимала, насколько я серьёзный человек, и какие у меня цели и ожидания относительно нашего союза.</w:t>
      </w:r>
    </w:p>
    <w:p>
      <w:r>
        <w:t>Составление списка обязанностей было для меня очень радостным событием, и я предвкушал интересные последствия. А жена всё пыталась понять, что и кому я пишу, но я стойко держался и не выдавал свои тайны.</w:t>
      </w:r>
    </w:p>
    <w:p>
      <w:r>
        <w:t>И вот настал тот самый день, когда я решил торжественно вручить жене перечень её обязательных обязанностей. Мы собрались на кухне, и я вынул приготовленный конверт, чтобы передать его в руки своей домохозяйки. Я решил снять всё это мероприятие на видео, для чего установил телефон в режим записи.</w:t>
      </w:r>
    </w:p>
    <w:p>
      <w:r>
        <w:t>Моя речь была торжественной, но короткой. Жена сияла от счастья, ожидая, какой сюрприз я ей приготовил.</w:t>
      </w:r>
    </w:p>
    <w:p>
      <w:r>
        <w:t>Я сказал: «Дорогая, спешу сообщить, что наш медовый месяц закончился, и теперь начинаются серые трудовые будни. И чтобы тебе не было скучно, я составил список твоих повседневных обязанностей, которые ты должна будешь неукоснительно соблюдать под моим чутким руководством. Ознакомься, пожалуйста, с перечнем всего того, что теперь будет считаться твоим семейным долгом. Думаю, что каждая приличная жена мечтает получить такое письмо, чтобы точно знать свой статус и место в доме».</w:t>
      </w:r>
    </w:p>
    <w:p>
      <w:r>
        <w:t>После этого я торжественно протянул своей жене приготовленный конверт, который она почему-то не спешила открывать. Я заметил, что моя любимая как-то приуныла и ждал, что будет дальше. Из её глаз потекли слёзы, и она закрыла своё лицо руками. Я предусмотрел и такой поворот, поэтому сделал копию списка и очень внимательно ждал, предвкушая её будущую радость, продолжая всё записывать на камеру. Через какое-то время моя любимая успокоилась, что-то решила в своём сердце и открыла конверт. Так интересно было наблюдать за переменами, происходящими на её лице! Вначале удивление, потом восторженная улыбка, затем сияющие глаза и в конце чтения меня ждали сильные объятия и горячие поцелуи. А я скромно сидел и ждал, одобрит ли мой помощник этот список.</w:t>
      </w:r>
    </w:p>
    <w:p>
      <w:r>
        <w:t>Наконец-то она заплакала, но в этот раз уже от радости. Она нежно ухватилась за меня и стала говорить мне самые прекрасные слова, которые только можно было придумать, прижимаясь ко мне как можно сильнее. Из всего услышанного я понял, что мой перечень обязательств одобрен, принят и ратифицирован, и уже находится в процессе исполнения. Тут уже я с облегчением вздохнул и крепко обнял своего любимого человека.</w:t>
      </w:r>
    </w:p>
    <w:p>
      <w:r>
        <w:t>Придумывать обязанности для жены — это самое увлекательное и благословенное мероприятие для каждого любящего мужа. Хоть и не все это практикуют, но я советую вам попробовать.</w:t>
      </w:r>
    </w:p>
    <w:p>
      <w:r>
        <w:t>Хоть чужие письма и не принято читать и выставлять на всеобщее обозрение, но в виде исключения я поделюсь с вами содержанием послания.</w:t>
      </w:r>
    </w:p>
    <w:p>
      <w:r>
        <w:t>«Обязанности жены, которые она должна ежедневно выполнять, невзирая на здоровье, настроение или обстоятельства жизни.</w:t>
      </w:r>
    </w:p>
    <w:p>
      <w:r>
        <w:t>Моя жена обязана:</w:t>
      </w:r>
    </w:p>
    <w:p>
      <w:r>
        <w:t>1. Знать, что она самый любимый, прекрасный и замечательный человек в мире.</w:t>
      </w:r>
    </w:p>
    <w:p>
      <w:r>
        <w:t>2. Верить в то, что она единственная и неповторимая в своём роде, лучше всех других женщин в тысячи раз.</w:t>
      </w:r>
    </w:p>
    <w:p>
      <w:r>
        <w:t>3. Всегда помнить, что я её люблю в любом виде, в любом настроении, в любое время года и суток.</w:t>
      </w:r>
    </w:p>
    <w:p>
      <w:r>
        <w:t>4. Знать, что у неё есть надёжный друг в моём лице, который её никогда не предаст и не даст в обиду.</w:t>
      </w:r>
    </w:p>
    <w:p>
      <w:r>
        <w:t>5. Делать для своей семьи то, что ей будет подсказывать её любящее сердце.</w:t>
      </w:r>
    </w:p>
    <w:p>
      <w:r>
        <w:t>6. Не переживать за финансовое благосостояние своей семьи, а доверить эту заботу мужу.</w:t>
      </w:r>
    </w:p>
    <w:p>
      <w:r>
        <w:t>7. Делиться со свои мужем всеми своими заботами для их общего решения.</w:t>
      </w:r>
    </w:p>
    <w:p>
      <w:r>
        <w:t>8. Верить в Бога так, как ей подсказывает совесть и сердце.</w:t>
      </w:r>
    </w:p>
    <w:p>
      <w:r>
        <w:t>9. Осознавать себя свободным человеком, способным иметь своё личное мнение и взгляды на разные вещи и события.</w:t>
      </w:r>
    </w:p>
    <w:p>
      <w:r>
        <w:t>10. Устраивать наш дом по своему вкусу.</w:t>
      </w:r>
    </w:p>
    <w:p>
      <w:r>
        <w:t>11. Обращаться к своему мужу за советами в любое время суток, без очереди и без опасений быть неуслышанной.</w:t>
      </w:r>
    </w:p>
    <w:p>
      <w:r>
        <w:t>12. Выражать свою любовь тогда, когда этого хочется, и так, как того жаждет сердце.</w:t>
      </w:r>
    </w:p>
    <w:p>
      <w:r>
        <w:t>13. Говорить о своём желании слышания от мужа его добрых слов и комплиментов в любое время суток и года.</w:t>
      </w:r>
    </w:p>
    <w:p>
      <w:r>
        <w:t>14. Быть искренней в своей любви к мужу и не скрывать её, когда она захочет выйти наружу.</w:t>
      </w:r>
    </w:p>
    <w:p>
      <w:r>
        <w:t>15. Выбирать свой жизненный путь согласно велению своей совести и своего понимания истины.</w:t>
      </w:r>
    </w:p>
    <w:p>
      <w:r>
        <w:t>16. Уважать выбор других людей и принимать их такими, какие они есть.</w:t>
      </w:r>
    </w:p>
    <w:p>
      <w:r>
        <w:t>17. Просить у мужа помощи в любом деле, при любых обстоятельствах, когда будет в этом необходимость.</w:t>
      </w:r>
    </w:p>
    <w:p>
      <w:r>
        <w:t>18. Не сомневаться никогда в том, что она лучшая и самая прекрасная.</w:t>
      </w:r>
    </w:p>
    <w:p>
      <w:r>
        <w:t>19. Знать, что любовь её мужа к ней имеет тенденцию расти и развиваться.</w:t>
      </w:r>
    </w:p>
    <w:p>
      <w:r>
        <w:t>20. Помнить, что она всегда будет и останется другом своего мужа, несмотря ни на что.</w:t>
      </w:r>
    </w:p>
    <w:p>
      <w:r>
        <w:t>21. Выбирать себе друзей по своему сердцу.</w:t>
      </w:r>
    </w:p>
    <w:p>
      <w:r>
        <w:t>22. Готовиться к продолжению дружеских отношений в любви на протяжении всей Вечности.</w:t>
      </w:r>
    </w:p>
    <w:p>
      <w:r>
        <w:t>23. Не искать себе работу ради денег, но выбирать то, что будет приносить радость и счастье.</w:t>
      </w:r>
    </w:p>
    <w:p>
      <w:r>
        <w:t>24. Следить за своим здоровьем и искать лучшие пути и способы для его сохранения.</w:t>
      </w:r>
    </w:p>
    <w:p>
      <w:r>
        <w:t>25. Готовить и есть то, что полезно и приносит удовольствие.</w:t>
      </w:r>
    </w:p>
    <w:p>
      <w:r>
        <w:t>26. Всегда делиться своим счастьем с домашними.</w:t>
      </w:r>
    </w:p>
    <w:p>
      <w:r>
        <w:t>27. Не выносить из дома семейные тайны.</w:t>
      </w:r>
    </w:p>
    <w:p>
      <w:r>
        <w:t>28. Дарить свою любовь всем тем, кто в ней будет нуждаться и кому её будет хотеться отдать.</w:t>
      </w:r>
    </w:p>
    <w:p>
      <w:r>
        <w:t>29. Верить в то, что Бог даст силу на то, на что не будет хватать человеческих сил.</w:t>
      </w:r>
    </w:p>
    <w:p>
      <w:r>
        <w:t>30. Помнить, что её супруг никогда не станет на место Бога и не будет вмешиваться в её личные отношения со Спасителем.</w:t>
      </w:r>
    </w:p>
    <w:p>
      <w:r>
        <w:t>31. Не забывать просить Божьих благословений на всякое своё доброе предприятие.</w:t>
      </w:r>
    </w:p>
    <w:p>
      <w:r>
        <w:t>32. Принимать с радостью то, что будет ей подарено от чистого сердца.</w:t>
      </w:r>
    </w:p>
    <w:p>
      <w:r>
        <w:t>33. Быть самой собой, какая есть, зная, что она лучшая.</w:t>
      </w:r>
    </w:p>
    <w:p>
      <w:r>
        <w:t>34. Всегда помнить, что всегда есть что-то лучшее, чего можно ещё достичь.</w:t>
      </w:r>
    </w:p>
    <w:p>
      <w:r>
        <w:t>35. Быть любимой, позволять это для себя делать и всегда помнить об этом.</w:t>
      </w:r>
    </w:p>
    <w:p>
      <w:r>
        <w:t>36. Не сдерживать свою радость, когда она будет переполнять сердце.</w:t>
      </w:r>
    </w:p>
    <w:p>
      <w:r>
        <w:t>37. Верить в то, что у Бога много любви, и её хватит на всех и на все случаи жизни.</w:t>
      </w:r>
    </w:p>
    <w:p>
      <w:r>
        <w:t>38. Ничего не удалять из этих обязанностей.</w:t>
      </w:r>
    </w:p>
    <w:p>
      <w:r>
        <w:t>39. Выучить наизусть все пункты этого списка и старательно их исполнять.</w:t>
      </w:r>
    </w:p>
    <w:p>
      <w:r>
        <w:t>40. Помнить о том, что здесь перечислены не все обязанности, и со временем они могут дополняться».</w:t>
      </w:r>
    </w:p>
    <w:p>
      <w:r>
        <w:t>Женой было принято решение вставить этот список в рамку и повесить на видном месте, чтобы стараться исполнять то, что было написано из чистой любви. Что мы и сделали.</w:t>
      </w:r>
    </w:p>
    <w:p>
      <w:r>
        <w:t>Прошу вас, дорогие ученики, не навязывать другим чужие обязанности, но вы можете практиковать их в своей жизни. Важно помнить, что они хороши для души и действуют.</w:t>
      </w:r>
    </w:p>
    <w:p>
      <w:pPr>
        <w:pStyle w:val="Heading2"/>
      </w:pPr>
      <w:r>
        <w:t>Домашнее задание 684</w:t>
      </w:r>
    </w:p>
    <w:p>
      <w:r>
        <w:t>1. Прочитайте, пожалуйста, 1Кор.16:14; 1Пет.3:1-7; Гал.5:13; Еф.4:2; Кол.3:18; 1Фес.5:13; 1Пет.1:22; Рим.12:9-10; Кол.3:12-14; 1Тим.2:9-10 в свете этого урока.</w:t>
      </w:r>
    </w:p>
    <w:p>
      <w:r>
        <w:t>2. Что вы поняли из этого урока?</w:t>
      </w:r>
    </w:p>
    <w:p>
      <w:r>
        <w:t>3. Какие ещё стихи из Библии пришли вам на память?</w:t>
      </w:r>
    </w:p>
    <w:p>
      <w:r>
        <w:t>4. Что вам напишет ваш муж, если вы попросите его перечислить ваши обязанности?</w:t>
      </w:r>
    </w:p>
    <w:p>
      <w:r>
        <w:t>5. Стоит ли возлагать на своих жён обязанности, описанные в уроке?</w:t>
      </w:r>
    </w:p>
    <w:p>
      <w:r>
        <w:t>6. О чём вы подумали, видя название урока, но не зная содержания?</w:t>
      </w:r>
    </w:p>
    <w:p>
      <w:r>
        <w:t>7. Как вы думаете, будет ли каждой жене приятно получать список подобных обязанностей?</w:t>
      </w:r>
    </w:p>
    <w:p>
      <w:r>
        <w:t>8. Должен ли муж со своей стороны соответствовать тому, что он написал для жены?</w:t>
      </w:r>
    </w:p>
    <w:p>
      <w:r>
        <w:t>9. Будет ли подобный перечень иметь силу, если его кто-то скопирует из этого урока и вручит своей жене, не понимая смысла написанного?</w:t>
      </w:r>
    </w:p>
    <w:p>
      <w:r>
        <w:t>10. Будет ли Бог помогать жене и мужу жить в свете подобных обязанностей?</w:t>
      </w:r>
    </w:p>
    <w:p>
      <w:r>
        <w:t>11. Что делать, если вам никто никогда не вручит ничего подобного, а вам бы этого очень хотелось?</w:t>
      </w:r>
    </w:p>
    <w:p>
      <w:r>
        <w:t>12. Для чего был написан этот урок?</w:t>
      </w:r>
    </w:p>
    <w:p>
      <w:r>
        <w:t>13. Обратили ли вы внимание на уважение свободы выбора, которую муж дал своей жене?</w:t>
      </w:r>
    </w:p>
    <w:p>
      <w:r>
        <w:t>14. Чем рискует мужчина, вручая жене подобные списки?</w:t>
      </w:r>
    </w:p>
    <w:p>
      <w:r>
        <w:t>15. Чего не было написано в «обязанностях жены»?</w:t>
      </w:r>
    </w:p>
    <w:p>
      <w:r>
        <w:br w:type="page"/>
      </w:r>
    </w:p>
    <w:p>
      <w:pPr>
        <w:pStyle w:val="Heading1"/>
      </w:pPr>
      <w:r>
        <w:t>Урок 685. Помощник</w:t>
      </w:r>
    </w:p>
    <w:p>
      <w:r>
        <w:t>Кто такая женщина? Это человек женского пола, который является полной противоположностью мужчины.</w:t>
      </w:r>
    </w:p>
    <w:p>
      <w:r>
        <w:t>По своему физическому устройству тело женщины содержит в себе много внутренних органов, идентичных мужским, и многие чувствительные процессы у неё такие же, как и у лиц противоположного пола. Пять органов чувств точно также передают информацию о мировосприятии, не делая существенных отличий. Но по своей природе и задумке женщина — это полная противоположность мужчине. А тот факт, что она была сотворена из мужской плоти, делает эту тайну творения настолько загадочной и интересной, что понадобится очень много вечного времени, чтобы её разгадать и на каждом этапе новых открытий поражаться глубине и мудрости нашего Творца.</w:t>
      </w:r>
    </w:p>
    <w:p>
      <w:r>
        <w:t>Самое большое отличие женщины от мужчины заключается в том, что она женщина, и это необратимый процесс, который был сформирован в момент зачатия плода. Это уже невозможно исправить, но можно принять и получать от этого обильные благословения.</w:t>
      </w:r>
    </w:p>
    <w:p>
      <w:r>
        <w:t>Чтобы понять роль и предназначение женщины в обществе, стоит вернуться к самому началу, когда она была сотворена, и послушать, что Бог скажет про Своё творение.</w:t>
      </w:r>
    </w:p>
    <w:p>
      <w:r>
        <w:t>Очень занимательно читать эту историю в разных переводах и открывать для себя новые особенности этого события.</w:t>
      </w:r>
    </w:p>
    <w:p>
      <w:r>
        <w:t>Женщина уже была задумана до того, как появился мужчина. Небожителям было непонятно, как это будет выглядеть и почему именно так. Но тем Бог и уникален, что Он покрывает тайной всё, что творит, а потом постепенно открывает глубину Своих планов тем, кто захочет в них вникнуть, чтобы явить особый замысел для постижения Божьих глубин бесконечной мудрости.</w:t>
      </w:r>
    </w:p>
    <w:p>
      <w:r>
        <w:t>Бог сотворил женщину из мужа для мужа тогда, когда Адам понял, что у него нет никого, равного ему. Интересно и то, что Бог решил сотворить помощника. В этом определении содержится основной смысл предназначения женщины и сущности её природы. Если бы это был партнёр или товарищ, или друг, или сосед, или ещё кто-то, то, возможно, взаимоотношения строились бы совсем иначе. Но Бог создал помощника человеку и вложил в женщину именно это свойство души, которое существенно отличалось от мужской природы.</w:t>
      </w:r>
    </w:p>
    <w:p>
      <w:r>
        <w:t>Читаем Быт 2:18: «И сказал Господь Бог: не хорошо быть человеку одному; сотворим ему помощника, соответственного ему». В некоторых переводах слово «соответственного» переводится как «противный ему» или «против него», или «противоположный ему». Творец изначально задумал сотворить двух разных существ, которые в своих различиях могли бы дополнять друг друга и восполнять друг в друге то, чего не было в них самих. Господь разъединил человека, чтобы его соединить.</w:t>
      </w:r>
    </w:p>
    <w:p>
      <w:r>
        <w:t>Состоялся первый брак. Хоть у Адама и не было выбора, но он с радостью принял жену, подаренную ему Творцом. Она была взята не из головы, не из руки, не из ноги, а из ребра, и даже в этом был скрыт особый замысел, говоривший о том, что жена должна быть именно на этом месте в жизни мужа — под его рукой и равной ему по принадлежности от его плоти.</w:t>
      </w:r>
    </w:p>
    <w:p>
      <w:r>
        <w:t>Физически жена отличалась от Адама также и своим телосложением, и внутренним устройством репродуктивных органов. Адам не мог сам по себе выполнить Божье повеление плодиться и размножаться. Ему нужен был некто, подобный ему, кто бы помог ему осуществить этот план. Хотя Бог мог бы вложить в человека способность творить подобных себе людей силой мысли, но Творец создал помощника для более прекрасного воплощения этого замысла.</w:t>
      </w:r>
    </w:p>
    <w:p>
      <w:r>
        <w:t>Помощник — это тот, кто должен помогать делать то, что облегчит труд другого, а также брать на себя выполнение тех задач, которые другому не по силам.</w:t>
      </w:r>
    </w:p>
    <w:p>
      <w:r>
        <w:t>Ключ и замок прекрасны в своих особенностях раздельно друг от друга. Но они не смогут в отрыве один от другого выполнить задание по открытию и закрытию чего-либо. Им нужно делать это вместе, когда каждый выполняет своё предназначение.</w:t>
      </w:r>
    </w:p>
    <w:p>
      <w:r>
        <w:t>Творя помощника для мужчины, противоположного ему, Господь вложил в женское естество все необходимые компоненты для выполнения этой миссии. Цель и предназначение жены состояли в том, чтобы помогать своему мужу. И именно в этой роли она могла быть сама собой, находиться в гармонии с Божьим планом, являться тем, кем она была задумана, и иметь абсолютное счастье, осуществляя Божий замысел.</w:t>
      </w:r>
    </w:p>
    <w:p>
      <w:r>
        <w:t>А в какой помощи нуждался Адам? Мы читаем, что не было среди всего творения никого, равного ему. Равного по разуму, по физиологии, по эмоциональному восприятию мира. Душа Адама томилась, но он не понимал от чего. В него было вложено чувство социума, потребность общения с равными себе людьми, и животные не могли ему этого дать. Перед человеком лежала целая жизнь, которую ему надлежало пройти. Его ожидали всевозможные дела и мероприятия, которые он должен был пережить, и, чтобы разнообразить и облегчить этот путь, ему был подарен помощник, который имел другой взгляд на вещи и мог украшать и дополнять и мировоззрение мужа.</w:t>
      </w:r>
    </w:p>
    <w:p>
      <w:r>
        <w:t>Помощница — это та, которая делает всё, что считает нужным и полезным для всего тела, не нарушая при этом общей направленности и единства в гармонии чувств и эмоций. Чтобы кому-то в чём-то помогать, нужно понимать, что ты собираешься делать, и иметь способность и силу это исполнять. Помощь может быть как реальной, в делах, так и в духовной поддержке или в эмоциональном плане. Человек состоит из души, духа и тела, или из чувств, разума и плоти, и каждая из этих составляющих нуждается в поддержке извне, хотя и может быть какое-то время самодостаточной. А план Творца состоит в том, чтобы люди создавали семьи, рожали детей, населяли землю и владели ею. Кому-то одному это не по силам.</w:t>
      </w:r>
    </w:p>
    <w:p>
      <w:r>
        <w:t>Мужчина — это творческая личность, которая может многого достичь и многое сделать. Вдохновение от своей жены открывает удивительные просторы для решения многих задач и даёт крылья для прекрасного полёта мысли. И в этом творчестве есть много дел, которые тоже нужно совершать, и на которые уходит много времени. Жена может помочь и в этом вопросе.</w:t>
      </w:r>
    </w:p>
    <w:p>
      <w:r>
        <w:t>Говорят, что за каждым великим мужчиной стоит не менее великая женщина. И это неоспоримый факт.</w:t>
      </w:r>
    </w:p>
    <w:p>
      <w:r>
        <w:t>Есть также и исключение из подобных правил, когда место женщины занимает Христос. Апостол Павел был таким образцом, но это скорее исключение, хотя он нам всем советовал так жить. Бог желает стать Помощником каждому из нас. И Он также стремится быть Помощником каждой помощнице, которая трудится для блага своей семьи.</w:t>
      </w:r>
    </w:p>
    <w:p>
      <w:r>
        <w:t>Хоть наше общество и пытается разрушить первоначальный Божий план относительно женщины, вводя в обиход понятие феминизма, эмансипации, гендера, но Божий замысел для семьи остаётся стабильным и продолжает быть источником благословения для всякого, кто занимает в нём своё место и выполняет свою роль с радостью и надлежащей ответственностью. Не муж сотворил себе помощника, а Бог. И когда идёт воссоединение двух половинок в одно в правильном духе, с общими целями, то происходит единение Творца с целым творением, и в этой гармонии семья переживает особое благословение.</w:t>
      </w:r>
    </w:p>
    <w:p>
      <w:r>
        <w:t>Помощь может быть разносторонней и разнообразной, она может и затрагивать все сферы человеческой жизнедеятельности. И обо всём можно договориться, когда каждый знает свою роль в общем деле.</w:t>
      </w:r>
    </w:p>
    <w:p>
      <w:pPr>
        <w:pStyle w:val="Heading2"/>
      </w:pPr>
      <w:r>
        <w:t>Домашнее задание 685</w:t>
      </w:r>
    </w:p>
    <w:p>
      <w:r>
        <w:t>1. Прочитайте, пожалуйста, Мар.9:35; Быт.1:26-28; 2:7,18-25; Рим.16:1-2; Прит.11:16; 12:4; 14:1; 19:14; 31:10-31; 1Кор.11:7-12; Еф.5:22-33; 1Тим.2:9-15; Откр.19:7-8 в свете нашего урока.</w:t>
      </w:r>
    </w:p>
    <w:p>
      <w:r>
        <w:t>2. Что вы поняли из этого урока?</w:t>
      </w:r>
    </w:p>
    <w:p>
      <w:r>
        <w:t>3. Какие ещё стихи из Библии пришли вам на память?</w:t>
      </w:r>
    </w:p>
    <w:p>
      <w:r>
        <w:t>4. Почему Бог назвал жену помощником?</w:t>
      </w:r>
    </w:p>
    <w:p>
      <w:r>
        <w:t>5. Будет ли Бог благословлять тех, кто захочет соответствовать Божьему плану?</w:t>
      </w:r>
    </w:p>
    <w:p>
      <w:r>
        <w:t>6. Может ли грех исказить Божий план относительно женщины и представить её роль в другом виде?</w:t>
      </w:r>
    </w:p>
    <w:p>
      <w:r>
        <w:t>7. Как вы думаете, сможет ли Иисус дополнить Собою отсутствие мужа у одиноких жён?</w:t>
      </w:r>
    </w:p>
    <w:p>
      <w:r>
        <w:t>8. В чём заключается помощь жены мужу?</w:t>
      </w:r>
    </w:p>
    <w:p>
      <w:r>
        <w:t>9. Важно ли знать, какие планы на семью у Бога? Или реальность времени и традиции общества должны быть на первом месте?</w:t>
      </w:r>
    </w:p>
    <w:p>
      <w:r>
        <w:t>10. Какие виды помощи мужу вы знаете?</w:t>
      </w:r>
    </w:p>
    <w:p>
      <w:r>
        <w:t>11. Может ли мужчина сам всё делать по дому без всякой помощи? Стоит ли ему помогать, если он об этом не просит?</w:t>
      </w:r>
    </w:p>
    <w:p>
      <w:r>
        <w:t>12. Как понять, что ваша помощь является помощью?</w:t>
      </w:r>
    </w:p>
    <w:p>
      <w:r>
        <w:t>13. Помощь — это только дела или это состояние разума и воли?</w:t>
      </w:r>
    </w:p>
    <w:p>
      <w:r>
        <w:t>14. Стоит ли брать в качестве примера семьи, где эгоизм того или другого супруга вносит в отношения разлад и ссоры?</w:t>
      </w:r>
    </w:p>
    <w:p>
      <w:r>
        <w:t>15. Вам доставляет радость служение вашей семье?</w:t>
      </w:r>
    </w:p>
    <w:p>
      <w:r>
        <w:br w:type="page"/>
      </w:r>
    </w:p>
    <w:p>
      <w:pPr>
        <w:pStyle w:val="Heading1"/>
      </w:pPr>
      <w:r>
        <w:t>Урок 686. Любовь в семье</w:t>
      </w:r>
    </w:p>
    <w:p>
      <w:r>
        <w:t>Дружба, которая была между нами до свадьбы, привела нас к взаимной любви в этих дружеских отношениях. Понимая, что любить друг друга правильно, мы стали об этом ещё и молиться, чтобы любовь была истинной и никогда не переставала. А понимая, что мы любим друг друга по-настоящему, мы решили перенести такие отношения в наш союз и развивать их на новом, семейном, уровне. И к чему мы пришли? К тому, что нам не хватало времени, чтобы ещё глубже погрузиться друг в друга. Хоть повседневные дела и обязанности периодически нас разлучали даже в одном доме, но мы старались всегда быть на связи.</w:t>
      </w:r>
    </w:p>
    <w:p>
      <w:r>
        <w:t>Новизна семейных отношений принесла нам много открытий, которыми мы не уставали делиться друг с другом, радуясь тому, какие мы интересные. Я считал свою половинку лучшим человеком в мире, а она всегда несправедливо обвиняла меня в том, что это я превосхожу её, и не принимала никаких возражений. И вот так два самых лучших человека коротали свои денёчки, пытаясь заверить друг друга в искренности и глубине своей любви.</w:t>
      </w:r>
    </w:p>
    <w:p>
      <w:r>
        <w:t>Говорят, что, когда начинаются трудовые будни, романтика заканчивается, и мы всё ждали, когда это произойдёт и с нами, но так и не дождались. А как быть, если ты каждое утро получаешь в подарок от Бога океан Его любви, которым нужно поделиться? А твоя подруга, ещё не успев проснуться, нападает на тебя со своими признаниями в своей привязанности и обрушивает на тебя такой водопад нежных слов, что ты понимаешь — день пройдёт в прекрасном настроении для нас обоих. И это не сказка, а реальность, которую мы решили выбрать, чтобы строить наше счастье.</w:t>
      </w:r>
    </w:p>
    <w:p>
      <w:r>
        <w:t>Теоретические знания, полученные в Школе Любви Агапэ, помогали нам понять правильный дух в нашем общении и утверждали нас во взаимной любви. Было так легко строить счастье, зная, чем оно не является, и из чего оно состоит.</w:t>
      </w:r>
    </w:p>
    <w:p>
      <w:r>
        <w:t>В углу одной из наших комнат стоял диван с низкими подлокотниками. Я садился иногда на край дивана, а жена размещалась рядом на подлокотнике и перекидывала свои ноги через мои, обнимая меня одной рукой. И в таком положении мы подолгу общались друг с другом. Было очень удобно так проводить время в разговоре. Получалось, что она сидела на моих коленях, но не пережимала мои ноги своим весом, а я мог в любой момент её обнять и прижать, не переживая за циркуляцию крови.</w:t>
      </w:r>
    </w:p>
    <w:p>
      <w:r>
        <w:t>Как радостно общаться со своей женой на расстоянии 5-20 сантиметров, вдыхать аромат её присутствия и слушать оригинальный тембр её голоса, не заглушенный расстоянием! А ещё я заметил, что она очень тёплая и может согревать меня теплом своего тела, не доводя его до кипения. Самое интересное, что моя половинка находила что-то подобное и во мне, периодически прижимаясь и сообщая о том, какой я прекрасный. Что ещё нужно двум родным людям? А вот что: чтобы крепким был союз, нужен славный карапуз! Но это не у всех и не сразу, и неизвестно когда.</w:t>
      </w:r>
    </w:p>
    <w:p>
      <w:r>
        <w:t>Иногда мы переживали особые благословения от осознания той радости, что мы теперь одно целое, и в этом состоянии сердца было так интересно говорить друг другу нежные слова любви.</w:t>
      </w:r>
    </w:p>
    <w:p>
      <w:r>
        <w:t>Я заметил, что вся та любовь, которой мы делились друг с другом до свадьбы во времена нашей дружбы, была очень романтичной, но и в то же время осторожной. Мы боялись играть со своими чувствами или с чувствами другого, и всегда приходилось добавлять к своим признаниям в любви приставку «как друга». И было сложно иногда понять, где любишь друга, а где нужно ставить границы. Но наша договорённость быть честными в описании своих чувств сдерживала нас от их неправильного выражения.</w:t>
      </w:r>
    </w:p>
    <w:p>
      <w:r>
        <w:t>А сейчас нам ничто не мешало говорить о своих эмоциях, о своих желаниях, о своих ожиданиях и влечениях. Мы весело обсуждали всё, желая понять, как можно ещё крепче любить друг друга, да так, чтобы всем было хорошо.</w:t>
      </w:r>
    </w:p>
    <w:p>
      <w:r>
        <w:t>Хоть любовь к другу имеет те же самые корни, что и любовь к жене, и исходит из того же Источника жизни, но в привязанности к супруге есть нечто особенное, что удивляет себя полнотой чувств и других приятных переживаний. И в дружбе это приходилось контролировать и сдерживать.</w:t>
      </w:r>
    </w:p>
    <w:p>
      <w:r>
        <w:t>Наша любовь друг к другу в рамках семьи не имела ограничений в своём выражении, и всегда давала новые возможности для исследования, испытания, открытия.</w:t>
      </w:r>
    </w:p>
    <w:p>
      <w:r>
        <w:t>Я не переставал удивляться, насколько глубокий человек подарен мне Богом, и насколько глубоки те скрытые сокровища её души, которые ещё предстоит найти и раскопать. О хоть бы этот источник благословений был всегда открыт для меня!</w:t>
      </w:r>
    </w:p>
    <w:p>
      <w:r>
        <w:t>Я понимаю, что войти в сердце супруги может только безусловная любовь, которая возрождает в нём ответную любовь, и под её влиянием ломаются многие стереотипы, открываются ржавые замки и глубоководные источники, насыщающие нас обоих.</w:t>
      </w:r>
    </w:p>
    <w:p>
      <w:r>
        <w:t>Любить жену — это Божий дар, который ты можешь задумать в своём сердце, а затем просить на него Божьего воплощения и благословения. Из наблюдения за своей любимой я понял, что она может меняться непредсказуемо быстро, и бывает сложно предугадать, кем она будет в ближайшее время, но Божья агапэ, данная мне для любви к ней, помогает всё встретить в правильном духе и дать ей не то, что она просит, а то, что ей необходимо.</w:t>
      </w:r>
    </w:p>
    <w:p>
      <w:r>
        <w:t>Учусь слушать сердцем. Не всегда это легко, особенно когда мой плотский человек начинает возмущаться от неожиданных испытаний, но любовь помогает принять правильное решение и продолжать любить, несмотря ни на что.</w:t>
      </w:r>
    </w:p>
    <w:p>
      <w:r>
        <w:t>Когда я выбирал себе жену и молился о том, какой она должна быть, я видел, что мои ожидания не соответствуют действительности. А сейчас, будучи в браке, я стал понимать, что мы сами можем построить друг в друге то, что только захотим, если будем прилагать к этому совместные усилия, обсуждать наши планы, делиться откровениями и любить друг друга.</w:t>
      </w:r>
    </w:p>
    <w:p>
      <w:r>
        <w:t>Любить жену — это целая наука, которая открывается по мере её исследования. Меня так радует подобная перспектива, когда я задумываюсь о том, смогу ли я возрасти в любви к супруге! Как и любое откровение, которое требует дальнейшего погружения в свои глубины, чтобы явить всю красоту своих недр, так и любовь к супруге таит в себе бесконечные откровения о её душе и духе, о её мыслях и чувствах, подаренных тебе в виде рассказов о её переживаниях.</w:t>
      </w:r>
    </w:p>
    <w:p>
      <w:r>
        <w:t>Какие мы разные! И это разнообразие так влечёт нас друг к другу! Мы с радостью откладываем всё, чтобы погрузиться в нашу жизнь и найти в ней то, что представляет истинную ценность.</w:t>
      </w:r>
    </w:p>
    <w:p>
      <w:r>
        <w:t>Сия есть жизнь семейная, да познает муж жену свою, и да познает жена мужа своего. И в этом познании друг друга мы стали понимать смысл нашего брака. Мы стали осознавать, что этот процесс начался, чтобы уже никогда не заканчиваться. Мы подарены друг другу, чтобы открыть друг в друге друг друга и позволить этим открытиям быть особым благословением для нашего союза.</w:t>
      </w:r>
    </w:p>
    <w:p>
      <w:r>
        <w:t>Думаю, что любить того, кого очень хорошо знаешь, гораздо интереснее, чем любить безгласный холодильник, который не производит ничего, кроме льда и сосулек. И благо нам, что мы вместе это поняли и приняли совместное решение любить друг друга и познавать друг друга в этой любви, открывая для себя новый мир нашей семьи.</w:t>
      </w:r>
    </w:p>
    <w:p>
      <w:pPr>
        <w:pStyle w:val="Heading2"/>
      </w:pPr>
      <w:r>
        <w:t>Домашнее задание 686</w:t>
      </w:r>
    </w:p>
    <w:p>
      <w:r>
        <w:t>1. Прочитайте, пожалуйста, Ин.15:12,17; Еф.5:25-29; Кол.3:19; Рим.12:9-10; Песн.1:1; 1Кор.16:14; Гал.5:13; Еф.4:2-3,15; 1Пет.1:22; Ам.3:3; 1Ин.3:11,18 в свете этого урока.</w:t>
      </w:r>
    </w:p>
    <w:p>
      <w:r>
        <w:t>2. Что вы поняли из этого урока?</w:t>
      </w:r>
    </w:p>
    <w:p>
      <w:r>
        <w:t>3. Какие ещё стихи из Библии пришли вам на память?</w:t>
      </w:r>
    </w:p>
    <w:p>
      <w:r>
        <w:t>4. Почему нам дано повеление любить своих жён?</w:t>
      </w:r>
    </w:p>
    <w:p>
      <w:r>
        <w:t>5. Как вы думаете, будет ли человек, любящий свою семью, проявлять ту же любовь к ближним?</w:t>
      </w:r>
    </w:p>
    <w:p>
      <w:r>
        <w:t>6. Реально ли в наше время иметь любовь в семьях?</w:t>
      </w:r>
    </w:p>
    <w:p>
      <w:r>
        <w:t>7. Если муж и жена решат любить друг друга и договорятся об этом, и начнут прилагать к этому усилия, то у них что-то из этого получится?</w:t>
      </w:r>
    </w:p>
    <w:p>
      <w:r>
        <w:t>8. Так ли важно иметь любовь в семье? Ведь её в тарелку не положишь и на себя не наденешь.</w:t>
      </w:r>
    </w:p>
    <w:p>
      <w:r>
        <w:t>9. Важно ли в любви друг к другу знать язык любви другого человека и владеть им?</w:t>
      </w:r>
    </w:p>
    <w:p>
      <w:r>
        <w:t>10. Стоит ли продолжать делать открытия друг в друге, находясь в одной семье?</w:t>
      </w:r>
    </w:p>
    <w:p>
      <w:r>
        <w:t>11. Может ли любовь развиваться в семейных отношениях?</w:t>
      </w:r>
    </w:p>
    <w:p>
      <w:r>
        <w:t>12. Какую пользу приносит любовь в семье?</w:t>
      </w:r>
    </w:p>
    <w:p>
      <w:r>
        <w:t>13. Знаете ли вы такие семьи, где муж и жена любят друг друга?</w:t>
      </w:r>
    </w:p>
    <w:p>
      <w:r>
        <w:t>14. Зависит ли жизненный успех от семейных отношений?</w:t>
      </w:r>
    </w:p>
    <w:p>
      <w:r>
        <w:t>15. Может ли быть такое, что любовь в семье сделает меня беззащитным человеком в мире, и я стану лёгкой добычей врага души?</w:t>
      </w:r>
    </w:p>
    <w:p>
      <w:r>
        <w:br w:type="page"/>
      </w:r>
    </w:p>
    <w:p>
      <w:pPr>
        <w:pStyle w:val="Heading1"/>
      </w:pPr>
      <w:r>
        <w:t>Урок 687. Семейный алтарь</w:t>
      </w:r>
    </w:p>
    <w:p>
      <w:r>
        <w:t>С тех пор, как я уверовал во Христа и попросил Его стать моим Господом, я понял одну важную вещь. С Ним можно иметь общение. Когда я читаю Библию или другие книги от богодухновенных авторов, тогда мой Спаситель говорит со мной через эти труды. А затем я решил беседовать с Богом посредством молитвы. Раньше я думал, что существуют особые молитвы, которые нужно выучить наизусть и читать, как мантры, в случае необходимости, что я и делал, но потом я понял, что могу молиться своими словами и озвучивать то, что актуально для меня и беспокоит моё сердце. Со временем я научился обращаться к Иисусу по всякому поводу, из-за любой мелочи, со всяким вопросом или просто рассказывать Ему о своих радостях и благословениях. Мои молитвы носят разный дух. Они бывают благодарственными, информационными, содержащими прошения и вопросы, жажду мудрости для того или иного дела. Я привык советоваться с Богом по многим вопросам и всякий раз получаю интересные мысли и идеи по решению возникающих задач.</w:t>
      </w:r>
    </w:p>
    <w:p>
      <w:r>
        <w:t>Создание семьи — это время поста и молитвы. Выбор другой половинки — это самое ответственное мероприятие, от которого зависит вся последующая жизнь человека. Глаза могут показать лицо и красивый стан избранницы, а Господь открывает сердце. Поэтому молитва жизненно важна и необходима в решении вопроса о спутнике жизни. Господь показывает многое в ответ на мои молитвы, но окончательный выбор остаётся за мной.</w:t>
      </w:r>
    </w:p>
    <w:p>
      <w:r>
        <w:t>Жена должна быть верующим человеком из той же деноминации, что и я, иначе конфликта не избежать. Из истории судеб других людей я знаю, что религиозные разногласия вызывают неизбежные войны, вражду и противостояние, и будет совсем неправильно приглашать подобный дух в свой дом. Стоит до свадьбы понять, чем живёт тот человек, с которым ты желаешь соединить свою судьбу, о чём и как он молится, что читает, что смотрит и во что верит. Господь открывает в общении эти вопросы.</w:t>
      </w:r>
    </w:p>
    <w:p>
      <w:r>
        <w:t>Я не знаю, что такое семейный алтарь, мне никто не дал этого примера в детстве, но я об этом часто читал у других авторов и слышал множество свидетельств о том, что это самое важное семейное мероприятие, через которое Господь изливает на всех членов семьи особые благословения.</w:t>
      </w:r>
    </w:p>
    <w:p>
      <w:r>
        <w:t>Алтарь — это место, где Богу приносились жертвы и поклонялись Ему в духе и истине. Я решил, что в нашем доме должно быть такое место, где бы мы могли всей семьёй собираться для молитвы и духовного общения. Вначале мы делали это, где хотели, и преклоняли колени в любом месте, когда возникала необходимость. Но со временем я понял, что если бы у нас было отведено для этого специальное место, то это принесло бы обильные благословения. Мы не знали, как это должно быть, и поэтому спрашивали совета у других собратьев. Оказалось, что у многих этого нет, и поэтому мы решили сделать всё по-своему, так, как Господь положит на сердце.</w:t>
      </w:r>
    </w:p>
    <w:p>
      <w:r>
        <w:t>Гостиная комната как нельзя лучше подходила для данного служения. Диван и два кресла как бы приглашали нас в свою компанию, а посреди них мы решили положить на пол мягкий ковёр, чтобы было комфортно преклонять колени. При необходимости, если будут гости, можно поставить к дивану стол и стулья.</w:t>
      </w:r>
    </w:p>
    <w:p>
      <w:r>
        <w:t>Мы решили собираться на этом месте для нашего поклонения в приличной одежде, соответсвующей температуре помещения. У нас не было вначале твёрдых установок относительно времени и порядка проведения этого служения, и мы решили выяснить, как и что лучше делать.</w:t>
      </w:r>
    </w:p>
    <w:p>
      <w:r>
        <w:t>Из Библии мы узнали, что утром и вечером приносились жертвы Богу, поэтому было решено собираться для поклонения нашему Господу после подьёма и вечером, незадолго до сна. А в дни, когда у нас были семейные советы, мы склонялись в благодарственной молитве до проведения всех наших мероприятий.</w:t>
      </w:r>
    </w:p>
    <w:p>
      <w:r>
        <w:t>Так как у нас не было определённого графика, мы сами решали, когда и как нам проводить наши встречи.</w:t>
      </w:r>
    </w:p>
    <w:p>
      <w:r>
        <w:t>В пятницу вечером мы собирались незадолго до захода солнца, чтобы вместе войти в покой. Вдвоём мы пели наши любимые гимны, читали духовные произведения и благодарили Бога за все благословения, которые имели в течение недели.</w:t>
      </w:r>
    </w:p>
    <w:p>
      <w:r>
        <w:t>Если нам приходилось принимать гостей, то мы и их приглашали к нашему семейному алтарю, незатейливо знакомя их с нашей семейной традицией поклонения Богу. А когда мы были в гостях или на лагерных собраниях, мы вели себя по правилам этого дома или места. Если же оставались с ночёвкой, то старались молиться вдвоём, когда появлялась возможность. Наш Бог всегда с нами, куда бы мы ни пошли, и мы можем поклоняться Ему в духе и истине в любом месте и при любых условиях. И даже когда обстоятельства разлучали нас так, что мы не могли быть вдвоём, мы договорились продолжать молиться друг за друга во всякое время, а особенно утром и вечером, а если была связь, то мы совершали наше общее служение по телефону.</w:t>
      </w:r>
    </w:p>
    <w:p>
      <w:r>
        <w:t>Несложно было установить семейный алтарь и несложно его поддерживать. Бог снисходит до наших возможностей и принимает от нас то, что мы делаем от всей души и от чистого сердца. Мы договорились, что будем организовать наши семейные богослужения с любовью и радостью, оставляя все дела на это время. Мы знали, что разные обстоятельства будут всегда мешать в этом вопросе, но ведь всё лежит в нашей власти, и обо всём можно договориться.</w:t>
      </w:r>
    </w:p>
    <w:p>
      <w:r>
        <w:t>Мы также решили, что если по каким-то причинам мы не сможем собраться или соберёмся не вовремя, то мы не будем себя винить за подобные исключения, но станем искать возможность это исправить. Нам не хотелось поклоняться Богу из под своей же палки или в стрессе.</w:t>
      </w:r>
    </w:p>
    <w:p>
      <w:r>
        <w:t>Всё это настолько естественно вошло в наш семейный быт, что мы даже не задумывались о том, как это лучше организовать. Всё решалось, как само собой разумеющееся. И не нужно было тратить много времени на подготовку и проведение служения. Иногда наши встречи проходили очень быстро, а иногда затягивались до полуночи. В хорошую погоду мы предпочитали коротко помолиться дома, а потом продолжить общение во время прогулки. Мы были хозяевами сами себе и вместе решали, как и что нам лучше устраивать. Любое мнение переживало пробный период, а затем утверждалось или заменялось более хорошим решением.</w:t>
      </w:r>
    </w:p>
    <w:p>
      <w:r>
        <w:t>В вопросе веры мы предоставили друг другу абсолютную свободу поклоняться и понимать всё так, как то подсказывали совесть и разум. Но мы обменивались своими убеждениями и находили много общего, и это старались привнести в наши собрания.</w:t>
      </w:r>
    </w:p>
    <w:p>
      <w:r>
        <w:t>У нас был также и общий враг — это наша лень, которая постоянно звала нас к ничего неделанию, и приходилось всё время ей сопротивляться, спасая друг друга и самих себя от её смертельных объятий. Борьба была отчаянной, но мы всегда побеждали.</w:t>
      </w:r>
    </w:p>
    <w:p>
      <w:r>
        <w:t>Мы заметили, что наш порядок в проведении богопоклонения приносит нам большие благословения во всех сферах нашей жизни. Мы сами, наше здоровье, наше имущество и все наши дела находились под Божьей защитой, и во всём ощущалось Божье присутствие. Это сложно описать словами, но это можно пережить.</w:t>
      </w:r>
    </w:p>
    <w:p>
      <w:r>
        <w:t>Если не уделять Богу время, то оно заполнится чем-то другим, а принесёт ли это другое нам и нашему союзу благословение, мы не знаем, да и не хотим знать. Было решено, что я и мой дом будем служить Господу. Для одного это было возможно, но для двоих это стало правильным, интересным и прекрасным.</w:t>
      </w:r>
    </w:p>
    <w:p>
      <w:pPr>
        <w:pStyle w:val="Heading2"/>
      </w:pPr>
      <w:r>
        <w:t>Домашнее задание 687</w:t>
      </w:r>
    </w:p>
    <w:p>
      <w:r>
        <w:t>1. Прочитайте, пожалуйста, Исх.29:39,42; Чис.28:3; 1Пар.23:30; Нав.24:15; Ин.4:23-24; 1Пет.2:1-5,9; 1Тим.3:1-7; Иер.31:33-34; Иез.9:4; Деян.10:1-2; 16:32-33; 1Тим.3:12; 1Ин.2:15-17; Еф.5:15-33; Кол.3:14-21; Пс.54:18; 118:40; 142:6; Еккл.4:5 в свете этого урока.</w:t>
      </w:r>
    </w:p>
    <w:p>
      <w:r>
        <w:t>2. Что вы поняли из этого урока?</w:t>
      </w:r>
    </w:p>
    <w:p>
      <w:r>
        <w:t>3. Какие ещё стихи из Библии пришли вам на память?</w:t>
      </w:r>
    </w:p>
    <w:p>
      <w:r>
        <w:t>4. Для чего нужны семейные богослужения?</w:t>
      </w:r>
    </w:p>
    <w:p>
      <w:r>
        <w:t>5. Стоит ли переживать, если в вашем доме нет такого служения по причине неверия вашей второй половины?</w:t>
      </w:r>
    </w:p>
    <w:p>
      <w:r>
        <w:t>6. Ожидает ли Господь того, что в семьях будут проходить духовные собрания с целью поклонения Ему?</w:t>
      </w:r>
    </w:p>
    <w:p>
      <w:r>
        <w:t>7. Можно ли поклоняться Богу в одиночестве, если ваш супруг не поддерживает вас в этом вопросе?</w:t>
      </w:r>
    </w:p>
    <w:p>
      <w:r>
        <w:t>8. Находите ли вы в образах Ветхого завета пример для проведения домашних молитв?</w:t>
      </w:r>
    </w:p>
    <w:p>
      <w:r>
        <w:t>9. Стоит ли планировать в своей семье домашние богослужения?</w:t>
      </w:r>
    </w:p>
    <w:p>
      <w:r>
        <w:t>10. Какие благословения ожидают тех, кто всей семьёй поклоняется Богу в духе и истине?</w:t>
      </w:r>
    </w:p>
    <w:p>
      <w:r>
        <w:t>11. Что делать, если в своей семье только я один верую в Бога?</w:t>
      </w:r>
    </w:p>
    <w:p>
      <w:r>
        <w:t>12. Есть ли определённый порядок для домашнего поклонения Богу, или каждая семья может устанавливать свои правила?</w:t>
      </w:r>
    </w:p>
    <w:p>
      <w:r>
        <w:t>13. Стоит ли судить тех, кто верует в Бога по-своему и ничего не организовывает в своём доме?</w:t>
      </w:r>
    </w:p>
    <w:p>
      <w:r>
        <w:t>14. Влияет ли на семейное счастье совместное поклонение Богу?</w:t>
      </w:r>
    </w:p>
    <w:p>
      <w:r>
        <w:t>15. Нужно ли заставлять членов своей семьи приходить на общие молитвы, если они того не хотят?</w:t>
      </w:r>
    </w:p>
    <w:p>
      <w:r>
        <w:br w:type="page"/>
      </w:r>
    </w:p>
    <w:p>
      <w:pPr>
        <w:pStyle w:val="Heading1"/>
      </w:pPr>
      <w:r>
        <w:t>Урок 688. Семейные финансы</w:t>
      </w:r>
    </w:p>
    <w:p>
      <w:r>
        <w:t>Каждое утро в нашем доме начиналось с благодарственных молитв за все благословения, которые Господь приготовил нам на новый день. А каждый вечер мы благодарили Бога за всё то, что пережили и перенесли в течение дня. Также мы просили о мудрости, как быть счастливыми в своей семье и как управлять своим домом.</w:t>
      </w:r>
    </w:p>
    <w:p>
      <w:r>
        <w:t>На свадьбу нам подарили деньги, часть которых была отдана Богу, часть пошла на покрытие расходов на свадьбу, а остаток мы отложили на наше будущее. Помимо этих средств у меня были небольшие накопления, которые я не спешил тратить. А как дело обстояло у моей жены, учитывая финансовую сторону, я не интересовался.</w:t>
      </w:r>
    </w:p>
    <w:p>
      <w:r>
        <w:t>Наша совместная жизнь показала необходимость приобретения многих вещей, которые были нам нужны для повседневной жизни. Мы дружно обсуждали все предстоящие покупки и затем приобретали то, что было необходимо.</w:t>
      </w:r>
    </w:p>
    <w:p>
      <w:r>
        <w:t>Наши поездки также стоили денег, а на еду у нас стало уходить в два раза больше средств, чем тогда, когда я жил один.</w:t>
      </w:r>
    </w:p>
    <w:p>
      <w:r>
        <w:t>Я работал в строительной фирме, а моя супруга по причине переезда в мой дом, который я недорого снимал на окраине города, уволилась со своей работы, так как ей стало очень далеко ездить. Я не спрашивал про благосостояние своей возлюбленной и решал все финансовые вопросы сам, но со временем понял, что нам нужно обговорить и эту тему и понять, как нам дальше жить и на что.</w:t>
      </w:r>
    </w:p>
    <w:p>
      <w:r>
        <w:t>Я предложил провести внеочередной семейный совет, чтобы разобраться с денежным вопросом. Жена согласилась, и мы, попросив в молитве Божьего руководства, сели за стол переговоров.</w:t>
      </w:r>
    </w:p>
    <w:p>
      <w:r>
        <w:t>Вначале я рассказал о том, сколько у нас осталось денег наличными и сколько их накоплено на карте. Также я расписал на бумаге все текущие расходы на аренду жилья, на страховку и заправку автомобиля, на наше питание, на пожертвования в церковь и на бытовые нужды. В ходе всех расчётов было выявлено следующее. Если я потеряю работу, то нам хватит того, что есть, на восемь месяцев скромной жизни без дополнительных трат.</w:t>
      </w:r>
    </w:p>
    <w:p>
      <w:r>
        <w:t>Потом я попросил жену раскрыть историю финансовой картины её жизни и её планов на будущее, чтобы иметь представление о том, как и что планировать дальше. Она рассказала, сколько она зарабатывала, сколько откладывала, и сколько у неё было денег в данное время на карте. Я хотел понять, как моя супруга видит вопрос управления деньгами и очень внимательно слушал её отчёт, не перебивая, но задавая наводящие вопросы. Я видел, как во время рассказа жена о чём-то задумывалась и принимала какие-то решения, прежде чем что-то озвучить. Она высказала идею о том, что у нас должны быть свои личные деньги, которые мы можем тратить по своему усмотрению, и общая семейная касса, которая будет пополнятся из наших основных доходов.</w:t>
      </w:r>
    </w:p>
    <w:p>
      <w:r>
        <w:t>В ходе общения стало понятно, что денежный вопрос не такой уж и простой, и есть много разногласий по поводу управления ресурсами. Я предложил попросить у Бога особой мудрости в этом вопросе, и мы стали дискутировать дальше.</w:t>
      </w:r>
    </w:p>
    <w:p>
      <w:r>
        <w:t>Я поделился своим пониманием, выразив желание, чтобы у нас было всё общее и прозрачное, и мы вместе решали, куда и что тратить, с чем моя жена не соглашалась и говорила, что мы потеряем личную независимость в мелочах, и это послужит многим раздорам. А я считал, что любовь всё покроет, и не стоит за это переживать. Я знал, как было принято управлять в моём родительском доме, а супруга имела своё представление об этом. Я заметил, что назревает конфликт, и предложил посоветоваться с другими собратьями, чтобы понять, как они управляют своим домом, и кто у них главный управляющий во всех финансах.</w:t>
      </w:r>
    </w:p>
    <w:p>
      <w:r>
        <w:t>Мы выбрали некоторых верующих друзей и договорились с ними о встрече. После общения по нашему вопросу у нас сложилась более интересная картина, чем мы её представляли вначале. Нам стало понятно, что каждая семья решает подобные задачи по-своему, но существуют общие принципы, которые у всех одинаковые. Мы записывали главные мысли, а потом дружно их обсуждали у себя в доме. Нам зачитывали цитаты из мудрых книг, и мы стали понимать, чего ожидает от нас Бог, и какими управителями Он нас видит.</w:t>
      </w:r>
    </w:p>
    <w:p>
      <w:r>
        <w:t>Мы решили не спорить по конфликтным вопросам, а вначале обсуждать их с собратьями и друзьями, делая свои выводы.</w:t>
      </w:r>
    </w:p>
    <w:p>
      <w:r>
        <w:t>Мне не хотелось вносить диктат в свою семью, но я понимал, что в некоторых вопросах моя жена не шла на уступки, и я решил отдать это в Божьи руки и просить Его помочь нам, смягчив сердце жены или изменив мой взгляд на вещи.</w:t>
      </w:r>
    </w:p>
    <w:p>
      <w:r>
        <w:t>Вместе мы поняли, что в конечном итоге все деньги принадлежат Богу, и мы из этого мира ничего не возьмём. Было решено:</w:t>
      </w:r>
    </w:p>
    <w:p>
      <w:r>
        <w:t>1. Десятину от каждого дохода отдавать Богу, а приношения и пожертвования будут определяться нами из величины дохода и явной нужды в средствах для всевозможных проектов.</w:t>
      </w:r>
    </w:p>
    <w:p>
      <w:r>
        <w:t>2. Ответственным за добычу средств для содержания семьи будет муж.</w:t>
      </w:r>
    </w:p>
    <w:p>
      <w:r>
        <w:t>3. У нас появится общая семейная касса, которая будет состоять из зарплаты мужа и из которой будет производиться оплата текущих платежей и расходов на семью.</w:t>
      </w:r>
    </w:p>
    <w:p>
      <w:r>
        <w:t>4. Так как Бог потребует отчёта за управление финансами семьи с мужа, он должен стать главным управителем всех денег.</w:t>
      </w:r>
    </w:p>
    <w:p>
      <w:r>
        <w:t>5. Жена должна давать еженедельный отчёт мужу о том, что она покупает и тратит из семейной кассы, и вести бухгалтерский учёт всех приходов и расходов.</w:t>
      </w:r>
    </w:p>
    <w:p>
      <w:r>
        <w:t>6. Накопления на экстренные нужды должны быть регулярно откладываемы в качестве отдельного фонда, который должен быть доступным и неприкасаемым для всех.</w:t>
      </w:r>
    </w:p>
    <w:p>
      <w:r>
        <w:t>7. У каждого из нас будет свой личный фонд, из которого он может тратить деньги так, как посчитает нужным, не отчитываясь перед другим.</w:t>
      </w:r>
    </w:p>
    <w:p>
      <w:r>
        <w:t>8. Жена в случае отсутствия личного дохода будет получать из общей кассы ежемесячно фиксированную сумму для личных нужд.</w:t>
      </w:r>
    </w:p>
    <w:p>
      <w:r>
        <w:t>9. Каждый месяц откладывать средства по мере размера дохода для накопления их на улучшение условий жизни или на строительство собственного жилья.</w:t>
      </w:r>
    </w:p>
    <w:p>
      <w:r>
        <w:t>10. Не иметь долгов ни перед кем и не тратить денег больше, чем мы зарабатываем.</w:t>
      </w:r>
    </w:p>
    <w:p>
      <w:r>
        <w:t>11. Вносить в эти правила новые пункты по мере необходимости.</w:t>
      </w:r>
    </w:p>
    <w:p>
      <w:r>
        <w:t>Мы записали эти постановления как правила для НАШЕЙ семьи, чтобы в случае необходимости обращаться к ним, если возникнет конфликт. Нам стало понятно, что и в этом вопросе мы можем обо всём договориться в дружелюбном духе.</w:t>
      </w:r>
    </w:p>
    <w:p>
      <w:r>
        <w:t>Было также выявлено, что сребролюбие может очень быстро разрушить наши отношения друг с другом и с Богом, и мы отдали этот вопрос в Божьи руки, прося Его очистить наши сердца от всякой неправды.</w:t>
      </w:r>
    </w:p>
    <w:p>
      <w:r>
        <w:t>Следующим вопросом стало решение о том, сколько нам нужно для жизни, и что не является необходимостью. Мы преклонили колени, прося о мудрости свыше, и приступили к обсуждению. Этот вопрос вновь вызвал массу разногласий, и было очень интересно наблюдать за тем, как два врожденных эгоиста приходят к общим решениям, которые и Бог должен одобрить. Дух взаимной любви помог каждому из нас терпеливо выслушивать мнение другого и его аргументы. Самые спорные моменты откладывались на будущее.</w:t>
      </w:r>
    </w:p>
    <w:p>
      <w:r>
        <w:t>Мы поняли, что нам очень мешало влияние состоятельных друзей, которые позволяли себе то или другое, а мы ещё не доросли до такого уровня, а так хотелось не отставать. Но и здесь мы смогли договориться и решили не изнемождать себя непосильным трудом ради денег, но поставить своё духовное и физическое здоровье на первое место.</w:t>
      </w:r>
    </w:p>
    <w:p>
      <w:pPr>
        <w:pStyle w:val="Heading2"/>
      </w:pPr>
      <w:r>
        <w:t>Домашнее задание 688</w:t>
      </w:r>
    </w:p>
    <w:p>
      <w:r>
        <w:t>1. Прочитайте, пожалуйста, Пс.118:36; Евр.13:15; 1Тим.3:2-4; 6:10; Прит.2:6; 14:8; 15:27; 23:23; 28:16; 1Пет.5:2; 1Фес.4:11-12; Иак.1:5; Исх.31:3; Рим.12:10 в свете этого урока.</w:t>
      </w:r>
    </w:p>
    <w:p>
      <w:r>
        <w:t>2. Что вы поняли из этого урока?</w:t>
      </w:r>
    </w:p>
    <w:p>
      <w:r>
        <w:t>3. Какие ещё стихи из Библии пришли вам на память?</w:t>
      </w:r>
    </w:p>
    <w:p>
      <w:r>
        <w:t>4. Как вы думаете, можно ли в семье, где любят друг друга, обо всём договориться?</w:t>
      </w:r>
    </w:p>
    <w:p>
      <w:r>
        <w:t>5. Важно ли супругам вместе обсуждать семейный бюджет?</w:t>
      </w:r>
    </w:p>
    <w:p>
      <w:r>
        <w:t>6. Стоит ли навязывать другим людям свои семейные ценности?</w:t>
      </w:r>
    </w:p>
    <w:p>
      <w:r>
        <w:t>7. Смогут ли посторонние люди, имеющие опыт, решить ваши семейные проблемы?</w:t>
      </w:r>
    </w:p>
    <w:p>
      <w:r>
        <w:t>8. Можно ли супругам расчитывать свой бюджет, полагаясь на постоянную помощь от родителей?</w:t>
      </w:r>
    </w:p>
    <w:p>
      <w:r>
        <w:t>9. На самом ли деле муж является главным управителем в семье?</w:t>
      </w:r>
    </w:p>
    <w:p>
      <w:r>
        <w:t>10. Влияют ли финансовые вопросы на семейное счастье?</w:t>
      </w:r>
    </w:p>
    <w:p>
      <w:r>
        <w:t>11. Что делать, если супруг не верит в Бога и имеет другие ценности, претендуя на всю зарплату жены?</w:t>
      </w:r>
    </w:p>
    <w:p>
      <w:r>
        <w:t>12. Должны ли у каждого супруга быть личные средства, чтобы быть в них независимыми?</w:t>
      </w:r>
    </w:p>
    <w:p>
      <w:r>
        <w:t>13. Как вы думаете, наблюдает ли Небо за тем, как и на что мы тратим свои деньги? Рим.14:12.</w:t>
      </w:r>
    </w:p>
    <w:p>
      <w:r>
        <w:t>14. Ожидает ли Бог что-то и для Себя из наших средств?</w:t>
      </w:r>
    </w:p>
    <w:p>
      <w:r>
        <w:t>15. Зачем Богу наши деньги, если у Него всё есть?</w:t>
      </w:r>
    </w:p>
    <w:p>
      <w:r>
        <w:br w:type="page"/>
      </w:r>
    </w:p>
    <w:p>
      <w:pPr>
        <w:pStyle w:val="Heading1"/>
      </w:pPr>
      <w:r>
        <w:t>Урок 689. Да будет ложе непорочно</w:t>
      </w:r>
    </w:p>
    <w:p>
      <w:r>
        <w:t>Чем больше мы с женой узнавали друг друга, тем больше влюблялись один в другого. И как радостно любить друг друга в рамках своей семьи и постоянно придумывать что-то новое и занимательное, чтобы нам обоим было хорошо. Нам было очень интересно обо всём договариваться, всё испытывать и хорошего держаться.</w:t>
      </w:r>
    </w:p>
    <w:p>
      <w:r>
        <w:t>Изучив законы воздержания и приняв их всем сердцем, мы заметили, что есть некоторые моменты в интимных отношениях, которые не совсем понятны, поэтому возникает много вопросов, на которые мы не можем дать друг другу ответы. Мы решили вновь обратиться к верующим специалистам в этой сфере и послушать их рекомендации. Мы понимали, что если наши собратья не подскажут нам некоторые тонкости о правилах интимной жизни, то тогда мир научит нас своим правилам, которые могут нас погубить или сделать больными людьми.</w:t>
      </w:r>
    </w:p>
    <w:p>
      <w:r>
        <w:t>Вот то полезное, что мы узнали:</w:t>
      </w:r>
    </w:p>
    <w:p>
      <w:r>
        <w:t>— Любые вожделенные помышления о сексуальной связи с посторонним человеком и сама эта связь является грехом, разрушающим жизнь и здоровье семьи. Он привносит в брачный союз не только трагедию, но и всевозможные венерические заболевания. Порнографии не должно быть места в доме ни в каком виде.</w:t>
      </w:r>
    </w:p>
    <w:p>
      <w:r>
        <w:t>— В интимных отношениях между мужем и женой должно быть взаимное уважение и абсолютная свобода выбора. Всё должно быть добровольно и происходить по взаимному желанию и согласию. Необходимо спрашивать о том, разрешает ли ваш партнёр вам делать и получать то, чего ему хочется. Любой вид насилия оскверняет отношения и наносит глубокие эмоциональные раны.</w:t>
      </w:r>
    </w:p>
    <w:p>
      <w:r>
        <w:t>— Стоит принимать душ или омываться до того, как вы что-то запланируете. Также это необходимо делать и после ваших отношений.</w:t>
      </w:r>
    </w:p>
    <w:p>
      <w:r>
        <w:t>— В физиологии женщины есть определённые дни, когда происходит очищение крови. В этот период необходимо воздерживаться от всякой близости, оставаясь при этом нежными и любящими супругами. После окончания этих дней по Библии необходимо подождать ещё 7 дней, а затем уже можно планировать свою интимную жизнь. Лев.15:28.</w:t>
      </w:r>
    </w:p>
    <w:p>
      <w:r>
        <w:t>Этот вопрос настолько важен и серьёзен в Божьих глазах, что Он Сам объявил о том, что нарушителей этого запрета ожидает смерть. Читаем Иез.18:4-9: «Ибо вот, все души — Мои: как душа отца, так и душа сына — Мои: душа согрешающая, та умрёт. Если кто праведен …жены ближнего своего не оскверняет и к своей жене во время очищения нечистот её не приближается, …он непременно будет жив…»</w:t>
      </w:r>
    </w:p>
    <w:p>
      <w:r>
        <w:t>А использование искусственных средств защиты в эти дни является лукавством и попыткой законно нарушить Божьи повеления.</w:t>
      </w:r>
    </w:p>
    <w:p>
      <w:r>
        <w:t>Если муж не понимает этого запрета, то жена должна встать на защиту счастья своей семьи и дать твёрдый отказ на всякую интимную связь.</w:t>
      </w:r>
    </w:p>
    <w:p>
      <w:r>
        <w:t>— Чистота одежды и постели приветствуется во всякое время. Стоит заранее приготовить средства гигиены (салфетки или полотенца), чтобы всякое истечение не испачкало вашу одежду или постельные принадлежности. Если же это произошло, то необходимо сразу поменять испачканные вещи и постирать их. Невежество в этом вопросе оскверняет вас и ваше ложе.</w:t>
      </w:r>
    </w:p>
    <w:p>
      <w:r>
        <w:t>— Если вы решили использовать противозачаточные средства, то необходимо ознакомиться с их побочными эффектами и просить у Бога мудрости для их применения.</w:t>
      </w:r>
    </w:p>
    <w:p>
      <w:r>
        <w:t>— Все ваши интимные связи должны быть сокрыты от посторонних глаз и ни в коем случае не сниматься на фото или видео даже для вашего личного просмотра. Также ничто не должно происходить в общественных местах или там, где посторонние люди могут стать случайными свидетелями ваших ласк.</w:t>
      </w:r>
    </w:p>
    <w:p>
      <w:r>
        <w:t>— Стоит знать, что ваши половые органы имеют особую микрофлору, которая, получая положительный стресс от первой интимной связи, подстраивается под нового партнёра и впоследствии принимает его как норму жизни. Микрофлора содержит в себе много грибковых соединений, которые естественно живут в этой среде и не представляют серьёзной опасности, если соблюдать правила чистоты и гигиены. При попадании этих веществ в ротовую полость могут начаться всевозможные воспалительные или необратимые болезнетворные процессы. При оральном сексе стоит подумать о всевозможных последствиях. Не стоит рисковать своим здоровьем ради того, чтобы доставить кому-то кратковременное наслаждение.</w:t>
      </w:r>
    </w:p>
    <w:p>
      <w:r>
        <w:t>— Тело женщины не создано для анального секса. Анальные и ректальные ткани толстой кишки очень нежные и быстро повреждаются при грубом прикасании к ним, что вызывает воспалительные процессы и заражение. При постоянной практике подобных действий мышечные ткани ануса естественно расслабляются, что может привести к печальным проблемам в этой области тела.</w:t>
      </w:r>
    </w:p>
    <w:p>
      <w:r>
        <w:t>— Обоим супругам необходимо изучить темперамент и телосложение друг друга, чтобы понять, кому сколько времени необходимо для того, чтобы помочь своему партнёру получить желаемое наслаждение.</w:t>
      </w:r>
    </w:p>
    <w:p>
      <w:r>
        <w:t>— Не стоит травмировать своё тело и тело партнёра ради получения особого или изысканного удовольствия.</w:t>
      </w:r>
    </w:p>
    <w:p>
      <w:r>
        <w:t>— Не решать семейные конфликты путём интимных отношений. Близость должна быть праздником и благодарностью за проявленную любовь и уважение, а не полем битвы для зализывания кровоточащих ран.</w:t>
      </w:r>
    </w:p>
    <w:p>
      <w:r>
        <w:t>— Стимуляция половых органов одного из супругов ради доставления ему одностороннего наслаждения, ради наслаждения или удовлетворения его прихоти, рушит в отношениях уважение и что-то святое и близкое. Также и тайное самоудовлетворение оскверняет и разрушает ваше тело и здоровье.</w:t>
      </w:r>
    </w:p>
    <w:p>
      <w:r>
        <w:t>— При использовании общественных туалетов или душевых следить за тем, чтобы физический контакт с поверхностью посторонних предметов или полотенец не стал переносчиком инфекции в ваш организм. Лучше всего использовать личные средства гигиены.</w:t>
      </w:r>
    </w:p>
    <w:p>
      <w:r>
        <w:t>— Если в вашей практике было что-то из всего перечисленного выше, и вы осознаёте своё невежество или ошибки, понимая, что ваше ложе осквернено, то Бог примет ваше покаяние, если вы принесёте ему все свои грехи с чистым сердцем.</w:t>
      </w:r>
    </w:p>
    <w:p>
      <w:r>
        <w:t>— Женщинам помнить о том, что законы вашей страны защищают вашу жизнь и тело от насилия и вступают в действие, если вы попросите у соответствующих органов защиты и вмешательства.</w:t>
      </w:r>
    </w:p>
    <w:p>
      <w:r>
        <w:t>— Всё у вас да будет с любовью.</w:t>
      </w:r>
    </w:p>
    <w:p>
      <w:r>
        <w:t>Мы были очень благодарны нашим духовным наставникам и Богу за своевременные предостережения и советы и решили обсудить каждый пункт на своём внеочередном семейном совете, чтобы все эти правила стали частью нашего сознания, а не сводом бумажных запретов. Во всех этих наставлениях мы увидели Божью любовь и заботу о нашем семейном счастье, которое может быть таким хрупким и уязвимым по причине нашего невежества. Мы поняли, что враг души стремится использовать наше естественное влечение друг к другу, чтобы через наше незнание погубить нас. Хоть эта сфера семейной жизни и является закрытой от посторонних глаз, но стоит её понять и изучить, чтобы не осквернять своё ложе и не стать грешником в Божьих глазах.</w:t>
      </w:r>
    </w:p>
    <w:p>
      <w:r>
        <w:t>Мы поняли, что даже в этих деликатных вопросах обо всём можно заранее договориться и, зная Божью волю, быть чистыми и непорочными.</w:t>
      </w:r>
    </w:p>
    <w:p>
      <w:r>
        <w:t>А в нашем даре воздержания мы также поняли, как прекрасны и желанны наши встречи, когда мы покоряем свои страсти контролю разума и воли.</w:t>
      </w:r>
    </w:p>
    <w:p>
      <w:r>
        <w:t>Бог сотрудничает с нами в наших решениях и даёт нам силы и дух воздержания там, где человек слаб или бессилен.</w:t>
      </w:r>
    </w:p>
    <w:p>
      <w:pPr>
        <w:pStyle w:val="Heading2"/>
      </w:pPr>
      <w:r>
        <w:t>Домашнее задание 689</w:t>
      </w:r>
    </w:p>
    <w:p>
      <w:r>
        <w:t>1. Прочитайте, пожалуйста, Евр.13:4; Рим.13:13-14; Гал.5:22-24; Лев.15:16-28,31; Иез.18:4-9; Лев.20:18; Исх.19:14-15; 20:14; Мат.5:28; 1Тим.5:6; 2Тим.3:1-7; Откр.21:27; 22:11 в свете этого урока?</w:t>
      </w:r>
    </w:p>
    <w:p>
      <w:r>
        <w:t>2. Что вы поняли из этого урока?</w:t>
      </w:r>
    </w:p>
    <w:p>
      <w:r>
        <w:t>3. Какие ещё стихи из Библии пришли вам на память?</w:t>
      </w:r>
    </w:p>
    <w:p>
      <w:r>
        <w:t>4. Стоит ли, читая постановления для древнего Израиля, учитывать то, что у них не было средств гигиены, нижнего белья, стиральных машин и душевых кабин в каждом шатре?</w:t>
      </w:r>
    </w:p>
    <w:p>
      <w:r>
        <w:t>5. Желает ли Господь видеть семьи Своих детей счастливыми?</w:t>
      </w:r>
    </w:p>
    <w:p>
      <w:r>
        <w:t>6. Этот урок ограничил вас в чём-то прекрасном или пролил свет на то, что может сделать ваш брак несчастным?</w:t>
      </w:r>
    </w:p>
    <w:p>
      <w:r>
        <w:t>7. Стоит ли держать под контролем разума все свои вожделения и считаться с волеизъявлением вашей второй половинки?</w:t>
      </w:r>
    </w:p>
    <w:p>
      <w:r>
        <w:t>8. Если мы не получим полезную информацию о подобных вопросах от своих по вере, то предложит ли нам мир что-то своё?</w:t>
      </w:r>
    </w:p>
    <w:p>
      <w:r>
        <w:t>9. Как вы считаете, ставит ли мир сладострастие на первое место, а чистоту и святость отодвигает в тень?</w:t>
      </w:r>
    </w:p>
    <w:p>
      <w:r>
        <w:t>10. Будет ли человек, стремящийся к святости, прислушиваться к советам, изложенным в этом уроке?</w:t>
      </w:r>
    </w:p>
    <w:p>
      <w:r>
        <w:t>11. Стоит ли жене бороться за счастье своей семьи, за свою чистоту и святость, если её муж имеет другое понимание и настаивает на своём?</w:t>
      </w:r>
    </w:p>
    <w:p>
      <w:r>
        <w:t>12. Наблюдает ли Небо за тем, что и как происходит в наших семьях?</w:t>
      </w:r>
    </w:p>
    <w:p>
      <w:r>
        <w:t>13. Несу ли ответственность перед Богом за доверенные мне силы?</w:t>
      </w:r>
    </w:p>
    <w:p>
      <w:r>
        <w:t>14. Будет ли Господь бесконечно наделять здоровьем тех, кто приносит его на алтарь своих страстей?</w:t>
      </w:r>
    </w:p>
    <w:p>
      <w:r>
        <w:t>15. Как вы думаете, читает ли Иисус наши уроки? Если да, то одобряет ли Он то, что мы в них изучаем?</w:t>
      </w:r>
    </w:p>
    <w:p>
      <w:r>
        <w:br w:type="page"/>
      </w:r>
    </w:p>
    <w:p>
      <w:pPr>
        <w:pStyle w:val="Heading1"/>
      </w:pPr>
      <w:r>
        <w:t>Урок 690. Родители</w:t>
      </w:r>
    </w:p>
    <w:p>
      <w:r>
        <w:t>Родителей не выбирают. Возможно, что они нас и не планировали, а вот мы есть. И наша связь с родительским домом очень сильна, и это влияние сопровождает нас всю жизнь, и даже если смерть забирает наших дорогих родственников, то воспоминания о них продолжает жить в нашей памяти.</w:t>
      </w:r>
    </w:p>
    <w:p>
      <w:r>
        <w:t>Родители бывают разными. Сказать, что кому-то с ними повезло, а у кого-то жизнь разрушилась из-за плохого влияния и воспитания, очень легко, но у нас есть «сегодня», в котором можно многое изменить и начать что-то прекрасное, если знаешь, где оно тебя ждёт, чтобы собою обогатить.</w:t>
      </w:r>
    </w:p>
    <w:p>
      <w:r>
        <w:t>Нам дана заповедь о почитании отца и матери, чтобы продлились наши дни на этой земле, которую нам даёт Господь. Это повеление не говорит о том, каких родителей нужно почитать, а каких нет. Также и само слово «почитай» имеет довольно обширное и глубокое значение. Это почтение, уважение, забота, любовь, общение, дружеские отношения, послушание, доверие и многое другое.</w:t>
      </w:r>
    </w:p>
    <w:p>
      <w:r>
        <w:t>Когда я создаю свою семью, я понимаю, что мои родители никуда не денутся, а останутся моими папой и мамой, но плюс к этому в моей жизни появляются ещё и родители моей жены, которых Божья заповедь призывает также почитать как своих родных по плоти. Фактически, беря их дочь в жёны, я становлюсь их сыном, и от этого никуда не денешься.</w:t>
      </w:r>
    </w:p>
    <w:p>
      <w:r>
        <w:t>Если я полюбил свою будущую жену как самого прекрасного человека в мире, то это ещё не означает, что у неё такие же прекрасные родители. Здесь можно ждать всего, что угодно, но заповедь, записанная Богом в моё сердце, помогает занять правильную позицию и быть верным Божьим требованиям в этом вопросе.</w:t>
      </w:r>
    </w:p>
    <w:p>
      <w:r>
        <w:t>Я не беру в жёны всю её семью и всех её родственников. Я выбираю только одного человека, с которым планирую прожить всю жизнь вдали от всех наших родных и близких, и насколько это будет возможно, решаем мы в своей семье.</w:t>
      </w:r>
    </w:p>
    <w:p>
      <w:r>
        <w:t>Прежде чем что-либо предложить своей будущей жене, когда она ещё была в планах, я советовался о ней со своими родителями, прося их совета и разрешения на эту дружбу. А потом, видя неравнодушное отношение моей возлюбленной ко мне, я спросил её родителей о разрешении дружить с их дочерью, чтобы понять, смогу ли я взять её себе в жёны. Мои родители очень внимательно изучили фотографии моей девушки, задавали мне много вопросов про неё, а потом, видя мой восторг, дали добро.</w:t>
      </w:r>
    </w:p>
    <w:p>
      <w:r>
        <w:t>С родителями будущей жены было немного иначе. Они были удивлены тому, что я их об этом спрашиваю, но я дал им время на раздумья, чтобы получить ясный ответ. Я был настроен на то, что если они дадут мне отказ, то я не буду идти против их воли, а попытаюсь понять причину и исправить все недостатки в своей жизни до следующей попытки, если она будет. Пока они размышляли и расспрашивали свою дочь, я молился о том, чтобы на всё была Божья воля. В итоге нам дали добро на нашу дружбу, после чего я уже спросил свою подругу о том, желает ли она со мной дружить, чтобы лучше узнать друг друга для создания семьи. Она согласилась. После этого я лично представил её своим родителям, а затем посетил и её семью.</w:t>
      </w:r>
    </w:p>
    <w:p>
      <w:r>
        <w:t>Заручившись поддержкой и пониманием наших родственников, мы стали спокойно развивать наши отношения, познавая в дружбе друг друга.</w:t>
      </w:r>
    </w:p>
    <w:p>
      <w:r>
        <w:t>Когда мы поняли, что без свадьбы не обойтись, мы решили попросить благословения со стороны наших родителей, которое мы получили во всей полноте. Хоть мы и не знали, как оно должно прозвучать, но мы желали услышать от наших родителей слова одобрения и благословения на наш будущий союз, и они с радостью произнесли для нас множество добрых слов.</w:t>
      </w:r>
    </w:p>
    <w:p>
      <w:r>
        <w:t>Я был готов к тому, что родители моей жены могут быть неверующими людьми и занимать активную позицию в противостоянии нашей вере, поэтому решил быть очень осторожным в этом вопросе и не провоцировать ненужные конфликты. Также, зная гордый нрав своей матери, я старался присутствовать лично при её встрече с моей подругой, чтобы в случае необходимости принять все удары на себя и защитить нежную душу своей возлюбленной от всевозможных травм. Но моя избранница оказалась очень хорошим психологом и сразу поняла характер моей мамы, поэтому стала очень деликатно строить свои отношения с ней, чтобы обходить все острые углы и не давать повода для ищущих повода.</w:t>
      </w:r>
    </w:p>
    <w:p>
      <w:r>
        <w:t>Наши родители были независимыми в плане здоровья и материального благосостояния, имели своё жильё, умели решать все свои проблемы сами и не нуждались в помощи извне. Но мы с моим другом ещё до свадьбы обсудили вопрос о своих родителях и решили, что будем жить от них отдельно, не станем тянуть с них деньги, а если возникнет необходимость по причине болезни или старости за ними ухаживать, то мы будем менять все свои планы соответственно сложившейся ситуации. Не зная, что нас ожидает в будущем, мы решили жить сегодня и отдали всё в Божьи руки.</w:t>
      </w:r>
    </w:p>
    <w:p>
      <w:r>
        <w:t>Когда же появилась возможность, мы посвятили своих родителей в наши планы о них, чем испугали их, так как они совсем не собирались стареть и болеть и заверили нас, чтобы мы за это не переживали, потому что они сами как-нибудь разберутся.</w:t>
      </w:r>
    </w:p>
    <w:p>
      <w:r>
        <w:t>После свадьбы мы стали своими и могли спокойно приходить в гости к родителям или приглашать их к себе, не переживая о том, насколько им у нас что-то нравится или нет.</w:t>
      </w:r>
    </w:p>
    <w:p>
      <w:r>
        <w:t>По прошествии некоторого времени нам с женой пришлось окончательно отрезать свои пуповины и дать нашим мамам понять, что мы теперь самостоятельные люди и будем больше проводить времени со своей семьёй. Этим мы заставили наших мам какое-то время страдать. Однако наше решение отлепиться от отца с матерью и прилепиться друг к другу было настолько решительным, что родителям пришлось это принять и строить свою жизнь уже без нашего в ней присутствия. Но мы не разрывали отношения с ними, а по-прежнему были на связи со своими родственниками, но уже как равный их семьям союз.</w:t>
      </w:r>
    </w:p>
    <w:p>
      <w:r>
        <w:t>Наши родители, видя наше уважение к ним и независимость от них, смирились со своей новой ролью и приняли свой новый статус, периодически зазывая нас к себе в гости и постоянно спрашивая, не планируется ли где-то там на горизонте пополнение. И всякий раз мы их заверяли в том, что пока мы не имеем такого благословения и сразу сообщим о таком событии.</w:t>
      </w:r>
    </w:p>
    <w:p>
      <w:r>
        <w:t>Однажды мы решили расспросить своих родителей о всех наших предках, чтобы понять, кто наши прародители. Оказалось, что в наших семьях не принято вести родословную, и мы пожелали сами всё собрать.</w:t>
      </w:r>
    </w:p>
    <w:p>
      <w:r>
        <w:t>К почитанию отца и матери относится также и почитание родителей наших родителей. Мы выяснили, какие наши бабушки и дедушки ещё живы, и лично познакомились с каждым из них. Как было интересно видеть различия между пожилыми людьми и их детьми! Мудрость, полученная ими за прожитую жизнь, давала о себе знать в каждом их слове и в уравновешенном поведении. Они никуда не спешили, ничего не требовали, а готовы были с радостью делиться с нами тем, в чём видели нашу нужду. Их советы были спокойными и очень глубокими. Они любили своих детей и с радостью рассказывали случаи из детства наших родителей, чем веселили наши сердца. Но бабушки тоже разные бывают, и влияние мира также оставляет отпечаток в их разуме. Мы решили почитать и этих родственников и молились за них, вспоминая и их нужды.</w:t>
      </w:r>
    </w:p>
    <w:p>
      <w:pPr>
        <w:pStyle w:val="Heading2"/>
      </w:pPr>
      <w:r>
        <w:t>Домашнее задание 690</w:t>
      </w:r>
    </w:p>
    <w:p>
      <w:r>
        <w:t>1. Прочитайте, пожалуйста, Исх.20:12; 21:15,17; Втор.5:16; Прит.19:26; 28:24; Мат.15:3-9; Мар.7:6-13; 1Пет.2:17; Еф.6:1-4; Лев.19:32; 3Цар.2:19; Быт.2:22-24; 44:19-22; Руфь 1:16-18; Мат.19:4-6,29 в свете этого урока.</w:t>
      </w:r>
    </w:p>
    <w:p>
      <w:r>
        <w:t>2. Что вы поняли из этого урока?</w:t>
      </w:r>
    </w:p>
    <w:p>
      <w:r>
        <w:t>3. Какие ещё стихи из Библии пришли вам на память?</w:t>
      </w:r>
    </w:p>
    <w:p>
      <w:r>
        <w:t>4. Как вы понимаете слова «оставит» и «прилепится» из Быт.2:24?</w:t>
      </w:r>
    </w:p>
    <w:p>
      <w:r>
        <w:t>5. Могут ли ваши родители разрушить ваше семейное счастье, если они будут продолжать вам диктовать и указывать, как вам жить?</w:t>
      </w:r>
    </w:p>
    <w:p>
      <w:r>
        <w:t>6. Что делать, если ваши родители не понимают, что вы теперь отдельная семья и продолжают заботится о вас и опекать вас?</w:t>
      </w:r>
    </w:p>
    <w:p>
      <w:r>
        <w:t>7. Могу ли я попросить свою маму не устанавливать свои порядки на моей кухне? Будет ли это выражением моего почтения?</w:t>
      </w:r>
    </w:p>
    <w:p>
      <w:r>
        <w:t>8. Стоит ли устанавливать в своей семье границы для влияния своих родителей?</w:t>
      </w:r>
    </w:p>
    <w:p>
      <w:r>
        <w:t>9. Стоит ли заботиться о своих родителях, когда они сами уже не имеют для этого сил?</w:t>
      </w:r>
    </w:p>
    <w:p>
      <w:r>
        <w:t>10. Должен ли я почитать родителей жены как своих собственных?</w:t>
      </w:r>
    </w:p>
    <w:p>
      <w:r>
        <w:t>11. Нужна ли мудрость свыше, чтобы понять, когда заканчивается забота наших родителей о нас и начинается наша забота о них?</w:t>
      </w:r>
    </w:p>
    <w:p>
      <w:r>
        <w:t>12. Почему Божья заповедь не говорит нам о том, каких родителей необходимо почитать, а каких нет?</w:t>
      </w:r>
    </w:p>
    <w:p>
      <w:r>
        <w:t>13. Что делать, если наших родителей уже нет в живых?</w:t>
      </w:r>
    </w:p>
    <w:p>
      <w:r>
        <w:t>14. Как можно правильно почитать отца и мать и при этом любить свою жену?</w:t>
      </w:r>
    </w:p>
    <w:p>
      <w:r>
        <w:t>15. Снимает ли Бог с нас ответственность за соблюдение пятой заповеди?</w:t>
      </w:r>
    </w:p>
    <w:p>
      <w:r>
        <w:br w:type="page"/>
      </w:r>
    </w:p>
    <w:p>
      <w:pPr>
        <w:pStyle w:val="Heading1"/>
      </w:pPr>
      <w:r>
        <w:t>Урок 691. Новая родня</w:t>
      </w:r>
    </w:p>
    <w:p>
      <w:r>
        <w:t>Выбирая себе в жёны друга на всю жизнь, я понимал, что она принесёт с собой в наши отношения целый паровоз своих прямых и дальних родственников, от которых наша жизнь наполнится новыми опытами и заботами. И с моей стороны также будет пополнение этой команды родными людьми разных возрастов и взглядов. У меня есть родная сестра, а у жены есть родной брат. А если учесть, что у моего отца три сестры, у которых есть свои семьи и дети, а у моей мамы четыре сестры и три брата, которые также не являются бездетными, то создаётся прекрасная перспектива интересных знакомств и занимательного времяпровождения. Со стороны жены картина выглядит поскромнее, но тоже привлекательно.</w:t>
      </w:r>
    </w:p>
    <w:p>
      <w:r>
        <w:t>Родственников не выбирают, и родственники бывают всякие. Когда я выбирал себе в жёны подругу, которая станет моим партнёром на всю дальнейшую жизнь, я не приглашал в наши отношения кого-то ещё, но понимал, что наша родня связана с нами кровными узами, от которых мы никуда не денемся. А время покажет, примут ли нас как одно целое или будут разделять. Я решил любить всех и проявлять ко всей новой родне безусловное уважение и почтение.</w:t>
      </w:r>
    </w:p>
    <w:p>
      <w:r>
        <w:t>Своих родственников я разделил на несколько групп. На тех, которые живут рядом и общаются со мной с раннего детства, тех, которые далеко, но поддерживают со мной отношения, и тех, с кем мы не взаимодействуем. Хоть все они — моя родня, но по духу, конечно же, всегда будут близкими люди, с которыми больше всего общаешься. А от родной сестры и своих родителей просто никуда не денешься, да и не планируешь деваться.</w:t>
      </w:r>
    </w:p>
    <w:p>
      <w:r>
        <w:t>Из моего родственного круга не было ни одного человека той же веры, что и я, и у жены была подобная картина, но мы решили любить всех, даже тех, с кем не имели с детства никаких отношений.</w:t>
      </w:r>
    </w:p>
    <w:p>
      <w:r>
        <w:t>На свадьбу к нам приехали все, кто смог, и по их поведению было видно, что им очень хотелось поближе познакомиться с новой роднёй, а мы были не против. Мы решили быть Божьими свидетелями в любом обществе, в котором окажемся.</w:t>
      </w:r>
    </w:p>
    <w:p>
      <w:r>
        <w:t>И вот пришло время, и к нам в дом нагрянули мои дорогие и близкие люди со своими детьми. В нашей культуре принято кормить гостей, и поэтому моя жена исчезла на кухне, взяв себе в помощницы мою двоюродную сестру. Они весело щебетали о своих заботах, а я занял место на диване с мягкими подлокотниками и непринуждённо общался с остальными гостями, ожидая вкусного обеда. Мне хотелось рассказывать о плане спасения, о великой надежде и обо всём том, что я имею в Иисусе, и я ловил любую возможность всё это высказать. Дети искали себе занятие неподалёку от отца и внимательно слушали наш разговор. Когда стол был накрыт и всех пригласили сесть, муж моей сестры торжественно вынул из сумки приготовленные бутылки изысканного вина и водки и поставил их в центр стола, прося принести бокалы. Моя жена напряженно посмотрела на меня. Я был готов к подобным казусам и быстро вмешался, прося положить эти вещи обратно в сумку, так как в нашем доме за нашим столом не принято пить спиртное. Я не был грубым, а разговаривал очень вежливо и с улыбкой, но по лицам гостей было видно, что они недовольны таким подходом к их подаркам. Но я был твёрд. Воцарилось напряженное молчание, в которое я внёс предложение помолиться за приготовленную пищу, объясняя, что так принято в нашем доме. Мы с женой сложили в благодарности руки и, сидя, помолились. Гости с интересом слушали моё благодарение за хлеб, за дорогих гостей, просьбу о благословении на наше общение. После торжественного «аминь» мы приступили к приёму пищи.</w:t>
      </w:r>
    </w:p>
    <w:p>
      <w:r>
        <w:t>Наш дружелюбный дух вскоре рассеял всякое напряжение, и мы непринуждённо вели беседы о том, что интересовало наших гостей.</w:t>
      </w:r>
    </w:p>
    <w:p>
      <w:r>
        <w:t>Когда гости ушли, я помог жене убрать со стола, и мы весело обсуждали новое событие в нашей семье, стараясь понять, как вести себя при следующих визитах, что было правильно, а что нет. Было решено, что мы станем заранее предупреждать всех гостей о том, что у нас в доме спиртное не пьют, и мы ведём здоровый образ жизни, поэтому не употребляем алкоголь ни в каком виде.</w:t>
      </w:r>
    </w:p>
    <w:p>
      <w:r>
        <w:t>Через некоторое время родственники жены пригласили нас к себе в гости на день рождения. Мы решили, что духовная книга — это лучший подарок. Помолившись, мы выбрали то, что подсказывало сердце, и, красиво упаковав свой подарок, пошли в гости. Также мы попросили в молитве о мудрости и охране на предстоящее событие.</w:t>
      </w:r>
    </w:p>
    <w:p>
      <w:r>
        <w:t>Попав в чужой дом, мы поняли, что здесь обитает совершенно другой дух. Громкая музыка уверенно отбивала ритм и задавала настроение всем присутствующим. Со всех сторон неслись различные шутки и взрывы смеха. Нас приняли как своих и, взяв подарок, пригласили за стол. Друзья наших родственников с интересом рассматривали нас и делились своими приветствиями. Мы сразу оценили содержимое стола и поняли, что привлечём к себе внимание, когда начнётся приём пищи. А кто-то из гостей уже приступил к еде, не дожидаясь остальных. Моя жена то и дело поглядывала на меня, как бы извиняясь за свою родню. А я улыбался и молился про себя о том, чтобы Господь дал мудрости, как себя вести.</w:t>
      </w:r>
    </w:p>
    <w:p>
      <w:r>
        <w:t>Наконец все уселись, и виновник торжества поднял бокал с шампанским и произнёс короткий тост за своё благосостояние и здоровье. Гости дружно чокнулись, а мы неподвижно сидели, наблюдая за происходящим. Все были удивлены тому, что мы не участвуем в их празднике и задавали глазами немые вопросы: «в чём дело?» А мы думали, что положить себе в тарелку, так как видели, что на столе есть нечистая пища. В результате мы стали центром всеобщего внимания, и я решил использовать это в нашу пользу.</w:t>
      </w:r>
    </w:p>
    <w:p>
      <w:r>
        <w:t>Я признался всем, что я новый человек в этом обществе, но у меня есть прекрасная жена, которая всем им известна. И я стал под звук ножей и вилок всем рассказывать о том, насколько она чудесный человек, и какие качества души я в ней успел открыть за короткое время нашей совместной жизни. И чем больше я хвалил свою половинку, тем больше мне открывалось, насколько она на самом деле прекрасна. Женская половина гостей с восхищением и грустью слушали меня, где-то в душе мечтая услышать что-то подобное и в свой адрес. Потом меня вежливо прервали и предложили следующий тост. На этот раз в бокалах появились более крепкие напитки, и я понял, что дальше будет интереснее. Я оповестил всех о том, что мы непьющие люди, так как это запрещает Бог, и попросил собравшихся принять нас такими, на что они дали добро и продолжили своё торжество.</w:t>
      </w:r>
    </w:p>
    <w:p>
      <w:r>
        <w:t>Мы с женой нашли для себя салат и хлеб и, тихо помолившись, стали скромно вкушать эту пищу, следя за развитием событий. Через некоторое время, когда мы заметили, что гости стали терять рассудок, мы решили покинуть это собрание, тихо встали, позвали именинника на кухню и объяснили, что нам срочно надо уйти.</w:t>
      </w:r>
    </w:p>
    <w:p>
      <w:r>
        <w:t>Мы пожелали обсудить дальнейшие визиты на подобные мероприятия, решив не посещать те встречи, где будут пить спиртное, и у себя дома не устраивать банкеты такого рода.</w:t>
      </w:r>
    </w:p>
    <w:p>
      <w:r>
        <w:t>Я понимал, что родни у нас много, и будет много испытаний, поэтому и предпочёл готовиться к ним заранее. Заручившись поддержкой друг друга, мы возложили все заботы на Иисуса и продолжили строить своё счастье в нашей семье.</w:t>
      </w:r>
    </w:p>
    <w:p>
      <w:pPr>
        <w:pStyle w:val="Heading2"/>
      </w:pPr>
      <w:r>
        <w:t>Домашнее задание 691</w:t>
      </w:r>
    </w:p>
    <w:p>
      <w:r>
        <w:t>1. Прочитайте, пожалуйста, Пс.1:1-3; Прит.23:29-33; 27:10; Лук.21:15-17; Ам.3:3; Мих.7:6; Мат.10:32-38; 1Кор.15:33; Мар.6:4 в свете этого урока.</w:t>
      </w:r>
    </w:p>
    <w:p>
      <w:r>
        <w:t>2. Что вы поняли из этого урока?</w:t>
      </w:r>
    </w:p>
    <w:p>
      <w:r>
        <w:t>3. Какие ещё стихи из Библии пришли вам на память?</w:t>
      </w:r>
    </w:p>
    <w:p>
      <w:r>
        <w:t>4. Могут ли ваши родственники влиять на ваше семейное счастье?</w:t>
      </w:r>
    </w:p>
    <w:p>
      <w:r>
        <w:t>5. Стоит ли понимать, что не все ваши родственники наследуют Вечное Царство?</w:t>
      </w:r>
    </w:p>
    <w:p>
      <w:r>
        <w:t>6. Могут ли худые сообщества развратить ваши нравы?</w:t>
      </w:r>
    </w:p>
    <w:p>
      <w:r>
        <w:t>7. Можно ли приходить в чужой дом со своими порядками и правилами?</w:t>
      </w:r>
    </w:p>
    <w:p>
      <w:r>
        <w:t>8. В чём отличие родственников от верующих собратьев?</w:t>
      </w:r>
    </w:p>
    <w:p>
      <w:r>
        <w:t>9. Как стоит себя вести в гостях у родни, где вам предлагают мирские развлечения?</w:t>
      </w:r>
    </w:p>
    <w:p>
      <w:r>
        <w:t>10. Можно ли в своём доме устанавливать свои правила поведения для всех гостей?</w:t>
      </w:r>
    </w:p>
    <w:p>
      <w:r>
        <w:t>11. В чем заключается смысл слов Христа, чтобы любить Его больше, чем свою родню?</w:t>
      </w:r>
    </w:p>
    <w:p>
      <w:r>
        <w:t>12. Как понять слова Иисуса из Мат.12:47-50?</w:t>
      </w:r>
    </w:p>
    <w:p>
      <w:r>
        <w:t>13. Что делать, если ваши родственники тянут вас в мир, а вам сложно им отказать?</w:t>
      </w:r>
    </w:p>
    <w:p>
      <w:r>
        <w:t>14. Если я имею родню, которая не верует, как я, то стоит ли от неё отгораживаться?</w:t>
      </w:r>
    </w:p>
    <w:p>
      <w:r>
        <w:t>15. Как можно свидетельствовать о Боге родным людям?</w:t>
      </w:r>
    </w:p>
    <w:p>
      <w:r>
        <w:br w:type="page"/>
      </w:r>
    </w:p>
    <w:p>
      <w:pPr>
        <w:pStyle w:val="Heading1"/>
      </w:pPr>
      <w:r>
        <w:t>Урок 692. Познание друг друга в семье</w:t>
      </w:r>
    </w:p>
    <w:p>
      <w:r>
        <w:t>Мы с женой определили для себя общую цель нашего семейного союза, которую решили достичь всеми своими силами. Цель создания и существования нашей семьи — это познание друг друга. Не мы сами до этого додумались, но когда при обучении в Школе Любви Агапэ нам это открылось, тогда всё сразу встало на свои места. И чем больше я размышлял на эту тему, тем лучше понимал важность достижения именно этой бесконечной цели. Если бы семьи создавались на короткое время ради постройки дома, рождения и воспитания детей или для посадки деревьев, то терялся бы смысл семьи при достижении этих задач. Но, когда я планирую строить свой союз навсегда, мне нужно иметь самое твёрдое основание и вечные цели, которые достигаются не только в этой жизни, но и простираются во всю Вечность.</w:t>
      </w:r>
    </w:p>
    <w:p>
      <w:r>
        <w:t>Подобные задачи мы успели обсудить ещё до свадьбы, а после нашего бракосочетания принялись совместно достигать намеченную цель. Это оказалось не так уж и сложно. Чтобы понять, чем является познание друг друга, мы решили сначала понять, чем оно не является. Если я начну что-то строить из сена, считая, что этот материал довольно уютный и тёплый, разве я что-то построю? Такая конструкция может не выдержать простых испытаний и рухнуть или быстро сгореть.</w:t>
      </w:r>
    </w:p>
    <w:p>
      <w:r>
        <w:t>Мы поняли, что познанием друг друга не являются:</w:t>
      </w:r>
    </w:p>
    <w:p>
      <w:r>
        <w:t>— Факт нашего семейного союза.</w:t>
      </w:r>
    </w:p>
    <w:p>
      <w:r>
        <w:t>— Совместное проживание в одном доме.</w:t>
      </w:r>
    </w:p>
    <w:p>
      <w:r>
        <w:t>— Наши общие покупки.</w:t>
      </w:r>
    </w:p>
    <w:p>
      <w:r>
        <w:t>— Наше интимное времяпровождение ради получения желаемого.</w:t>
      </w:r>
    </w:p>
    <w:p>
      <w:r>
        <w:t>— Работа по дому и хозяйству.</w:t>
      </w:r>
    </w:p>
    <w:p>
      <w:r>
        <w:t>— Добросовестное исполнение своих семейных и общественных обязанностей.</w:t>
      </w:r>
    </w:p>
    <w:p>
      <w:r>
        <w:t>— Наши разговоры ни о чём.</w:t>
      </w:r>
    </w:p>
    <w:p>
      <w:r>
        <w:t>— Наше посещение богослужений и участие в миссионерских проектах.</w:t>
      </w:r>
    </w:p>
    <w:p>
      <w:r>
        <w:t>— Наши общие молитвы.</w:t>
      </w:r>
    </w:p>
    <w:p>
      <w:r>
        <w:t>— Зарабатывание денег на благо семьи.</w:t>
      </w:r>
    </w:p>
    <w:p>
      <w:r>
        <w:t>— Совместные походы в гости и приём гостей.</w:t>
      </w:r>
    </w:p>
    <w:p>
      <w:r>
        <w:t>— Рождение и воспитание детей.</w:t>
      </w:r>
    </w:p>
    <w:p>
      <w:r>
        <w:t>— Приготовление и поедание вкусной и полезной пищи.</w:t>
      </w:r>
    </w:p>
    <w:p>
      <w:r>
        <w:t>— Наши путешествия и вылазки на природу.</w:t>
      </w:r>
    </w:p>
    <w:p>
      <w:r>
        <w:t>И многое другое из списка подобных вещей.</w:t>
      </w:r>
    </w:p>
    <w:p>
      <w:r>
        <w:t>Хоть, занимаясь этими делами и имея в это время общение, мы узнаём ещё лучше друг друга и имеем много общего и радостного, но это всё не может служить познанию своей половинки.</w:t>
      </w:r>
    </w:p>
    <w:p>
      <w:r>
        <w:t>Нам открылась очень важная фундаментальная истина о том, что мы познаём друг друга лишь тогда, когда начинаем изучать друг друга в общении, когда мы с интересом говорим обо мне, о ней и о нас обоих. И между нами происходит что-то удивительное, соединяющее нас в одно целое. Наш союз даёт нам право на такое поведение и позволяет прикасаться к самым интимным сторонам наших душ, куда не вхожи никакие другие люди. Всё остальное является следствием нашего познания друг друга и обретает духовную окраску в зависимости от того, с каким духом мы открываем свои сердца и какой дух в них вносим.</w:t>
      </w:r>
    </w:p>
    <w:p>
      <w:r>
        <w:t>Моя жена настолько становится моей, что я беру её с собой во все свои планы, в покупки, в работу и в другие предприятия. Она не оставляет меня нигде одного, потому что стала моей частью. И я знаю, что я везде пребываю с ней, чем бы она ни занималась.</w:t>
      </w:r>
    </w:p>
    <w:p>
      <w:r>
        <w:t>У нас, в нашей эгоистичной природе, нет безусловной любви друг к другу, но мы её просим и покупаем у Бога, чтобы сразу её отдать. В свете этой любви наши отношения во всём приобретают самый правильный мотив, и уже неважно, что мы делаем, а важно то, сколько любви мы вкладываем в познание друг друга. А любовь творит чудеса в нашем общении.</w:t>
      </w:r>
    </w:p>
    <w:p>
      <w:r>
        <w:t>Так интересно говорить и слушать, вникать в сердце и проникаться новым познанием! А интимная близость вносит в наше изучение друг друга особые необъяснимые откровения, которые понятны только нам обоим. Она так сближает нас в радости наших отношений, что нам хочется благодарить Бога друг за друга и за такой чудесный план под названием «семья».</w:t>
      </w:r>
    </w:p>
    <w:p>
      <w:r>
        <w:t>Мы решили обсуждать друг друга по очереди или по вдохновению. У нас не принято выискивать недостатки в собеседнике. Хоть мы и несовершенные люди, но у нас есть огромный потенциал душевных богатств, которые необходимо открыть и изучить.</w:t>
      </w:r>
    </w:p>
    <w:p>
      <w:r>
        <w:t>В нашем познании я договорился с моей половинкой не льстить друг другу и не придумывать то, чего нет. Например, если я описываю что-то новое, что мне в ней открылось, то я должен подробно объяснить, в чём это выражается и как это проявляется. Например, я заметил, что она терпеливая, и сказал ей об этом. Далее я указываю на моменты из наблюдений за ней, когда она проявляла эту черту характера, как себя вела. Она же, возможно, даже и не задумывалась об этом, но благодаря моему свидетельству поняла, что так оно и есть, и дала согласие, что она такая. И так во многом мы открываем друг в друге уникальные особенности, чтобы потом утвердиться в них и уже сознательно развиваться.</w:t>
      </w:r>
    </w:p>
    <w:p>
      <w:r>
        <w:t>Когда моя жена говорит мне о том, какой я добрый, объясняя, как это проявляется, тогда я стараюсь развивать эту черту характера, пытаясь понять, насколько этим можно управлять.</w:t>
      </w:r>
    </w:p>
    <w:p>
      <w:r>
        <w:t>Я радуюсь, что могу обнаружить в своей любимой черты, которые ещё лучше украсят её в моих глазах, и всегда спешу сообщать о своих открытиях. А она с радостью меня слушает и иногда удивляется тому, что из неё делает Господь. Ей так интересно изучать себя моими устами, что она тут же бросает все дела и вслушивается в каждое моё слово, боясь пропустить что-то важное.</w:t>
      </w:r>
    </w:p>
    <w:p>
      <w:r>
        <w:t>Мы решили записывать все наши открытия о себе и не бояться повторять то, что мы уже обнаружили.</w:t>
      </w:r>
    </w:p>
    <w:p>
      <w:r>
        <w:t>Меня ничуть не утомляют слова о том, насколько я прекрасный муж. Я готов это слушать с утра до вечера в течение всей жизни. И мне это никак не надоедает. И я заметил, что и моей возлюбленной также всегда приятно слушать о том, что она лучшая, любимая и самая прекрасная жена в мире. У нас даже появились некоторые семейные выражения, которые мы постоянно выпрашиваем и ждём друг от друга, чтобы порадоваться от всей души. А слова любви — это как пища для сердца, которою мы кормим друг друга постоянно, невзирая на погоду, курс доллара и политическую обстановку в мире.</w:t>
      </w:r>
    </w:p>
    <w:p>
      <w:r>
        <w:t>Наши семейные советы превратились в детальное обсуждение прекрасных сторон нашей семейной жизни и размышление о том, как сделать друг друга счастливыми.</w:t>
      </w:r>
    </w:p>
    <w:p>
      <w:r>
        <w:t>Мы обязательно приглашаем в наше общение Бога, ведь именно Он и даёт нам возможность жить друг для друга, любить безусловно, думать о счастье и делиться всем, что у нас есть.</w:t>
      </w:r>
    </w:p>
    <w:p>
      <w:r>
        <w:t>Мы не придумали науку о познании супруга подобным образом, а взяли её из наших личных опытов общения с Богом и применили её основы друг к другу. Понимая, что от меня ожидает Бог, я могу понять и ожидания верующего супруга. А понимая и видя наши ожидания в любви друг к другу, мы начинаем лучше осознавать всё, что от нас желает Бог.</w:t>
      </w:r>
    </w:p>
    <w:p>
      <w:r>
        <w:t>В нашем познании друг друга нам открывается гораздо больший Божий план относительно семьи и семейных отношений. Ведь вся Вселенная построена по модели семьи. И через свою любовь и познание мы наглядно показываем видимому и невидимому миру, насколько глубоки Божьи планы относительно человечества, и как в этой любви открывается Божий характер.</w:t>
      </w:r>
    </w:p>
    <w:p>
      <w:r>
        <w:t>Бог не планирует отделить нас от Себя и оставить нас одних, но желает прославиться в наших отношениях и наглядно показать, как Он велик в нашем познании друг друга, и как бесконечен этот путь семейного счастья.</w:t>
      </w:r>
    </w:p>
    <w:p>
      <w:pPr>
        <w:pStyle w:val="Heading2"/>
      </w:pPr>
      <w:r>
        <w:t>Домашнее задание 692</w:t>
      </w:r>
    </w:p>
    <w:p>
      <w:r>
        <w:t>1. Прочитайте, пожалуйста, Еккл.3:11-14; Ин.17:21-26; 1Ин.1:7; 4:7-8; Рим.12:9-10; 15:13-14; 1Кор.1:4-8; 13:12; 2Кор.10:4-6; Еф.5:15-33; Флп.1:9-11 в свете этого урока.</w:t>
      </w:r>
    </w:p>
    <w:p>
      <w:r>
        <w:t>2. Что вы поняли из этого урока?</w:t>
      </w:r>
    </w:p>
    <w:p>
      <w:r>
        <w:t>3. Какие ещё стихи из Библии пришли вам на память?</w:t>
      </w:r>
    </w:p>
    <w:p>
      <w:r>
        <w:t>4. Сложно ли познавать друг друга?</w:t>
      </w:r>
    </w:p>
    <w:p>
      <w:r>
        <w:t>5. Что является познанием друг друга?</w:t>
      </w:r>
    </w:p>
    <w:p>
      <w:r>
        <w:t>6. Что происходит с сердцами тех людей, которые открываются друг для друга?</w:t>
      </w:r>
    </w:p>
    <w:p>
      <w:r>
        <w:t>7. Вам хочется открыть своё сердце и узнать от другого человека, насколько оно прекрасное?</w:t>
      </w:r>
    </w:p>
    <w:p>
      <w:r>
        <w:t>8. Можно ли в наше время иметь такое познание друг друга?</w:t>
      </w:r>
    </w:p>
    <w:p>
      <w:r>
        <w:t>9. Что делать, если в моей семье подобное познание невозможно?</w:t>
      </w:r>
    </w:p>
    <w:p>
      <w:r>
        <w:t>10. Желает ли Господь, чтобы мы, познавая друг друга, не забывали познавать и Его по тем же самым правилам?</w:t>
      </w:r>
    </w:p>
    <w:p>
      <w:r>
        <w:t>11. Если познание друг друга невозможно в семье, то можно ли его иметь в церкви?</w:t>
      </w:r>
    </w:p>
    <w:p>
      <w:r>
        <w:t>12. Вы понимаете глубину и важность этого урока? Если да, то поделитесь своими откровениями.</w:t>
      </w:r>
    </w:p>
    <w:p>
      <w:r>
        <w:t>13. Стоит ли понимать, чем не является познание, и не строить на этом свои близкие отношения?</w:t>
      </w:r>
    </w:p>
    <w:p>
      <w:r>
        <w:t>14. Верите ли вы в то, что если познание друг друга будет правильным и глубоким, то и все дела будут исходить из этих отношений в правильном духе?</w:t>
      </w:r>
    </w:p>
    <w:p>
      <w:r>
        <w:t>15. Будет ли Бог учить и благословлять те семьи, которые захотят иметь познание друг друга и начнут это практиковать?</w:t>
      </w:r>
    </w:p>
    <w:p>
      <w:r>
        <w:br w:type="page"/>
      </w:r>
    </w:p>
    <w:p>
      <w:pPr>
        <w:pStyle w:val="Heading1"/>
      </w:pPr>
      <w:r>
        <w:t>Урок 693. Я и Бог</w:t>
      </w:r>
    </w:p>
    <w:p>
      <w:r>
        <w:t>Когда я уверовал в Бога, моя жизнь развернулась на 180 градусов. Я стал любить то, чего раньше не понимал, и отвернулся от того, что было моим смыслом жизни. Все мои ценности были пересмотрены и кардинально изменены.</w:t>
      </w:r>
    </w:p>
    <w:p>
      <w:r>
        <w:t>Бог простил мне мои грехи и принял меня таким, какой я к Нему пришёл, но Он не позволил мне оставаться прежним, начав творить из меня что-то новое.</w:t>
      </w:r>
    </w:p>
    <w:p>
      <w:r>
        <w:t>Раньше я не понимал, что такое любовь, счастье и дружба, но почему-то считал себя любящим, счастливым и дружелюбным человеком и готов был это доказывать каждому, если бы кто попытался заявить иначе. Моя новая вера принесла в мою жизнь много радости и света. У меня проснулся аппетит к духовным ценностям, и я готов был изучать всё, что мне попадалось в руки.</w:t>
      </w:r>
    </w:p>
    <w:p>
      <w:r>
        <w:t>По мере своего духовного роста я заметил, что самую большую радость мне приносит личное общение с Богом.</w:t>
      </w:r>
    </w:p>
    <w:p>
      <w:r>
        <w:t>Меня никто не учил молиться, и поначалу я не тратил на это время, а очень много читал Библию и различные духовные книги, которые выпускались на тот момент.</w:t>
      </w:r>
    </w:p>
    <w:p>
      <w:r>
        <w:t>Переезд на постоянное место жительства в Германию в 1993 году поставил меня в очень интересные условия жизни, связанные с общением. Я покинул всех своих прежних друзей и потерял с ними связь по причине отсутствия интернета в то время. Моим самым близким другом стала моя жена, с которой я обсуждал все свои духовные открытия, которые никогда не заканчивались. Первые полгода жизни за границей мы вместе ходили на курсы немецкого языка, которому нас не учили, и имели общение с такими же эмигрантами, как и мы, с которыми жили в одном большом общежитии.</w:t>
      </w:r>
    </w:p>
    <w:p>
      <w:r>
        <w:t>Семя веры, посеянное Богом, продолжало во мне расти, и я стремился к лучшей духовной жизни, не зная, какая она, а лишь понимая, что библейские герои были примером для подражания.</w:t>
      </w:r>
    </w:p>
    <w:p>
      <w:r>
        <w:t>У меня не было учителей и наставников в вере, и я не знал, что они должны были быть. Но моим невидимым Наставником являлся Сам Господь, Который не оставлял меня ни на минуту и вёл тем путём, который мне подходил в той ситуации.</w:t>
      </w:r>
    </w:p>
    <w:p>
      <w:r>
        <w:t>Я искал Божью церковь в том регионе, где мы жили. Это была восточная Германия. А найдя местные общины, мы познакомились с одним русскоговорящим братом, с которым и продолжали встречаться и общаться на духовные темы.</w:t>
      </w:r>
    </w:p>
    <w:p>
      <w:r>
        <w:t>После окончания курсов языка, мы с женой переехали на запад Германии, где и живём до сих пор.</w:t>
      </w:r>
    </w:p>
    <w:p>
      <w:r>
        <w:t>Господь чудесным образом дал мне работу, и я стал помощником строителя. Новое занятие принесло с собой новые опасности, и я стал регулярно получать всевозможные ушибы и незначительные травмы. А когда я в очередной раз провалился в техническое отверстие на полу и чудом остался целым, я задумался о том, что мне очень нужна Божья защита, и решил о ней молиться перед каждым выходом на работу. Так я стал учиться молитве. Со временем я понял, что могу молиться не только за свою жизнь, но и за свою семью, а потом просить и другие благословения. Ко мне пришло осознание, что Бог общается со мной таким образом, и я решил просить о большем. Со временем мои молитвы перешли к личному общению с Иисусом. Я просто ходил с Ним и рассказывал Ему о своих проблемах и переживаниях, а Он давал мне радость.</w:t>
      </w:r>
    </w:p>
    <w:p>
      <w:r>
        <w:t>На новом месте я вновь стал искать Божью Церковь, и их оказалось довольно много в нашем регионе. В результате моих поисков на нас вышли верующие соотечественники и пригласили нас в свой круг. Мы собирались по домам на совместный разбор Библии и для молитвы. Мой духовный рост продолжался в новом общении, и через короткое время я решил стать членом Божьей церкви через принятие водного крещения.</w:t>
      </w:r>
    </w:p>
    <w:p>
      <w:r>
        <w:t>Но жизнь в этом мире полна всевозможных проблем и опасностей, и они побуждали меня крепко держаться за Господа и иметь с Ним особые отношения и постоянное общение.</w:t>
      </w:r>
    </w:p>
    <w:p>
      <w:r>
        <w:t>Беседуя с Иисусом, я стал лучше понимать места из Библии, в которых говорится о постоянной молитве. И когда твоё сердце тянется к Богу, тогда очень несложно общаться с Ним во всякое время. Он всегда рядом, Он всегда тебя слышит, Он отвечает на все твои просьбы, как бы они ни звучали.</w:t>
      </w:r>
    </w:p>
    <w:p>
      <w:r>
        <w:t>Я не могу сказать про себя, что знаю всю Библию наизусть. Иногда мне бывает сложно вспомнить, где и в каком месте написан такой-то стих, но я знаю Автора этой Книги, и знаю Его по-своему, не как другие, а как Он мне открывается в нашем личном общении. И Этот Автор напоминает всё, что нужно в данное время.</w:t>
      </w:r>
    </w:p>
    <w:p>
      <w:r>
        <w:t>Иисус уважает мой выбор того, как вести беседу и строить наше общение. Он никуда меня не торопит, не перебивает, не упрекает, хотя очень часто обличает. Я не имею от Него тайн и рассказываю честно о своих переживаниях, о плохих мыслях и чувствах, прося от них избавить или помочь решить эти вопросы.</w:t>
      </w:r>
    </w:p>
    <w:p>
      <w:r>
        <w:t>Мир постоянно желает влезть в наше общение с Богом и предложить свои развлечения. И когда я отвожу свой взор от Христа, мне потом становится так стыдно, что я позволил себе отвлечься на пустоту. А так иногда хочется понять, что происходит в мире и как с этим жить.</w:t>
      </w:r>
    </w:p>
    <w:p>
      <w:r>
        <w:t>Жизнь в общении с Богом прекрасна и уникальна тем, что я могу приглашать и брать Его с собой во всякое своё большое или маленькое дело. Он разбирается во всём лучше всех специалистов в мире. Господь знает, как и когда, и что мне подсказать в нужное время, указать на опасность или напомнить то, что я изучал. Когда я пытаюсь понять Библейский совет относительно того или иного предприятия, тогда Он указывает мне на те места из Священного Писания, которые я когда-то читал, но забыл. А в общении с людьми Он помогает понять дух и нужду человека.</w:t>
      </w:r>
    </w:p>
    <w:p>
      <w:r>
        <w:t>Я был частым свидетелем того, как в ответ на мои простые молитвы Господь давал интересные ответы и совершал чудеса. Я привык, что Господь не всегда отвечает так, как я ожидаю, но я верю, что Он всегда меня слышит.</w:t>
      </w:r>
    </w:p>
    <w:p>
      <w:r>
        <w:t>Личные отношения с Богом придают смысл всей жизни. Если они есть, то всё остальное может очень прекрасно тебе служить, а если они отсутствуют, то на их место приходит что-то другое, и вся жизнь становится суетой и томлением духа.</w:t>
      </w:r>
    </w:p>
    <w:p>
      <w:r>
        <w:t>Семья не может быть помехой в личных отношениях с Господом. Я приглашаю Его и во все сферы своей супружеской жизни. И Он приходит. Счастливая семья ещё не значит, что в ней царствует Бог. Несчастный брак не значит, что в нём нет Бога. Господь всегда будет там, куда Его приглашают люди, поддерживающие с Ним отношения. Он может исправить всё и дать гораздо больше того, о чём мы просим. Любовь — это Божий Дух в моём сердце. Господь желает научить меня этой любви и с радостью ею наделяет тех, кто об этом просит. В любви есть особая радость от осознанного владения ею и владения ею тобой.</w:t>
      </w:r>
    </w:p>
    <w:p>
      <w:r>
        <w:t>Общение с Богом выглядит так:</w:t>
      </w:r>
    </w:p>
    <w:p>
      <w:r>
        <w:t>— Я говорю с Ним обо мне.</w:t>
      </w:r>
    </w:p>
    <w:p>
      <w:r>
        <w:t>— Я говорю с Ним о Нём.</w:t>
      </w:r>
    </w:p>
    <w:p>
      <w:r>
        <w:t>— Я говорю с Ним о нас и о наших отношениях.</w:t>
      </w:r>
    </w:p>
    <w:p>
      <w:r>
        <w:t>И в таком общении Господь не остаётся безучастным, но взывает к моему сердцу, производя в нём желания, хотения и действия по Своему благоволению. А затем Господь присутствует в каждом моём деле, охраняя не только мою жизнь, но и моё здоровье, настроение, планы и имущество.</w:t>
      </w:r>
    </w:p>
    <w:p>
      <w:r>
        <w:t>И самое интересное заключается в том, что Господь является Главным Инициатором этих отношений и предлагает их как Верный Свидетель всем желающим, тем, кто имеет уши слышать. А затем Он лично приходит, чтобы их развивать.</w:t>
      </w:r>
    </w:p>
    <w:p>
      <w:pPr>
        <w:pStyle w:val="Heading2"/>
      </w:pPr>
      <w:r>
        <w:t>Домашнее задание 693</w:t>
      </w:r>
    </w:p>
    <w:p>
      <w:r>
        <w:t>1. Прочитайте, пожалуйста, Иер.9:23-24; Ин.8:32; 17:3; Пс.45:11; 90:14; 99:3; Прит.2:1-8; Ис.53:11; Иер.31:33-34; Ос.2:20; 6:3; 1Пет.1:5-8; 1Ин.4:7-8; 1Кор.2:16 в свете этого урока.</w:t>
      </w:r>
    </w:p>
    <w:p>
      <w:r>
        <w:t>2. Что вы поняли из этого урока?</w:t>
      </w:r>
    </w:p>
    <w:p>
      <w:r>
        <w:t>3. Какие ещё стихи из Библии пришли вам на память?</w:t>
      </w:r>
    </w:p>
    <w:p>
      <w:r>
        <w:t>4. Имеет ли наше личное познание Бога какое-то отношение к строительству счастливой семьи?</w:t>
      </w:r>
    </w:p>
    <w:p>
      <w:r>
        <w:t>5. Зависит ли счастье человека от того, как к нему относятся другие люди?</w:t>
      </w:r>
    </w:p>
    <w:p>
      <w:r>
        <w:t>6. Что происходит в жизни тех людей, которые становятся на путь личного познания Бога? Быт.5:24.</w:t>
      </w:r>
    </w:p>
    <w:p>
      <w:r>
        <w:t>7. Как понять, что я знаю Иисуса лично и имею с Ним личные отношения? Какие действия можно отнести к личным отношениям с Богом?</w:t>
      </w:r>
    </w:p>
    <w:p>
      <w:r>
        <w:t>8. Что дают человеку личные отношения с Иисусом?</w:t>
      </w:r>
    </w:p>
    <w:p>
      <w:r>
        <w:t>9. На какой срок можно планировать отношения с Богом?</w:t>
      </w:r>
    </w:p>
    <w:p>
      <w:r>
        <w:t>10. Кто является инициатором отношений между человеком и Богом?</w:t>
      </w:r>
    </w:p>
    <w:p>
      <w:r>
        <w:t>11. Почему Иисус призывает нас к отношениям с Собой, но не врывается в нашу жизнь?</w:t>
      </w:r>
    </w:p>
    <w:p>
      <w:r>
        <w:t>12. Что будет с теми, кто не пожелает строить личные отношения с Богом? Мат.25:12.</w:t>
      </w:r>
    </w:p>
    <w:p>
      <w:r>
        <w:t>13. Когда надо начинать развивать личные отношения с Богом? Какой возраст для этого лучше всего подходит?</w:t>
      </w:r>
    </w:p>
    <w:p>
      <w:r>
        <w:t>14. Важно ли понимать то, что Бог знает меня лично?</w:t>
      </w:r>
    </w:p>
    <w:p>
      <w:r>
        <w:t>15. Достаточно ли для счастья счастливой семьи, чтобы хоть один из её членов был в тесных отношениях со Христом?</w:t>
      </w:r>
    </w:p>
    <w:p>
      <w:r>
        <w:br w:type="page"/>
      </w:r>
    </w:p>
    <w:p>
      <w:pPr>
        <w:pStyle w:val="Heading1"/>
      </w:pPr>
      <w:r>
        <w:t>Урок 694. Мы и Бог</w:t>
      </w:r>
    </w:p>
    <w:p>
      <w:r>
        <w:t>Если попросить любого верующего человека расставить свои приоритеты, то каждый скажет вам, что у него на первом месте Бог, а все последующие места могут быть заняты по-разному. Приведём краткий перечень того, что есть в вашей жизни:</w:t>
      </w:r>
    </w:p>
    <w:p>
      <w:r>
        <w:t>Здоровье, работа, друзья, дом и домашнее хозяйство, Бог, хобби, дети, вы сами, полезные вещи, отдых и вкусное питание.</w:t>
      </w:r>
    </w:p>
    <w:p>
      <w:r>
        <w:t>Попробуйте после того, как вы прочитаете этот список, распределить его содержимое согласно вашему пониманию по приоритету, от главного к менее важному. Думаю, что на первом месте у вас окажется Бог, а всё остальное будет отличаться от списка других людей.</w:t>
      </w:r>
    </w:p>
    <w:p>
      <w:r>
        <w:t>Давайте заглянем в счастливую семью и узнаем, как её члены оценивают свою жизнь.</w:t>
      </w:r>
    </w:p>
    <w:p>
      <w:r>
        <w:t>Однажды я предложил своей возлюбленной составить список приоритетов, но так, чтобы всё было честно, как оно есть на самом деле, а не как правильно. Мы знаем, что должно быть главным, но своим отношением мы очень точно определяем, что для нас по-настоящему стоит на первом месте, а что является менее ценным. С позиции времени сложно судить о своих приоритетах, потому что на сон и на работу уходит самая большая часть ежедневных потребностей.</w:t>
      </w:r>
    </w:p>
    <w:p>
      <w:r>
        <w:t>Если я в своей личной жизни могу понять, на каком месте у меня находится Бог, то как мне это оценить в рамках своей семьи и наших отношений. Мы решили вместе разобраться в этом вопросе.</w:t>
      </w:r>
    </w:p>
    <w:p>
      <w:r>
        <w:t>Бог желает иметь с нами личное общение, и Он однозначно об этом говорит, заявляя, что если Он не будет нас знать, то мы будем потеряны для Вечности.</w:t>
      </w:r>
    </w:p>
    <w:p>
      <w:r>
        <w:t>Было бы очень здорово принимать в гости видимого Иисуса, как это в своё время делали сёстры Лазаря. Христос любил останавливаться в их гостеприимном доме и отдыхать там от всех своих забот. Но даже там у Марфы и Марии были разные приоритеты. Иисус с пониманием относился к их жизненной позиции и не судил никого за то, что они мыслят так или иначе, но дал понять, что там, где Бог на самом деле стоит на первом месте, всё остальное Он поможет расставить правильно.</w:t>
      </w:r>
    </w:p>
    <w:p>
      <w:r>
        <w:t>В нашей семье мы решили поставить Бога во главе всего. Но появились вопросы о том, что если по Писанию глава мужу — Христос, а глава жене — муж, то как это должно выглядеть в наших приоритетах, и не будет ли Бог наказывать жену за то, что она поставит меня на место Бога.</w:t>
      </w:r>
    </w:p>
    <w:p>
      <w:r>
        <w:t>Я ни в коем случае не хочу быть во главе её приоритетов, потому что понимаю, что у каждого из нас должно быть личное общение с Богом. И оно должно быть постоянным и определённым в должном порядке. И если каждый из нас будет общаться с Господом, то мы можем привносить плоды подобных отношений и в нашу семью, видя в этом сущность Бога.</w:t>
      </w:r>
    </w:p>
    <w:p>
      <w:r>
        <w:t>Размышляя о том, что является нашим общением с Богом, мы поняли, что им не является:</w:t>
      </w:r>
    </w:p>
    <w:p>
      <w:r>
        <w:t>— Посещение церкви.</w:t>
      </w:r>
    </w:p>
    <w:p>
      <w:r>
        <w:t>— Участие в духовных таинствах.</w:t>
      </w:r>
    </w:p>
    <w:p>
      <w:r>
        <w:t>— Чтение Библии.</w:t>
      </w:r>
    </w:p>
    <w:p>
      <w:r>
        <w:t>— Наши молитвы друг за друга.</w:t>
      </w:r>
    </w:p>
    <w:p>
      <w:r>
        <w:t>— Наше служение.</w:t>
      </w:r>
    </w:p>
    <w:p>
      <w:r>
        <w:t>— Наш здоровый образ жизни.</w:t>
      </w:r>
    </w:p>
    <w:p>
      <w:r>
        <w:t>— Наше прослушивание духовной информации.</w:t>
      </w:r>
    </w:p>
    <w:p>
      <w:r>
        <w:t>Всё это необходимо иметь в своей жизни, и мы не отказываемся от этого, но подобные вещи являются естественным следствием того, что у каждого из нас в приоритете стоит личное общение с нашим Спасителем, которое определяется:</w:t>
      </w:r>
    </w:p>
    <w:p>
      <w:r>
        <w:t>— Моим общением с Ним обо мне.</w:t>
      </w:r>
    </w:p>
    <w:p>
      <w:r>
        <w:t>— Моим общением о Нём.</w:t>
      </w:r>
    </w:p>
    <w:p>
      <w:r>
        <w:t>— Нашим с Ним общением о нас.</w:t>
      </w:r>
    </w:p>
    <w:p>
      <w:r>
        <w:t>Когда мы с женой решили общаться друг с другом, оказалось, что наши отношения, в которых мы лучше всего познавали друг друга, складывались по той же самой схеме. Мы говорили обо мне, говорили о ней и говорили о нас, а всё остальное было естественно вытекающим из того, что мы строили для себя. Всё другое — это наши дела. А если мы решим, что нашим общением является то, что им не является, то мы будем делать много хороших и добрых вещей, но не будем знать друг друга и понимать сердце своего избранника.</w:t>
      </w:r>
    </w:p>
    <w:p>
      <w:r>
        <w:t>Общение — это основание всего, это то, на чём можно строить всё.</w:t>
      </w:r>
    </w:p>
    <w:p>
      <w:r>
        <w:t>А что должно быть на втором месте в наших приоритетах? Здесь фантазия и реальность могут подсказать всё, что угодно.</w:t>
      </w:r>
    </w:p>
    <w:p>
      <w:r>
        <w:t>Мы обсудили все наши ценности и пришли к выводу, что на этом месте должны быть мы сами, каждый лично для себя. Не в смысле своего эгоизма, а в том, чтобы думать о своём личном спасении, развивать свою веру, делать всё возможное, чтобы попасть в Вечность, чтобы приобрести Божий характер и обладать Небесной любовью и мудростью.</w:t>
      </w:r>
    </w:p>
    <w:p>
      <w:r>
        <w:t>Мне будет очень легко любить свою жену, если, имея личные отношения с Богом, я стану получать от Него любовь к ближним. Я могу брать Бога во все сферы своей жизни и просить Его участвовать во всём, что я переживаю и что делаю. Мои отношения с Ним не прекращаются даже тогда, когда я сплю. Я Божий и в этом состоянии.</w:t>
      </w:r>
    </w:p>
    <w:p>
      <w:r>
        <w:t>Мы с женой также заметили, что когда у нас всё прекрасно в личных отношениях с Богом, тогда этот же замечательный дух распространяется и на нашу семью. И даже если что-то идёт не так, это нас не очень расстраивает, но побуждает искать ответа в Боге и в Его мудрости.</w:t>
      </w:r>
    </w:p>
    <w:p>
      <w:r>
        <w:t>Наше личное здоровье также должно быть на надлежащем месте, и его стоит беречь, изучая законы, по которым живут наши душа и тело. Здоровье следует беречь и не растрачивать на временные удовольствия. Мы знаем, что есть восемь основных факторов здорового образа жизни, которые должны быть в нашем доме на надлежащем месте, будучи понимаемыми в правильном свете. Если здоровье будет потеряно, то его не заменит ничто другое. О здоровье нужно заботиться и хранить его в лучшем состоянии.</w:t>
      </w:r>
    </w:p>
    <w:p>
      <w:r>
        <w:t>Также мы решили, что в нашей семье личные отношения с Богом должны быть уважаемы во всякое время. Это значит, что, если я решу уединиться для тайной молитвы, никто не должен этому препятствовать. Также и я буду уважать выбор своей жены. А в нашем общем общении мы можем вместе рассуждать о том, что делает для нас Господь, и как Он прекрасен в нашей семье. Своими личными отношениями с Богом мы не отменяем наших семейных богослужений и совместного изучения Библии. Они находятся на своём месте и делают то, что решает Бог, и что мы желаем получить.</w:t>
      </w:r>
    </w:p>
    <w:p>
      <w:r>
        <w:t>Выбор общины, в которой мы будем совершать своё служение и где мы сможем поклоняться Богу вместе с нашими единоверцами, вызвал бурную дискуссию. У каждого из нас были дружеские отношения с собратьями, и не хотелось терять их по причине перехода в другую церковь. Но и этот вопрос мы решили после наших общих молитв, когда Господь показал нам, на что стоит обратить внимание и что стоит изменить. Мы пожелали, чтобы все наши личные друзья были отныне нашими общими друзьями, и мы их будем любить и принимать. А если они станут вносить в наш союз разделения и вражду, то мы станем вместе решать, что с этим делать, но не позволим друзьям занять главное место в наших сердцах.</w:t>
      </w:r>
    </w:p>
    <w:p>
      <w:r>
        <w:t>Пока у нас не было детей, нам было сложно понять, куда их определить, но мы решили, что если Господь их даст, мы будем их воспитывать не для этого мира, а для Вечной жизни.</w:t>
      </w:r>
    </w:p>
    <w:p>
      <w:r>
        <w:t>Мы уже научились обо всём договариваться и в вопросах приоритетов смогли также понять, что у нас главное, а потом и убедиться, что фактически стоит на первом месте.</w:t>
      </w:r>
    </w:p>
    <w:p>
      <w:r>
        <w:t>Разум понимает, что должно быть главным, а сердце говорит о том, что на самом деле у нас на первом месте, что мы больше всего любим и ценим, и на что нам не жалко своего свободного времени.</w:t>
      </w:r>
    </w:p>
    <w:p>
      <w:pPr>
        <w:pStyle w:val="Heading2"/>
      </w:pPr>
      <w:r>
        <w:t>Домашнее задание 694</w:t>
      </w:r>
    </w:p>
    <w:p>
      <w:r>
        <w:t>1. Прочитайте, пожалуйста, Ис.40:25-31; 42:8; Пс.58:17; 100:1-4; 102:1-5; 104:4; Откр.3:20; Ин.8:32; 1Кор.15:34; Ам.3:3; Мар.8:36; Авв.2:14; Лук.12:29-32; Еф.5:22-28; Иак.4:10; Прит.4:5-9 в свете этого урока.</w:t>
      </w:r>
    </w:p>
    <w:p>
      <w:r>
        <w:t>2. Что вы поняли из этого урока?</w:t>
      </w:r>
    </w:p>
    <w:p>
      <w:r>
        <w:t>3. Какие ещё стихи из Библии пришли вам на память?</w:t>
      </w:r>
    </w:p>
    <w:p>
      <w:r>
        <w:t>4. Пробовали ли вы расставлять приоритеты в своей жизни?</w:t>
      </w:r>
    </w:p>
    <w:p>
      <w:r>
        <w:t>5. Как понять, что у вас Бог стоит на первом месте?</w:t>
      </w:r>
    </w:p>
    <w:p>
      <w:r>
        <w:t>6. Могут ли слова о расставлении приоритетов отличаться от реальной картины?</w:t>
      </w:r>
    </w:p>
    <w:p>
      <w:r>
        <w:t>7. Что делать, если я не знаю, что у меня стоит на каком месте? Так ли это важно определять?</w:t>
      </w:r>
    </w:p>
    <w:p>
      <w:r>
        <w:t>8. Как можно познавать Бога в рамках семьи?</w:t>
      </w:r>
    </w:p>
    <w:p>
      <w:r>
        <w:t>9. Говорит ли наша любовь друг к другу о том, что в наших отношениях есть Бог?</w:t>
      </w:r>
    </w:p>
    <w:p>
      <w:r>
        <w:t>10. Стоит ли уважать выбор супруги или супруга и не ставить препятствий для общения с Богом?</w:t>
      </w:r>
    </w:p>
    <w:p>
      <w:r>
        <w:t>11. Если у кого-то на первом месте Бог, а всё остальное в доме его не интересует, то будет ли это благословением для семьи? 1Тим.5:8.</w:t>
      </w:r>
    </w:p>
    <w:p>
      <w:r>
        <w:t>12. Как вы думаете, изменятся ли приоритеты человека до и после создания семьи?</w:t>
      </w:r>
    </w:p>
    <w:p>
      <w:r>
        <w:t>13. Могут ли мои личные отношения с Богом стать общим достоянием моей семьи? Каким образом это может пригодиться в семье?</w:t>
      </w:r>
    </w:p>
    <w:p>
      <w:r>
        <w:t>14. Какую роль играет любовь в личном познании Бога?</w:t>
      </w:r>
    </w:p>
    <w:p>
      <w:r>
        <w:t>15. Какую роль играет Бог в моей любви к своей семье?</w:t>
      </w:r>
    </w:p>
    <w:p>
      <w:r>
        <w:br w:type="page"/>
      </w:r>
    </w:p>
    <w:p>
      <w:pPr>
        <w:pStyle w:val="Heading1"/>
      </w:pPr>
      <w:r>
        <w:t>Урок 695. А что мы будем есть?</w:t>
      </w:r>
    </w:p>
    <w:p>
      <w:r>
        <w:t>Наша дружба и добрачные отношения с моей дорогой подругой настолько наполняли разум и сердце различными романтическими переживаниями, что совсем не хотелось отвлекаться на всякие особенности нашей жизнедеятельности. Я совсем не думал о еде, потому что все основные мысли были о ней. Иногда я ел у родителей, иногда в гостях, а в основном я покупал фрукты и готовые полуфабрикаты в магазине и быстро что-то придумывал, не переживая о приготовлении. А когда мы встречались для личного общения, еда меня интересовала меньше всего, так как были дела поважнее. Нам нравилось проводить время приёма пищи в уютных забегаловках, где можно было посидеть за столом и смотреть друг на друга, чтобы понять, с кем мы имеем дело.</w:t>
      </w:r>
    </w:p>
    <w:p>
      <w:r>
        <w:t>Мы были научены Богом есть чистую пищу, и этот вопрос нами даже не обсуждался. А что касается остального, мы были неприхотливыми и неразборчивыми.</w:t>
      </w:r>
    </w:p>
    <w:p>
      <w:r>
        <w:t>Создавая семью, мы не касались вопроса питания, считая, что у нас с этим всё нормально, но Господь то и дело обращал наше внимание на то, что невежество относительно приёма пищи может негативно сказываться на наших с Ним отношениях. Мой же организм то и дело посылал мне предупреждения о том, что в моём питании что-то не так. То нападёт сонливость, то начинается чрезмерное внутреннее газообразование, то схватит живот, то голова ничего не соображает. А я всё это списывал на случайные процессы, которые мне неподвластны.</w:t>
      </w:r>
    </w:p>
    <w:p>
      <w:r>
        <w:t>Но Господь не оставил нас жить в нашем невежестве и послал нам свет реформы питания. Хоть мы об этом и раньше слышали и что-то знали, но в один момент мне пришло острое осознание того, что в моём питании нужно провести кардинальные перемены. Я высказал свои мысли жене, и она меня поддержала, ответив, что тоже часто об этом задумывается. Мы решили вместе разобраться в этом вопросе и попросили в молитве о мудрости свыше.</w:t>
      </w:r>
    </w:p>
    <w:p>
      <w:r>
        <w:t>Оказалось, что на эту тему Господь уже послал столько света, что можно было с утра до вечера изучать законы здоровья и питания. А некоторые вещи были настолько ясны и легки на практике, что мы решили сразу воплощать их в нашей жизни.</w:t>
      </w:r>
    </w:p>
    <w:p>
      <w:r>
        <w:t>Первым делом мы пожелали навести порядок в холодильнике и разобраться со своей посудой. Всё магазинные продукты были проверены на содержание в них химических добавок, были выявлены подозрительные и опасные полуфабрикаты, и наше мусорное ведро помогло нам решить эту интересную задачу.</w:t>
      </w:r>
    </w:p>
    <w:p>
      <w:r>
        <w:t>В результате исследования мы обнаружили, что наш пластмассовый электрочайник является самым опасным кухонным прибором, который при кипячении выделяет столько ядов в воду, которую мы из него пьём, что нам стало не по себе. Мы сразу решили его заменить на металлический без внутренних швов, но самым хорошим и безопасным вариантом оказался чайник с эмалированным покрытием, который нужно греть на газу.</w:t>
      </w:r>
    </w:p>
    <w:p>
      <w:r>
        <w:t>Все пластиковые миски и стаканчики, в которые накладывали горячую еду мы решили по возможности не использовать, а заменить их на стекло или фарфор.</w:t>
      </w:r>
    </w:p>
    <w:p>
      <w:r>
        <w:t>В вопросе самой безопасной еды мы пришли к единому заключению о том, что самой безопасной едой является то:</w:t>
      </w:r>
    </w:p>
    <w:p>
      <w:r>
        <w:t>1. Что мы сами вырастили на своём огороде, которого у нас ещё не было.</w:t>
      </w:r>
    </w:p>
    <w:p>
      <w:r>
        <w:t>2. То, что мы сами приготовили, зная состав и способ приготовления.</w:t>
      </w:r>
    </w:p>
    <w:p>
      <w:r>
        <w:t>Мы поняли, что, будучи верующими людьми, доверяем порядочности производителя и как бы верим, что они думают о нашем здоровье. Но, изучая этот вопрос, мы поняли, что бизнес и жажда получения прибыли при минимальных затратах толкают многих производителей на разные нехорошие вещи, которые могут вызвать у нас впоследствии тяжкие недуги и различные заболевания.</w:t>
      </w:r>
    </w:p>
    <w:p>
      <w:r>
        <w:t>Хоть от всего мы не могли сразу отказаться, но мы решили минимизировать всевозможные риски до разумных пределов.</w:t>
      </w:r>
    </w:p>
    <w:p>
      <w:r>
        <w:t>Нам помогли книги Духа Пророчества, в которых Господь очень ясно показал многие принципы в приёме и приготовлении пищи. Мы в своей семье решили руководствоваться этим светом.</w:t>
      </w:r>
    </w:p>
    <w:p>
      <w:r>
        <w:t>Мы уже были научены тому, что при посещении наших родственников необходимо заранее обговаривать нашу диету и просить их учитывать наши вкусы. Но нами было решено, что подобная реформа коснётся только нашего дома, и мы не будем никому навязывать наши новые принципы.</w:t>
      </w:r>
    </w:p>
    <w:p>
      <w:r>
        <w:t>Мы посчитали, что, когда мы покупаем и готовим еду сами, то хоть это и занимает больше времени, зато это стоит намного дешевле, чем если мы будем продолжать есть в забегаловках непонятно что и как приготовленное.</w:t>
      </w:r>
    </w:p>
    <w:p>
      <w:r>
        <w:t>Моя жена решила повысить свои кулинарные знания через обучение этому мастерству у наших собратьев, которые раньше нас многому научились и сейчас занимаются тем, что наставляют в этом других. И даже на этих курсах мы руководствуемся здравым смыслом и тем светом, который нам даровал Господь за время наших исследований.</w:t>
      </w:r>
    </w:p>
    <w:p>
      <w:r>
        <w:t>Также мы поняли, что лучшая питьевая вода — это не та, что течёт из под крана, а свежая, которую дарит природа. Но и её стоит вначале проверить, чтобы она была чистой и безопасной.</w:t>
      </w:r>
    </w:p>
    <w:p>
      <w:r>
        <w:t>Мы окунулись с головой в науку о питье и питании и поняли, что она награждает здоровьем тех, кто её постигает и правильно применяет.</w:t>
      </w:r>
    </w:p>
    <w:p>
      <w:r>
        <w:t>Мы стали разборчивыми и предусмотрительными людьми относительно того, что попадает в наши тарелки. Также мы решили не интересоваться и не комментировать содержимое чужих тарелок и холодильников, и даже тарелок друг друга.</w:t>
      </w:r>
    </w:p>
    <w:p>
      <w:r>
        <w:t>Наша пища должна быть не только полезной, но и питательной. Будет совсем неправильно отказаться от всего, что мы привыкли есть, и не заменить это ничем. Мы стали изучать, что содержат те или иные продукты, что они теряют и приобретают при обработке, и то, в чём и сколько нуждаются наши тела.</w:t>
      </w:r>
    </w:p>
    <w:p>
      <w:r>
        <w:t>Также нам открылось и то, что полезные сладости лучше делать самим, а не покупать их, чтобы не лишать свой организм жизненных сил и здоровья.</w:t>
      </w:r>
    </w:p>
    <w:p>
      <w:r>
        <w:t>Наша пища должна быть не только питательной, но и вкусной, привлекательной, иметь ароматный запах и вызывать здоровый аппетит. Здесь нам нужно многому научиться. Мы решили приобрести для этого красивые столовые приборы и сервизы, чтобы и сервировка нашего стола вызывала у нас восхищение.</w:t>
      </w:r>
    </w:p>
    <w:p>
      <w:r>
        <w:t>Также мы поняли, что наша пища при всей её пользе и вкусе должна употребляться умеренно и по расписанию. Мы решили исключить перекусывание между приёмами пищи и не подавать за один раз на стол десятки различных блюд.</w:t>
      </w:r>
    </w:p>
    <w:p>
      <w:r>
        <w:t>На наши исследования в вопросе питания ушло очень много месяцев усиленной борьбы со своим аппетитом, которая включала в себя поиск мудрых решений, понимание различных взаимосвязей между желудком и разумом, уход на старые рельсы, фанатичный подход, расстройство желудка и испорченное настроение. Но Господь всякий раз поднимал и ободрял нас, и приглашал идти дальше.</w:t>
      </w:r>
    </w:p>
    <w:p>
      <w:r>
        <w:t>Хотя для вас, друзья, это всё поместилось в кратком сообщении.</w:t>
      </w:r>
    </w:p>
    <w:p>
      <w:r>
        <w:t>Мы поняли, что законы здоровья и питания даны нам Тем же Самым Богом, Который однажды сказал: «Не убивай». И нарушение подобных повелений может нам очень дорого обойтись.</w:t>
      </w:r>
    </w:p>
    <w:p>
      <w:r>
        <w:t>Сейчас, когда мы заходим в магазины, где прилавки ломятся от красивых упаковок, нам неинтересно то, что не насыщает и что разрушает, а Божьи принципы, вписанные в наши сердца, подсказывают нам, что чисто и безопасно.</w:t>
      </w:r>
    </w:p>
    <w:p>
      <w:r>
        <w:t>И на вопрос: «А что мы будем есть?» у нас всегда есть полезный и вкусный ответ для нас и для наших гостей.</w:t>
      </w:r>
    </w:p>
    <w:p>
      <w:pPr>
        <w:pStyle w:val="Heading2"/>
      </w:pPr>
      <w:r>
        <w:t>Домашнее задание 695</w:t>
      </w:r>
    </w:p>
    <w:p>
      <w:r>
        <w:t>1. Прочитайте, пожалуйста, Прит.2:2-11; Еккл.5:11-19; Прит.23:1-3,6-8; Рим.14:15-17; 1Кор.8:9; Ин.21:9; Лук.12:29-32; Ис.55:1-2; Лев.11:44-47; Ам.3:3 в свете этого урока.</w:t>
      </w:r>
    </w:p>
    <w:p>
      <w:r>
        <w:t>2. Что вы поняли из этого урока?</w:t>
      </w:r>
    </w:p>
    <w:p>
      <w:r>
        <w:t>3. Какие ещё стихи из Библии пришли вам на память?</w:t>
      </w:r>
    </w:p>
    <w:p>
      <w:r>
        <w:t>4. Прочитайте 1Тим.4:1-5. Дают ли эти стихи разрешение на употребление в пищу всего? Освящает ли Слово Божие всякую пищу?</w:t>
      </w:r>
    </w:p>
    <w:p>
      <w:r>
        <w:t>5. Стоит ли следить за тем, что попадает в мой желудок, и какого качества этот продукт?</w:t>
      </w:r>
    </w:p>
    <w:p>
      <w:r>
        <w:t>6. Может ли стих из 1Кор 10:25 быть разрешением на то, чтобы покупать и есть всё без разбора: "Все, что продается на торгу, ешьте без всякого исследования, для спокойствия совести"?</w:t>
      </w:r>
    </w:p>
    <w:p>
      <w:r>
        <w:t>7. Для чего нужна реформа питания в семье?</w:t>
      </w:r>
    </w:p>
    <w:p>
      <w:r>
        <w:t>8. Стоит ли прислушиваться к предостережениям Духа Пророчества о важности правильного питания?</w:t>
      </w:r>
    </w:p>
    <w:p>
      <w:r>
        <w:t>9. Интересуется ли Небо тем, что лежит в наших тарелках?</w:t>
      </w:r>
    </w:p>
    <w:p>
      <w:r>
        <w:t>10. Вменяется ли нам праведность через ножи и вилки?</w:t>
      </w:r>
    </w:p>
    <w:p>
      <w:r>
        <w:t>11. Стоит ли принимать реформу питания в свою жизнь, если другие члены семьи против?</w:t>
      </w:r>
    </w:p>
    <w:p>
      <w:r>
        <w:t>12. Стоит ли доверять всем производителям и считать, что они выпускают качественную и полезную пищу?</w:t>
      </w:r>
    </w:p>
    <w:p>
      <w:r>
        <w:t>13. Какая еда считается самой безопасной и полезной?</w:t>
      </w:r>
    </w:p>
    <w:p>
      <w:r>
        <w:t>14. Реформа питания в вашей жизни распространяется только на ваш дом, или её стоит соблюдать везде?</w:t>
      </w:r>
    </w:p>
    <w:p>
      <w:r>
        <w:t>15. Если питание меня не спасает, то зачем лишать себя радости вкусовых наслаждений?</w:t>
      </w:r>
    </w:p>
    <w:p>
      <w:r>
        <w:br w:type="page"/>
      </w:r>
    </w:p>
    <w:p>
      <w:pPr>
        <w:pStyle w:val="Heading1"/>
      </w:pPr>
      <w:r>
        <w:t>Урок 696. Во что нам одеваться?</w:t>
      </w:r>
    </w:p>
    <w:p>
      <w:r>
        <w:t>Я много всего слышал о реформе одежды и даже прилагал какие-то усилия, чтобы что-то привнести из полученного опыта в свою жизнь. Я даже решил в своём сердце, что моя будущая жена будет одеваться так-то и так-то, а иначе я на неё даже не обращу внимание.</w:t>
      </w:r>
    </w:p>
    <w:p>
      <w:r>
        <w:t>Мирское окружение размазало все мои представления, как масло по бутерброду. Я читал одно, а видел вокруг себя и в церкви совершенно другое. Когда я пытался выразить среди собратьев протест против их внешнего вида, меня называли фанатиком, который очень старомоден и ничего не понимает. А я считал, что Бог имеет какой-то особый план для Своего народа и желает через это прославиться и испытать нашу верность полученному свету.</w:t>
      </w:r>
    </w:p>
    <w:p>
      <w:r>
        <w:t>Но вот появилась она. Я не сразу пустил её в глубину своего сердца. Особенно меня смущало то, что иногда её внешний вид совсем не соответствовал тому, что ожидает от нас Господь. Но она оказалась в других вопросах очень открытой и жизнедеятельной. Я был вначале очарован, а потом влюблён в это чудо. Поняв, что этот человечек отвечает многим моим ожиданиям, я полностью открыл для неё своё сердце и решил не придавать особого значения её манере одеваться.</w:t>
      </w:r>
    </w:p>
    <w:p>
      <w:r>
        <w:t>Я заметил, что в жаркую погоду, когда она надевала легкие платья, её открытые части тела доставляли мне особое эстетическое наслаждение и вызывали неоднозначные мысли, с которыми приходилось постоянно бороться. Но из страха её потерять я решил не поднимать разговоры на эту тему, так как знал, что мои взгляды могут разрушить наши отношения.</w:t>
      </w:r>
    </w:p>
    <w:p>
      <w:r>
        <w:t>К счастью, лето в нашем регионе было не таким долгим, и ей приходилось потеплее одеваться, чтобы не мёрзнуть ради моды.</w:t>
      </w:r>
    </w:p>
    <w:p>
      <w:r>
        <w:t>На нашу свадьбу у неё было заказано приличное белое платье, которое полностью закрывало то, что должно быть закрыто. И это меня успокоило, потому что человек, казалось, понимал принципы реформы одежды.</w:t>
      </w:r>
    </w:p>
    <w:p>
      <w:r>
        <w:t>Когда была создана наша семья, и я получил навсегда ту, о которой мечтал и молился, тогда я заметил, что в нашем шкафу стали периодически добавляться элементы одежды, которые были очень вызывающими и совсем не соответствовали тому, что было открыто мне. А иногда я чувствовал стыд за свою жену, когда она выходила вместе со мной на люди, надевая очень короткие юбки и блузки. Когда она в таком виде заходила в нашу спальню, я в сердце радовался красоте её тела, но когда этим любовались другие мужчины, мне было очень грустно ловить их вожделенные взгляды.</w:t>
      </w:r>
    </w:p>
    <w:p>
      <w:r>
        <w:t>Я понял, что необходимо что-то предпринимать, иначе я сделаю что-то очень плохое. Я решил молиться о мудрости свыше и стал просить силы Святого Духа для серьёзного разговора. А затем я взял пост и просил в это время об особом Божьем присутствии на нашем семейном совете. Мне очень хотелось, чтобы в нашем союзе всё было правильно, не как я понимаю, а как того хочет Бог.</w:t>
      </w:r>
    </w:p>
    <w:p>
      <w:r>
        <w:t>На третий день поста мне пришло осознание того, что я не должен устанавливать в доме диктатуру, но, высказав своё мнение и представив жене доказательства из Библии и Духа Пророчества, дать самой решить, что ей делать с полученным светом.</w:t>
      </w:r>
    </w:p>
    <w:p>
      <w:r>
        <w:t>Моя возлюбленная поняла, что у меня идёт какая-то внутренняя борьб, и не задавала мне лишних вопросов, внимательно наблюдая за моими борениями и стараясь не мешать мне решать свои задачи. И когда я пригласил её на важный разговор, я заметил, что она очень волнуется, чего она и не скрывала.</w:t>
      </w:r>
    </w:p>
    <w:p>
      <w:r>
        <w:t>Мы вместе помолились, и я начал осторожно озвучивать свои чувства и мысли по поводу внешнего вида в моей семье, наблюдая за выражением лица своей жены и давая ей возможность высказать то, что она думает по этому поводу.</w:t>
      </w:r>
    </w:p>
    <w:p>
      <w:r>
        <w:t>Так как я изучал этот вопрос, мне было очень несложно найти места из Библии и Свидетельств, в которых говорится о Божьей воле по этому вопросу.</w:t>
      </w:r>
    </w:p>
    <w:p>
      <w:r>
        <w:t>Она, к моему удивлению, не перебивала меня, а очень внимательно слушала мои аргументы и вчитывалась в то, что я ей давал. Я не ставил ультиматума, а очень нежно говорил о своей любви к ней и о том, что не хотел бы потерять её по причине озлобления в этом вопросе.</w:t>
      </w:r>
    </w:p>
    <w:p>
      <w:r>
        <w:t>Я пообещал ей, что приму любое её решение, и буду любить её дальше, несмотря ни на что, но при этом буду иметь свою твёрдую позицию и следить за тем, чтобы моя одежда соответствовала Божьим стандартам.</w:t>
      </w:r>
    </w:p>
    <w:p>
      <w:r>
        <w:t>Я также объяснил и то, что все те части её тела, которые мне так нравится трогать, когда никто этого не видит, не должны выставляться напоказ посторонним людям.</w:t>
      </w:r>
    </w:p>
    <w:p>
      <w:r>
        <w:t>Она уже давно приняла то, что я не посещал общественные пляжи и ради меня отказывала себе в этом удовольствии, не понимая, что в этом такого. Для неё было очень просто без всякого стеснения обнажить своё тело до купальника. А я объяснял ей, что верёвочки и маленькие тряпочки не являются одеждой в моих и в Божьих глазах. Также я высказал своё мнение и о том, что в некоторой одежде моя жена очень напоминает мужика или блудницу, что ей совсем не к лицу.</w:t>
      </w:r>
    </w:p>
    <w:p>
      <w:r>
        <w:t>Хоть я и пытался быть очень сдержанным и тактичным в своём изложении, но часто ловил себя на том, что мой тон повышался до высокой степени.</w:t>
      </w:r>
    </w:p>
    <w:p>
      <w:r>
        <w:t>Я постоянно в мыслях обращался к Иисусу, чтобы Он дал мне смирения и Своей мудрости в изложении всего, что мне было открыто.</w:t>
      </w:r>
    </w:p>
    <w:p>
      <w:r>
        <w:t>Когда я закончил говорить, я стал ожидать, что скажет моя жена. А она тихо сидела и смотрела на свои руки и ничего не отвечала. Я предложил помолиться, и мы преклонили колени. Она не стала ничего говорить, но сказала, что подумает о данном вопросе и поблагодарила меня за мой труд и заботу.</w:t>
      </w:r>
    </w:p>
    <w:p>
      <w:r>
        <w:t>Так как уже был вечер, я решил перед сном выйти один на прогулку и поговорить с Иисусом обо всём, что пережил за это время. Я понимал, что мы в нашей семье подошли к какому-то глубокому кризису, который может вылиться в непонятно что. Но также я был уверен, что мне нужно что-то с этим делать, и дальше я не могу молчать, видя прямое нарушение Божьих принципов в своём доме. Мне очень был нужен Иисус, и я, гуляя и молясь, просил о мудрости свыше, чтобы не стать на путь фанатичного или диктаторского духа. Господь успокоил меня в Своей любви и дал на сердце мир.</w:t>
      </w:r>
    </w:p>
    <w:p>
      <w:r>
        <w:t>Придя домой, я увидел странную картину. Моя жена сидела с большими ножницами в руках перед кучей разрезанных купальников и блузок, и, напевая под нос знакомые псалмы, присматривала следующую партию своей одежды, которую ждала та же участь. Я замер в удивлении. А она весёлым голосом дала мне понять, что не может продать эти вещи или подарить их другим людям, так как они могут стать сетью для слабых душ, поэтому она решила поступить по примеру ефесян, которые, поняв пагубность своих злых дел, пожелали сжечь всё то, что было отвратительным для Бога. Деян.19:18-20.</w:t>
      </w:r>
    </w:p>
    <w:p>
      <w:r>
        <w:t>Я обнял свою дорогую жену и возблагодарил Бога за такой прекрасный подарок.</w:t>
      </w:r>
    </w:p>
    <w:p>
      <w:r>
        <w:t>Я был готов ко всему, но подобные опыты очень впечатлили меня своей глубиной и простотой таких быстрых решений, хоть я настроился на долгие годы сражений, не зная, что из этого выйдет.</w:t>
      </w:r>
    </w:p>
    <w:p>
      <w:r>
        <w:t>Радуясь происходящему, я также решил пересмотреть свои вещи и нашёл старые спортивные трусы и пару шорт, которые не собирался носить, но зачем-то хранил. Я торжественно вынес эту одежду на прощальную церемонию и под весёлый звук ножниц распрощался с ними навсегда.</w:t>
      </w:r>
    </w:p>
    <w:p>
      <w:pPr>
        <w:pStyle w:val="Heading2"/>
      </w:pPr>
      <w:r>
        <w:t>Домашнее задание 696</w:t>
      </w:r>
    </w:p>
    <w:p>
      <w:r>
        <w:t>1. Прочитайте, пожалуйста, Прит.7:10; Мат.6:28-33; Еккл.9:8; 1Пет.3:3-5; Быт.3:21; Исх.19:10; 20:26; 28:2; Лев.10:6; 19:19; Чис.15:38; Втор.22:5,11; Ис.47:2-3; Иез.28:13; Зах.3:3-4; Лук.12:22-23; Откр.16:15 в свете этого урока.</w:t>
      </w:r>
    </w:p>
    <w:p>
      <w:r>
        <w:t>2. Что вы поняли из этого урока?</w:t>
      </w:r>
    </w:p>
    <w:p>
      <w:r>
        <w:t>3. Какие ещё стихи из Библии пришли вам на память?</w:t>
      </w:r>
    </w:p>
    <w:p>
      <w:r>
        <w:t>4. Обращает ли Небо своё внимание на нашу одежду и на манеру одеваться?</w:t>
      </w:r>
    </w:p>
    <w:p>
      <w:r>
        <w:t>5. Почему Иисус говорит лаодикийцам, что они нагие, и советует прикрыть срамоту их наготы? Откр.3:17-18.</w:t>
      </w:r>
    </w:p>
    <w:p>
      <w:r>
        <w:t>6. Вы что-то слышали о Реформе одежды? Для чего Бог дал её Своему народу?</w:t>
      </w:r>
    </w:p>
    <w:p>
      <w:r>
        <w:t>7. Будет ли Бог спасать Свой народ через праведность по одежде?</w:t>
      </w:r>
    </w:p>
    <w:p>
      <w:r>
        <w:t>8. Если спасение не даётся по одежде, то какая разница, как она выглядит?</w:t>
      </w:r>
    </w:p>
    <w:p>
      <w:r>
        <w:t>9. Можно ли по одежде отличить род занятия человека?</w:t>
      </w:r>
    </w:p>
    <w:p>
      <w:r>
        <w:t>10. Может ли сатана сделать модным и популярным то, что является мерзостью в Божьих глазах? Если да, то кого стоит слушаться?</w:t>
      </w:r>
    </w:p>
    <w:p>
      <w:r>
        <w:t>11. Может ли одежда и манера одеваться говорить что-то о характере человека?</w:t>
      </w:r>
    </w:p>
    <w:p>
      <w:r>
        <w:t>12. Стоит ли заставлять других людей придерживаться вашего понимания приличия в одежде?</w:t>
      </w:r>
    </w:p>
    <w:p>
      <w:r>
        <w:t>13. Если вопрос одежды не является критерием по приёму в церковное братство, то стоит ли по этому поводу устраивать дискуссии?</w:t>
      </w:r>
    </w:p>
    <w:p>
      <w:r>
        <w:t>14. Будет ли правильным установить в своей семье определённые стандарты в одежде согласно Божьему свету?</w:t>
      </w:r>
    </w:p>
    <w:p>
      <w:r>
        <w:t>15. Является ли вопрос одежды одним из испытаний для Божьего народа?</w:t>
      </w:r>
    </w:p>
    <w:p>
      <w:r>
        <w:br w:type="page"/>
      </w:r>
    </w:p>
    <w:p>
      <w:pPr>
        <w:pStyle w:val="Heading1"/>
      </w:pPr>
      <w:r>
        <w:t>Урок 697. Дружим дальше</w:t>
      </w:r>
    </w:p>
    <w:p>
      <w:r>
        <w:t>Мы с женой ещё до нашей свадьбы договорились о том, что будем друзьями при любых обстоятельствах, даже если у нас не получится создать семью. А если мы станем мужем и женой, то возьмём нашу дружбу в наши семейные отношения и будем развивать её дальше, не угашая этот прекрасный дух дружелюбия, но даря его во всякое время.</w:t>
      </w:r>
    </w:p>
    <w:p>
      <w:r>
        <w:t>К счастью, нам всё-таки удалось пожениться, и мы заметили, что быть друзьями в семье довольно интересно. Единственное отличие состояло лишь в том, что у нас появился особый физический контакт, в котором открывались интересные ощущения и переживания, которые раньше даже невозможно было представить.</w:t>
      </w:r>
    </w:p>
    <w:p>
      <w:r>
        <w:t>Мы так радовались тому, что мы есть друг у друга, и что наша дружба крепнет с каждым днём. А некоторые дорогие нам собратья с грустью наблюдали за нами и предупреждали нас о том, что вскоре это пройдёт, и мы погрузимся в рутину повседневных забот, где для дружбы просто не останется места, а наш врождённый эгоизм окончательно разрушит всю нашу романтику, и мы окунёмся в реальность, которая не будет такой розовой, как мы её видим.</w:t>
      </w:r>
    </w:p>
    <w:p>
      <w:r>
        <w:t>Нам всегда было весело слушать такие слова, но где-то в глубине души всё сопротивлялось тому, что это может прийти, ведь тогда наша жизнь будет совсем другой и непонятной.</w:t>
      </w:r>
    </w:p>
    <w:p>
      <w:r>
        <w:t>Невольно мы вглядывались в другие семьи и видели, что все они не такие, как наша. А когда мы знакомились с представителями этих семей и пытались узнать о том, как они любят друг друга, и как формируется их дружба, тогда они с удивлением слушали наши вопросы и не понимали, что мы имеем в виду.</w:t>
      </w:r>
    </w:p>
    <w:p>
      <w:r>
        <w:t>А нам очень хотелось понять, сохранит ли истинная дружба свою красоту и свежесть в течение многих лет. Изучая этот вопрос и вставая на путь любви, счастья и дружбы, мы понимали, что имеем дело с вечными ценностями, для которых время не является препятствием, а скорее наоборот, оно очищает и шлифует до Небесного блеска то, что задумано и подарено нам Богом.</w:t>
      </w:r>
    </w:p>
    <w:p>
      <w:r>
        <w:t>Каждый раз, когда мы садились друг напротив друга, чтобы обсудить нашу любовь и дружбу, мы убеждались в том, что это у нас есть и крепнет с каждым днём, превращаясь в незыблемый принцип, который обусловлен нашим выбором именно так относиться друг к другу. А сам дух дружелюбия настолько глубоко наполнял наши отношения естественным счастьем, что было бы очень глупо отказаться от этого благословения ради соответствия миру.</w:t>
      </w:r>
    </w:p>
    <w:p>
      <w:r>
        <w:t>Везде, где бы мы ни присутствовали, у нас появлялись новые знакомые, которые с неподдельным интересом наблюдали за нашей дружбой и пытались понять, можно ли и им иметь такое же отношение и в своих семьях. А мы давали ищущим душам надежду на то, что в Иисусе всё возможно, и нет никаких препятствий для того, чтобы любить друг друга от чистого сердца и быть постоянным в этом вопросе.</w:t>
      </w:r>
    </w:p>
    <w:p>
      <w:r>
        <w:t>Со временем мы заметили, что наше дружеское отношение друг к другу распространяется также и на наших новых знакомых, которые были не против того, чтобы мы стали и их друзьями. А нам было не жалко брать воду жизни из океана Божьей любви и поить ею других людей, указывая им на Истинный Источник счастья, любви и дружбы.</w:t>
      </w:r>
    </w:p>
    <w:p>
      <w:r>
        <w:t>Были и такие люди, которые не знали, как им напрямую получать Божьи благословения любви, и хотели всегда использовать нас как свой личный источник, что поначалу нас настораживало, но потом мы научились и их приводить к Иисусу и возлагать не Него все их заботы.</w:t>
      </w:r>
    </w:p>
    <w:p>
      <w:r>
        <w:t>Так просто любить своего друга, когда ты этого хочешь и желаешь так жить, несмотря ни на что и ни на кого! Что может быть лучше того, когда ты договариваешься с другом о взаимной любви и сознательно делаешь всё, чтобы соответствовать этой договорённости?!</w:t>
      </w:r>
    </w:p>
    <w:p>
      <w:r>
        <w:t>Ещё во время добрачных отношений я понял и оценил, сколько радости приносят сердцу твои слова любви, высказанные или написанные другу, а также и его подобное отношение к тебе. Оценить благословенное влияние любви можно, только находясь в отношениях любви друг к другу. Никакая теория или чужие опыты не дадут тебе той радости, которую таит в себе любовь друга к другу.</w:t>
      </w:r>
    </w:p>
    <w:p>
      <w:r>
        <w:t>Наша семейная дружба не мешала нам заниматься повседневными делами и выполнять рутинные задачи, а скорее наоборот, помогала нам во всей этой рутине видеть конечный результат, когда всё это завершится, и мы объединимся с другом вновь для того, чтобы в очередной раз заверить себя в том, что мы любим друг друга и готовы и дальше жить в таком состоянии, строя отношения именно на этом основании.</w:t>
      </w:r>
    </w:p>
    <w:p>
      <w:r>
        <w:t>Также мы понимали и то, что наше обоюдное дружелюбие берёт начало из личных отношений с Иисусом. Именно Он является прочным Фундаментом того, что мы строим для нас. А мы строим счастье. Оно же невозможно без совместного решения любить друг друга и быть дружелюбным во всякое время.</w:t>
      </w:r>
    </w:p>
    <w:p>
      <w:r>
        <w:t>Также, наблюдая за тем, как можно уважительно относиться друг к другу, не теряя при этом радость любви, мы поняли, каким образом Иисус имеет общение с каждым из нас. У нас есть живой Небесный Друг, Который учит нас общаться лично с Ним Самим, а потом брать этот опыт и в наши земные отношения. Также, видя наглядно, как удивительно складывается наша дружба, мы брали из неё некоторые примеры, чтобы практиковать их в отношениях со Христом или понимать, как можно эти отношения улучшить или разнообразить.</w:t>
      </w:r>
    </w:p>
    <w:p>
      <w:r>
        <w:t>Само наше решение быть друзьями очень часто помогало нам находить правильный выход из многих спорных вопросов и неприятных ситуаций. Когда мы заходили в тупик отношений и понимали, что ничего не понимаем, тогда вопрос одного из нас: «Дружим дальше?» показывал нам лучшее решение всех задач и помогал всё сводить к любви и дружбе. И именно любовь покрывала многие вещи, которые невозможно было решить иначе.</w:t>
      </w:r>
    </w:p>
    <w:p>
      <w:r>
        <w:t>Мы раньше жили в разных семьях с разными укладами жизни, но в нашей семье мы договорились строить наш уклад, основанный на любви и дружбе.</w:t>
      </w:r>
    </w:p>
    <w:p>
      <w:r>
        <w:t>Мы привыкли постоянно учиться любви, выпрашивая её у Иисуса для наших отношений, и нам нравилось слушать чужие опыты, чтобы понять, что мы из них можем взять в свою жизнь. Даже если кто-то делился с нами тем, какой семья не должна быть, то мы и это брали на заметку и благодарили Бога за своевременное предостережение.</w:t>
      </w:r>
    </w:p>
    <w:p>
      <w:r>
        <w:t>Когда в наших отношениях назревал конфликт из-за каких-то мелочей, тогда предложение «быть друзьями» быстро угашало воинственный дух.</w:t>
      </w:r>
    </w:p>
    <w:p>
      <w:r>
        <w:t>Наша договоренность любить друг друга отрезвляла нас, когда этот мир пытался напоить нас своим вином блуда. Мы давно поняли, что обсуждать нашу любовь друг к другу гораздо интереснее и полезнее, чем размышлять о политике или вникать в глобальные проблемы мироустройства.</w:t>
      </w:r>
    </w:p>
    <w:p>
      <w:r>
        <w:t>Мы ничем не отличаемся от обычных людей, и когда мы молчим, по нам сложно понять, любим ли мы друг друга и являемся ли мы близкими друзьями. Но наши слова выдают нас с потрохами, когда мы начинаем общаться. Мы заметили, что говорим друг с другом на особом диалекте любви, который не принят во многих семьях, но понятен всем, с кем мы общаемся. Хоть мы и другим людям рассказываем иногда о своей любви друг к другу, но, похоже, они об этом догадываются и без наших комментариев по этому поводу.</w:t>
      </w:r>
    </w:p>
    <w:p>
      <w:r>
        <w:t>А мы дружим дальше и не желаем жить иначе.</w:t>
      </w:r>
    </w:p>
    <w:p>
      <w:pPr>
        <w:pStyle w:val="Heading2"/>
      </w:pPr>
      <w:r>
        <w:t>Домашнее задание 697</w:t>
      </w:r>
    </w:p>
    <w:p>
      <w:r>
        <w:t>1. Прочитайте, пожалуйста, Прит.17:17; Ам.3:3; Еккл.4:9-12; Рим.12:9-10; Ин.13:34-35; Мат.5:5,9; 1Кор.13:4-8; Прит.18:24; 31:10-12,30; Мат.5:48, 7:12 в свете этого урока.</w:t>
      </w:r>
    </w:p>
    <w:p>
      <w:r>
        <w:t>2. Что вы поняли из этого урока?</w:t>
      </w:r>
    </w:p>
    <w:p>
      <w:r>
        <w:t>3. Какие ещё стихи из Библии пришли вам на память?</w:t>
      </w:r>
    </w:p>
    <w:p>
      <w:r>
        <w:t>4. Что такое дружба в семье?</w:t>
      </w:r>
    </w:p>
    <w:p>
      <w:r>
        <w:t>5. Дружеские отношения — это что-то кратковременное или что-то вечное?</w:t>
      </w:r>
    </w:p>
    <w:p>
      <w:r>
        <w:t>6. Могут ли муж и жена быть друзьями в браке? Не помешает ли подобный дух им в выполнении семейных обязанностей?</w:t>
      </w:r>
    </w:p>
    <w:p>
      <w:r>
        <w:t>7. Что делать тем, кому дружба только снится, а в семье живёт совершенно другой дух?</w:t>
      </w:r>
    </w:p>
    <w:p>
      <w:r>
        <w:t>8. Какую роль играет Бог в нашем решении быть друзьями? Помогает ли Он нам иметь подобный дух?</w:t>
      </w:r>
    </w:p>
    <w:p>
      <w:r>
        <w:t>9. Если двое людей в семье договорятся о взаимной дружбе, то у них что-то получится?</w:t>
      </w:r>
    </w:p>
    <w:p>
      <w:r>
        <w:t>10. Могут ли сохранить дружбу те, кто совместно принимает подобное решение дружить?</w:t>
      </w:r>
    </w:p>
    <w:p>
      <w:r>
        <w:t>11. Как вы думаете, будет ли ваша любовь друг к другу заметна другим людям?</w:t>
      </w:r>
    </w:p>
    <w:p>
      <w:r>
        <w:t>12. Почему Иисус сказал, что наша любовь друг к другу будет самым верным свидетельством того, что мы Его ученики?</w:t>
      </w:r>
    </w:p>
    <w:p>
      <w:r>
        <w:t>13. Может ли наш личный пример в любви друг к другу оказывать влияние на моих ближних?</w:t>
      </w:r>
    </w:p>
    <w:p>
      <w:r>
        <w:t>14. Можно ли быть друзьями, не имея агапэ друг к другу?</w:t>
      </w:r>
    </w:p>
    <w:p>
      <w:r>
        <w:t>15. Как вы думаете, будет ли Иисус дружить со Своей невестой?</w:t>
      </w:r>
    </w:p>
    <w:p>
      <w:r>
        <w:br w:type="page"/>
      </w:r>
    </w:p>
    <w:p>
      <w:pPr>
        <w:pStyle w:val="Heading1"/>
      </w:pPr>
      <w:r>
        <w:t>Урок 698. Семейная ссора</w:t>
      </w:r>
    </w:p>
    <w:p>
      <w:r>
        <w:t>Дом, который я снимал для себя, а потом и для своей семьи, состоял из двух этажей и был как бы зажатым между двумя соседними домами. Со стороны улицы находился вход и три окна. А с задней стороны дома — широкий выход на маленькую террасу с небольшой лужайкой и два окна из верхних комнат.</w:t>
      </w:r>
    </w:p>
    <w:p>
      <w:r>
        <w:t>В тёплое время мы держали заднюю дверь открытой, чтобы можно было спокойно выходить на свежий воздух и сидеть за уличным столом. На границе с соседями были сооружены высокие стены, чтобы нам не видеть друг друга, а наша территория была окружена невысоким забором.</w:t>
      </w:r>
    </w:p>
    <w:p>
      <w:r>
        <w:t>Однажды в наш дом забежала полевая мышь. Вероятно, она решила исследовать новое помещение для его дальнейшей эксплуатации. Жена этим временем что-то готовила на кухне, а я удалял сорняки из газона. Вдруг громкий и пронзительный визг из дома нарушил ход моих мыслей, и я решил узнать, что происходит. Войдя в помещение, я увидел, как моя жена залезла с ногами на кухонную плиту и что-то пытается мне сказать, указывая пальцем на нижний шкаф. Я понял, что у нас «незваные гости», спокойно заглянул под кухню и увидел в углу бедную мышку, которая, возможно, как и моя жена, тряслась от страха. Мне стало очень смешно от вида этих двух испуганных существ, и я выразил идею снять всё это на камеру.</w:t>
      </w:r>
    </w:p>
    <w:p>
      <w:r>
        <w:t>Моя возлюбленная возопила о помощи и закричала о том, чтобы я не занимался ерундой, а что-то сделал для её спасения. Мне стало смешно от её страха, и я не смог сдержать свои чувства. А она взмолилась о том, чтобы я что-то предпринял, иначе она умрёт от разрыва сердца.</w:t>
      </w:r>
    </w:p>
    <w:p>
      <w:r>
        <w:t>Я взял швабру и стал выгонять мышку из под кухни, а она решила найти более безопасный угол и начала метаться по комнате, вызывая визг у моей половинки при каждой смене траектории движения. И, судя по всему, жена присматривала уже для себя убежище на верхних шкафах кухни. Мне было весело от происходящего, но где-то в душе я думал о том, что подумают соседи, услышав крики из нашего дома.</w:t>
      </w:r>
    </w:p>
    <w:p>
      <w:r>
        <w:t>В результате непродолжительной попытки поймать мышку, она нашла выход из дома и, выскочив на улицу, исчезла в траве.</w:t>
      </w:r>
    </w:p>
    <w:p>
      <w:r>
        <w:t>Я чувствовал себя спасителем и торжественно подошёл к жене, чтобы снять её с кухни. А она стала мне выговаривать всё своё возмущение по поводу моего глупого юмора и называть меня чёрствым и равнодушным. А я, находясь под влиянием происшедшего, продолжал улыбаться, еле сдерживаясь от смеха.</w:t>
      </w:r>
    </w:p>
    <w:p>
      <w:r>
        <w:t>Моя любимая на мгновение смолкла, а потом, спрыгнув на пол, стала обвинять мою маму, что я весь в неё и вместе с ней её не люблю. Моё веселье стало быстро испаряться и я спросил: «А при чём тут мама?» На что услышал в ответ тираду из причитаний о том, что я не мою за собой ванну, оставляя в ней волосы, хожу в уличной обуви по дому, не вытираю после мытья посуду, разбрасываю свои носки по всему дому, храплю среди ночи, имею небритый подбородок и делаю много всего, что говорит ей о том, что я её не люблю.</w:t>
      </w:r>
    </w:p>
    <w:p>
      <w:r>
        <w:t>Я стоял, слушал и не понимал, что происходит. У меня на все обвинения находились железные аргументы, которые я пытался вставить в своё оправдание, но жена не унималась и в конце концов горько расплакалась, прося оставить её в покое.</w:t>
      </w:r>
    </w:p>
    <w:p>
      <w:r>
        <w:t>Я понимал, что что-то у нас идёт не по плану, и решил утешить свою любимую. А она всячески отталкивала меня, но потом решила, что моя футболка будет лучшим местом для излития её горя и, прижавшись ко мне, выплакала все свои слёзы.</w:t>
      </w:r>
    </w:p>
    <w:p>
      <w:r>
        <w:t>Где-то в душе я понимал, что у жены стресс, и она не может себя контролировать, и, нежно обняв, гладил её по спине, но то, что я услышал в свой адрес, серьёзно обеспокоило меня, и я решил попозже с этим разобраться. На всякий случай я стал извиняться за своё глупое поведение и просить прощения. А она, вжавшись в меня лицом, молчала и, тихо всхлипывая, приходила в себя.</w:t>
      </w:r>
    </w:p>
    <w:p>
      <w:r>
        <w:t>Когда «буря в стакане» утихла, я предложил помолиться, и мы преклонили колени, чтобы обратиться в нашей ситуации к Богу.</w:t>
      </w:r>
    </w:p>
    <w:p>
      <w:r>
        <w:t>Я решил не выносить в этот день свои вопросы на семейный совет, а тихо спросил: «Дружим дальше?» Мне был дан утвердительный ответ, и мы решили всё оставить и пойти прогуляться на природу.</w:t>
      </w:r>
    </w:p>
    <w:p>
      <w:r>
        <w:t>В последующие дни мы избегали в общении тему нашей ссоры, но когда прошло достаточно времени, и мы вошли в нормальный режим любви и дружбы, то на очередном семейном совете я решил обсудить происшедшее, понять, что было, и принять какие-то решения, чтобы не повторять подобного.</w:t>
      </w:r>
    </w:p>
    <w:p>
      <w:r>
        <w:t>За это время я успел поговорить со своим пастором, и он мне объяснил, что то, что я называю мышью, в глазах многих женщин выглядит танком, от которого их надо молниеносно спасать.</w:t>
      </w:r>
    </w:p>
    <w:p>
      <w:r>
        <w:t>Помолившись с женой, мы сели за стол переговоров и я напомнил происшедшее, пытаясь понять, при чём здесь были все другие обвинения в мой адрес, если проблема была только в мышке. Моя любимая стала извиняться за всё высказанное. Но я понимал, что всё это переполняет её сердце и не уйдёт из него просто так. И, возможно, в следующий раз я узнаю о себе ещё что-то интересное.</w:t>
      </w:r>
    </w:p>
    <w:p>
      <w:r>
        <w:t>Я предложил разобрать всё то, что было сказано в моё обвинение, и что я не буду ни на что обижаться, а постараюсь исправить всё, что будет в моих силах.</w:t>
      </w:r>
    </w:p>
    <w:p>
      <w:r>
        <w:t>Мы мирно обсудили многие пункты из моего поведения и выяснили, что они делятся на те, которые я могу исправить, и те, с чем придётся смириться. Например, я пообещал, что буду ополаскивать ванну, не ходить по дому в обуви, складывать свои носки вместе с рабочей одеждой. Но вот запретить себе храпеть по ночам и не расти моей бороде, я не могу. Также я не могу контролировать запах пота и запах изо рта, но буду следить за гигиеной и делать всё, чтобы эти части тела были, по возможности, в чистоте и свежести.</w:t>
      </w:r>
    </w:p>
    <w:p>
      <w:r>
        <w:t>Также мы решили, что если вдруг когда-то возникнет очередной конфликт или ссора, то мы будем ссориться только в рамках насущной проблемы, не вплетая в эту ситуацию наших родственников, друзей или своё поведение в других сферах жизни.</w:t>
      </w:r>
    </w:p>
    <w:p>
      <w:r>
        <w:t>Если поводом к раздору стала моя глупость, то обсуждаем глупость, если я не доволен чистотой вымытой посуды, то мы говорим о посуде, не вспоминая при этом то, кто и как себя ведёт.</w:t>
      </w:r>
    </w:p>
    <w:p>
      <w:r>
        <w:t>Я слышал, что во время женских дней многие женщины могут вести себя неординарно, быть очень раздражительными или усталыми, терять инициативу или впадать в апатию. Я высказал своё мнение о том, что если жена будет себя как-то так чувствовать, то я буду закрывать на это глаза и не обращать внимание на её поведение и не обострять напряжение. Она мне очень дорога, и я не хочу, чтобы враг использовал наши человеческие или гормональные недомогания, чтобы поссорить нас. На это жена пообещала мне, что будет стараться держать себя в руках или предупреждать о том, что у неё что-то не в порядке.</w:t>
      </w:r>
    </w:p>
    <w:p>
      <w:r>
        <w:t>Также я принял решение о том, что все свои проблемы на работе и вне дома я не буду приглашать в семью, чтобы не портить всем настроение, но стану всё отдавать в молитве Богу, а в дом буду нести радость, любовь, дружбу и счастье.</w:t>
      </w:r>
    </w:p>
    <w:p>
      <w:r>
        <w:t>Наш совет прошёл в дружелюбном духе, и мы попросили Бога о том, чтобы Он утвердил нас в любви и понимании, и помог нам всё сводить к мирному урегулированию.</w:t>
      </w:r>
    </w:p>
    <w:p>
      <w:r>
        <w:t>Также мы решили не делиться с другими тем, что происходит у нас в семье, но улаживать все проблемы в границах нашего дома.</w:t>
      </w:r>
    </w:p>
    <w:p>
      <w:pPr>
        <w:pStyle w:val="Heading2"/>
      </w:pPr>
      <w:r>
        <w:t>Домашнее задание 698</w:t>
      </w:r>
    </w:p>
    <w:p>
      <w:r>
        <w:t>1. Прочитайте, пожалуйста, Мат.5:9; Рим.12:9-10; Прит.3:30; 15:1; 17:14,17,19; 18:6,19; 20:3; 26:21; 28:25; 29:22; 30:33; Рим.13:13-14; 2Тим.2:23-24; 1Кор.1:19 в свете этого урока.</w:t>
      </w:r>
    </w:p>
    <w:p>
      <w:r>
        <w:t>2. Что вы поняли из этого урока?</w:t>
      </w:r>
    </w:p>
    <w:p>
      <w:r>
        <w:t>3. Какие ещё стихи из Библии пришли вам на память?</w:t>
      </w:r>
    </w:p>
    <w:p>
      <w:r>
        <w:t>4. Что такое ссора?</w:t>
      </w:r>
    </w:p>
    <w:p>
      <w:r>
        <w:t>5. Почему происходят ссоры?</w:t>
      </w:r>
    </w:p>
    <w:p>
      <w:r>
        <w:t>6. Стоит ли вносить в ссору всю историю ваших бывших обид или недоразумений? Прит.17:9.</w:t>
      </w:r>
    </w:p>
    <w:p>
      <w:r>
        <w:t>7. Могут ли ссоры выявлять серьёзные проблемы в отношениях?</w:t>
      </w:r>
    </w:p>
    <w:p>
      <w:r>
        <w:t>8. Являются ли ссоры благословением?</w:t>
      </w:r>
    </w:p>
    <w:p>
      <w:r>
        <w:t>9. Что делать для того, чтобы не было раздоров в семье?</w:t>
      </w:r>
    </w:p>
    <w:p>
      <w:r>
        <w:t>10. На вас когда-то обижались за вашу любовь и заботу?</w:t>
      </w:r>
    </w:p>
    <w:p>
      <w:r>
        <w:t>11. Будет ли злой дух спокойно себя вести с любящими и миролюбивыми людьми?</w:t>
      </w:r>
    </w:p>
    <w:p>
      <w:r>
        <w:t>12. Является ли спонтанная ссора показателем того, что вы не знаете Бога?</w:t>
      </w:r>
    </w:p>
    <w:p>
      <w:r>
        <w:t>13. Что делать, если с вами поссорились, и ваш оппонент находится в глубокой обиде на вас?</w:t>
      </w:r>
    </w:p>
    <w:p>
      <w:r>
        <w:t>14. Всегда ли в ссоре виноваты оба человека?</w:t>
      </w:r>
    </w:p>
    <w:p>
      <w:r>
        <w:t>15. Что делать, чтобы в семье не было ссор?</w:t>
      </w:r>
    </w:p>
    <w:p>
      <w:r>
        <w:br w:type="page"/>
      </w:r>
    </w:p>
    <w:p>
      <w:pPr>
        <w:pStyle w:val="Heading1"/>
      </w:pPr>
      <w:r>
        <w:t>Урок 699. Почему я не имею любви?</w:t>
      </w:r>
    </w:p>
    <w:p>
      <w:r>
        <w:t>Очень часто я слышу от друзей о том, что и многие люди спрашивают: «Почему я не имею любви?» Кто-то из вопрошающих перечисляет свои действия, кто-то не понимает, как это должно быть, а кого-то гнетут сомнения.</w:t>
      </w:r>
    </w:p>
    <w:p>
      <w:r>
        <w:t>Сложно дать всем им одинаковый ответ на этот вопрос, но постараюсь описать некоторые причины, которые могут смущать людей и приводить их к такому состоянию.</w:t>
      </w:r>
    </w:p>
    <w:p>
      <w:r>
        <w:t>1. В сердце каждого из нас ведётся великая борьба между правым и левым ухом. Моя плотская природа желает владеть моей волей и диктовать ей свои ценности и порядки. Иисус также желает быть мужем моей воли и наделять моё сердце Своими качествами души. Выбирая Христа, я объявляю Ему об этом каждое утро и планирую все свои дела в соответствии с полученным светом. Его присутствие даёт мне жажду глубоких отношений с Ним. А общаясь с Ним, я могу просить Его любовь для конкретных людей и ситуаций.</w:t>
      </w:r>
    </w:p>
    <w:p>
      <w:r>
        <w:t>Если я принимаю предложения своей плоти жить по ветхому человеку, то она не даст мне небесной агапэ. А Господь не будет наделять плотское сердце Своим характером без моего согласия.</w:t>
      </w:r>
    </w:p>
    <w:p>
      <w:r>
        <w:t>2. Важно определить, что я понимаю под любовью-агапэ. Если это моё личное представление, и я думаю, что она должна быть такой-то и проявлять себя так-то, то мне, возможно, придётся долго её ждать и так и не дождаться.</w:t>
      </w:r>
    </w:p>
    <w:p>
      <w:r>
        <w:t>Имея своё представление о любви, я буду ждать именно того, что я понимаю, и рискую не узнать истинную агапэ и не увидеть, как она себя проявляет, или препятствовать ей проявлять себя.</w:t>
      </w:r>
    </w:p>
    <w:p>
      <w:r>
        <w:t>3. Очень важно понимать, что любовь — это Небесная наука со своими принципами, правилами и законами, которую необходимо изучать. Если я жду проявления радостных чувств или сильных эмоциональных переживаний, то могу их быстро получить и также быстро потерять.</w:t>
      </w:r>
    </w:p>
    <w:p>
      <w:r>
        <w:t>Любовь — это глубокий принцип, который утверждается Богом в моём сердце и руководит моим постоянным выбором, не лишая меня свободы. Она тверда и постоянна, но в то же время неприметна и очень скромна.</w:t>
      </w:r>
    </w:p>
    <w:p>
      <w:r>
        <w:t>Кто из вас, решив связать свою жизнь с музыкой, думает о том, что станет музыкантом сразу же после первых уроков? Так и в любви не стоит ждать быстрых результатов.</w:t>
      </w:r>
    </w:p>
    <w:p>
      <w:r>
        <w:t>Бог может проявить этот дар в каждом из нас спонтанно и быстро для оказания экстренной помощи или победы. И мы даже не поймем, что это было. Но больше всего Он желает научить нас принципам любви на основании постижения этой науки и понимания, как она действует в жизни и какими законами руководствуется.</w:t>
      </w:r>
    </w:p>
    <w:p>
      <w:r>
        <w:t>4. Когда я понял, что не имею любви, и стал её просить, тогда Иисус вложил в моё сердце это семечко и стал его взращивать. Мне не у кого было учиться этой науке, и я просил Бога открыть мне тайны любви, и Господь Сам давал мне откровения о том, что это, и как оно действует. Я на практике пробовал силу того, что получал в ответ на свои молитвы. Прошло три года, прежде чем я начал об этом осторожно говорить. С каждым разом я обретал больше опыта и уверенности в том, что обладаю этим даром и люблю.</w:t>
      </w:r>
    </w:p>
    <w:p>
      <w:r>
        <w:t>Прошло ещё 5 лет, прежде чем я стал об этом писать. И после этого два года я делился своими откровениями в открытых источниках интернета согласно тому свету, который имел и получал от Господа. Это писалось очень неграмотно, но было от чистого сердца. Пришлось многое услышать и многое пережить, прежде чем Господь побудил меня открыть Школу Любви Агапэ, в которой я не имел опыта и понимания, как её вести.</w:t>
      </w:r>
    </w:p>
    <w:p>
      <w:r>
        <w:t>До сего дня с моей первой серьёзной молитвы о любви прошло 14 лет ежедневных выпрашиваний этой любви.</w:t>
      </w:r>
    </w:p>
    <w:p>
      <w:r>
        <w:t>А как быстро вы, друзья, хотите получить то, чему вас учит Господь в этой Школе?</w:t>
      </w:r>
    </w:p>
    <w:p>
      <w:r>
        <w:t>Настройтесь на долгий путь и решитесь встать на него, и не спеша по нему идти. Дорога в тысячи уроков начинается с первого маленького шага.</w:t>
      </w:r>
    </w:p>
    <w:p>
      <w:r>
        <w:t>5. Никогда не наступит тот момент, когда я скажу, что всё, я научился любить и имею эту любовь сполна, и могу теперь ею жить и любить всех и всё. Это всё равно что сказать, что я надышался и больше не нуждаюсь в этом, а буду использовать полученный опыт.</w:t>
      </w:r>
    </w:p>
    <w:p>
      <w:r>
        <w:t>Я учусь любви до сих пор, понимая, что это вечный процесс, который не прекратится никогда. И даже всей Вечности будет мало, чтобы постигнуть Божью любовь до конца и сделать её полностью своей. Всегда будет открываться что-то новое и радовать нас своей глубиной и новизной необычности.</w:t>
      </w:r>
    </w:p>
    <w:p>
      <w:r>
        <w:t>6. Любовь — это одно из Имён Бога. Он желает, чтобы каждый из нас имел это имя на Своём челе. Господь даже дал нам повеление о взаимной любви и заинтересован в том, чтобы мы любили друг друга, гораздо больше нас самих и ждёт тех, кто решит соблюдать эту заповедь. А вот кого и как наделять Своею любовью — это прерогатива Бога. Здесь мы не можем Ему диктовать, что Он должен делать.</w:t>
      </w:r>
    </w:p>
    <w:p>
      <w:r>
        <w:t>Я не знаю, почему Бог мне отвечает так, а другим иначе, а где-то молчит. Но знаю и верю в то, что Он отвечает всем.</w:t>
      </w:r>
    </w:p>
    <w:p>
      <w:r>
        <w:t>7. В молитве о любви необходимо говорить о своей вере в то, что я услышан, и о жажде получить необходимое. Бог уважает мой выбор и не будет давать мне то, что мне не нужно, и что я не стану ценить и развивать.</w:t>
      </w:r>
    </w:p>
    <w:p>
      <w:r>
        <w:t>Стоит понять, для чего мне нужна любовь, и что она должна во мне совершить.</w:t>
      </w:r>
    </w:p>
    <w:p>
      <w:r>
        <w:t>8. Иисус уже выразил Свою волю в том, чтобы продать нам Небесную любовь в виде символа золота, очищенного огнём, чтобы нам обогатиться. Этот совет записан в Откр.3:18. Если я прошу о любви, минуя этот совет, или умышленно отвергаю Весть к Лаодикии, то что мне стоит ожидать от Того, Кто предлагает Всего Себя и всё Небо? Что даст Иисус тем, кто поворачивается к Нему спиной или становится обычным зрителем?</w:t>
      </w:r>
    </w:p>
    <w:p>
      <w:r>
        <w:t>9. Следует понимать и то, что любовь даётся для любви к людям. Она не нужна тем, кто добровольно заключил себя в одиночество и не желает ни с кем общаться. Любви нужна цель, от которой она может отражаться и которую она может поразить. Она не даётся как постоянное переживание какого-то наслаждения, но наполняет вас собою по мере необходимости проявления себя к ближнему.</w:t>
      </w:r>
    </w:p>
    <w:p>
      <w:r>
        <w:t>Любовь — это излитие Божьей силы для Божьей победы в вашей жизни. Это бесконечный океан, который желает пройти через любящее сердце, чтобы хлынуть нежным водопадом в жизнь того, кого вы решили любить. Это не ваши воды, а Божьи.</w:t>
      </w:r>
    </w:p>
    <w:p>
      <w:r>
        <w:t>10. Любовь ожидает моего выбора любить. Она хочет уверенно совершить это дело и даровать мне победу для единовременной помощи. Я сам должен решить, как мне относиться к тому, кто любит меня или желает причинить мне зло, или просто не замечает меня и не ищет со мной контакта.</w:t>
      </w:r>
    </w:p>
    <w:p>
      <w:r>
        <w:t>11. Стоит также понять и то, для чьей славы я прошу любви? Какие цели я преследую в получении этого дара?</w:t>
      </w:r>
    </w:p>
    <w:p>
      <w:r>
        <w:t>Готов ли я к тому, что любовь начнёт безжалостно очищать моё сердце от греха, причиняя мне неимоверные муки совести и стыд за то, какой я грязный и нечистый изнутри? Выдержу ли я подобное очищение? Оценю ли я ту чистоту, которую наведёт агапэ в моём разуме?</w:t>
      </w:r>
    </w:p>
    <w:p>
      <w:r>
        <w:t>Как барс не может поменять расцветку своей шкуры, так и я не смогу изменить без Бога в себе то, что привык делать, будучи грешным человеком.</w:t>
      </w:r>
    </w:p>
    <w:p>
      <w:r>
        <w:t>12. Любовь невозможна без личного постоянного продолжительного общения с Иисусом. Если я обращаюсь к Нему в краткой молитве и считаю это достаточным для получения Небесных благ, то мне стоит пересмотреть свои приоритеты и сделать главное главным.</w:t>
      </w:r>
    </w:p>
    <w:p>
      <w:pPr>
        <w:pStyle w:val="Heading2"/>
      </w:pPr>
      <w:r>
        <w:t>Домашнее задание 699</w:t>
      </w:r>
    </w:p>
    <w:p>
      <w:r>
        <w:t>1. Прочитайте, пожалуйста, Мат.24:12; 1Кор.13:1-3; 1Пет.1:22; Рим.13:8-10; Ин.13:34-35; Лев.19:18; 1Ин.3:10-11,14-15,23; 4:7-8,12,20-21; Прит.17:17 в свете этого урока.</w:t>
      </w:r>
    </w:p>
    <w:p>
      <w:r>
        <w:t>2. Что вы поняли из этого урока?</w:t>
      </w:r>
    </w:p>
    <w:p>
      <w:r>
        <w:t>3. Какие ещё стихи из Библии пришли вам на память?</w:t>
      </w:r>
    </w:p>
    <w:p>
      <w:r>
        <w:t>4. По каким ещё причинам Божьи дети не имеют любви?</w:t>
      </w:r>
    </w:p>
    <w:p>
      <w:r>
        <w:t>5. Будет ли Бог давать что-то ценное тем, кто не имеет к этому интереса? Мат.7:6.</w:t>
      </w:r>
    </w:p>
    <w:p>
      <w:r>
        <w:t>6. Является ли любовь свидетельством того, что вы ученики Христа? Ин.13:35</w:t>
      </w:r>
    </w:p>
    <w:p>
      <w:r>
        <w:t>7. Может ли человек, не имеющий агапэ считать, что он любит?</w:t>
      </w:r>
    </w:p>
    <w:p>
      <w:r>
        <w:t>8. Как определить, что во мне настоящая любовь?</w:t>
      </w:r>
    </w:p>
    <w:p>
      <w:r>
        <w:t>9. Что делать, если я понимаю, что не имею любви?</w:t>
      </w:r>
    </w:p>
    <w:p>
      <w:r>
        <w:t>10. Может ли быть такое, что в ответ на вашу любовь вас будут обвинять в злом духе? Пс.108:4-5.</w:t>
      </w:r>
    </w:p>
    <w:p>
      <w:r>
        <w:t>11. Есть ли какая надежда для тех, кто понимает, что он не имеет любви?</w:t>
      </w:r>
    </w:p>
    <w:p>
      <w:r>
        <w:t>12. Будет ли правильным честно признаться в том, что у тебя нет любви, и ничего больше не делать, чтобы это исправить?</w:t>
      </w:r>
    </w:p>
    <w:p>
      <w:r>
        <w:t>13. Может ли моё неверное представление о любви направить меня на ложный путь, где я не смогу её получить?</w:t>
      </w:r>
    </w:p>
    <w:p>
      <w:r>
        <w:t>14. Может ли человек сам в себе производить любовь-агапэ?</w:t>
      </w:r>
    </w:p>
    <w:p>
      <w:r>
        <w:t>15. Как вы думаете, даст ли Господь Свою любовь тем, кто её жаждет получить? Ис.44:3.</w:t>
      </w:r>
    </w:p>
    <w:p>
      <w:r>
        <w:br w:type="page"/>
      </w:r>
    </w:p>
    <w:p>
      <w:pPr>
        <w:pStyle w:val="Heading1"/>
      </w:pPr>
      <w:r>
        <w:t>Урок 700. Муж и жена, да любите друг друга</w:t>
      </w:r>
    </w:p>
    <w:p>
      <w:r>
        <w:t>Во время Небесного восстания, которое организовал совершенный херувим, авторитет Бога был подорван, и некоторые сыны Божьи присоединялись к восставшим ангелам, заражаясь бунтарским духом. Враг Бога видел, как быстро пополняются его ряды и, возможно, надеялся на то, что вскоре всё Небо присоединится к нему, и он установит свои порядки во всей Вселенной.</w:t>
      </w:r>
    </w:p>
    <w:p>
      <w:r>
        <w:t>Но Господь остановил это беззаконие и предложил каждому небожителю определиться, после чего удалил всех недовольных из Небесных обителей и стал воплощать особый план по очищению Вселенной от влияния греха.</w:t>
      </w:r>
    </w:p>
    <w:p>
      <w:r>
        <w:t>Принцип Вечной жизни лучше всего описан в словах Иисуса из Ин.17:3: «Сия же есть жизнь вечная, да знают Тебя, единого истинного Бога, и посланного Тобою Иисуса Христа». Этим познанием должны были руководствоваться все живущие на Небесах, но вместо Творца кто-то из них стал познавать творение и поменял все ценности местами, возвеличив независимость от Источника жизни и унизив Того, Кто есть Жизнь Вечная.</w:t>
      </w:r>
    </w:p>
    <w:p>
      <w:r>
        <w:t>Во время этой полемики под названием «война на Небе» не погиб ни один ангел, хотя многие из них избрали право на смерть. Никто не представлял, чем это закончится, и как Бог будет действовать дальше.</w:t>
      </w:r>
    </w:p>
    <w:p>
      <w:r>
        <w:t>А Господь решил творить новый мир под названием Земля. Во главе этого мира был поставлен человек, созданный по образу и подобию Божьему. Бог из праха сотворил двух необычных людей, которые были отражением Его славы и должны были стать учебником для всей Вселенной, наглядно показывая небожителям, как Божий образ отражается в людях. Любовь-агапэ была естественно вплетена в каждую клеточку человеческого естества и органично присутствовала во всём, что предпринимали новорождённые люди. Этот мир стал наглядным примером Божьей любви, сокрытой вот в таком своём проявлении. Тайна сия была весьма велика, но она открывалась изо дня в день, наполняя сознание наблюдателей новыми откровениями о Божьей славе.</w:t>
      </w:r>
    </w:p>
    <w:p>
      <w:r>
        <w:t>Все могли ясно увидеть, как гармонично действует любовь в творении, и как она естественно связывает весь мир своими прекрасными нитями, пропитывая всё собой и являя себя во всём.</w:t>
      </w:r>
    </w:p>
    <w:p>
      <w:r>
        <w:t>Муж и жена любили друг друга, даже не понимая, как можно иначе относиться к родному человеку. Их этому никто не учил. Они были созданы этой Любовью для любви.</w:t>
      </w:r>
    </w:p>
    <w:p>
      <w:r>
        <w:t>Удивительно было и то, что они могли производить себе подобных и, размножаясь, наполнять всю землю любящими существами, отражающими образ и подобие Божие.</w:t>
      </w:r>
    </w:p>
    <w:p>
      <w:r>
        <w:t>Враг души сумел обмануть человека и сделать его своим союзником в борьбе против Бога. Божий характер в людях был осквернён грехом. Казалось, что Божий план рухнул, но Господь предвидел и такой ход событий и привёл в исполнение новый план по спасению людей от власти греха путём открытия им Своего образа и по восстановлению в падших людях этого образа — славы Своего характера.</w:t>
      </w:r>
    </w:p>
    <w:p>
      <w:r>
        <w:t>В определённое Богом время в подобии человека в наш мир был рождён Сам Творец, которому было дано имя Иисус. Величие Неба было сокрыто человеческой плотью, но Его дух и отношение к людям открывали всей Вселенной красоту Божьей любви к человеку и Его ненависть ко греху. Живя среди беззакония, Иисус не был причастен к этому духу, но открывал Своим поведением неизменную Божью любовь, явленную в отношении и служении падшему человечеству.</w:t>
      </w:r>
    </w:p>
    <w:p>
      <w:r>
        <w:t>Перед Своей смертью Господь заповедал нам любить друг друга. В послушании этой заповеди был заложен особый план по восстановлению Божьего образа в последователях Христа.</w:t>
      </w:r>
    </w:p>
    <w:p>
      <w:r>
        <w:t>Смерть Иисуса утвердила это постановление и открыла всей Вселенной истинное отношение Творца к творению и то, на что способна любовь в своём самоотречении.</w:t>
      </w:r>
    </w:p>
    <w:p>
      <w:r>
        <w:t>В восстановлении Божьего образа в человеке открывается доселе неизведанная глубина Божьей любви, которая, вынимая падшую душу из глубин греха, возносит её на немыслимую высоту познания глубоких Божьих откровений о Нём Самом.</w:t>
      </w:r>
    </w:p>
    <w:p>
      <w:r>
        <w:t>В любви друг к другу члены семьи занимают особое место и имеют особое преимущество наглядно показывать всему видимому и невидимому миру красоту и глубину любви-агапэ.</w:t>
      </w:r>
    </w:p>
    <w:p>
      <w:r>
        <w:t>Имея отношения любви с другом, я ограничен временем и возможностями нашего общения. Также есть некоторые моменты, в которых наше познание друг друга во взаимной любви сдерживается этическими нормами и не позволяет заходить в те области сердца, которые могут открываться только в брачном союзе.</w:t>
      </w:r>
    </w:p>
    <w:p>
      <w:r>
        <w:t>Муж и жена в этом смысле имеют явное преимущество перед братьями и сёстрами, так как обладают законным правом на тело, время, внимание и заботу друг друга. Им не нужно ни перед кем отчитываться за свои отношения, не надо ничего скрывать от других, им не приходится искать время, чтобы поговорить друг с другом. Они всегда вместе, даже если вдали друг от друга.</w:t>
      </w:r>
    </w:p>
    <w:p>
      <w:r>
        <w:t>Когда мы дружили до свадьбы и познавали друг друга в этих отношениях, мы поняли, что в семье сможем ещё глубже продолжить это исследование и решили создать брачный союз. Понимая главную цель создания семьи — глубокое познание друг друга и открытие в этих отношениях глубин Божьей любви, мы уверенно строим прочное здание счастливой семьи на крепком основании Божьей агапэ.</w:t>
      </w:r>
    </w:p>
    <w:p>
      <w:r>
        <w:t>Без взаимной любви невозможно познать другого человека и дать ему познать себя. Если этим человеком стали брат или сестра, то наше познание друг друга превзойдёт любые односторонние отношения, хотя и будет ограничено. Но семья, имеющая дух обоюдной любви, превосходит в своём познании всех и всё.</w:t>
      </w:r>
    </w:p>
    <w:p>
      <w:r>
        <w:t>Моя память очень хорошо запечатлевает все мои проявления и навыки в любви с другом и может весьма легко их переносить в семью и на других людей, так как в разуме формируются прочные нейронные связи, которые автоматизируют моё отношение к людям, получая на то согласие моей воли.</w:t>
      </w:r>
    </w:p>
    <w:p>
      <w:r>
        <w:t>Любящая семья задумана Богом с целью ясной демонстрации миру красоты Божьего отношения Божества внутри Себя и к Своему творению. А наша совместная вера в Бога и личные отношения с Ним позволяют Господу открывать через нас миру такие особенности Своей Славы, о которых мы даже и не догадываемся.</w:t>
      </w:r>
    </w:p>
    <w:p>
      <w:r>
        <w:t>Враг ненавидит счастливые в Господе семьи и всячески на них нападает. Но любовь всё переносит, а наше решение любить друг друга и быть счастливыми в нашем союзе помогают нам обо всём договариваться, быстро решать многие вопросы и отметать всё чуждое и нечистое.</w:t>
      </w:r>
    </w:p>
    <w:p>
      <w:r>
        <w:t>Будучи всегда вместе, мы имеем много времени друг для друга, и даже если дневные дела разлучают нас на некоторый срок, мы вновь встречаемся, чтобы поделиться своими победами и рассказать друг другу о нашей любви, стараясь открыть в избраннике что-то новое и прекрасное.</w:t>
      </w:r>
    </w:p>
    <w:p>
      <w:r>
        <w:t>Интересно, что все наши добрые качества души мы находим и в Иисусе. И даже можно взять что-то от Него и попытаться понять, присутствует ли это и в нас. И мы обнаруживаем, что это заложено в наших сердцах, чтобы быть в своё время открытым для дальнейшего развития.</w:t>
      </w:r>
    </w:p>
    <w:p>
      <w:r>
        <w:t>В познании друг друга нет границ, и мы рады тому, что нам дана Вечность, чтобы хоть за это время мы могли открыть друг в друге вечные залежи наших духовных сокровищ, которые обогатят нас самих, всех наших друзей и нашего дорогого Спасителя.</w:t>
      </w:r>
    </w:p>
    <w:p>
      <w:r>
        <w:t>Так здорово всю Вечность познавать Бога и нести это познание в общение друг с другом.</w:t>
      </w:r>
    </w:p>
    <w:p>
      <w:pPr>
        <w:pStyle w:val="Heading2"/>
      </w:pPr>
      <w:r>
        <w:t>Домашнее задание 700</w:t>
      </w:r>
    </w:p>
    <w:p>
      <w:r>
        <w:t>1. Прочитайте, пожалуйста, Еф.5:31-33; Еккл.7:9; Быт.1:26-28; Еф.2:10; Ис.43:7; 54:5; Иер.3:1; Флп.2:2; Откр.19:7-9; Ин.13:34-35; Откр.12:7-12; Ис.14:12-17; Иез.28:13-19 в свете этого урока.</w:t>
      </w:r>
    </w:p>
    <w:p>
      <w:r>
        <w:t>2. Что вы поняли из этого урока?</w:t>
      </w:r>
    </w:p>
    <w:p>
      <w:r>
        <w:t>3. Какие ещё стихи из Библии пришли вам на память?</w:t>
      </w:r>
    </w:p>
    <w:p>
      <w:r>
        <w:t>4. Важно ли понимать, с какой целью создавался человек?</w:t>
      </w:r>
    </w:p>
    <w:p>
      <w:r>
        <w:t>5. Заметили ли вы, что наш мир был изначально задуман по семейному типу?</w:t>
      </w:r>
    </w:p>
    <w:p>
      <w:r>
        <w:t>6. Какую основную цель имеет брачный союз? Обоснуйте свой ответ.</w:t>
      </w:r>
    </w:p>
    <w:p>
      <w:r>
        <w:t>7. Важно ли понимать, какие права и обязанности возложил Бог на мужа и жену?</w:t>
      </w:r>
    </w:p>
    <w:p>
      <w:r>
        <w:t>8. Чего ожидает Бог от наших семей?</w:t>
      </w:r>
    </w:p>
    <w:p>
      <w:r>
        <w:t>9. Важно ли в счастливой семье каждому члену иметь личные отношения с Богом и личное общение с Ним?</w:t>
      </w:r>
    </w:p>
    <w:p>
      <w:r>
        <w:t>10. Является ли взаимная любовь мужа и жены выражением Божьей любви?</w:t>
      </w:r>
    </w:p>
    <w:p>
      <w:r>
        <w:t>11. Если я говорю, что люблю Бога, а свою половинку ненавижу, то примет ли Господь мою любовь?</w:t>
      </w:r>
    </w:p>
    <w:p>
      <w:r>
        <w:t>12. Стоит ли мужу и жене начинать любить друг друга под старость, если они всю жизнь прожили без любви?</w:t>
      </w:r>
    </w:p>
    <w:p>
      <w:r>
        <w:t>13. Принесёт ли взаимная любовь счастье обоим супругам?</w:t>
      </w:r>
    </w:p>
    <w:p>
      <w:r>
        <w:t>14. Относится ли заповедь о любви друг к другу к современным семьям?</w:t>
      </w:r>
    </w:p>
    <w:p>
      <w:r>
        <w:t>15. Если я ещё не имею семьи, и мне уже много лет, то важно ли строить семью на основании обоюдной любви? Не рискую ли я в таком случае остаться совершенно одним?</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Liberation Serif" w:hAnsi="Liberation Serif" w:eastAsia="Liberation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00"/>
      <w:outlineLvl w:val="0"/>
    </w:pPr>
    <w:rPr>
      <w:rFonts w:asciiTheme="majorHAnsi" w:eastAsiaTheme="majorEastAsia" w:hAnsiTheme="majorHAnsi" w:cstheme="majorBidi" w:ascii="Liberation Serif" w:hAnsi="Liberation Serif" w:eastAsia="Liberation Serif"/>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erif" w:hAnsi="Liberation Serif" w:eastAsia="Liberation Serif"/>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erif" w:hAnsi="Liberation Serif" w:eastAsia="Liberation Serif"/>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Liberation Serif" w:hAnsi="Liberation Serif" w:eastAsia="Liberation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Школа Любви Агапэ — уроки 651–700</dc:title>
  <dc:subject/>
  <dc:creator>Андрей Карпекин</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